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52298" w14:textId="77777777" w:rsidR="0050571E" w:rsidRPr="00A82D5A" w:rsidRDefault="00000000">
      <w:pPr>
        <w:keepLines/>
        <w:spacing w:after="100" w:line="240" w:lineRule="auto"/>
        <w:jc w:val="right"/>
        <w:rPr>
          <w:sz w:val="16"/>
          <w:szCs w:val="16"/>
        </w:rPr>
      </w:pPr>
      <w:r w:rsidRPr="00A82D5A">
        <w:rPr>
          <w:b/>
          <w:i/>
          <w:noProof/>
          <w:sz w:val="16"/>
          <w:szCs w:val="16"/>
        </w:rPr>
        <w:t>Załącznik Nr 7</w:t>
      </w:r>
      <w:r w:rsidRPr="00A82D5A">
        <w:rPr>
          <w:i/>
          <w:noProof/>
          <w:sz w:val="16"/>
          <w:szCs w:val="16"/>
        </w:rPr>
        <w:br/>
        <w:t>do Regulaminu postępowania przy udzielaniu zamówień jednostkowych</w:t>
      </w:r>
      <w:r w:rsidRPr="00A82D5A">
        <w:rPr>
          <w:i/>
          <w:noProof/>
          <w:sz w:val="16"/>
          <w:szCs w:val="16"/>
        </w:rPr>
        <w:br/>
        <w:t>których wartość szacunkowa nie przekracza kwoty 170.000 złotych</w:t>
      </w:r>
    </w:p>
    <w:p w14:paraId="5D9D09AB" w14:textId="77777777" w:rsidR="0050571E" w:rsidRDefault="00000000">
      <w:pPr>
        <w:pStyle w:val="Tytu"/>
        <w:keepLines/>
        <w:spacing w:after="100"/>
        <w:jc w:val="center"/>
      </w:pPr>
      <w:r>
        <w:rPr>
          <w:noProof/>
          <w:sz w:val="30"/>
        </w:rPr>
        <w:t>FORMULARZ OFERTY</w:t>
      </w:r>
    </w:p>
    <w:p w14:paraId="6C88C70D" w14:textId="77777777" w:rsidR="0050571E" w:rsidRDefault="00000000">
      <w:pPr>
        <w:keepNext/>
        <w:keepLines/>
        <w:spacing w:before="80"/>
      </w:pPr>
      <w:r>
        <w:rPr>
          <w:b/>
          <w:noProof/>
        </w:rPr>
        <w:t>1.</w:t>
      </w:r>
      <w:r>
        <w:rPr>
          <w:noProof/>
        </w:rPr>
        <w:t xml:space="preserve">  Nazwa i adres ZAMAWIAJĄCEGO:</w:t>
      </w:r>
    </w:p>
    <w:p w14:paraId="56492712" w14:textId="77777777" w:rsidR="0050571E" w:rsidRDefault="00000000">
      <w:pPr>
        <w:keepLines/>
        <w:ind w:left="425"/>
      </w:pPr>
      <w:r>
        <w:rPr>
          <w:noProof/>
        </w:rPr>
        <w:t>Powiatowa Stacja Sanitarno-Epidemiologiczna w Bytomiu</w:t>
      </w:r>
      <w:r>
        <w:rPr>
          <w:noProof/>
        </w:rPr>
        <w:br/>
        <w:t>41-902 Bytom</w:t>
      </w:r>
      <w:r>
        <w:rPr>
          <w:noProof/>
        </w:rPr>
        <w:br/>
        <w:t>ul. Stanisława Moniuszki 25</w:t>
      </w:r>
    </w:p>
    <w:p w14:paraId="4F6CC65D" w14:textId="77777777" w:rsidR="0050571E" w:rsidRDefault="00000000">
      <w:pPr>
        <w:keepNext/>
        <w:keepLines/>
        <w:spacing w:before="80"/>
      </w:pPr>
      <w:r>
        <w:rPr>
          <w:b/>
          <w:noProof/>
        </w:rPr>
        <w:t>2.</w:t>
      </w:r>
      <w:r>
        <w:rPr>
          <w:noProof/>
        </w:rPr>
        <w:t xml:space="preserve">  Nazwa przedmiotu zamówienia:</w:t>
      </w:r>
    </w:p>
    <w:p w14:paraId="1B02BC0C" w14:textId="77777777" w:rsidR="0050571E" w:rsidRDefault="00000000" w:rsidP="00970A4B">
      <w:pPr>
        <w:keepLines/>
        <w:ind w:left="425"/>
        <w:jc w:val="both"/>
      </w:pPr>
      <w:r w:rsidRPr="00970A4B">
        <w:rPr>
          <w:b/>
          <w:noProof/>
        </w:rPr>
        <w:t>Dostawa autoklawu laboratoryjnego wraz z wyposażeniem, transportem, wniesieniem, podłączeniem, uruchomieniem, walidacją, szkoleniem i przeglądami. Oferowany autoklaw ma pokrywę otwieraną do góry oraz funkcję aparatu Kocha, zgodnie z OPZ.</w:t>
      </w:r>
    </w:p>
    <w:p w14:paraId="52F4DF2A" w14:textId="77777777" w:rsidR="0050571E" w:rsidRDefault="00000000">
      <w:pPr>
        <w:keepNext/>
        <w:keepLines/>
        <w:spacing w:before="80"/>
        <w:rPr>
          <w:noProof/>
        </w:rPr>
      </w:pPr>
      <w:r>
        <w:rPr>
          <w:b/>
          <w:noProof/>
        </w:rPr>
        <w:t>3.</w:t>
      </w:r>
      <w:r>
        <w:rPr>
          <w:noProof/>
        </w:rPr>
        <w:t xml:space="preserve">  Nazwa i adres WYKONAWCY:</w:t>
      </w:r>
    </w:p>
    <w:p w14:paraId="49C7D8B5" w14:textId="07D1932F" w:rsidR="0034424F" w:rsidRDefault="0034424F">
      <w:pPr>
        <w:keepNext/>
        <w:keepLines/>
        <w:spacing w:before="80"/>
        <w:rPr>
          <w:noProof/>
        </w:rPr>
      </w:pPr>
      <w:r>
        <w:rPr>
          <w:noProof/>
        </w:rPr>
        <w:tab/>
        <w:t>……………………………………………………………………………..</w:t>
      </w:r>
    </w:p>
    <w:p w14:paraId="6856523F" w14:textId="2BD24DF0" w:rsidR="0034424F" w:rsidRDefault="0034424F">
      <w:pPr>
        <w:keepNext/>
        <w:keepLines/>
        <w:spacing w:before="80"/>
        <w:rPr>
          <w:noProof/>
        </w:rPr>
      </w:pPr>
      <w:r>
        <w:rPr>
          <w:noProof/>
        </w:rPr>
        <w:tab/>
        <w:t>……………………………………………………………………………..</w:t>
      </w:r>
    </w:p>
    <w:p w14:paraId="5A388C4D" w14:textId="491D679C" w:rsidR="0034424F" w:rsidRDefault="0034424F">
      <w:pPr>
        <w:keepNext/>
        <w:keepLines/>
        <w:spacing w:before="80"/>
        <w:rPr>
          <w:noProof/>
        </w:rPr>
      </w:pPr>
      <w:r>
        <w:rPr>
          <w:noProof/>
        </w:rPr>
        <w:tab/>
        <w:t>……………………………………………………………………………..</w:t>
      </w:r>
    </w:p>
    <w:p w14:paraId="1EEB78AA" w14:textId="77777777" w:rsidR="0034424F" w:rsidRDefault="0034424F">
      <w:pPr>
        <w:keepNext/>
        <w:keepLines/>
        <w:spacing w:before="80"/>
      </w:pPr>
    </w:p>
    <w:p w14:paraId="247077FF" w14:textId="77777777" w:rsidR="0050571E" w:rsidRDefault="00000000">
      <w:pPr>
        <w:keepNext/>
        <w:keepLines/>
        <w:spacing w:before="80"/>
      </w:pPr>
      <w:r>
        <w:rPr>
          <w:b/>
          <w:noProof/>
        </w:rPr>
        <w:t>4.</w:t>
      </w:r>
      <w:r>
        <w:rPr>
          <w:noProof/>
        </w:rPr>
        <w:t xml:space="preserve">  W odpowiedzi na zaproszenie do złożenia oferty oferuję wykonanie przedmiotu zamówienia za cenę:</w:t>
      </w:r>
    </w:p>
    <w:tbl>
      <w:tblPr>
        <w:tblW w:w="975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7200"/>
      </w:tblGrid>
      <w:tr w:rsidR="0050571E" w14:paraId="74E2FED2" w14:textId="77777777">
        <w:trPr>
          <w:cantSplit/>
          <w:jc w:val="center"/>
        </w:trPr>
        <w:tc>
          <w:tcPr>
            <w:tcW w:w="2551" w:type="dxa"/>
            <w:tcMar>
              <w:top w:w="20" w:type="dxa"/>
              <w:left w:w="70" w:type="dxa"/>
              <w:bottom w:w="20" w:type="dxa"/>
              <w:right w:w="40" w:type="dxa"/>
            </w:tcMar>
          </w:tcPr>
          <w:p w14:paraId="09B83620" w14:textId="77777777" w:rsidR="0050571E" w:rsidRDefault="00000000">
            <w:pPr>
              <w:keepLines/>
              <w:spacing w:after="0"/>
            </w:pPr>
            <w:r>
              <w:rPr>
                <w:b/>
                <w:noProof/>
              </w:rPr>
              <w:t>wartość brutto:</w:t>
            </w:r>
          </w:p>
        </w:tc>
        <w:tc>
          <w:tcPr>
            <w:tcW w:w="7200" w:type="dxa"/>
            <w:tcMar>
              <w:top w:w="20" w:type="dxa"/>
              <w:left w:w="40" w:type="dxa"/>
              <w:bottom w:w="20" w:type="dxa"/>
              <w:right w:w="70" w:type="dxa"/>
            </w:tcMar>
          </w:tcPr>
          <w:p w14:paraId="7B011DD9" w14:textId="486A930C" w:rsidR="0050571E" w:rsidRDefault="00000000">
            <w:pPr>
              <w:keepLines/>
              <w:spacing w:after="0"/>
            </w:pPr>
            <w:r>
              <w:t>...........................................................................</w:t>
            </w:r>
            <w:r w:rsidR="0034424F">
              <w:t>...</w:t>
            </w:r>
            <w:r>
              <w:t>............. zł</w:t>
            </w:r>
          </w:p>
        </w:tc>
      </w:tr>
      <w:tr w:rsidR="0050571E" w14:paraId="51CD02EB" w14:textId="77777777">
        <w:trPr>
          <w:cantSplit/>
          <w:jc w:val="center"/>
        </w:trPr>
        <w:tc>
          <w:tcPr>
            <w:tcW w:w="2551" w:type="dxa"/>
            <w:tcMar>
              <w:top w:w="20" w:type="dxa"/>
              <w:left w:w="70" w:type="dxa"/>
              <w:bottom w:w="20" w:type="dxa"/>
              <w:right w:w="40" w:type="dxa"/>
            </w:tcMar>
          </w:tcPr>
          <w:p w14:paraId="32B4052E" w14:textId="77777777" w:rsidR="0050571E" w:rsidRDefault="00000000">
            <w:pPr>
              <w:keepLines/>
              <w:spacing w:after="0"/>
            </w:pPr>
            <w:r>
              <w:rPr>
                <w:b/>
                <w:noProof/>
              </w:rPr>
              <w:t>w tym VAT:</w:t>
            </w:r>
          </w:p>
        </w:tc>
        <w:tc>
          <w:tcPr>
            <w:tcW w:w="7200" w:type="dxa"/>
            <w:tcMar>
              <w:top w:w="20" w:type="dxa"/>
              <w:left w:w="40" w:type="dxa"/>
              <w:bottom w:w="20" w:type="dxa"/>
              <w:right w:w="70" w:type="dxa"/>
            </w:tcMar>
          </w:tcPr>
          <w:p w14:paraId="3F379146" w14:textId="00D33D4F" w:rsidR="0050571E" w:rsidRDefault="00000000">
            <w:pPr>
              <w:keepLines/>
              <w:spacing w:after="0"/>
            </w:pPr>
            <w:r>
              <w:t>............ %, tj. .................................................................... zł</w:t>
            </w:r>
          </w:p>
        </w:tc>
      </w:tr>
      <w:tr w:rsidR="0050571E" w14:paraId="2005954D" w14:textId="77777777">
        <w:trPr>
          <w:cantSplit/>
          <w:jc w:val="center"/>
        </w:trPr>
        <w:tc>
          <w:tcPr>
            <w:tcW w:w="2551" w:type="dxa"/>
            <w:tcMar>
              <w:top w:w="20" w:type="dxa"/>
              <w:left w:w="70" w:type="dxa"/>
              <w:bottom w:w="20" w:type="dxa"/>
              <w:right w:w="40" w:type="dxa"/>
            </w:tcMar>
          </w:tcPr>
          <w:p w14:paraId="40F5DF11" w14:textId="77777777" w:rsidR="0050571E" w:rsidRDefault="00000000">
            <w:pPr>
              <w:keepLines/>
              <w:spacing w:after="0"/>
            </w:pPr>
            <w:r>
              <w:rPr>
                <w:b/>
                <w:noProof/>
              </w:rPr>
              <w:t>wartość netto:</w:t>
            </w:r>
          </w:p>
        </w:tc>
        <w:tc>
          <w:tcPr>
            <w:tcW w:w="7200" w:type="dxa"/>
            <w:tcMar>
              <w:top w:w="20" w:type="dxa"/>
              <w:left w:w="40" w:type="dxa"/>
              <w:bottom w:w="20" w:type="dxa"/>
              <w:right w:w="70" w:type="dxa"/>
            </w:tcMar>
          </w:tcPr>
          <w:p w14:paraId="337B6605" w14:textId="2F0DCF25" w:rsidR="0050571E" w:rsidRDefault="00000000">
            <w:pPr>
              <w:keepLines/>
              <w:spacing w:after="0"/>
            </w:pPr>
            <w:r>
              <w:t>.......................................................................................</w:t>
            </w:r>
            <w:r w:rsidR="0034424F">
              <w:t>....</w:t>
            </w:r>
            <w:r>
              <w:t>. zł</w:t>
            </w:r>
          </w:p>
        </w:tc>
      </w:tr>
    </w:tbl>
    <w:p w14:paraId="3C78A987" w14:textId="77777777" w:rsidR="0050571E" w:rsidRDefault="00000000">
      <w:pPr>
        <w:keepNext/>
        <w:keepLines/>
        <w:spacing w:before="80" w:after="40"/>
      </w:pPr>
      <w:r>
        <w:rPr>
          <w:b/>
          <w:noProof/>
        </w:rPr>
        <w:t>5.</w:t>
      </w:r>
      <w:r>
        <w:rPr>
          <w:noProof/>
        </w:rPr>
        <w:t xml:space="preserve">  Oświadczam, że zapoznałem się z opisem przedmiotu zamówienia i nie wnoszę do niego zastrzeżeń.</w:t>
      </w:r>
    </w:p>
    <w:p w14:paraId="7C0C6353" w14:textId="77777777" w:rsidR="0050571E" w:rsidRDefault="00000000">
      <w:pPr>
        <w:keepNext/>
        <w:keepLines/>
        <w:spacing w:before="80"/>
      </w:pPr>
      <w:r>
        <w:rPr>
          <w:b/>
          <w:noProof/>
        </w:rPr>
        <w:t>6.</w:t>
      </w:r>
      <w:r>
        <w:rPr>
          <w:noProof/>
        </w:rPr>
        <w:t xml:space="preserve">  Deklaruję wykonanie przedmiotu zamówienia zgodnie z wymaganiami ZAMAWIAJĄCEGO na następujących warunkach: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463"/>
      </w:tblGrid>
      <w:tr w:rsidR="0050571E" w14:paraId="2E32BFDB" w14:textId="77777777">
        <w:trPr>
          <w:cantSplit/>
          <w:jc w:val="center"/>
        </w:trPr>
        <w:tc>
          <w:tcPr>
            <w:tcW w:w="2835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24B6BB4" w14:textId="77777777" w:rsidR="0050571E" w:rsidRPr="00970A4B" w:rsidRDefault="00000000">
            <w:pPr>
              <w:keepLines/>
              <w:spacing w:after="0"/>
            </w:pPr>
            <w:r w:rsidRPr="00970A4B">
              <w:rPr>
                <w:noProof/>
              </w:rPr>
              <w:t>Termin wykonania zamówienia:</w:t>
            </w:r>
          </w:p>
        </w:tc>
        <w:tc>
          <w:tcPr>
            <w:tcW w:w="6463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26F984E" w14:textId="77777777" w:rsidR="0050571E" w:rsidRDefault="00000000">
            <w:r w:rsidRPr="00970A4B">
              <w:rPr>
                <w:noProof/>
              </w:rPr>
              <w:t>Do 16.12.2026 r. — dostawa i odbiór dostawy i montażu.</w:t>
            </w:r>
          </w:p>
        </w:tc>
      </w:tr>
      <w:tr w:rsidR="0050571E" w14:paraId="642874B3" w14:textId="77777777">
        <w:trPr>
          <w:cantSplit/>
          <w:jc w:val="center"/>
        </w:trPr>
        <w:tc>
          <w:tcPr>
            <w:tcW w:w="2835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BF70507" w14:textId="77777777" w:rsidR="0050571E" w:rsidRDefault="00000000">
            <w:pPr>
              <w:keepLines/>
              <w:spacing w:after="0"/>
            </w:pPr>
            <w:r>
              <w:rPr>
                <w:noProof/>
              </w:rPr>
              <w:t>Okres gwarancji:</w:t>
            </w:r>
          </w:p>
        </w:tc>
        <w:tc>
          <w:tcPr>
            <w:tcW w:w="6463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88E0E4" w14:textId="77777777" w:rsidR="0050571E" w:rsidRDefault="00000000">
            <w:r>
              <w:rPr>
                <w:noProof/>
              </w:rPr>
              <w:t>……………………………… miesięcy</w:t>
            </w:r>
            <w:r>
              <w:rPr>
                <w:noProof/>
              </w:rPr>
              <w:br/>
              <w:t>(nie mniej niż 24 miesiące)</w:t>
            </w:r>
          </w:p>
        </w:tc>
      </w:tr>
      <w:tr w:rsidR="0050571E" w14:paraId="069F403A" w14:textId="77777777">
        <w:trPr>
          <w:cantSplit/>
          <w:jc w:val="center"/>
        </w:trPr>
        <w:tc>
          <w:tcPr>
            <w:tcW w:w="2835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11EA30" w14:textId="77777777" w:rsidR="0050571E" w:rsidRDefault="00000000">
            <w:pPr>
              <w:keepLines/>
              <w:spacing w:after="0"/>
            </w:pPr>
            <w:r>
              <w:rPr>
                <w:noProof/>
              </w:rPr>
              <w:t>Warunki płatności:</w:t>
            </w:r>
          </w:p>
        </w:tc>
        <w:tc>
          <w:tcPr>
            <w:tcW w:w="6463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D523A9B" w14:textId="77777777" w:rsidR="0050571E" w:rsidRDefault="00000000">
            <w:pPr>
              <w:keepLines/>
              <w:spacing w:after="0"/>
            </w:pPr>
            <w:r>
              <w:rPr>
                <w:noProof/>
              </w:rPr>
              <w:t>Zgodnie z pkt 6 zaproszenia i § 7 umowy.</w:t>
            </w:r>
          </w:p>
        </w:tc>
      </w:tr>
      <w:tr w:rsidR="0050571E" w14:paraId="706C1ACB" w14:textId="77777777">
        <w:trPr>
          <w:cantSplit/>
          <w:jc w:val="center"/>
        </w:trPr>
        <w:tc>
          <w:tcPr>
            <w:tcW w:w="2835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66FA48C" w14:textId="77777777" w:rsidR="0050571E" w:rsidRDefault="0050571E">
            <w:pPr>
              <w:keepLines/>
              <w:spacing w:after="0"/>
            </w:pPr>
          </w:p>
        </w:tc>
        <w:tc>
          <w:tcPr>
            <w:tcW w:w="6463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086089" w14:textId="5A3E174C" w:rsidR="0050571E" w:rsidRDefault="00000000">
            <w:pPr>
              <w:keepLines/>
              <w:spacing w:after="0"/>
            </w:pPr>
            <w:r w:rsidRPr="00970A4B">
              <w:rPr>
                <w:noProof/>
              </w:rPr>
              <w:t>Jednorazowo po odbiorze dostawy i montażu, do 30 dni od otrzymania faktury, nie później niż 31.12.2026 r., łącznie z walidacją i przeglądami.</w:t>
            </w:r>
          </w:p>
        </w:tc>
      </w:tr>
    </w:tbl>
    <w:p w14:paraId="7E4CD255" w14:textId="77777777" w:rsidR="0050571E" w:rsidRDefault="0050571E">
      <w:pPr>
        <w:keepLines/>
      </w:pPr>
    </w:p>
    <w:p w14:paraId="642DF8FE" w14:textId="77777777" w:rsidR="0050571E" w:rsidRDefault="00000000">
      <w:pPr>
        <w:keepNext/>
        <w:keepLines/>
      </w:pPr>
      <w:r>
        <w:rPr>
          <w:b/>
          <w:noProof/>
        </w:rPr>
        <w:t>7.</w:t>
      </w:r>
      <w:r>
        <w:rPr>
          <w:noProof/>
        </w:rPr>
        <w:t xml:space="preserve">  Ofertę niniejszą składam na …… kolejno ponumerowanych stronach.</w:t>
      </w:r>
    </w:p>
    <w:p w14:paraId="52B61AB0" w14:textId="77777777" w:rsidR="0050571E" w:rsidRDefault="00000000" w:rsidP="00970A4B">
      <w:pPr>
        <w:keepNext/>
        <w:keepLines/>
        <w:spacing w:before="80"/>
        <w:jc w:val="both"/>
      </w:pPr>
      <w:r>
        <w:rPr>
          <w:b/>
          <w:noProof/>
        </w:rPr>
        <w:t>8.</w:t>
      </w:r>
      <w:r>
        <w:rPr>
          <w:noProof/>
        </w:rPr>
        <w:t xml:space="preserve">  Oferta zawiera / nie zawiera* informacji stanowiących tajemnicę przedsiębiorstwa w rozumieniu przepisów ustawy o zwalczaniu nieuczciwej konkurencji.</w:t>
      </w:r>
    </w:p>
    <w:p w14:paraId="2F2AB9CA" w14:textId="77777777" w:rsidR="0050571E" w:rsidRDefault="00000000">
      <w:pPr>
        <w:keepNext/>
        <w:keepLines/>
        <w:spacing w:before="80"/>
      </w:pPr>
      <w:r>
        <w:rPr>
          <w:b/>
          <w:noProof/>
        </w:rPr>
        <w:t>9.</w:t>
      </w:r>
      <w:r>
        <w:rPr>
          <w:noProof/>
        </w:rPr>
        <w:t xml:space="preserve">  Załącznikami do niniejszego formularza oferty, stanowiącymi jej integralną część, są:</w:t>
      </w:r>
    </w:p>
    <w:p w14:paraId="15264AC9" w14:textId="77777777" w:rsidR="0050571E" w:rsidRDefault="00000000">
      <w:pPr>
        <w:keepLines/>
        <w:ind w:left="425"/>
      </w:pPr>
      <w:r>
        <w:rPr>
          <w:noProof/>
        </w:rPr>
        <w:t>1. ........................................................................................................................................................</w:t>
      </w:r>
    </w:p>
    <w:p w14:paraId="790FB0AC" w14:textId="77777777" w:rsidR="0050571E" w:rsidRDefault="00000000">
      <w:pPr>
        <w:keepLines/>
        <w:ind w:left="425"/>
      </w:pPr>
      <w:r>
        <w:rPr>
          <w:noProof/>
        </w:rPr>
        <w:t>2. ........................................................................................................................................................</w:t>
      </w:r>
    </w:p>
    <w:p w14:paraId="69F9A467" w14:textId="77777777" w:rsidR="0050571E" w:rsidRDefault="00000000">
      <w:pPr>
        <w:keepLines/>
        <w:ind w:left="425"/>
      </w:pPr>
      <w:r>
        <w:rPr>
          <w:noProof/>
        </w:rPr>
        <w:t>3. ........................................................................................................................................................</w:t>
      </w:r>
    </w:p>
    <w:p w14:paraId="2924EF3E" w14:textId="77777777" w:rsidR="0050571E" w:rsidRPr="00970A4B" w:rsidRDefault="00000000">
      <w:pPr>
        <w:spacing w:before="20" w:after="0"/>
        <w:rPr>
          <w:i/>
          <w:iCs/>
          <w:noProof/>
          <w:sz w:val="16"/>
        </w:rPr>
      </w:pPr>
      <w:r w:rsidRPr="00970A4B">
        <w:rPr>
          <w:i/>
          <w:iCs/>
          <w:noProof/>
          <w:sz w:val="16"/>
        </w:rPr>
        <w:t>* Niepotrzebne skreślić.</w:t>
      </w:r>
    </w:p>
    <w:p w14:paraId="29E6F45A" w14:textId="77777777" w:rsidR="00970A4B" w:rsidRDefault="00970A4B">
      <w:pPr>
        <w:spacing w:before="20" w:after="0"/>
        <w:rPr>
          <w:sz w:val="16"/>
        </w:rPr>
      </w:pPr>
    </w:p>
    <w:p w14:paraId="0668457C" w14:textId="77777777" w:rsidR="00A82D5A" w:rsidRDefault="00A82D5A">
      <w:pPr>
        <w:spacing w:after="0" w:line="20" w:lineRule="exact"/>
        <w:rPr>
          <w:sz w:val="16"/>
        </w:rPr>
      </w:pPr>
    </w:p>
    <w:p w14:paraId="676D3D2C" w14:textId="77777777" w:rsidR="00A82D5A" w:rsidRDefault="00A82D5A">
      <w:pPr>
        <w:spacing w:after="0" w:line="20" w:lineRule="exact"/>
      </w:pPr>
    </w:p>
    <w:p w14:paraId="08FADF9D" w14:textId="77777777" w:rsidR="0050571E" w:rsidRDefault="00000000">
      <w:pPr>
        <w:keepLines/>
        <w:spacing w:before="100" w:after="160"/>
        <w:jc w:val="right"/>
        <w:rPr>
          <w:noProof/>
        </w:rPr>
      </w:pPr>
      <w:r>
        <w:rPr>
          <w:noProof/>
        </w:rPr>
        <w:t>........................................................, dnia ........ ........ 20........ r.</w:t>
      </w:r>
    </w:p>
    <w:p w14:paraId="500FF587" w14:textId="77777777" w:rsidR="00970A4B" w:rsidRDefault="00970A4B">
      <w:pPr>
        <w:keepLines/>
        <w:spacing w:before="100" w:after="160"/>
        <w:jc w:val="right"/>
        <w:rPr>
          <w:noProof/>
        </w:rPr>
      </w:pPr>
    </w:p>
    <w:p w14:paraId="50AFB876" w14:textId="77777777" w:rsidR="00970A4B" w:rsidRDefault="00970A4B">
      <w:pPr>
        <w:keepLines/>
        <w:spacing w:before="100" w:after="160"/>
        <w:jc w:val="right"/>
        <w:rPr>
          <w:noProof/>
        </w:rPr>
      </w:pPr>
    </w:p>
    <w:p w14:paraId="590E1F22" w14:textId="77777777" w:rsidR="00970A4B" w:rsidRDefault="00970A4B">
      <w:pPr>
        <w:keepLines/>
        <w:spacing w:before="100" w:after="160"/>
        <w:jc w:val="right"/>
      </w:pPr>
    </w:p>
    <w:p w14:paraId="32771AD3" w14:textId="77777777" w:rsidR="00A82D5A" w:rsidRDefault="00A82D5A">
      <w:pPr>
        <w:keepLines/>
        <w:spacing w:after="0" w:line="20" w:lineRule="exact"/>
        <w:jc w:val="right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50571E" w14:paraId="3C7C6824" w14:textId="77777777">
        <w:trPr>
          <w:cantSplit/>
          <w:jc w:val="center"/>
        </w:trPr>
        <w:tc>
          <w:tcPr>
            <w:tcW w:w="493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614575" w14:textId="77777777" w:rsidR="0050571E" w:rsidRDefault="00000000">
            <w:pPr>
              <w:keepNext/>
              <w:keepLines/>
              <w:spacing w:after="0"/>
              <w:jc w:val="center"/>
            </w:pPr>
            <w:r>
              <w:rPr>
                <w:noProof/>
              </w:rPr>
              <w:t>.....................................................................</w:t>
            </w:r>
          </w:p>
        </w:tc>
        <w:tc>
          <w:tcPr>
            <w:tcW w:w="493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B24E8D" w14:textId="77777777" w:rsidR="0050571E" w:rsidRDefault="00000000">
            <w:pPr>
              <w:keepNext/>
              <w:keepLines/>
              <w:spacing w:after="0"/>
              <w:jc w:val="center"/>
            </w:pPr>
            <w:r>
              <w:rPr>
                <w:noProof/>
              </w:rPr>
              <w:t>.....................................................................</w:t>
            </w:r>
          </w:p>
        </w:tc>
      </w:tr>
      <w:tr w:rsidR="0050571E" w14:paraId="1A363942" w14:textId="77777777">
        <w:trPr>
          <w:cantSplit/>
          <w:jc w:val="center"/>
        </w:trPr>
        <w:tc>
          <w:tcPr>
            <w:tcW w:w="493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3FCBB" w14:textId="77777777" w:rsidR="0050571E" w:rsidRDefault="00000000">
            <w:pPr>
              <w:keepLines/>
              <w:spacing w:after="0"/>
              <w:jc w:val="center"/>
            </w:pPr>
            <w:r>
              <w:rPr>
                <w:i/>
                <w:noProof/>
                <w:sz w:val="18"/>
              </w:rPr>
              <w:t>/pieczęć Wykonawcy/</w:t>
            </w:r>
          </w:p>
        </w:tc>
        <w:tc>
          <w:tcPr>
            <w:tcW w:w="493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F348A2" w14:textId="77777777" w:rsidR="0050571E" w:rsidRDefault="00000000">
            <w:pPr>
              <w:keepLines/>
              <w:spacing w:after="0"/>
              <w:jc w:val="center"/>
            </w:pPr>
            <w:r>
              <w:rPr>
                <w:i/>
                <w:noProof/>
                <w:sz w:val="18"/>
              </w:rPr>
              <w:t>/podpis osoby uprawnionej/</w:t>
            </w:r>
          </w:p>
        </w:tc>
      </w:tr>
    </w:tbl>
    <w:p w14:paraId="2D3F5A9D" w14:textId="77777777" w:rsidR="0050571E" w:rsidRDefault="00000000">
      <w:pPr>
        <w:spacing w:after="0" w:line="20" w:lineRule="exact"/>
      </w:pPr>
      <w:r>
        <w:rPr>
          <w:noProof/>
          <w:sz w:val="2"/>
        </w:rPr>
        <w:br w:type="page"/>
      </w:r>
    </w:p>
    <w:p w14:paraId="7284175E" w14:textId="77777777" w:rsidR="0050571E" w:rsidRDefault="00000000">
      <w:pPr>
        <w:keepNext/>
        <w:keepLines/>
        <w:spacing w:after="100" w:line="250" w:lineRule="auto"/>
        <w:jc w:val="center"/>
      </w:pPr>
      <w:r>
        <w:rPr>
          <w:b/>
          <w:noProof/>
        </w:rPr>
        <w:lastRenderedPageBreak/>
        <w:t>Zestawienie ceny do Formularza oferty</w:t>
      </w:r>
    </w:p>
    <w:p w14:paraId="50816549" w14:textId="77777777" w:rsidR="0050571E" w:rsidRDefault="00000000">
      <w:pPr>
        <w:keepLines/>
        <w:spacing w:after="100" w:line="250" w:lineRule="auto"/>
        <w:jc w:val="center"/>
      </w:pPr>
      <w:r>
        <w:rPr>
          <w:noProof/>
        </w:rPr>
        <w:t>Integralna część Formularza oferty</w:t>
      </w:r>
    </w:p>
    <w:p w14:paraId="639F04F3" w14:textId="77777777" w:rsidR="00A82D5A" w:rsidRDefault="00A82D5A">
      <w:pPr>
        <w:keepLines/>
        <w:spacing w:after="100" w:line="250" w:lineRule="auto"/>
        <w:jc w:val="center"/>
      </w:pPr>
    </w:p>
    <w:p w14:paraId="0F179057" w14:textId="69900A37" w:rsidR="0050571E" w:rsidRDefault="00000000">
      <w:pPr>
        <w:keepLines/>
        <w:spacing w:after="100" w:line="250" w:lineRule="auto"/>
      </w:pPr>
      <w:r>
        <w:rPr>
          <w:noProof/>
        </w:rPr>
        <w:t>Nazwa Wykonawcy: ....................................................................................................</w:t>
      </w:r>
      <w:r w:rsidR="00A82D5A">
        <w:rPr>
          <w:noProof/>
        </w:rPr>
        <w:t>..........</w:t>
      </w:r>
      <w:r>
        <w:rPr>
          <w:noProof/>
        </w:rPr>
        <w:t>..............</w:t>
      </w:r>
    </w:p>
    <w:p w14:paraId="6261EF10" w14:textId="77777777" w:rsidR="00A82D5A" w:rsidRDefault="00A82D5A">
      <w:pPr>
        <w:keepLines/>
        <w:spacing w:after="100" w:line="250" w:lineRule="auto"/>
      </w:pPr>
    </w:p>
    <w:p w14:paraId="160925E3" w14:textId="7546E150" w:rsidR="0050571E" w:rsidRDefault="00000000">
      <w:pPr>
        <w:keepLines/>
        <w:spacing w:after="100" w:line="250" w:lineRule="auto"/>
      </w:pPr>
      <w:r>
        <w:rPr>
          <w:noProof/>
        </w:rPr>
        <w:t>Producent i model oferowanego autoklawu: .............................................................................</w:t>
      </w:r>
      <w:r>
        <w:rPr>
          <w:b/>
          <w:noProof/>
          <w:highlight w:val="yellow"/>
        </w:rPr>
        <w:br/>
      </w:r>
      <w:r w:rsidRPr="00892394">
        <w:rPr>
          <w:b/>
          <w:noProof/>
        </w:rPr>
        <w:t>Nazwa programu lub trybu aparatu Kocha: ........................................................................</w:t>
      </w:r>
      <w:r w:rsidRPr="00892394">
        <w:rPr>
          <w:b/>
          <w:noProof/>
        </w:rPr>
        <w:br/>
      </w:r>
    </w:p>
    <w:p w14:paraId="489BBB32" w14:textId="77777777" w:rsidR="00A82D5A" w:rsidRDefault="00A82D5A">
      <w:pPr>
        <w:keepNext/>
        <w:keepLines/>
        <w:spacing w:after="100" w:line="250" w:lineRule="auto"/>
        <w:rPr>
          <w:b/>
        </w:rPr>
      </w:pPr>
    </w:p>
    <w:p w14:paraId="77FF257E" w14:textId="55E4E115" w:rsidR="0050571E" w:rsidRDefault="00000000">
      <w:pPr>
        <w:keepNext/>
        <w:keepLines/>
        <w:spacing w:after="100" w:line="250" w:lineRule="auto"/>
      </w:pPr>
      <w:r>
        <w:rPr>
          <w:b/>
          <w:noProof/>
        </w:rPr>
        <w:t>Zestawienie ceny</w:t>
      </w:r>
    </w:p>
    <w:p w14:paraId="124E3D2D" w14:textId="77777777" w:rsidR="0050571E" w:rsidRDefault="00000000" w:rsidP="00A82D5A">
      <w:pPr>
        <w:keepNext/>
        <w:keepLines/>
        <w:spacing w:after="100" w:line="250" w:lineRule="auto"/>
        <w:jc w:val="both"/>
      </w:pPr>
      <w:r w:rsidRPr="00892394">
        <w:rPr>
          <w:noProof/>
        </w:rPr>
        <w:t>Ceny obejmują cały wymagany zakres, w tym walidację. Suma wartości w tabeli musi odpowiadać cenie z pkt 4. Zestawienie ma charakter kalkulacyjny. Łączna cena, wraz z walidacją i wszystkimi wymaganymi przeglądami, jest płatna jednorazowo po odbiorze dostawy i montażu. Wykonawca zobowiązuje się wykonać cały zakres zamówienia zgodnie z OPZ, ofertą i umową, bez dodatkowego zlecenia ani zapłaty.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05" w:type="dxa"/>
          <w:left w:w="75" w:type="dxa"/>
          <w:bottom w:w="105" w:type="dxa"/>
          <w:right w:w="75" w:type="dxa"/>
        </w:tblCellMar>
        <w:tblLook w:val="04A0" w:firstRow="1" w:lastRow="0" w:firstColumn="1" w:lastColumn="0" w:noHBand="0" w:noVBand="1"/>
      </w:tblPr>
      <w:tblGrid>
        <w:gridCol w:w="454"/>
        <w:gridCol w:w="4110"/>
        <w:gridCol w:w="1276"/>
        <w:gridCol w:w="992"/>
        <w:gridCol w:w="1276"/>
        <w:gridCol w:w="1757"/>
      </w:tblGrid>
      <w:tr w:rsidR="0050571E" w14:paraId="3D72E17E" w14:textId="77777777">
        <w:trPr>
          <w:cantSplit/>
          <w:tblHeader/>
          <w:jc w:val="center"/>
        </w:trPr>
        <w:tc>
          <w:tcPr>
            <w:tcW w:w="454" w:type="dxa"/>
            <w:shd w:val="clear" w:color="auto" w:fill="EDEDED"/>
            <w:vAlign w:val="center"/>
          </w:tcPr>
          <w:p w14:paraId="5E8D9820" w14:textId="77777777" w:rsidR="0050571E" w:rsidRDefault="00000000">
            <w:pPr>
              <w:spacing w:after="0"/>
              <w:jc w:val="center"/>
            </w:pPr>
            <w:r>
              <w:rPr>
                <w:b/>
                <w:noProof/>
              </w:rPr>
              <w:t>Lp.</w:t>
            </w:r>
          </w:p>
        </w:tc>
        <w:tc>
          <w:tcPr>
            <w:tcW w:w="4110" w:type="dxa"/>
            <w:shd w:val="clear" w:color="auto" w:fill="EDEDED"/>
            <w:vAlign w:val="center"/>
          </w:tcPr>
          <w:p w14:paraId="7911E6FA" w14:textId="77777777" w:rsidR="0050571E" w:rsidRDefault="00000000">
            <w:pPr>
              <w:spacing w:after="0"/>
            </w:pPr>
            <w:r>
              <w:rPr>
                <w:b/>
                <w:noProof/>
              </w:rPr>
              <w:t>Zakres świadczenia</w:t>
            </w:r>
          </w:p>
        </w:tc>
        <w:tc>
          <w:tcPr>
            <w:tcW w:w="1276" w:type="dxa"/>
            <w:shd w:val="clear" w:color="auto" w:fill="EDEDED"/>
            <w:vAlign w:val="center"/>
          </w:tcPr>
          <w:p w14:paraId="3ED6FF7A" w14:textId="77777777" w:rsidR="0050571E" w:rsidRDefault="00000000">
            <w:pPr>
              <w:spacing w:after="0"/>
              <w:jc w:val="center"/>
            </w:pPr>
            <w:r>
              <w:rPr>
                <w:b/>
                <w:noProof/>
              </w:rPr>
              <w:t>Wartość netto</w:t>
            </w:r>
            <w:r>
              <w:rPr>
                <w:b/>
                <w:noProof/>
              </w:rPr>
              <w:br/>
              <w:t>(zł)</w:t>
            </w:r>
          </w:p>
        </w:tc>
        <w:tc>
          <w:tcPr>
            <w:tcW w:w="992" w:type="dxa"/>
            <w:shd w:val="clear" w:color="auto" w:fill="EDEDED"/>
            <w:vAlign w:val="center"/>
          </w:tcPr>
          <w:p w14:paraId="5913D27F" w14:textId="77777777" w:rsidR="0050571E" w:rsidRDefault="00000000">
            <w:pPr>
              <w:spacing w:after="0"/>
              <w:jc w:val="center"/>
            </w:pPr>
            <w:r>
              <w:rPr>
                <w:b/>
                <w:noProof/>
              </w:rPr>
              <w:t>Stawka VAT</w:t>
            </w:r>
            <w:r>
              <w:rPr>
                <w:b/>
                <w:noProof/>
              </w:rPr>
              <w:br/>
              <w:t>(%)</w:t>
            </w:r>
          </w:p>
        </w:tc>
        <w:tc>
          <w:tcPr>
            <w:tcW w:w="1276" w:type="dxa"/>
            <w:shd w:val="clear" w:color="auto" w:fill="EDEDED"/>
            <w:vAlign w:val="center"/>
          </w:tcPr>
          <w:p w14:paraId="687F308B" w14:textId="77777777" w:rsidR="0050571E" w:rsidRDefault="00000000">
            <w:pPr>
              <w:spacing w:after="0"/>
              <w:jc w:val="center"/>
            </w:pPr>
            <w:r>
              <w:rPr>
                <w:b/>
                <w:noProof/>
              </w:rPr>
              <w:t>Kwota VAT</w:t>
            </w:r>
            <w:r>
              <w:rPr>
                <w:b/>
                <w:noProof/>
              </w:rPr>
              <w:br/>
              <w:t>(zł)</w:t>
            </w:r>
          </w:p>
        </w:tc>
        <w:tc>
          <w:tcPr>
            <w:tcW w:w="1757" w:type="dxa"/>
            <w:shd w:val="clear" w:color="auto" w:fill="EDEDED"/>
            <w:vAlign w:val="center"/>
          </w:tcPr>
          <w:p w14:paraId="72763F9A" w14:textId="77777777" w:rsidR="0050571E" w:rsidRDefault="00000000">
            <w:pPr>
              <w:spacing w:after="0"/>
              <w:jc w:val="center"/>
            </w:pPr>
            <w:r>
              <w:rPr>
                <w:b/>
                <w:noProof/>
              </w:rPr>
              <w:t>Wartość brutto</w:t>
            </w:r>
            <w:r>
              <w:rPr>
                <w:b/>
                <w:noProof/>
              </w:rPr>
              <w:br/>
              <w:t>(zł)</w:t>
            </w:r>
          </w:p>
        </w:tc>
      </w:tr>
      <w:tr w:rsidR="0050571E" w14:paraId="2AE8F9BA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7B418400" w14:textId="77777777" w:rsidR="0050571E" w:rsidRPr="00892394" w:rsidRDefault="00000000">
            <w:pPr>
              <w:spacing w:after="0"/>
              <w:jc w:val="center"/>
            </w:pPr>
            <w:r w:rsidRPr="00892394">
              <w:rPr>
                <w:noProof/>
              </w:rPr>
              <w:t>1</w:t>
            </w:r>
          </w:p>
        </w:tc>
        <w:tc>
          <w:tcPr>
            <w:tcW w:w="4110" w:type="dxa"/>
            <w:vAlign w:val="center"/>
          </w:tcPr>
          <w:p w14:paraId="1B71DD0D" w14:textId="77777777" w:rsidR="0050571E" w:rsidRPr="00892394" w:rsidRDefault="00000000">
            <w:pPr>
              <w:spacing w:after="0"/>
            </w:pPr>
            <w:r w:rsidRPr="00892394">
              <w:rPr>
                <w:noProof/>
              </w:rPr>
              <w:t>Dostawa kompletnego zestawu wraz z wyposażeniem, transportem, rozładunkiem, wniesieniem, montażem, podłączeniem, uruchomieniem, walidacją, szkoleniem, dokumentacją i gwarancją.</w:t>
            </w:r>
          </w:p>
        </w:tc>
        <w:tc>
          <w:tcPr>
            <w:tcW w:w="1276" w:type="dxa"/>
            <w:vAlign w:val="center"/>
          </w:tcPr>
          <w:p w14:paraId="7A3A08AC" w14:textId="77777777" w:rsidR="0050571E" w:rsidRPr="00892394" w:rsidRDefault="00000000">
            <w:pPr>
              <w:spacing w:after="0"/>
              <w:jc w:val="center"/>
            </w:pPr>
            <w:r w:rsidRPr="00892394">
              <w:rPr>
                <w:noProof/>
              </w:rPr>
              <w:t>................</w:t>
            </w:r>
          </w:p>
        </w:tc>
        <w:tc>
          <w:tcPr>
            <w:tcW w:w="992" w:type="dxa"/>
            <w:vAlign w:val="center"/>
          </w:tcPr>
          <w:p w14:paraId="1F6B9D3B" w14:textId="77777777" w:rsidR="0050571E" w:rsidRPr="00892394" w:rsidRDefault="00000000">
            <w:pPr>
              <w:spacing w:after="0"/>
              <w:jc w:val="center"/>
            </w:pPr>
            <w:r w:rsidRPr="00892394">
              <w:rPr>
                <w:noProof/>
              </w:rPr>
              <w:t>..........</w:t>
            </w:r>
          </w:p>
        </w:tc>
        <w:tc>
          <w:tcPr>
            <w:tcW w:w="1276" w:type="dxa"/>
            <w:vAlign w:val="center"/>
          </w:tcPr>
          <w:p w14:paraId="7E7BA5E3" w14:textId="77777777" w:rsidR="0050571E" w:rsidRPr="00892394" w:rsidRDefault="00000000">
            <w:pPr>
              <w:spacing w:after="0"/>
              <w:jc w:val="center"/>
            </w:pPr>
            <w:r w:rsidRPr="00892394">
              <w:rPr>
                <w:noProof/>
              </w:rPr>
              <w:t>................</w:t>
            </w:r>
          </w:p>
        </w:tc>
        <w:tc>
          <w:tcPr>
            <w:tcW w:w="1757" w:type="dxa"/>
            <w:vAlign w:val="center"/>
          </w:tcPr>
          <w:p w14:paraId="68980447" w14:textId="77777777" w:rsidR="0050571E" w:rsidRDefault="00000000">
            <w:pPr>
              <w:spacing w:after="0"/>
              <w:jc w:val="center"/>
            </w:pPr>
            <w:r w:rsidRPr="00892394">
              <w:rPr>
                <w:noProof/>
              </w:rPr>
              <w:t>................</w:t>
            </w:r>
          </w:p>
        </w:tc>
      </w:tr>
      <w:tr w:rsidR="0050571E" w14:paraId="2F39F164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46C1178E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2</w:t>
            </w:r>
          </w:p>
        </w:tc>
        <w:tc>
          <w:tcPr>
            <w:tcW w:w="4110" w:type="dxa"/>
            <w:vAlign w:val="center"/>
          </w:tcPr>
          <w:p w14:paraId="78B18B42" w14:textId="77777777" w:rsidR="0050571E" w:rsidRDefault="00000000">
            <w:pPr>
              <w:spacing w:after="0"/>
            </w:pPr>
            <w:r>
              <w:rPr>
                <w:noProof/>
              </w:rPr>
              <w:t>Dwa przeglądy okresowe autoklawu wraz z wymaganymi czynnościami i kosztami, zgodnie z OPZ.</w:t>
            </w:r>
          </w:p>
        </w:tc>
        <w:tc>
          <w:tcPr>
            <w:tcW w:w="1276" w:type="dxa"/>
            <w:vAlign w:val="center"/>
          </w:tcPr>
          <w:p w14:paraId="4E3859AA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................</w:t>
            </w:r>
          </w:p>
        </w:tc>
        <w:tc>
          <w:tcPr>
            <w:tcW w:w="992" w:type="dxa"/>
            <w:vAlign w:val="center"/>
          </w:tcPr>
          <w:p w14:paraId="62D49DCE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</w:t>
            </w:r>
          </w:p>
        </w:tc>
        <w:tc>
          <w:tcPr>
            <w:tcW w:w="1276" w:type="dxa"/>
            <w:vAlign w:val="center"/>
          </w:tcPr>
          <w:p w14:paraId="11B6D9E1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................</w:t>
            </w:r>
          </w:p>
        </w:tc>
        <w:tc>
          <w:tcPr>
            <w:tcW w:w="1757" w:type="dxa"/>
            <w:vAlign w:val="center"/>
          </w:tcPr>
          <w:p w14:paraId="2ED151C0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................</w:t>
            </w:r>
          </w:p>
        </w:tc>
      </w:tr>
      <w:tr w:rsidR="0050571E" w14:paraId="2EDB9BDB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5CEE5D79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3</w:t>
            </w:r>
          </w:p>
        </w:tc>
        <w:tc>
          <w:tcPr>
            <w:tcW w:w="4110" w:type="dxa"/>
            <w:vAlign w:val="center"/>
          </w:tcPr>
          <w:p w14:paraId="3F84C41F" w14:textId="77777777" w:rsidR="0050571E" w:rsidRDefault="00000000">
            <w:pPr>
              <w:spacing w:after="0"/>
            </w:pPr>
            <w:r>
              <w:rPr>
                <w:noProof/>
              </w:rPr>
              <w:t>Dwa przeglądy okresowe stacji uzdatniania wody wraz z wymaganymi czynnościami i kosztami, zgodnie z OPZ.</w:t>
            </w:r>
          </w:p>
        </w:tc>
        <w:tc>
          <w:tcPr>
            <w:tcW w:w="1276" w:type="dxa"/>
            <w:vAlign w:val="center"/>
          </w:tcPr>
          <w:p w14:paraId="6364B8F1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................</w:t>
            </w:r>
          </w:p>
        </w:tc>
        <w:tc>
          <w:tcPr>
            <w:tcW w:w="992" w:type="dxa"/>
            <w:vAlign w:val="center"/>
          </w:tcPr>
          <w:p w14:paraId="2A17F408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</w:t>
            </w:r>
          </w:p>
        </w:tc>
        <w:tc>
          <w:tcPr>
            <w:tcW w:w="1276" w:type="dxa"/>
            <w:vAlign w:val="center"/>
          </w:tcPr>
          <w:p w14:paraId="73F9A1C2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................</w:t>
            </w:r>
          </w:p>
        </w:tc>
        <w:tc>
          <w:tcPr>
            <w:tcW w:w="1757" w:type="dxa"/>
            <w:vAlign w:val="center"/>
          </w:tcPr>
          <w:p w14:paraId="4ABF7AEC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................</w:t>
            </w:r>
          </w:p>
        </w:tc>
      </w:tr>
      <w:tr w:rsidR="0050571E" w14:paraId="50D7A4B3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39F6FE85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4</w:t>
            </w:r>
          </w:p>
        </w:tc>
        <w:tc>
          <w:tcPr>
            <w:tcW w:w="4110" w:type="dxa"/>
            <w:vAlign w:val="center"/>
          </w:tcPr>
          <w:p w14:paraId="538F059D" w14:textId="77777777" w:rsidR="0050571E" w:rsidRDefault="00000000">
            <w:pPr>
              <w:spacing w:after="0"/>
            </w:pPr>
            <w:r>
              <w:rPr>
                <w:noProof/>
              </w:rPr>
              <w:t>Dwa przeglądy okresowe sprężarki wraz z wymaganymi czynnościami i kosztami, zgodnie z OPZ.</w:t>
            </w:r>
          </w:p>
        </w:tc>
        <w:tc>
          <w:tcPr>
            <w:tcW w:w="1276" w:type="dxa"/>
            <w:vAlign w:val="center"/>
          </w:tcPr>
          <w:p w14:paraId="30D734F3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................</w:t>
            </w:r>
          </w:p>
        </w:tc>
        <w:tc>
          <w:tcPr>
            <w:tcW w:w="992" w:type="dxa"/>
            <w:vAlign w:val="center"/>
          </w:tcPr>
          <w:p w14:paraId="4B170ABE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</w:t>
            </w:r>
          </w:p>
        </w:tc>
        <w:tc>
          <w:tcPr>
            <w:tcW w:w="1276" w:type="dxa"/>
            <w:vAlign w:val="center"/>
          </w:tcPr>
          <w:p w14:paraId="4E040B44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................</w:t>
            </w:r>
          </w:p>
        </w:tc>
        <w:tc>
          <w:tcPr>
            <w:tcW w:w="1757" w:type="dxa"/>
            <w:vAlign w:val="center"/>
          </w:tcPr>
          <w:p w14:paraId="0C310D4B" w14:textId="77777777" w:rsidR="0050571E" w:rsidRDefault="00000000">
            <w:pPr>
              <w:spacing w:after="0"/>
              <w:jc w:val="center"/>
            </w:pPr>
            <w:r>
              <w:rPr>
                <w:noProof/>
              </w:rPr>
              <w:t>................</w:t>
            </w:r>
          </w:p>
        </w:tc>
      </w:tr>
      <w:tr w:rsidR="0050571E" w14:paraId="6EA89D78" w14:textId="77777777">
        <w:trPr>
          <w:cantSplit/>
          <w:jc w:val="center"/>
        </w:trPr>
        <w:tc>
          <w:tcPr>
            <w:tcW w:w="454" w:type="dxa"/>
            <w:shd w:val="clear" w:color="auto" w:fill="F5F5F5"/>
            <w:vAlign w:val="center"/>
          </w:tcPr>
          <w:p w14:paraId="7BD6588A" w14:textId="77777777" w:rsidR="0050571E" w:rsidRDefault="0050571E">
            <w:pPr>
              <w:spacing w:after="0"/>
              <w:jc w:val="center"/>
            </w:pPr>
          </w:p>
        </w:tc>
        <w:tc>
          <w:tcPr>
            <w:tcW w:w="4110" w:type="dxa"/>
            <w:shd w:val="clear" w:color="auto" w:fill="F5F5F5"/>
            <w:vAlign w:val="center"/>
          </w:tcPr>
          <w:p w14:paraId="690FAD73" w14:textId="77777777" w:rsidR="0050571E" w:rsidRDefault="00000000">
            <w:pPr>
              <w:spacing w:after="0"/>
            </w:pPr>
            <w:r>
              <w:rPr>
                <w:b/>
                <w:noProof/>
              </w:rPr>
              <w:t>Łączna cena za cały zakres zamówienia</w:t>
            </w:r>
          </w:p>
        </w:tc>
        <w:tc>
          <w:tcPr>
            <w:tcW w:w="1276" w:type="dxa"/>
            <w:shd w:val="clear" w:color="auto" w:fill="F5F5F5"/>
            <w:vAlign w:val="center"/>
          </w:tcPr>
          <w:p w14:paraId="197E16C8" w14:textId="77777777" w:rsidR="0050571E" w:rsidRDefault="00000000">
            <w:pPr>
              <w:spacing w:after="0"/>
              <w:jc w:val="center"/>
            </w:pPr>
            <w:r>
              <w:rPr>
                <w:b/>
                <w:noProof/>
              </w:rPr>
              <w:t>................</w:t>
            </w:r>
          </w:p>
        </w:tc>
        <w:tc>
          <w:tcPr>
            <w:tcW w:w="992" w:type="dxa"/>
            <w:shd w:val="clear" w:color="auto" w:fill="F5F5F5"/>
            <w:vAlign w:val="center"/>
          </w:tcPr>
          <w:p w14:paraId="153CAFC1" w14:textId="77777777" w:rsidR="0050571E" w:rsidRDefault="00000000">
            <w:pPr>
              <w:spacing w:after="0"/>
              <w:jc w:val="center"/>
            </w:pPr>
            <w:r>
              <w:rPr>
                <w:b/>
                <w:noProof/>
              </w:rPr>
              <w:t>-</w:t>
            </w:r>
          </w:p>
        </w:tc>
        <w:tc>
          <w:tcPr>
            <w:tcW w:w="1276" w:type="dxa"/>
            <w:shd w:val="clear" w:color="auto" w:fill="F5F5F5"/>
            <w:vAlign w:val="center"/>
          </w:tcPr>
          <w:p w14:paraId="542F4253" w14:textId="77777777" w:rsidR="0050571E" w:rsidRDefault="00000000">
            <w:pPr>
              <w:spacing w:after="0"/>
              <w:jc w:val="center"/>
            </w:pPr>
            <w:r>
              <w:rPr>
                <w:b/>
                <w:noProof/>
              </w:rPr>
              <w:t>................</w:t>
            </w:r>
          </w:p>
        </w:tc>
        <w:tc>
          <w:tcPr>
            <w:tcW w:w="1757" w:type="dxa"/>
            <w:shd w:val="clear" w:color="auto" w:fill="F5F5F5"/>
            <w:vAlign w:val="center"/>
          </w:tcPr>
          <w:p w14:paraId="3410415F" w14:textId="77777777" w:rsidR="0050571E" w:rsidRDefault="00000000">
            <w:pPr>
              <w:spacing w:after="0"/>
              <w:jc w:val="center"/>
            </w:pPr>
            <w:r>
              <w:rPr>
                <w:b/>
                <w:noProof/>
              </w:rPr>
              <w:t>................</w:t>
            </w:r>
          </w:p>
        </w:tc>
      </w:tr>
    </w:tbl>
    <w:p w14:paraId="55ADFB21" w14:textId="77777777" w:rsidR="0050571E" w:rsidRDefault="0050571E">
      <w:pPr>
        <w:keepLines/>
        <w:spacing w:after="100" w:line="250" w:lineRule="auto"/>
      </w:pPr>
    </w:p>
    <w:p w14:paraId="0E88089E" w14:textId="155BB376" w:rsidR="0050571E" w:rsidRDefault="00000000" w:rsidP="00A82D5A">
      <w:pPr>
        <w:keepLines/>
        <w:spacing w:after="100" w:line="250" w:lineRule="auto"/>
        <w:jc w:val="both"/>
      </w:pPr>
      <w:r>
        <w:rPr>
          <w:noProof/>
        </w:rPr>
        <w:t>Terminy przeglądów będą każdorazowo ustalane z Zamawiającym, z uwzględnieniem harmonogramu i</w:t>
      </w:r>
      <w:r w:rsidR="00A82D5A">
        <w:rPr>
          <w:noProof/>
        </w:rPr>
        <w:t> </w:t>
      </w:r>
      <w:r>
        <w:rPr>
          <w:noProof/>
        </w:rPr>
        <w:t>wymagań producentów urządzeń oraz okresu gwarancji.</w:t>
      </w:r>
    </w:p>
    <w:p w14:paraId="6AA89159" w14:textId="77777777" w:rsidR="00A82D5A" w:rsidRDefault="00A82D5A">
      <w:pPr>
        <w:keepLines/>
        <w:spacing w:after="100" w:line="250" w:lineRule="auto"/>
      </w:pPr>
    </w:p>
    <w:p w14:paraId="37CD0AC5" w14:textId="77777777" w:rsidR="00A82D5A" w:rsidRDefault="00A82D5A">
      <w:pPr>
        <w:keepLines/>
        <w:spacing w:after="100" w:line="250" w:lineRule="auto"/>
      </w:pPr>
    </w:p>
    <w:p w14:paraId="66BB09D4" w14:textId="77777777" w:rsidR="00A82D5A" w:rsidRDefault="00A82D5A">
      <w:pPr>
        <w:keepLines/>
        <w:spacing w:after="100" w:line="250" w:lineRule="auto"/>
      </w:pPr>
    </w:p>
    <w:p w14:paraId="13BF50E5" w14:textId="77777777" w:rsidR="0050571E" w:rsidRDefault="00000000">
      <w:pPr>
        <w:keepLines/>
        <w:spacing w:after="100" w:line="250" w:lineRule="auto"/>
        <w:jc w:val="right"/>
      </w:pPr>
      <w:r>
        <w:rPr>
          <w:noProof/>
        </w:rPr>
        <w:t>...................................................................., dnia ........................................ r.</w:t>
      </w:r>
    </w:p>
    <w:p w14:paraId="0F86F809" w14:textId="77777777" w:rsidR="00A82D5A" w:rsidRDefault="00A82D5A">
      <w:pPr>
        <w:keepLines/>
        <w:spacing w:after="100" w:line="250" w:lineRule="auto"/>
        <w:jc w:val="right"/>
      </w:pPr>
    </w:p>
    <w:p w14:paraId="640B1A53" w14:textId="77777777" w:rsidR="00A82D5A" w:rsidRDefault="00A82D5A">
      <w:pPr>
        <w:keepLines/>
        <w:spacing w:after="100" w:line="250" w:lineRule="auto"/>
        <w:jc w:val="right"/>
      </w:pPr>
    </w:p>
    <w:p w14:paraId="2D8F1D36" w14:textId="77777777" w:rsidR="0050571E" w:rsidRDefault="00000000">
      <w:pPr>
        <w:keepLines/>
        <w:spacing w:after="100" w:line="250" w:lineRule="auto"/>
        <w:jc w:val="right"/>
      </w:pPr>
      <w:r>
        <w:rPr>
          <w:noProof/>
        </w:rPr>
        <w:t>................................................................................</w:t>
      </w:r>
      <w:r>
        <w:rPr>
          <w:noProof/>
        </w:rPr>
        <w:br/>
        <w:t>podpis osoby uprawnionej do reprezentowania Wykonawcy</w:t>
      </w:r>
    </w:p>
    <w:sectPr w:rsidR="0050571E" w:rsidSect="00034616">
      <w:footerReference w:type="default" r:id="rId8"/>
      <w:pgSz w:w="11906" w:h="16838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8019E" w14:textId="77777777" w:rsidR="00882E25" w:rsidRDefault="00882E25">
      <w:pPr>
        <w:spacing w:after="0" w:line="240" w:lineRule="auto"/>
      </w:pPr>
      <w:r>
        <w:separator/>
      </w:r>
    </w:p>
  </w:endnote>
  <w:endnote w:type="continuationSeparator" w:id="0">
    <w:p w14:paraId="2E1FE7D6" w14:textId="77777777" w:rsidR="00882E25" w:rsidRDefault="0088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B8AC" w14:textId="77777777" w:rsidR="0050571E" w:rsidRDefault="00000000">
    <w:pPr>
      <w:pStyle w:val="Stopka"/>
      <w:jc w:val="center"/>
    </w:pPr>
    <w:r>
      <w:rPr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5E4C66">
      <w:rPr>
        <w:noProof/>
      </w:rPr>
      <w:t>1</w:t>
    </w:r>
    <w:r>
      <w:fldChar w:fldCharType="end"/>
    </w:r>
    <w:r>
      <w:rPr>
        <w:sz w:val="18"/>
      </w:rPr>
      <w:t xml:space="preserve"> z </w:t>
    </w:r>
    <w:r>
      <w:fldChar w:fldCharType="begin"/>
    </w:r>
    <w:r>
      <w:instrText>NUMPAGES</w:instrText>
    </w:r>
    <w:r>
      <w:fldChar w:fldCharType="separate"/>
    </w:r>
    <w:r w:rsidR="005E4C6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ACC08" w14:textId="77777777" w:rsidR="00882E25" w:rsidRDefault="00882E25">
      <w:pPr>
        <w:spacing w:after="0" w:line="240" w:lineRule="auto"/>
      </w:pPr>
      <w:r>
        <w:separator/>
      </w:r>
    </w:p>
  </w:footnote>
  <w:footnote w:type="continuationSeparator" w:id="0">
    <w:p w14:paraId="679BC93D" w14:textId="77777777" w:rsidR="00882E25" w:rsidRDefault="0088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3682133">
    <w:abstractNumId w:val="8"/>
  </w:num>
  <w:num w:numId="2" w16cid:durableId="1190989647">
    <w:abstractNumId w:val="6"/>
  </w:num>
  <w:num w:numId="3" w16cid:durableId="616762390">
    <w:abstractNumId w:val="5"/>
  </w:num>
  <w:num w:numId="4" w16cid:durableId="955988040">
    <w:abstractNumId w:val="4"/>
  </w:num>
  <w:num w:numId="5" w16cid:durableId="1831865774">
    <w:abstractNumId w:val="7"/>
  </w:num>
  <w:num w:numId="6" w16cid:durableId="1195001259">
    <w:abstractNumId w:val="3"/>
  </w:num>
  <w:num w:numId="7" w16cid:durableId="1556165225">
    <w:abstractNumId w:val="2"/>
  </w:num>
  <w:num w:numId="8" w16cid:durableId="2076271394">
    <w:abstractNumId w:val="1"/>
  </w:num>
  <w:num w:numId="9" w16cid:durableId="282418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529E"/>
    <w:rsid w:val="000B7BB5"/>
    <w:rsid w:val="0015074B"/>
    <w:rsid w:val="0029639D"/>
    <w:rsid w:val="002A6BA2"/>
    <w:rsid w:val="00326F90"/>
    <w:rsid w:val="0034424F"/>
    <w:rsid w:val="0050571E"/>
    <w:rsid w:val="005514C7"/>
    <w:rsid w:val="005B360C"/>
    <w:rsid w:val="005E4C66"/>
    <w:rsid w:val="00882E25"/>
    <w:rsid w:val="00892394"/>
    <w:rsid w:val="00970A4B"/>
    <w:rsid w:val="00A82D5A"/>
    <w:rsid w:val="00AA1D8D"/>
    <w:rsid w:val="00AB56D4"/>
    <w:rsid w:val="00B47730"/>
    <w:rsid w:val="00CB0664"/>
    <w:rsid w:val="00E31C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B5039"/>
  <w14:defaultImageDpi w14:val="300"/>
  <w15:docId w15:val="{90260862-A553-4061-82D7-3B9FCC4D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7" w:lineRule="auto"/>
    </w:pPr>
    <w:rPr>
      <w:rFonts w:ascii="Lato" w:eastAsia="Lato" w:hAnsi="Lato" w:cs="Lato"/>
      <w:color w:val="000000"/>
      <w:sz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Lato" w:eastAsia="Lato" w:hAnsi="Lato" w:cs="Lato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Lato" w:eastAsia="Lato" w:hAnsi="Lato" w:cs="Lato"/>
      <w:color w:val="000000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Lato" w:eastAsia="Lato" w:hAnsi="Lato" w:cs="Lato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Lato" w:eastAsia="Lato" w:hAnsi="Lato" w:cs="Lato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Lato" w:eastAsia="Lato" w:hAnsi="Lato" w:cs="Lato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Lato" w:eastAsia="Lato" w:hAnsi="Lato" w:cs="Lato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300" w:line="240" w:lineRule="auto"/>
      <w:contextualSpacing/>
    </w:pPr>
    <w:rPr>
      <w:b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Lato" w:eastAsia="Lato" w:hAnsi="Lato" w:cs="Lato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Lato" w:eastAsia="Lato" w:hAnsi="Lato" w:cs="Lato"/>
      <w:i/>
      <w:iCs/>
      <w:color w:val="000000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Lato" w:eastAsia="Lato" w:hAnsi="Lato" w:cs="Lato"/>
      <w:color w:val="00000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Lato" w:eastAsia="Lato" w:hAnsi="Lato" w:cs="Lato"/>
      <w:color w:val="00000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Lato" w:eastAsia="Lato" w:hAnsi="Lato" w:cs="Lato"/>
      <w:color w:val="000000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ato" w:eastAsia="Lato" w:hAnsi="Lato" w:cs="Lato"/>
      <w:color w:val="000000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Lato" w:eastAsia="Lato" w:hAnsi="Lato" w:cs="Lato"/>
      <w:color w:val="000000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Lato" w:eastAsia="Lato" w:hAnsi="Lato" w:cs="Lato"/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Lato" w:eastAsia="Lato" w:hAnsi="Lato" w:cs="Lato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Lato" w:eastAsia="Lato" w:hAnsi="Lato" w:cs="Lato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Lato" w:eastAsia="Lato" w:hAnsi="Lato" w:cs="Lato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Lato" w:eastAsia="Lato" w:hAnsi="Lato" w:cs="Lato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Lato" w:eastAsia="Lato" w:hAnsi="Lato" w:cs="Lato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Lato" w:eastAsia="Lato" w:hAnsi="Lato" w:cs="Lato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Lato" w:eastAsia="Lato" w:hAnsi="Lato" w:cs="Lato"/>
      <w:b/>
      <w:bCs/>
      <w:color w:val="000000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Lato" w:eastAsia="Lato" w:hAnsi="Lato" w:cs="Lato"/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Lato" w:eastAsia="Lato" w:hAnsi="Lato" w:cs="Lato"/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Lato" w:eastAsia="Lato" w:hAnsi="Lato" w:cs="Lato"/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Lato" w:eastAsia="Lato" w:hAnsi="Lato" w:cs="Lato"/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Lato" w:eastAsia="Lato" w:hAnsi="Lato" w:cs="Lato"/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Lato" w:eastAsia="Lato" w:hAnsi="Lato" w:cs="Lato"/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Lato" w:eastAsia="Lato" w:hAnsi="Lato" w:cs="Lato"/>
      <w:b/>
      <w:bCs/>
      <w:smallCaps/>
      <w:color w:val="000000"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 na dostawę autoklawu laboratoryjnego</dc:title>
  <dc:subject>Załącznik Nr 7 do Regulaminu</dc:subject>
  <dc:creator>Powiatowa Stacja Sanitarno-Epidemiologiczna w Bytomiu</dc:creator>
  <cp:keywords/>
  <dc:description/>
  <cp:lastModifiedBy>PSSE Bytom - Anna Gabryś</cp:lastModifiedBy>
  <cp:revision>4</cp:revision>
  <cp:lastPrinted>2026-10-20T07:34:00Z</cp:lastPrinted>
  <dcterms:created xsi:type="dcterms:W3CDTF">2026-10-28T16:53:00Z</dcterms:created>
  <dcterms:modified xsi:type="dcterms:W3CDTF">2026-10-29T07:34:00Z</dcterms:modified>
  <cp:category/>
</cp:coreProperties>
</file>