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F60D2" w14:textId="77777777" w:rsidR="00D42523" w:rsidRPr="0073465F" w:rsidRDefault="00D42523" w:rsidP="00D42523">
      <w:pPr>
        <w:spacing w:after="135" w:line="259" w:lineRule="auto"/>
        <w:ind w:right="86"/>
        <w:jc w:val="center"/>
        <w:rPr>
          <w:rFonts w:ascii="Arial" w:eastAsia="Calibri" w:hAnsi="Arial" w:cs="Arial"/>
          <w:color w:val="000000"/>
          <w:kern w:val="2"/>
          <w:sz w:val="24"/>
          <w:szCs w:val="24"/>
          <w:lang w:val="pl-PL" w:eastAsia="pl-PL"/>
          <w14:ligatures w14:val="standardContextual"/>
        </w:rPr>
      </w:pPr>
      <w:r w:rsidRPr="0073465F">
        <w:rPr>
          <w:rFonts w:ascii="Arial" w:eastAsia="Calibri" w:hAnsi="Arial" w:cs="Arial"/>
          <w:i/>
          <w:color w:val="000000"/>
          <w:kern w:val="2"/>
          <w:sz w:val="16"/>
          <w:szCs w:val="24"/>
          <w:lang w:val="pl-PL" w:eastAsia="pl-PL"/>
          <w14:ligatures w14:val="standardContextual"/>
        </w:rPr>
        <w:t>Wypełnia Administrator Danych Osobowych (dalej: Administrator</w:t>
      </w:r>
      <w:r w:rsidRPr="0073465F">
        <w:rPr>
          <w:rFonts w:ascii="Arial" w:eastAsia="Calibri" w:hAnsi="Arial" w:cs="Arial"/>
          <w:color w:val="000000"/>
          <w:kern w:val="2"/>
          <w:sz w:val="16"/>
          <w:szCs w:val="24"/>
          <w:lang w:val="pl-PL" w:eastAsia="pl-PL"/>
          <w14:ligatures w14:val="standardContextual"/>
        </w:rPr>
        <w:t xml:space="preserve">) </w:t>
      </w:r>
    </w:p>
    <w:tbl>
      <w:tblPr>
        <w:tblStyle w:val="TableGrid"/>
        <w:tblpPr w:vertAnchor="text" w:tblpX="5862" w:tblpYSpec="top"/>
        <w:tblOverlap w:val="never"/>
        <w:tblW w:w="782" w:type="dxa"/>
        <w:tblInd w:w="0" w:type="dxa"/>
        <w:tblCellMar>
          <w:top w:w="32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782"/>
      </w:tblGrid>
      <w:tr w:rsidR="00D42523" w:rsidRPr="0073465F" w14:paraId="14D6003B" w14:textId="77777777" w:rsidTr="001F6423">
        <w:trPr>
          <w:trHeight w:val="206"/>
        </w:trPr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14D5" w14:textId="77777777" w:rsidR="00D42523" w:rsidRPr="0073465F" w:rsidRDefault="00D42523" w:rsidP="00D42523">
            <w:pPr>
              <w:spacing w:line="259" w:lineRule="auto"/>
              <w:jc w:val="both"/>
              <w:rPr>
                <w:rFonts w:ascii="Arial" w:eastAsia="Calibri" w:hAnsi="Arial" w:cs="Arial"/>
                <w:color w:val="000000"/>
              </w:rPr>
            </w:pPr>
            <w:r w:rsidRPr="0073465F">
              <w:rPr>
                <w:rFonts w:ascii="Arial" w:eastAsia="Calibri" w:hAnsi="Arial" w:cs="Arial"/>
                <w:color w:val="D0CECE"/>
                <w:sz w:val="10"/>
              </w:rPr>
              <w:t>DD  –  MM  -  RRRR</w:t>
            </w:r>
          </w:p>
        </w:tc>
      </w:tr>
    </w:tbl>
    <w:p w14:paraId="70D38A88" w14:textId="5A9EBF87" w:rsidR="00D42523" w:rsidRPr="0073465F" w:rsidRDefault="00D42523" w:rsidP="00D42523">
      <w:pPr>
        <w:spacing w:after="385" w:line="265" w:lineRule="auto"/>
        <w:rPr>
          <w:rFonts w:ascii="Arial" w:eastAsia="Calibri" w:hAnsi="Arial" w:cs="Arial"/>
          <w:color w:val="000000"/>
          <w:kern w:val="2"/>
          <w:sz w:val="24"/>
          <w:szCs w:val="24"/>
          <w:lang w:val="pl-PL" w:eastAsia="pl-PL"/>
          <w14:ligatures w14:val="standardContextual"/>
        </w:rPr>
      </w:pPr>
      <w:r w:rsidRPr="0073465F">
        <w:rPr>
          <w:rFonts w:ascii="Arial" w:eastAsia="Calibri" w:hAnsi="Arial" w:cs="Arial"/>
          <w:color w:val="000000"/>
          <w:kern w:val="2"/>
          <w:sz w:val="21"/>
          <w:szCs w:val="24"/>
          <w:lang w:val="pl-PL" w:eastAsia="pl-PL"/>
          <w14:ligatures w14:val="standardContextual"/>
        </w:rPr>
        <w:t xml:space="preserve">Numer wniosku  </w:t>
      </w:r>
      <w:r w:rsidRPr="0073465F">
        <w:rPr>
          <w:rFonts w:ascii="Arial" w:eastAsia="Calibri" w:hAnsi="Arial" w:cs="Arial"/>
          <w:noProof/>
          <w:color w:val="000000"/>
          <w:kern w:val="2"/>
          <w:szCs w:val="24"/>
          <w:lang w:val="pl-PL" w:eastAsia="pl-PL"/>
          <w14:ligatures w14:val="standardContextual"/>
        </w:rPr>
        <mc:AlternateContent>
          <mc:Choice Requires="wpg">
            <w:drawing>
              <wp:inline distT="0" distB="0" distL="0" distR="0" wp14:anchorId="50B18AD6" wp14:editId="46281646">
                <wp:extent cx="316865" cy="90805"/>
                <wp:effectExtent l="0" t="0" r="0" b="0"/>
                <wp:docPr id="7806" name="Group 7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65" cy="90805"/>
                          <a:chOff x="0" y="0"/>
                          <a:chExt cx="316865" cy="90805"/>
                        </a:xfrm>
                      </wpg:grpSpPr>
                      <wps:wsp>
                        <wps:cNvPr id="265" name="Shape 265"/>
                        <wps:cNvSpPr/>
                        <wps:spPr>
                          <a:xfrm>
                            <a:off x="0" y="0"/>
                            <a:ext cx="31686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865" h="90805">
                                <a:moveTo>
                                  <a:pt x="0" y="90805"/>
                                </a:moveTo>
                                <a:lnTo>
                                  <a:pt x="316865" y="90805"/>
                                </a:lnTo>
                                <a:lnTo>
                                  <a:pt x="3168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00A146" id="Group 7806" o:spid="_x0000_s1026" style="width:24.95pt;height:7.15pt;mso-position-horizontal-relative:char;mso-position-vertical-relative:line" coordsize="316865,90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">
                <v:shape id="Shape 265" o:spid="_x0000_s1027" style="position:absolute;width:316865;height:90805;visibility:visible;mso-wrap-style:square;v-text-anchor:top" coordsize="31686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" path="m,90805r316865,l316865,,,,,90805xe" filled="f" strokeweight=".25pt">
                  <v:stroke miterlimit="83231f" joinstyle="miter"/>
                  <v:path arrowok="t" textboxrect="0,0,316865,90805"/>
                </v:shape>
                <w10:anchorlock/>
              </v:group>
            </w:pict>
          </mc:Fallback>
        </mc:AlternateContent>
      </w:r>
      <w:r w:rsidRPr="0073465F">
        <w:rPr>
          <w:rFonts w:ascii="Arial" w:eastAsia="Calibri" w:hAnsi="Arial" w:cs="Arial"/>
          <w:color w:val="000000"/>
          <w:kern w:val="2"/>
          <w:sz w:val="21"/>
          <w:szCs w:val="24"/>
          <w:lang w:val="pl-PL" w:eastAsia="pl-PL"/>
          <w14:ligatures w14:val="standardContextual"/>
        </w:rPr>
        <w:tab/>
      </w:r>
      <w:r w:rsidRPr="0073465F">
        <w:rPr>
          <w:rFonts w:ascii="Arial" w:eastAsia="Calibri" w:hAnsi="Arial" w:cs="Arial"/>
          <w:color w:val="000000"/>
          <w:kern w:val="2"/>
          <w:sz w:val="21"/>
          <w:szCs w:val="24"/>
          <w:lang w:val="pl-PL" w:eastAsia="pl-PL"/>
          <w14:ligatures w14:val="standardContextual"/>
        </w:rPr>
        <w:tab/>
        <w:t xml:space="preserve">Data wpłynięcia wniosku </w:t>
      </w:r>
      <w:r w:rsidRPr="0073465F">
        <w:rPr>
          <w:rFonts w:ascii="Arial" w:eastAsia="Calibri" w:hAnsi="Arial" w:cs="Arial"/>
          <w:color w:val="000000"/>
          <w:kern w:val="2"/>
          <w:sz w:val="21"/>
          <w:szCs w:val="24"/>
          <w:lang w:val="pl-PL" w:eastAsia="pl-PL"/>
          <w14:ligatures w14:val="standardContextual"/>
        </w:rPr>
        <w:tab/>
      </w:r>
      <w:r w:rsidRPr="0073465F">
        <w:rPr>
          <w:rFonts w:ascii="Arial" w:eastAsia="Calibri" w:hAnsi="Arial" w:cs="Arial"/>
          <w:color w:val="000000"/>
          <w:kern w:val="2"/>
          <w:sz w:val="16"/>
          <w:szCs w:val="24"/>
          <w:vertAlign w:val="superscript"/>
          <w:lang w:val="pl-PL" w:eastAsia="pl-PL"/>
          <w14:ligatures w14:val="standardContextual"/>
        </w:rPr>
        <w:t xml:space="preserve">                     </w:t>
      </w:r>
      <w:r w:rsidRPr="0073465F">
        <w:rPr>
          <w:rFonts w:ascii="Arial" w:eastAsia="Calibri" w:hAnsi="Arial" w:cs="Arial"/>
          <w:color w:val="000000"/>
          <w:kern w:val="2"/>
          <w:sz w:val="21"/>
          <w:szCs w:val="24"/>
          <w:lang w:val="pl-PL" w:eastAsia="pl-PL"/>
          <w14:ligatures w14:val="standardContextual"/>
        </w:rPr>
        <w:t xml:space="preserve"> </w:t>
      </w:r>
    </w:p>
    <w:p w14:paraId="7E767EF6" w14:textId="43703EB6" w:rsidR="00D42523" w:rsidRPr="0073465F" w:rsidRDefault="00D42523" w:rsidP="00D42523">
      <w:pPr>
        <w:spacing w:after="0" w:line="265" w:lineRule="auto"/>
        <w:rPr>
          <w:rFonts w:ascii="Arial" w:eastAsia="Calibri" w:hAnsi="Arial" w:cs="Arial"/>
          <w:color w:val="000000"/>
          <w:kern w:val="2"/>
          <w:sz w:val="24"/>
          <w:szCs w:val="24"/>
          <w:lang w:val="pl-PL" w:eastAsia="pl-PL"/>
          <w14:ligatures w14:val="standardContextual"/>
        </w:rPr>
      </w:pPr>
      <w:r w:rsidRPr="0073465F">
        <w:rPr>
          <w:rFonts w:ascii="Arial" w:eastAsia="Calibri" w:hAnsi="Arial" w:cs="Arial"/>
          <w:color w:val="000000"/>
          <w:kern w:val="2"/>
          <w:sz w:val="21"/>
          <w:szCs w:val="24"/>
          <w:lang w:val="pl-PL" w:eastAsia="pl-PL"/>
          <w14:ligatures w14:val="standardContextual"/>
        </w:rPr>
        <w:t>Miejscowość: .....................................................  Data: ............................................................................</w:t>
      </w:r>
    </w:p>
    <w:p w14:paraId="6C64AE37" w14:textId="77777777" w:rsidR="00D42523" w:rsidRPr="0073465F" w:rsidRDefault="00D42523" w:rsidP="00D42523">
      <w:pPr>
        <w:keepNext/>
        <w:keepLines/>
        <w:spacing w:after="106" w:line="259" w:lineRule="auto"/>
        <w:ind w:left="358" w:right="434" w:hanging="10"/>
        <w:jc w:val="center"/>
        <w:outlineLvl w:val="0"/>
        <w:rPr>
          <w:rFonts w:ascii="Arial" w:eastAsia="Calibri" w:hAnsi="Arial" w:cs="Arial"/>
          <w:color w:val="000000"/>
          <w:kern w:val="2"/>
          <w:sz w:val="24"/>
          <w:szCs w:val="24"/>
          <w:lang w:val="pl-PL" w:eastAsia="pl-PL"/>
          <w14:ligatures w14:val="standardContextual"/>
        </w:rPr>
      </w:pPr>
    </w:p>
    <w:p w14:paraId="28654916" w14:textId="2025FCEC" w:rsidR="00D42523" w:rsidRPr="0073465F" w:rsidRDefault="00D42523" w:rsidP="00D42523">
      <w:pPr>
        <w:keepNext/>
        <w:keepLines/>
        <w:spacing w:after="106" w:line="259" w:lineRule="auto"/>
        <w:ind w:left="358" w:right="434" w:hanging="10"/>
        <w:jc w:val="center"/>
        <w:outlineLvl w:val="0"/>
        <w:rPr>
          <w:rFonts w:ascii="Arial" w:eastAsia="Calibri" w:hAnsi="Arial" w:cs="Arial"/>
          <w:b/>
          <w:color w:val="000000"/>
          <w:kern w:val="2"/>
          <w:sz w:val="28"/>
          <w:szCs w:val="24"/>
          <w:lang w:val="pl-PL" w:eastAsia="pl-PL"/>
          <w14:ligatures w14:val="standardContextual"/>
        </w:rPr>
      </w:pPr>
      <w:r w:rsidRPr="0073465F">
        <w:rPr>
          <w:rFonts w:ascii="Arial" w:eastAsia="Calibri" w:hAnsi="Arial" w:cs="Arial"/>
          <w:b/>
          <w:color w:val="000000"/>
          <w:kern w:val="2"/>
          <w:sz w:val="28"/>
          <w:szCs w:val="24"/>
          <w:lang w:val="pl-PL" w:eastAsia="pl-PL"/>
          <w14:ligatures w14:val="standardContextual"/>
        </w:rPr>
        <w:t xml:space="preserve">WNIOSEK OSOBY FIZYCZNEJ O REALIZACJĘ PRAWA </w:t>
      </w:r>
    </w:p>
    <w:p w14:paraId="3D8D5149" w14:textId="77777777" w:rsidR="007E1A93" w:rsidRPr="0073465F" w:rsidRDefault="007E1A93">
      <w:pPr>
        <w:rPr>
          <w:rFonts w:ascii="Arial" w:hAnsi="Arial" w:cs="Arial"/>
          <w:sz w:val="24"/>
          <w:szCs w:val="24"/>
          <w:lang w:val="pl-PL"/>
        </w:rPr>
      </w:pPr>
    </w:p>
    <w:p w14:paraId="348D0434" w14:textId="77777777" w:rsidR="00D42523" w:rsidRPr="0073465F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73465F">
        <w:rPr>
          <w:rFonts w:ascii="Arial" w:hAnsi="Arial" w:cs="Arial"/>
          <w:lang w:val="pl-PL"/>
        </w:rPr>
        <w:t>□</w:t>
      </w:r>
      <w:r w:rsidRPr="0073465F">
        <w:rPr>
          <w:rFonts w:ascii="Arial" w:eastAsia="Arial" w:hAnsi="Arial" w:cs="Arial"/>
          <w:lang w:val="pl-PL"/>
        </w:rPr>
        <w:t xml:space="preserve"> </w:t>
      </w:r>
      <w:r w:rsidRPr="0073465F">
        <w:rPr>
          <w:rFonts w:ascii="Arial" w:hAnsi="Arial" w:cs="Arial"/>
          <w:lang w:val="pl-PL"/>
        </w:rPr>
        <w:t>Dostępu do danych oraz uzyskania informacji (na podstawie art. 15 RODO)</w:t>
      </w:r>
      <w:r w:rsidRPr="0073465F">
        <w:rPr>
          <w:rFonts w:ascii="Arial" w:hAnsi="Arial" w:cs="Arial"/>
          <w:vertAlign w:val="superscript"/>
          <w:lang w:val="pl-PL"/>
        </w:rPr>
        <w:t>1</w:t>
      </w:r>
      <w:r w:rsidRPr="0073465F">
        <w:rPr>
          <w:rFonts w:ascii="Arial" w:hAnsi="Arial" w:cs="Arial"/>
          <w:lang w:val="pl-PL"/>
        </w:rPr>
        <w:t xml:space="preserve"> </w:t>
      </w:r>
    </w:p>
    <w:p w14:paraId="20E7185B" w14:textId="77777777" w:rsidR="00D42523" w:rsidRPr="0073465F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73465F">
        <w:rPr>
          <w:rFonts w:ascii="Arial" w:hAnsi="Arial" w:cs="Arial"/>
          <w:lang w:val="pl-PL"/>
        </w:rPr>
        <w:t>□</w:t>
      </w:r>
      <w:r w:rsidRPr="0073465F">
        <w:rPr>
          <w:rFonts w:ascii="Arial" w:eastAsia="Arial" w:hAnsi="Arial" w:cs="Arial"/>
          <w:lang w:val="pl-PL"/>
        </w:rPr>
        <w:t xml:space="preserve"> </w:t>
      </w:r>
      <w:r w:rsidRPr="0073465F">
        <w:rPr>
          <w:rFonts w:ascii="Arial" w:hAnsi="Arial" w:cs="Arial"/>
          <w:lang w:val="pl-PL"/>
        </w:rPr>
        <w:t>Do sprostowania danych (na podstawie art. 16 RODO)</w:t>
      </w:r>
      <w:r w:rsidRPr="0073465F">
        <w:rPr>
          <w:rFonts w:ascii="Arial" w:hAnsi="Arial" w:cs="Arial"/>
          <w:vertAlign w:val="superscript"/>
          <w:lang w:val="pl-PL"/>
        </w:rPr>
        <w:t>2</w:t>
      </w:r>
      <w:r w:rsidRPr="0073465F">
        <w:rPr>
          <w:rFonts w:ascii="Arial" w:hAnsi="Arial" w:cs="Arial"/>
          <w:lang w:val="pl-PL"/>
        </w:rPr>
        <w:t xml:space="preserve"> </w:t>
      </w:r>
    </w:p>
    <w:p w14:paraId="5C9E3040" w14:textId="77777777" w:rsidR="00D42523" w:rsidRPr="0073465F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73465F">
        <w:rPr>
          <w:rFonts w:ascii="Arial" w:hAnsi="Arial" w:cs="Arial"/>
          <w:lang w:val="pl-PL"/>
        </w:rPr>
        <w:t>□</w:t>
      </w:r>
      <w:r w:rsidRPr="0073465F">
        <w:rPr>
          <w:rFonts w:ascii="Arial" w:eastAsia="Arial" w:hAnsi="Arial" w:cs="Arial"/>
          <w:lang w:val="pl-PL"/>
        </w:rPr>
        <w:t xml:space="preserve"> </w:t>
      </w:r>
      <w:r w:rsidRPr="0073465F">
        <w:rPr>
          <w:rFonts w:ascii="Arial" w:hAnsi="Arial" w:cs="Arial"/>
          <w:lang w:val="pl-PL"/>
        </w:rPr>
        <w:t>Do usunięcia danych („prawo do bycia zapomnianym”) (na podstawie art. 17 RODO)</w:t>
      </w:r>
      <w:r w:rsidRPr="0073465F">
        <w:rPr>
          <w:rFonts w:ascii="Arial" w:hAnsi="Arial" w:cs="Arial"/>
          <w:vertAlign w:val="superscript"/>
          <w:lang w:val="pl-PL"/>
        </w:rPr>
        <w:t>3</w:t>
      </w:r>
      <w:r w:rsidRPr="0073465F">
        <w:rPr>
          <w:rFonts w:ascii="Arial" w:hAnsi="Arial" w:cs="Arial"/>
          <w:lang w:val="pl-PL"/>
        </w:rPr>
        <w:t xml:space="preserve"> </w:t>
      </w:r>
    </w:p>
    <w:p w14:paraId="3BADF53F" w14:textId="77777777" w:rsidR="00D42523" w:rsidRPr="0073465F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73465F">
        <w:rPr>
          <w:rFonts w:ascii="Arial" w:hAnsi="Arial" w:cs="Arial"/>
          <w:lang w:val="pl-PL"/>
        </w:rPr>
        <w:t>□</w:t>
      </w:r>
      <w:r w:rsidRPr="0073465F">
        <w:rPr>
          <w:rFonts w:ascii="Arial" w:eastAsia="Arial" w:hAnsi="Arial" w:cs="Arial"/>
          <w:lang w:val="pl-PL"/>
        </w:rPr>
        <w:t xml:space="preserve"> </w:t>
      </w:r>
      <w:r w:rsidRPr="0073465F">
        <w:rPr>
          <w:rFonts w:ascii="Arial" w:hAnsi="Arial" w:cs="Arial"/>
          <w:lang w:val="pl-PL"/>
        </w:rPr>
        <w:t>Do ograniczenia przetwarzania (na podstawie art. 18 RODO)</w:t>
      </w:r>
      <w:r w:rsidRPr="0073465F">
        <w:rPr>
          <w:rFonts w:ascii="Arial" w:hAnsi="Arial" w:cs="Arial"/>
          <w:vertAlign w:val="superscript"/>
          <w:lang w:val="pl-PL"/>
        </w:rPr>
        <w:t>4</w:t>
      </w:r>
      <w:r w:rsidRPr="0073465F">
        <w:rPr>
          <w:rFonts w:ascii="Arial" w:hAnsi="Arial" w:cs="Arial"/>
          <w:lang w:val="pl-PL"/>
        </w:rPr>
        <w:t xml:space="preserve"> </w:t>
      </w:r>
    </w:p>
    <w:p w14:paraId="1BA63E3E" w14:textId="77777777" w:rsidR="00D42523" w:rsidRPr="0073465F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73465F">
        <w:rPr>
          <w:rFonts w:ascii="Arial" w:hAnsi="Arial" w:cs="Arial"/>
          <w:lang w:val="pl-PL"/>
        </w:rPr>
        <w:t>□</w:t>
      </w:r>
      <w:r w:rsidRPr="0073465F">
        <w:rPr>
          <w:rFonts w:ascii="Arial" w:eastAsia="Arial" w:hAnsi="Arial" w:cs="Arial"/>
          <w:lang w:val="pl-PL"/>
        </w:rPr>
        <w:t xml:space="preserve"> </w:t>
      </w:r>
      <w:r w:rsidRPr="0073465F">
        <w:rPr>
          <w:rFonts w:ascii="Arial" w:hAnsi="Arial" w:cs="Arial"/>
          <w:lang w:val="pl-PL"/>
        </w:rPr>
        <w:t>Do przenoszenia danych do innego Administratora (na podstawie 20 RODO)</w:t>
      </w:r>
      <w:r w:rsidRPr="0073465F">
        <w:rPr>
          <w:rFonts w:ascii="Arial" w:hAnsi="Arial" w:cs="Arial"/>
          <w:vertAlign w:val="superscript"/>
          <w:lang w:val="pl-PL"/>
        </w:rPr>
        <w:t>5</w:t>
      </w:r>
      <w:r w:rsidRPr="0073465F">
        <w:rPr>
          <w:rFonts w:ascii="Arial" w:hAnsi="Arial" w:cs="Arial"/>
          <w:lang w:val="pl-PL"/>
        </w:rPr>
        <w:t xml:space="preserve"> </w:t>
      </w:r>
    </w:p>
    <w:p w14:paraId="53AE8785" w14:textId="77777777" w:rsidR="00D42523" w:rsidRPr="0073465F" w:rsidRDefault="00D42523" w:rsidP="00D42523">
      <w:pPr>
        <w:spacing w:after="115" w:line="259" w:lineRule="auto"/>
        <w:ind w:right="12"/>
        <w:rPr>
          <w:rFonts w:ascii="Arial" w:hAnsi="Arial" w:cs="Arial"/>
          <w:lang w:val="pl-PL"/>
        </w:rPr>
      </w:pPr>
      <w:r w:rsidRPr="0073465F">
        <w:rPr>
          <w:rFonts w:ascii="Arial" w:hAnsi="Arial" w:cs="Arial"/>
          <w:lang w:val="pl-PL"/>
        </w:rPr>
        <w:t>□</w:t>
      </w:r>
      <w:r w:rsidRPr="0073465F">
        <w:rPr>
          <w:rFonts w:ascii="Arial" w:eastAsia="Arial" w:hAnsi="Arial" w:cs="Arial"/>
          <w:lang w:val="pl-PL"/>
        </w:rPr>
        <w:t xml:space="preserve"> </w:t>
      </w:r>
      <w:r w:rsidRPr="0073465F">
        <w:rPr>
          <w:rFonts w:ascii="Arial" w:hAnsi="Arial" w:cs="Arial"/>
          <w:lang w:val="pl-PL"/>
        </w:rPr>
        <w:t>Do sprzeciwu wobec przetwarzania danych (na podstawie art.21 RODO)</w:t>
      </w:r>
      <w:r w:rsidRPr="0073465F">
        <w:rPr>
          <w:rFonts w:ascii="Arial" w:hAnsi="Arial" w:cs="Arial"/>
          <w:vertAlign w:val="superscript"/>
          <w:lang w:val="pl-PL"/>
        </w:rPr>
        <w:t>6</w:t>
      </w:r>
      <w:r w:rsidRPr="0073465F">
        <w:rPr>
          <w:rFonts w:ascii="Arial" w:hAnsi="Arial" w:cs="Arial"/>
          <w:lang w:val="pl-PL"/>
        </w:rPr>
        <w:t xml:space="preserve"> </w:t>
      </w:r>
    </w:p>
    <w:p w14:paraId="6991DF97" w14:textId="77777777" w:rsidR="00D42523" w:rsidRPr="0073465F" w:rsidRDefault="00D42523" w:rsidP="00D42523">
      <w:pPr>
        <w:spacing w:after="252" w:line="259" w:lineRule="auto"/>
        <w:ind w:right="1360"/>
        <w:rPr>
          <w:rFonts w:ascii="Arial" w:hAnsi="Arial" w:cs="Arial"/>
          <w:lang w:val="pl-PL"/>
        </w:rPr>
      </w:pPr>
      <w:r w:rsidRPr="0073465F">
        <w:rPr>
          <w:rFonts w:ascii="Arial" w:hAnsi="Arial" w:cs="Arial"/>
          <w:lang w:val="pl-PL"/>
        </w:rPr>
        <w:t>□</w:t>
      </w:r>
      <w:r w:rsidRPr="0073465F">
        <w:rPr>
          <w:rFonts w:ascii="Arial" w:eastAsia="Arial" w:hAnsi="Arial" w:cs="Arial"/>
          <w:lang w:val="pl-PL"/>
        </w:rPr>
        <w:t xml:space="preserve"> </w:t>
      </w:r>
      <w:r w:rsidRPr="0073465F">
        <w:rPr>
          <w:rFonts w:ascii="Arial" w:hAnsi="Arial" w:cs="Arial"/>
          <w:lang w:val="pl-PL"/>
        </w:rPr>
        <w:t>Do niepodlegania pod decyzje oparte na zautomatyzowanym przetwarzaniu w tym profilowaniu  (na podstawie art. 22 RODO)</w:t>
      </w:r>
      <w:r w:rsidRPr="0073465F">
        <w:rPr>
          <w:rFonts w:ascii="Arial" w:hAnsi="Arial" w:cs="Arial"/>
          <w:vertAlign w:val="superscript"/>
          <w:lang w:val="pl-PL"/>
        </w:rPr>
        <w:t>7</w:t>
      </w:r>
      <w:r w:rsidRPr="0073465F">
        <w:rPr>
          <w:rFonts w:ascii="Arial" w:hAnsi="Arial" w:cs="Arial"/>
          <w:lang w:val="pl-PL"/>
        </w:rPr>
        <w:t xml:space="preserve"> </w:t>
      </w:r>
    </w:p>
    <w:p w14:paraId="1C3BA1BD" w14:textId="77777777" w:rsidR="00D42523" w:rsidRPr="0073465F" w:rsidRDefault="00D42523" w:rsidP="00D42523">
      <w:pPr>
        <w:spacing w:after="33" w:line="259" w:lineRule="auto"/>
        <w:ind w:right="12"/>
        <w:rPr>
          <w:rFonts w:ascii="Arial" w:hAnsi="Arial" w:cs="Arial"/>
          <w:lang w:val="pl-PL"/>
        </w:rPr>
      </w:pPr>
      <w:r w:rsidRPr="0073465F">
        <w:rPr>
          <w:rFonts w:ascii="Arial" w:hAnsi="Arial" w:cs="Arial"/>
          <w:lang w:val="pl-PL"/>
        </w:rPr>
        <w:t>□</w:t>
      </w:r>
      <w:r w:rsidRPr="0073465F">
        <w:rPr>
          <w:rFonts w:ascii="Arial" w:eastAsia="Arial" w:hAnsi="Arial" w:cs="Arial"/>
          <w:lang w:val="pl-PL"/>
        </w:rPr>
        <w:t xml:space="preserve"> </w:t>
      </w:r>
      <w:r w:rsidRPr="0073465F">
        <w:rPr>
          <w:rFonts w:ascii="Arial" w:hAnsi="Arial" w:cs="Arial"/>
          <w:lang w:val="pl-PL"/>
        </w:rPr>
        <w:t>Do uzyskania kopii danych (na podstawie art. 15 RODO)</w:t>
      </w:r>
      <w:r w:rsidRPr="0073465F">
        <w:rPr>
          <w:rFonts w:ascii="Arial" w:hAnsi="Arial" w:cs="Arial"/>
          <w:vertAlign w:val="superscript"/>
          <w:lang w:val="pl-PL"/>
        </w:rPr>
        <w:t>8</w:t>
      </w:r>
      <w:r w:rsidRPr="0073465F">
        <w:rPr>
          <w:rFonts w:ascii="Arial" w:hAnsi="Arial" w:cs="Arial"/>
          <w:lang w:val="pl-PL"/>
        </w:rPr>
        <w:t xml:space="preserve"> </w:t>
      </w:r>
    </w:p>
    <w:p w14:paraId="12529E1F" w14:textId="77777777" w:rsidR="00D42523" w:rsidRPr="0073465F" w:rsidRDefault="00D42523" w:rsidP="00D42523">
      <w:pPr>
        <w:spacing w:after="9" w:line="259" w:lineRule="auto"/>
        <w:ind w:left="1573" w:firstLine="587"/>
        <w:rPr>
          <w:rFonts w:ascii="Arial" w:hAnsi="Arial" w:cs="Arial"/>
          <w:sz w:val="21"/>
          <w:lang w:val="pl-PL"/>
        </w:rPr>
      </w:pPr>
    </w:p>
    <w:p w14:paraId="43926586" w14:textId="1B687B65" w:rsidR="003939D2" w:rsidRPr="0073465F" w:rsidRDefault="00D42523" w:rsidP="006D00D4">
      <w:pPr>
        <w:spacing w:after="9" w:line="259" w:lineRule="auto"/>
        <w:ind w:left="720" w:firstLine="720"/>
        <w:rPr>
          <w:rFonts w:ascii="Arial" w:hAnsi="Arial" w:cs="Arial"/>
          <w:lang w:val="pl-PL"/>
        </w:rPr>
      </w:pPr>
      <w:r w:rsidRPr="0073465F">
        <w:rPr>
          <w:rFonts w:ascii="Arial" w:hAnsi="Arial" w:cs="Arial"/>
          <w:lang w:val="pl-PL"/>
        </w:rPr>
        <w:t xml:space="preserve">Podmiot, do którego składany jest wniosek: </w:t>
      </w:r>
    </w:p>
    <w:p w14:paraId="747BA3FD" w14:textId="56BC65EB" w:rsidR="00D42523" w:rsidRPr="0073465F" w:rsidRDefault="00D42523" w:rsidP="006D00D4">
      <w:pPr>
        <w:pStyle w:val="Nagwek2"/>
        <w:spacing w:before="0" w:line="343" w:lineRule="auto"/>
        <w:ind w:left="1440"/>
        <w:rPr>
          <w:rFonts w:ascii="Arial" w:hAnsi="Arial" w:cs="Arial"/>
          <w:bCs w:val="0"/>
          <w:color w:val="auto"/>
          <w:sz w:val="24"/>
          <w:szCs w:val="24"/>
          <w:lang w:val="pl-PL"/>
        </w:rPr>
      </w:pPr>
      <w:r w:rsidRPr="0073465F">
        <w:rPr>
          <w:rFonts w:ascii="Arial" w:eastAsia="Calibri" w:hAnsi="Arial" w:cs="Arial"/>
          <w:bCs w:val="0"/>
          <w:color w:val="auto"/>
          <w:sz w:val="24"/>
          <w:szCs w:val="24"/>
          <w:lang w:val="pl-PL"/>
        </w:rPr>
        <w:t>Nazwa:</w:t>
      </w:r>
      <w:r w:rsidR="006D00D4" w:rsidRPr="0073465F">
        <w:rPr>
          <w:rFonts w:ascii="Arial" w:eastAsia="Calibri" w:hAnsi="Arial" w:cs="Arial"/>
          <w:bCs w:val="0"/>
          <w:color w:val="auto"/>
          <w:sz w:val="24"/>
          <w:szCs w:val="24"/>
          <w:lang w:val="pl-PL"/>
        </w:rPr>
        <w:t xml:space="preserve"> </w:t>
      </w:r>
      <w:r w:rsidR="001D41D7" w:rsidRPr="0073465F">
        <w:rPr>
          <w:rFonts w:ascii="Arial" w:hAnsi="Arial" w:cs="Arial"/>
          <w:bCs w:val="0"/>
          <w:color w:val="auto"/>
          <w:sz w:val="24"/>
          <w:szCs w:val="24"/>
          <w:lang w:val="pl-PL"/>
        </w:rPr>
        <w:t>Komendant Powiatowy</w:t>
      </w:r>
      <w:r w:rsidRPr="0073465F">
        <w:rPr>
          <w:rFonts w:ascii="Arial" w:hAnsi="Arial" w:cs="Arial"/>
          <w:bCs w:val="0"/>
          <w:color w:val="auto"/>
          <w:sz w:val="24"/>
          <w:szCs w:val="24"/>
          <w:lang w:val="pl-PL"/>
        </w:rPr>
        <w:t xml:space="preserve"> Państwo</w:t>
      </w:r>
      <w:r w:rsidR="001D41D7" w:rsidRPr="0073465F">
        <w:rPr>
          <w:rFonts w:ascii="Arial" w:hAnsi="Arial" w:cs="Arial"/>
          <w:bCs w:val="0"/>
          <w:color w:val="auto"/>
          <w:sz w:val="24"/>
          <w:szCs w:val="24"/>
          <w:lang w:val="pl-PL"/>
        </w:rPr>
        <w:t xml:space="preserve">wej Straży Pożarnej </w:t>
      </w:r>
      <w:r w:rsidR="001D41D7" w:rsidRPr="0073465F">
        <w:rPr>
          <w:rFonts w:ascii="Arial" w:hAnsi="Arial" w:cs="Arial"/>
          <w:bCs w:val="0"/>
          <w:color w:val="auto"/>
          <w:sz w:val="24"/>
          <w:szCs w:val="24"/>
          <w:lang w:val="pl-PL"/>
        </w:rPr>
        <w:br/>
        <w:t xml:space="preserve">w </w:t>
      </w:r>
      <w:r w:rsidR="002C4948" w:rsidRPr="0073465F">
        <w:rPr>
          <w:rFonts w:ascii="Arial" w:hAnsi="Arial" w:cs="Arial"/>
          <w:bCs w:val="0"/>
          <w:color w:val="auto"/>
          <w:sz w:val="24"/>
          <w:szCs w:val="24"/>
          <w:lang w:val="pl-PL"/>
        </w:rPr>
        <w:t>Wołowie</w:t>
      </w:r>
      <w:r w:rsidRPr="0073465F">
        <w:rPr>
          <w:rFonts w:ascii="Arial" w:hAnsi="Arial" w:cs="Arial"/>
          <w:bCs w:val="0"/>
          <w:color w:val="auto"/>
          <w:sz w:val="24"/>
          <w:szCs w:val="24"/>
          <w:lang w:val="pl-PL"/>
        </w:rPr>
        <w:t xml:space="preserve">; ul. </w:t>
      </w:r>
      <w:r w:rsidR="002C4948" w:rsidRPr="0073465F">
        <w:rPr>
          <w:rFonts w:ascii="Arial" w:hAnsi="Arial" w:cs="Arial"/>
          <w:bCs w:val="0"/>
          <w:color w:val="auto"/>
          <w:sz w:val="24"/>
          <w:szCs w:val="24"/>
          <w:lang w:val="pl-PL"/>
        </w:rPr>
        <w:t>Wojska Polskiego 38</w:t>
      </w:r>
      <w:r w:rsidR="001D41D7" w:rsidRPr="0073465F">
        <w:rPr>
          <w:rFonts w:ascii="Arial" w:hAnsi="Arial" w:cs="Arial"/>
          <w:bCs w:val="0"/>
          <w:color w:val="auto"/>
          <w:sz w:val="24"/>
          <w:szCs w:val="24"/>
          <w:lang w:val="pl-PL"/>
        </w:rPr>
        <w:t xml:space="preserve">, </w:t>
      </w:r>
      <w:r w:rsidR="002C4948" w:rsidRPr="0073465F">
        <w:rPr>
          <w:rFonts w:ascii="Arial" w:hAnsi="Arial" w:cs="Arial"/>
          <w:bCs w:val="0"/>
          <w:color w:val="auto"/>
          <w:sz w:val="24"/>
          <w:szCs w:val="24"/>
          <w:lang w:val="pl-PL"/>
        </w:rPr>
        <w:t>56-100 Wołów</w:t>
      </w:r>
    </w:p>
    <w:p w14:paraId="223F90CE" w14:textId="0602C34A" w:rsidR="00D42523" w:rsidRPr="0073465F" w:rsidRDefault="00D42523" w:rsidP="00D42523">
      <w:pPr>
        <w:pStyle w:val="Nagwek2"/>
        <w:spacing w:after="31" w:line="343" w:lineRule="auto"/>
        <w:jc w:val="both"/>
        <w:rPr>
          <w:rFonts w:ascii="Arial" w:hAnsi="Arial" w:cs="Arial"/>
          <w:b w:val="0"/>
          <w:bCs w:val="0"/>
          <w:color w:val="auto"/>
          <w:sz w:val="24"/>
          <w:szCs w:val="24"/>
          <w:lang w:val="pl-PL"/>
        </w:rPr>
      </w:pPr>
      <w:r w:rsidRPr="0073465F">
        <w:rPr>
          <w:rFonts w:ascii="Arial" w:hAnsi="Arial" w:cs="Arial"/>
          <w:b w:val="0"/>
          <w:bCs w:val="0"/>
          <w:color w:val="auto"/>
          <w:sz w:val="24"/>
          <w:szCs w:val="24"/>
          <w:lang w:val="pl-PL"/>
        </w:rPr>
        <w:t xml:space="preserve">Na podstawie artykułu 12-22 Rozporządzenia Parlamentu Europejskiego i Rady (UE) 2016/679 z dnia 27 kwietnia 2016r. (RODO) w sprawie ochrony osób fizycznych </w:t>
      </w:r>
      <w:r w:rsidRPr="0073465F">
        <w:rPr>
          <w:rFonts w:ascii="Arial" w:hAnsi="Arial" w:cs="Arial"/>
          <w:b w:val="0"/>
          <w:bCs w:val="0"/>
          <w:color w:val="auto"/>
          <w:sz w:val="24"/>
          <w:szCs w:val="24"/>
          <w:lang w:val="pl-PL"/>
        </w:rPr>
        <w:br/>
        <w:t xml:space="preserve">w związku z przetwarzaniem danych osobowych i w sprawie swobodnego przepływu takich danych, proszę o realizację praw w związku z przetwarzaniem moich danych osobowych. </w:t>
      </w:r>
    </w:p>
    <w:p w14:paraId="2D18E46D" w14:textId="77777777" w:rsidR="00D42523" w:rsidRPr="0073465F" w:rsidRDefault="00D42523" w:rsidP="00D42523">
      <w:pPr>
        <w:numPr>
          <w:ilvl w:val="0"/>
          <w:numId w:val="10"/>
        </w:numPr>
        <w:spacing w:after="77" w:line="265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73465F">
        <w:rPr>
          <w:rFonts w:ascii="Arial" w:hAnsi="Arial" w:cs="Arial"/>
          <w:sz w:val="24"/>
          <w:szCs w:val="24"/>
          <w:lang w:val="pl-PL"/>
        </w:rPr>
        <w:t xml:space="preserve">Dane osoby wnioskującej niezbędne do identyfikacji w zbiorach Administratora: </w:t>
      </w:r>
    </w:p>
    <w:p w14:paraId="70316894" w14:textId="6222D3AF" w:rsidR="00D42523" w:rsidRPr="0073465F" w:rsidRDefault="00D42523" w:rsidP="00D42523">
      <w:pPr>
        <w:spacing w:after="32" w:line="335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73465F">
        <w:rPr>
          <w:rFonts w:ascii="Arial" w:hAnsi="Arial" w:cs="Arial"/>
          <w:sz w:val="24"/>
          <w:szCs w:val="24"/>
          <w:lang w:val="pl-PL"/>
        </w:rPr>
        <w:t>Imię ....................................................................... Nazwisko ................................</w:t>
      </w:r>
    </w:p>
    <w:p w14:paraId="2EFFE22B" w14:textId="6E6ADEB1" w:rsidR="00D42523" w:rsidRPr="0073465F" w:rsidRDefault="00D42523" w:rsidP="00D42523">
      <w:pPr>
        <w:spacing w:after="32" w:line="335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73465F">
        <w:rPr>
          <w:rFonts w:ascii="Arial" w:hAnsi="Arial" w:cs="Arial"/>
          <w:sz w:val="24"/>
          <w:szCs w:val="24"/>
          <w:lang w:val="pl-PL"/>
        </w:rPr>
        <w:t>Adres e-mail/numer telefonu ................................................................................................</w:t>
      </w:r>
    </w:p>
    <w:p w14:paraId="77468A00" w14:textId="77777777" w:rsidR="00D42523" w:rsidRPr="0073465F" w:rsidRDefault="00D42523" w:rsidP="00D42523">
      <w:pPr>
        <w:spacing w:after="32" w:line="335" w:lineRule="auto"/>
        <w:rPr>
          <w:rFonts w:ascii="Arial" w:hAnsi="Arial" w:cs="Arial"/>
          <w:sz w:val="24"/>
          <w:szCs w:val="24"/>
          <w:lang w:val="pl-PL"/>
        </w:rPr>
      </w:pPr>
    </w:p>
    <w:p w14:paraId="29946AC8" w14:textId="77777777" w:rsidR="00D42523" w:rsidRPr="0073465F" w:rsidRDefault="00D42523" w:rsidP="00D42523">
      <w:pPr>
        <w:numPr>
          <w:ilvl w:val="0"/>
          <w:numId w:val="10"/>
        </w:numPr>
        <w:spacing w:after="90" w:line="265" w:lineRule="auto"/>
        <w:ind w:left="284" w:hanging="284"/>
        <w:rPr>
          <w:rFonts w:ascii="Arial" w:hAnsi="Arial" w:cs="Arial"/>
          <w:sz w:val="24"/>
          <w:szCs w:val="24"/>
          <w:lang w:val="pl-PL"/>
        </w:rPr>
      </w:pPr>
      <w:r w:rsidRPr="0073465F">
        <w:rPr>
          <w:rFonts w:ascii="Arial" w:hAnsi="Arial" w:cs="Arial"/>
          <w:sz w:val="24"/>
          <w:szCs w:val="24"/>
          <w:lang w:val="pl-PL"/>
        </w:rPr>
        <w:lastRenderedPageBreak/>
        <w:t xml:space="preserve">Dodatkowe informacje umożliwiające identyfikację osoby przez Administratora: </w:t>
      </w:r>
    </w:p>
    <w:p w14:paraId="3DD1485B" w14:textId="311A5346" w:rsidR="00D42523" w:rsidRPr="0073465F" w:rsidRDefault="00D42523" w:rsidP="00D42523">
      <w:pPr>
        <w:tabs>
          <w:tab w:val="center" w:pos="379"/>
          <w:tab w:val="center" w:pos="5517"/>
        </w:tabs>
        <w:spacing w:after="0" w:line="265" w:lineRule="auto"/>
        <w:rPr>
          <w:rFonts w:ascii="Arial" w:hAnsi="Arial" w:cs="Arial"/>
          <w:sz w:val="24"/>
          <w:szCs w:val="24"/>
        </w:rPr>
      </w:pPr>
      <w:r w:rsidRPr="0073465F">
        <w:rPr>
          <w:rFonts w:ascii="Arial" w:hAnsi="Arial" w:cs="Arial"/>
          <w:sz w:val="24"/>
          <w:szCs w:val="24"/>
          <w:lang w:val="pl-PL"/>
        </w:rPr>
        <w:tab/>
      </w:r>
      <w:r w:rsidRPr="0073465F">
        <w:rPr>
          <w:rFonts w:ascii="Arial" w:hAnsi="Arial" w:cs="Arial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…………………………………………………………………………………………………………………………………………………………………………………………..….. </w:t>
      </w:r>
    </w:p>
    <w:p w14:paraId="3A363416" w14:textId="77777777" w:rsidR="00D42523" w:rsidRPr="0073465F" w:rsidRDefault="00D42523" w:rsidP="00D42523">
      <w:pPr>
        <w:tabs>
          <w:tab w:val="center" w:pos="379"/>
          <w:tab w:val="center" w:pos="5517"/>
        </w:tabs>
        <w:spacing w:after="0" w:line="265" w:lineRule="auto"/>
        <w:rPr>
          <w:rFonts w:ascii="Arial" w:hAnsi="Arial" w:cs="Arial"/>
          <w:sz w:val="24"/>
          <w:szCs w:val="24"/>
        </w:rPr>
      </w:pPr>
    </w:p>
    <w:p w14:paraId="5883F8AE" w14:textId="77777777" w:rsidR="00D42523" w:rsidRPr="0073465F" w:rsidRDefault="00D42523" w:rsidP="00D42523">
      <w:pPr>
        <w:tabs>
          <w:tab w:val="center" w:pos="379"/>
          <w:tab w:val="center" w:pos="5517"/>
        </w:tabs>
        <w:spacing w:after="0" w:line="265" w:lineRule="auto"/>
        <w:rPr>
          <w:rFonts w:ascii="Arial" w:hAnsi="Arial" w:cs="Arial"/>
          <w:sz w:val="24"/>
          <w:szCs w:val="24"/>
        </w:rPr>
      </w:pPr>
    </w:p>
    <w:p w14:paraId="20D1B2C3" w14:textId="77777777" w:rsidR="00D42523" w:rsidRPr="0073465F" w:rsidRDefault="00D42523" w:rsidP="00D42523">
      <w:pPr>
        <w:numPr>
          <w:ilvl w:val="0"/>
          <w:numId w:val="10"/>
        </w:numPr>
        <w:spacing w:after="0" w:line="265" w:lineRule="auto"/>
        <w:ind w:left="284" w:hanging="284"/>
        <w:rPr>
          <w:rFonts w:ascii="Arial" w:hAnsi="Arial" w:cs="Arial"/>
          <w:sz w:val="24"/>
          <w:szCs w:val="24"/>
        </w:rPr>
      </w:pPr>
      <w:r w:rsidRPr="0073465F">
        <w:rPr>
          <w:rFonts w:ascii="Arial" w:hAnsi="Arial" w:cs="Arial"/>
          <w:sz w:val="24"/>
          <w:szCs w:val="24"/>
        </w:rPr>
        <w:t xml:space="preserve">Uzasadnienie wniosku: </w:t>
      </w:r>
    </w:p>
    <w:p w14:paraId="27C3A54E" w14:textId="689A2C9C" w:rsidR="00D42523" w:rsidRPr="0073465F" w:rsidRDefault="00D42523" w:rsidP="00D42523">
      <w:pPr>
        <w:tabs>
          <w:tab w:val="center" w:pos="379"/>
          <w:tab w:val="center" w:pos="5517"/>
        </w:tabs>
        <w:spacing w:after="72" w:line="265" w:lineRule="auto"/>
        <w:rPr>
          <w:rFonts w:ascii="Arial" w:hAnsi="Arial" w:cs="Arial"/>
          <w:sz w:val="24"/>
          <w:szCs w:val="24"/>
        </w:rPr>
      </w:pPr>
      <w:r w:rsidRPr="0073465F">
        <w:rPr>
          <w:rFonts w:ascii="Arial" w:eastAsia="Calibri" w:hAnsi="Arial" w:cs="Arial"/>
        </w:rPr>
        <w:tab/>
      </w:r>
      <w:r w:rsidRPr="0073465F">
        <w:rPr>
          <w:rFonts w:ascii="Arial" w:hAnsi="Arial" w:cs="Arial"/>
          <w:sz w:val="21"/>
        </w:rPr>
        <w:t xml:space="preserve"> </w:t>
      </w:r>
      <w:r w:rsidRPr="0073465F">
        <w:rPr>
          <w:rFonts w:ascii="Arial" w:hAnsi="Arial" w:cs="Arial"/>
          <w:sz w:val="24"/>
          <w:szCs w:val="24"/>
        </w:rPr>
        <w:tab/>
        <w:t>……………………………………………………………………………………………</w:t>
      </w:r>
    </w:p>
    <w:p w14:paraId="17A9593C" w14:textId="77777777" w:rsidR="00D42523" w:rsidRPr="0073465F" w:rsidRDefault="00D42523" w:rsidP="00D42523">
      <w:pPr>
        <w:numPr>
          <w:ilvl w:val="0"/>
          <w:numId w:val="10"/>
        </w:numPr>
        <w:spacing w:after="256" w:line="265" w:lineRule="auto"/>
        <w:ind w:left="426" w:hanging="426"/>
        <w:rPr>
          <w:rFonts w:ascii="Arial" w:hAnsi="Arial" w:cs="Arial"/>
          <w:sz w:val="24"/>
          <w:szCs w:val="24"/>
        </w:rPr>
      </w:pPr>
      <w:r w:rsidRPr="0073465F">
        <w:rPr>
          <w:rFonts w:ascii="Arial" w:hAnsi="Arial" w:cs="Arial"/>
          <w:sz w:val="24"/>
          <w:szCs w:val="24"/>
        </w:rPr>
        <w:t xml:space="preserve">Wnioskowany sposób odbioru: </w:t>
      </w:r>
    </w:p>
    <w:p w14:paraId="6EF2CF2C" w14:textId="77777777" w:rsidR="00D42523" w:rsidRPr="0073465F" w:rsidRDefault="00D42523" w:rsidP="00D42523">
      <w:pPr>
        <w:spacing w:after="7" w:line="323" w:lineRule="auto"/>
        <w:ind w:right="843"/>
        <w:rPr>
          <w:rFonts w:ascii="Arial" w:hAnsi="Arial" w:cs="Arial"/>
          <w:sz w:val="24"/>
          <w:szCs w:val="24"/>
        </w:rPr>
      </w:pPr>
      <w:r w:rsidRPr="0073465F">
        <w:rPr>
          <w:rFonts w:ascii="Arial" w:hAnsi="Arial" w:cs="Arial"/>
          <w:sz w:val="24"/>
          <w:szCs w:val="24"/>
        </w:rPr>
        <w:t>□</w:t>
      </w:r>
      <w:r w:rsidRPr="0073465F">
        <w:rPr>
          <w:rFonts w:ascii="Arial" w:eastAsia="Arial" w:hAnsi="Arial" w:cs="Arial"/>
          <w:sz w:val="24"/>
          <w:szCs w:val="24"/>
        </w:rPr>
        <w:t xml:space="preserve"> </w:t>
      </w:r>
      <w:r w:rsidRPr="0073465F">
        <w:rPr>
          <w:rFonts w:ascii="Arial" w:hAnsi="Arial" w:cs="Arial"/>
          <w:sz w:val="24"/>
          <w:szCs w:val="24"/>
        </w:rPr>
        <w:t xml:space="preserve">Osobiście w siedzibie Administratora </w:t>
      </w:r>
    </w:p>
    <w:p w14:paraId="116AA7BA" w14:textId="4923B0DA" w:rsidR="00D42523" w:rsidRPr="0073465F" w:rsidRDefault="00D42523" w:rsidP="00D42523">
      <w:pPr>
        <w:spacing w:after="7" w:line="323" w:lineRule="auto"/>
        <w:ind w:right="843"/>
        <w:rPr>
          <w:rFonts w:ascii="Arial" w:hAnsi="Arial" w:cs="Arial"/>
          <w:sz w:val="24"/>
          <w:szCs w:val="24"/>
        </w:rPr>
      </w:pPr>
      <w:r w:rsidRPr="0073465F">
        <w:rPr>
          <w:rFonts w:ascii="Arial" w:hAnsi="Arial" w:cs="Arial"/>
          <w:sz w:val="24"/>
          <w:szCs w:val="24"/>
        </w:rPr>
        <w:t>□</w:t>
      </w:r>
      <w:r w:rsidRPr="0073465F">
        <w:rPr>
          <w:rFonts w:ascii="Arial" w:eastAsia="Arial" w:hAnsi="Arial" w:cs="Arial"/>
          <w:sz w:val="24"/>
          <w:szCs w:val="24"/>
        </w:rPr>
        <w:t xml:space="preserve"> </w:t>
      </w:r>
      <w:r w:rsidRPr="0073465F">
        <w:rPr>
          <w:rFonts w:ascii="Arial" w:hAnsi="Arial" w:cs="Arial"/>
          <w:sz w:val="24"/>
          <w:szCs w:val="24"/>
        </w:rPr>
        <w:t>Listownie na adres: ……………………………………….</w:t>
      </w:r>
      <w:r w:rsidRPr="0073465F">
        <w:rPr>
          <w:rFonts w:ascii="Arial" w:hAnsi="Arial" w:cs="Arial"/>
          <w:sz w:val="24"/>
          <w:szCs w:val="24"/>
        </w:rPr>
        <w:tab/>
        <w:t xml:space="preserve"> </w:t>
      </w:r>
    </w:p>
    <w:p w14:paraId="43B13DAC" w14:textId="67DDD833" w:rsidR="00D42523" w:rsidRPr="0073465F" w:rsidRDefault="00D42523" w:rsidP="00D42523">
      <w:pPr>
        <w:spacing w:after="0" w:line="259" w:lineRule="auto"/>
        <w:ind w:right="12"/>
        <w:rPr>
          <w:rFonts w:ascii="Arial" w:eastAsia="Microsoft Sans Serif" w:hAnsi="Arial" w:cs="Arial"/>
          <w:sz w:val="24"/>
          <w:szCs w:val="24"/>
          <w:lang w:val="pl-PL"/>
        </w:rPr>
      </w:pPr>
      <w:r w:rsidRPr="0073465F">
        <w:rPr>
          <w:rFonts w:ascii="Arial" w:hAnsi="Arial" w:cs="Arial"/>
          <w:sz w:val="24"/>
          <w:szCs w:val="24"/>
          <w:lang w:val="pl-PL"/>
        </w:rPr>
        <w:t>□</w:t>
      </w:r>
      <w:r w:rsidRPr="0073465F">
        <w:rPr>
          <w:rFonts w:ascii="Arial" w:eastAsia="Arial" w:hAnsi="Arial" w:cs="Arial"/>
          <w:sz w:val="24"/>
          <w:szCs w:val="24"/>
          <w:lang w:val="pl-PL"/>
        </w:rPr>
        <w:t xml:space="preserve"> </w:t>
      </w:r>
      <w:r w:rsidRPr="0073465F">
        <w:rPr>
          <w:rFonts w:ascii="Arial" w:hAnsi="Arial" w:cs="Arial"/>
          <w:sz w:val="24"/>
          <w:szCs w:val="24"/>
          <w:lang w:val="pl-PL"/>
        </w:rPr>
        <w:t>Pocztą elektroniczną na podany adres e-mail:</w:t>
      </w:r>
      <w:r w:rsidRPr="0073465F">
        <w:rPr>
          <w:rFonts w:ascii="Arial" w:eastAsia="Microsoft Sans Serif" w:hAnsi="Arial" w:cs="Arial"/>
          <w:sz w:val="24"/>
          <w:szCs w:val="24"/>
          <w:lang w:val="pl-PL"/>
        </w:rPr>
        <w:t xml:space="preserve"> ………………………………</w:t>
      </w:r>
    </w:p>
    <w:p w14:paraId="130E297E" w14:textId="77777777" w:rsidR="00D42523" w:rsidRPr="0073465F" w:rsidRDefault="00D42523" w:rsidP="00D42523">
      <w:pPr>
        <w:spacing w:after="0" w:line="259" w:lineRule="auto"/>
        <w:ind w:right="12"/>
        <w:rPr>
          <w:rFonts w:ascii="Arial" w:hAnsi="Arial" w:cs="Arial"/>
          <w:sz w:val="24"/>
          <w:szCs w:val="24"/>
          <w:lang w:val="pl-PL"/>
        </w:rPr>
      </w:pPr>
    </w:p>
    <w:p w14:paraId="1A911182" w14:textId="1F690C2B" w:rsidR="00D42523" w:rsidRPr="0073465F" w:rsidRDefault="00A55ADD" w:rsidP="00D42523">
      <w:pPr>
        <w:spacing w:after="0" w:line="240" w:lineRule="auto"/>
        <w:ind w:left="4820" w:right="12"/>
        <w:rPr>
          <w:rFonts w:ascii="Arial" w:hAnsi="Arial" w:cs="Arial"/>
          <w:lang w:val="pl-PL"/>
        </w:rPr>
      </w:pPr>
      <w:r w:rsidRPr="0073465F">
        <w:rPr>
          <w:rFonts w:ascii="Arial" w:hAnsi="Arial" w:cs="Arial"/>
          <w:sz w:val="19"/>
          <w:lang w:val="pl-PL"/>
        </w:rPr>
        <w:t>……………………………………………..……</w:t>
      </w:r>
    </w:p>
    <w:p w14:paraId="73FE9454" w14:textId="77777777" w:rsidR="00D42523" w:rsidRPr="0073465F" w:rsidRDefault="00D42523" w:rsidP="00D42523">
      <w:pPr>
        <w:spacing w:after="1000" w:line="240" w:lineRule="auto"/>
        <w:ind w:left="5245" w:right="12" w:hanging="283"/>
        <w:rPr>
          <w:rFonts w:ascii="Arial" w:hAnsi="Arial" w:cs="Arial"/>
          <w:sz w:val="19"/>
          <w:lang w:val="pl-PL"/>
        </w:rPr>
      </w:pPr>
      <w:r w:rsidRPr="0073465F">
        <w:rPr>
          <w:rFonts w:ascii="Arial" w:hAnsi="Arial" w:cs="Arial"/>
          <w:sz w:val="19"/>
          <w:lang w:val="pl-PL"/>
        </w:rPr>
        <w:t xml:space="preserve">Czytelny podpis osoby składającej wniosek </w:t>
      </w:r>
    </w:p>
    <w:p w14:paraId="3F978F11" w14:textId="3FB73F27" w:rsidR="00D42523" w:rsidRPr="0073465F" w:rsidRDefault="00D42523" w:rsidP="00D42523">
      <w:pPr>
        <w:spacing w:after="0" w:line="240" w:lineRule="auto"/>
        <w:ind w:right="12"/>
        <w:rPr>
          <w:rFonts w:ascii="Arial" w:hAnsi="Arial" w:cs="Arial"/>
          <w:sz w:val="19"/>
          <w:lang w:val="pl-PL"/>
        </w:rPr>
      </w:pPr>
      <w:r w:rsidRPr="0073465F">
        <w:rPr>
          <w:rFonts w:ascii="Arial" w:eastAsia="Calibri" w:hAnsi="Arial" w:cs="Arial"/>
          <w:b/>
          <w:sz w:val="18"/>
          <w:szCs w:val="18"/>
          <w:lang w:val="pl-PL"/>
        </w:rPr>
        <w:t xml:space="preserve">Wyjaśnienia </w:t>
      </w:r>
    </w:p>
    <w:p w14:paraId="34585D23" w14:textId="77777777" w:rsidR="00D42523" w:rsidRPr="0073465F" w:rsidRDefault="00D42523" w:rsidP="00D42523">
      <w:pPr>
        <w:numPr>
          <w:ilvl w:val="1"/>
          <w:numId w:val="11"/>
        </w:numPr>
        <w:spacing w:after="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73465F">
        <w:rPr>
          <w:rFonts w:ascii="Arial" w:hAnsi="Arial" w:cs="Arial"/>
          <w:sz w:val="18"/>
          <w:szCs w:val="18"/>
          <w:lang w:val="pl-PL"/>
        </w:rPr>
        <w:t xml:space="preserve">Prosimy o czytelne wypełnienie formularza DRUKOWANYMI LITERAMI. </w:t>
      </w:r>
    </w:p>
    <w:p w14:paraId="3CF9D903" w14:textId="77777777" w:rsidR="00D42523" w:rsidRPr="0073465F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73465F">
        <w:rPr>
          <w:rFonts w:ascii="Arial" w:hAnsi="Arial" w:cs="Arial"/>
          <w:sz w:val="18"/>
          <w:szCs w:val="18"/>
          <w:lang w:val="pl-PL"/>
        </w:rPr>
        <w:t xml:space="preserve">Administrator ma prawo odmówić przekazania danych lub zmienić formę odbioru w sytuacji, kiedy nie jest w stanie prawidłowo zidentyfikować osoby wnioskującej. </w:t>
      </w:r>
    </w:p>
    <w:p w14:paraId="58072500" w14:textId="77777777" w:rsidR="00D42523" w:rsidRPr="0073465F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73465F">
        <w:rPr>
          <w:rFonts w:ascii="Arial" w:hAnsi="Arial" w:cs="Arial"/>
          <w:sz w:val="18"/>
          <w:szCs w:val="18"/>
          <w:lang w:val="pl-PL"/>
        </w:rPr>
        <w:t xml:space="preserve">Na potrzeby rozpatrzenia wniosku i jego dalszej realizacji może być wymagane podanie dodatkowych danych Pani/Pana identyfikujących. </w:t>
      </w:r>
    </w:p>
    <w:p w14:paraId="252353D5" w14:textId="77777777" w:rsidR="00D42523" w:rsidRPr="0073465F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73465F">
        <w:rPr>
          <w:rFonts w:ascii="Arial" w:hAnsi="Arial" w:cs="Arial"/>
          <w:sz w:val="18"/>
          <w:szCs w:val="18"/>
          <w:lang w:val="pl-PL"/>
        </w:rPr>
        <w:t xml:space="preserve">W sytuacji, kiedy żądania osoby zostaną uznane za nadmierne lub nieuzasadnione, Administrator może pobrać opłatę stosowną do kosztów udzielenia odpowiedzi, informując wcześniej osobę wnioskującą o wysokości opłaty. </w:t>
      </w:r>
    </w:p>
    <w:p w14:paraId="5753DC42" w14:textId="77777777" w:rsidR="00D42523" w:rsidRPr="0073465F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73465F">
        <w:rPr>
          <w:rFonts w:ascii="Arial" w:hAnsi="Arial" w:cs="Arial"/>
          <w:sz w:val="18"/>
          <w:szCs w:val="18"/>
          <w:lang w:val="pl-PL"/>
        </w:rPr>
        <w:t xml:space="preserve">Szczegółowe informacje na temat udzielania odpowiedzi można uzyskać poprzez kontakt z naszym Inspektorem Ochrony Danych. </w:t>
      </w:r>
    </w:p>
    <w:p w14:paraId="4735AD90" w14:textId="77777777" w:rsidR="00D42523" w:rsidRPr="0073465F" w:rsidRDefault="00D42523" w:rsidP="00D42523">
      <w:pPr>
        <w:numPr>
          <w:ilvl w:val="1"/>
          <w:numId w:val="11"/>
        </w:numPr>
        <w:spacing w:after="7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73465F">
        <w:rPr>
          <w:rFonts w:ascii="Arial" w:hAnsi="Arial" w:cs="Arial"/>
          <w:sz w:val="18"/>
          <w:szCs w:val="18"/>
          <w:lang w:val="pl-PL"/>
        </w:rPr>
        <w:t xml:space="preserve">W sytuacji, kiedy żądania osoby zostaną uznane za nadmierne lub nieuzasadnione, Administrator może pobrać opłatę stosowną do kosztów udzielenia odpowiedzi, informując wcześniej osobę wnioskującą o wysokości opłaty. </w:t>
      </w:r>
    </w:p>
    <w:p w14:paraId="71504221" w14:textId="3064E704" w:rsidR="00D42523" w:rsidRPr="0073465F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73465F">
        <w:rPr>
          <w:rFonts w:ascii="Arial" w:hAnsi="Arial" w:cs="Arial"/>
          <w:sz w:val="18"/>
          <w:szCs w:val="18"/>
          <w:lang w:val="pl-PL"/>
        </w:rPr>
        <w:t xml:space="preserve">Odpowiedź na zgłoszenie zostanie udzielona niezwłocznie, nie później niż wciągu miesiąca od jego otrzymania. </w:t>
      </w:r>
      <w:r w:rsidR="00CC3817" w:rsidRPr="0073465F">
        <w:rPr>
          <w:rFonts w:ascii="Arial" w:hAnsi="Arial" w:cs="Arial"/>
          <w:sz w:val="18"/>
          <w:szCs w:val="18"/>
          <w:lang w:val="pl-PL"/>
        </w:rPr>
        <w:br/>
      </w:r>
      <w:r w:rsidRPr="0073465F">
        <w:rPr>
          <w:rFonts w:ascii="Arial" w:hAnsi="Arial" w:cs="Arial"/>
          <w:sz w:val="18"/>
          <w:szCs w:val="18"/>
          <w:lang w:val="pl-PL"/>
        </w:rPr>
        <w:t xml:space="preserve">W razie konieczności przedłużenia tego terminu, Administrator poinformuje osobę składającą wniosek o przyczynach takiego przedłużenia. </w:t>
      </w:r>
    </w:p>
    <w:p w14:paraId="2F05DD82" w14:textId="77777777" w:rsidR="00D42523" w:rsidRPr="0073465F" w:rsidRDefault="00D42523" w:rsidP="00D42523">
      <w:pPr>
        <w:numPr>
          <w:ilvl w:val="1"/>
          <w:numId w:val="11"/>
        </w:numPr>
        <w:spacing w:after="30" w:line="248" w:lineRule="auto"/>
        <w:ind w:left="284" w:hanging="284"/>
        <w:jc w:val="both"/>
        <w:rPr>
          <w:rFonts w:ascii="Arial" w:hAnsi="Arial" w:cs="Arial"/>
          <w:sz w:val="18"/>
          <w:szCs w:val="18"/>
          <w:lang w:val="pl-PL"/>
        </w:rPr>
      </w:pPr>
      <w:r w:rsidRPr="0073465F">
        <w:rPr>
          <w:rFonts w:ascii="Arial" w:hAnsi="Arial" w:cs="Arial"/>
          <w:sz w:val="18"/>
          <w:szCs w:val="18"/>
          <w:lang w:val="pl-PL"/>
        </w:rPr>
        <w:t xml:space="preserve">Odpowiedź będzie udzielana zgodnie wybraną opcją określoną we wniosku </w:t>
      </w:r>
    </w:p>
    <w:p w14:paraId="40F28287" w14:textId="77777777" w:rsidR="00D42523" w:rsidRPr="0073465F" w:rsidRDefault="00D42523" w:rsidP="00D42523">
      <w:pPr>
        <w:spacing w:after="1000" w:line="240" w:lineRule="auto"/>
        <w:ind w:right="12"/>
        <w:rPr>
          <w:rFonts w:ascii="Arial" w:hAnsi="Arial" w:cs="Arial"/>
          <w:lang w:val="pl-PL"/>
        </w:rPr>
      </w:pPr>
    </w:p>
    <w:p w14:paraId="359E2088" w14:textId="09377224" w:rsidR="00D42523" w:rsidRPr="0073465F" w:rsidRDefault="00CC3817" w:rsidP="00CC3817">
      <w:pPr>
        <w:spacing w:after="256" w:line="265" w:lineRule="auto"/>
        <w:ind w:left="426"/>
        <w:rPr>
          <w:rFonts w:ascii="Arial" w:hAnsi="Arial" w:cs="Arial"/>
          <w:sz w:val="24"/>
          <w:szCs w:val="24"/>
        </w:rPr>
      </w:pPr>
      <w:r w:rsidRPr="0073465F">
        <w:rPr>
          <w:rFonts w:ascii="Arial" w:hAnsi="Arial" w:cs="Arial"/>
          <w:noProof/>
          <w:lang w:val="pl-PL" w:eastAsia="pl-PL"/>
        </w:rPr>
        <w:lastRenderedPageBreak/>
        <w:drawing>
          <wp:inline distT="0" distB="0" distL="0" distR="0" wp14:anchorId="1CE3479D" wp14:editId="2D574D26">
            <wp:extent cx="5486400" cy="8099561"/>
            <wp:effectExtent l="0" t="0" r="0" b="0"/>
            <wp:docPr id="8369" name="Picture 8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9" name="Picture 836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9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81783" w14:textId="675A5C0B" w:rsidR="003939D2" w:rsidRPr="0073465F" w:rsidRDefault="003939D2" w:rsidP="003939D2">
      <w:pPr>
        <w:jc w:val="center"/>
        <w:rPr>
          <w:rFonts w:ascii="Arial" w:eastAsiaTheme="minorHAnsi" w:hAnsi="Arial" w:cs="Arial"/>
          <w:b/>
          <w:bCs/>
          <w:sz w:val="24"/>
          <w:szCs w:val="24"/>
          <w:lang w:val="pl-PL"/>
        </w:rPr>
      </w:pPr>
      <w:r w:rsidRPr="0073465F">
        <w:rPr>
          <w:rFonts w:ascii="Arial" w:hAnsi="Arial" w:cs="Arial"/>
          <w:b/>
          <w:bCs/>
          <w:sz w:val="24"/>
          <w:szCs w:val="24"/>
          <w:lang w:val="pl-PL"/>
        </w:rPr>
        <w:lastRenderedPageBreak/>
        <w:t>KLAUZULA INFORMACYJNA O PRZETWARZANIU DANYCH OSOBOWYCH</w:t>
      </w:r>
      <w:r w:rsidR="00F85442" w:rsidRPr="0073465F">
        <w:rPr>
          <w:rFonts w:ascii="Arial" w:hAnsi="Arial" w:cs="Arial"/>
          <w:b/>
          <w:bCs/>
          <w:sz w:val="24"/>
          <w:szCs w:val="24"/>
          <w:lang w:val="pl-PL"/>
        </w:rPr>
        <w:t xml:space="preserve"> dla osób realizujących wniosek</w:t>
      </w:r>
    </w:p>
    <w:p w14:paraId="626368F9" w14:textId="77777777" w:rsidR="003939D2" w:rsidRPr="0073465F" w:rsidRDefault="003939D2" w:rsidP="003939D2">
      <w:pPr>
        <w:spacing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73465F">
        <w:rPr>
          <w:rFonts w:ascii="Arial" w:hAnsi="Arial" w:cs="Arial"/>
          <w:i/>
          <w:iCs/>
          <w:sz w:val="24"/>
          <w:szCs w:val="24"/>
        </w:rPr>
        <w:t>(art. 13 ust. 1 i 2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939D2" w:rsidRPr="0073465F" w14:paraId="2B875217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BEF9F1" w14:textId="77777777" w:rsidR="003939D2" w:rsidRPr="0073465F" w:rsidRDefault="003939D2" w:rsidP="001F6423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73465F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Administrator Danych Osobowych i kontakt:</w:t>
            </w:r>
          </w:p>
        </w:tc>
      </w:tr>
      <w:tr w:rsidR="003939D2" w:rsidRPr="0073465F" w14:paraId="1E3F4BC5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51766" w14:textId="292E784C" w:rsidR="003939D2" w:rsidRPr="0073465F" w:rsidRDefault="002C4948" w:rsidP="001F6423">
            <w:pPr>
              <w:rPr>
                <w:rFonts w:ascii="Arial" w:hAnsi="Arial" w:cs="Arial"/>
                <w:sz w:val="20"/>
                <w:szCs w:val="20"/>
              </w:rPr>
            </w:pPr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t>Komendant Powiatowy Państwowej Straży Pożarnej w Wołowie, ul. Wojska Polskiego 38, 56-100 Wołów, e-mail: kpwolow@kwpsp.wroc.pl</w:t>
            </w:r>
          </w:p>
        </w:tc>
      </w:tr>
      <w:tr w:rsidR="003939D2" w:rsidRPr="0073465F" w14:paraId="2E78C953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4A8261" w14:textId="77777777" w:rsidR="003939D2" w:rsidRPr="0073465F" w:rsidRDefault="003939D2" w:rsidP="001F6423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73465F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Dane kontaktowe Inspektora Ochrony Danych:</w:t>
            </w:r>
          </w:p>
        </w:tc>
      </w:tr>
      <w:tr w:rsidR="003939D2" w:rsidRPr="0073465F" w14:paraId="51D855F3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3D9B" w14:textId="0FC72ACB" w:rsidR="003939D2" w:rsidRPr="0073465F" w:rsidRDefault="003939D2" w:rsidP="001F642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t xml:space="preserve">W celu zapewnienia bezpieczeństwa przetwarzania danych osobowych oraz ułatwienia kontaktu </w:t>
            </w:r>
            <w:r w:rsidR="00CC3817" w:rsidRPr="0073465F">
              <w:rPr>
                <w:rFonts w:ascii="Arial" w:hAnsi="Arial" w:cs="Arial"/>
                <w:sz w:val="20"/>
                <w:szCs w:val="20"/>
                <w:lang w:val="pl-PL"/>
              </w:rPr>
              <w:br/>
            </w:r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t xml:space="preserve">w zakresie realizacji praw osób, których dane dotyczą może Pani/Pan skontaktować się z wyznaczonym przez Administratora Inspektorem Ochrony Danych  telefonicznie pod nr tel. 71 3682213, e-mail: </w:t>
            </w:r>
            <w:hyperlink r:id="rId7" w:history="1">
              <w:r w:rsidRPr="0073465F">
                <w:rPr>
                  <w:rStyle w:val="Hipercze"/>
                  <w:rFonts w:ascii="Arial" w:hAnsi="Arial" w:cs="Arial"/>
                  <w:sz w:val="20"/>
                  <w:szCs w:val="20"/>
                  <w:lang w:val="pl-PL"/>
                </w:rPr>
                <w:t>iod@kwpsp.wroc.pl</w:t>
              </w:r>
            </w:hyperlink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t xml:space="preserve">. lub listownie na adres: Komenda Wojewódzka PSP we Wrocławiu, ul. </w:t>
            </w:r>
            <w:r w:rsidRPr="0073465F">
              <w:rPr>
                <w:rFonts w:ascii="Arial" w:hAnsi="Arial" w:cs="Arial"/>
                <w:sz w:val="20"/>
                <w:szCs w:val="20"/>
              </w:rPr>
              <w:t>Borowska 138, 50-552 Wrocław.</w:t>
            </w:r>
          </w:p>
        </w:tc>
      </w:tr>
      <w:tr w:rsidR="003939D2" w:rsidRPr="0073465F" w14:paraId="302C4743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6621D1" w14:textId="77777777" w:rsidR="003939D2" w:rsidRPr="0073465F" w:rsidRDefault="003939D2" w:rsidP="001F6423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73465F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Cele i podstawy prawne przetwarzania danych osobowych:</w:t>
            </w:r>
          </w:p>
        </w:tc>
      </w:tr>
      <w:tr w:rsidR="003939D2" w:rsidRPr="0073465F" w14:paraId="2B4F7DBD" w14:textId="77777777" w:rsidTr="00CC3817">
        <w:trPr>
          <w:trHeight w:val="72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5C01" w14:textId="658646CC" w:rsidR="003939D2" w:rsidRPr="0073465F" w:rsidRDefault="003939D2" w:rsidP="00CC3817">
            <w:pPr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t xml:space="preserve">Pani/Pana dane osobowe będą przetwarzane w celu realizacji wniosku dotyczącego wykonywania praw osoby, której dane dotyczą, </w:t>
            </w:r>
            <w:r w:rsidR="00F85442" w:rsidRPr="0073465F">
              <w:rPr>
                <w:rFonts w:ascii="Arial" w:hAnsi="Arial" w:cs="Arial"/>
                <w:sz w:val="20"/>
                <w:szCs w:val="20"/>
                <w:lang w:val="pl-PL"/>
              </w:rPr>
              <w:t xml:space="preserve">w związku z art. 15, art., 16, art. 17, art. 18, art. 20, art. 21, art. 22 RODO, </w:t>
            </w:r>
            <w:r w:rsidR="00F85442" w:rsidRPr="0073465F">
              <w:rPr>
                <w:rFonts w:ascii="Arial" w:hAnsi="Arial" w:cs="Arial"/>
                <w:sz w:val="20"/>
                <w:szCs w:val="20"/>
                <w:lang w:val="pl-PL"/>
              </w:rPr>
              <w:br/>
              <w:t>w myśl przepisów</w:t>
            </w:r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t xml:space="preserve"> art. 6 ust. 1 lit. c, e RODO, art. 9 ust. 2 lit. g RODO (jeżeli dotyczy).</w:t>
            </w:r>
          </w:p>
        </w:tc>
      </w:tr>
      <w:tr w:rsidR="003939D2" w:rsidRPr="0073465F" w14:paraId="053BB01F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977A4D" w14:textId="77777777" w:rsidR="003939D2" w:rsidRPr="0073465F" w:rsidRDefault="003939D2" w:rsidP="001F642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3465F">
              <w:rPr>
                <w:rFonts w:ascii="Arial" w:hAnsi="Arial" w:cs="Arial"/>
                <w:b/>
                <w:bCs/>
                <w:sz w:val="20"/>
                <w:szCs w:val="20"/>
              </w:rPr>
              <w:t>Odbiorcy danych osobowych:</w:t>
            </w:r>
          </w:p>
        </w:tc>
      </w:tr>
      <w:tr w:rsidR="003939D2" w:rsidRPr="0073465F" w14:paraId="00396D80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4810" w14:textId="6AD1DEDE" w:rsidR="003939D2" w:rsidRPr="0073465F" w:rsidRDefault="003939D2" w:rsidP="001F6423">
            <w:pPr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t xml:space="preserve">Dane osobowe możemy przekazywać i udostępniać wyłącznie podmiotom uprawnionym na podstawie obowiązujących przepisów prawa. Są nimi m.in.: w zakresie e-doręczeń Poczta Polska S.A., jako dostawca publiczny oraz ministrowi właściwemu do spraw cyfryzacji w związku z zamieszczeniem danych w bazie adresów elektronicznych lub  komercyjnym  dostawcom niepublicznym wpisanym  </w:t>
            </w:r>
            <w:r w:rsidR="00CC3817" w:rsidRPr="0073465F">
              <w:rPr>
                <w:rFonts w:ascii="Arial" w:hAnsi="Arial" w:cs="Arial"/>
                <w:sz w:val="20"/>
                <w:szCs w:val="20"/>
                <w:lang w:val="pl-PL"/>
              </w:rPr>
              <w:br/>
            </w:r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t xml:space="preserve">do rejestru prowadzonego przez Ministra Cyfryzacji. W pozostałym zakresie innym podmiotom świadczącym usługi pocztowe, telekomunikacyjne, bankowe oraz innym podmiotom publicznym, </w:t>
            </w:r>
            <w:r w:rsidR="00CC3817" w:rsidRPr="0073465F">
              <w:rPr>
                <w:rFonts w:ascii="Arial" w:hAnsi="Arial" w:cs="Arial"/>
                <w:sz w:val="20"/>
                <w:szCs w:val="20"/>
                <w:lang w:val="pl-PL"/>
              </w:rPr>
              <w:br/>
            </w:r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t xml:space="preserve">gdy wystąpią z takim żądaniem, oczywiście w oparciu o stosowną podstawę prawną. Państwa dane osobowe możemy także przekazywać podmiotom, które przetwarzają je na zlecenie Administratora tzw. podmiotom przetwarzającym, są nimi np.: podmioty świadczące dla administratora usługi wsparcia </w:t>
            </w:r>
            <w:r w:rsidR="00CC3817" w:rsidRPr="0073465F">
              <w:rPr>
                <w:rFonts w:ascii="Arial" w:hAnsi="Arial" w:cs="Arial"/>
                <w:sz w:val="20"/>
                <w:szCs w:val="20"/>
                <w:lang w:val="pl-PL"/>
              </w:rPr>
              <w:br/>
            </w:r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t>w zakresie teleinformatycznym np. w zakresie fizycznego wybrakowania i zniszczenia dokumentów, firma  zapewniająca wsparcie techniczne IT.</w:t>
            </w:r>
          </w:p>
        </w:tc>
      </w:tr>
      <w:tr w:rsidR="003939D2" w:rsidRPr="0073465F" w14:paraId="167A7D79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2A7941" w14:textId="77777777" w:rsidR="003939D2" w:rsidRPr="0073465F" w:rsidRDefault="003939D2" w:rsidP="001F642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3465F">
              <w:rPr>
                <w:rFonts w:ascii="Arial" w:hAnsi="Arial" w:cs="Arial"/>
                <w:b/>
                <w:bCs/>
                <w:sz w:val="20"/>
                <w:szCs w:val="20"/>
              </w:rPr>
              <w:t>Obowiązek podania danych osobowych:</w:t>
            </w:r>
          </w:p>
        </w:tc>
      </w:tr>
      <w:tr w:rsidR="003939D2" w:rsidRPr="0073465F" w14:paraId="3CFA6A67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95C65" w14:textId="0D01A340" w:rsidR="003939D2" w:rsidRPr="0073465F" w:rsidRDefault="003939D2" w:rsidP="001F642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t xml:space="preserve">Podanie przez Panią/Pana danych osobowych jest dobrowolne, ale niezbędne do rozpatrzenia wniosku. </w:t>
            </w:r>
            <w:r w:rsidRPr="0073465F">
              <w:rPr>
                <w:rFonts w:ascii="Arial" w:hAnsi="Arial" w:cs="Arial"/>
                <w:sz w:val="20"/>
                <w:szCs w:val="20"/>
              </w:rPr>
              <w:t xml:space="preserve">Konsekwencją niepodania danych osobowych będzie brak możliwości rozpatrzenia wniosku.  </w:t>
            </w:r>
          </w:p>
        </w:tc>
      </w:tr>
      <w:tr w:rsidR="003939D2" w:rsidRPr="0073465F" w14:paraId="7FF55EEB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D0D7D8" w14:textId="77777777" w:rsidR="003939D2" w:rsidRPr="0073465F" w:rsidRDefault="003939D2" w:rsidP="001F6423">
            <w:pPr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73465F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>Prawa związane z przetwarzaniem danych osobowych:</w:t>
            </w:r>
          </w:p>
        </w:tc>
      </w:tr>
      <w:tr w:rsidR="003939D2" w:rsidRPr="0073465F" w14:paraId="638D25C5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75B7B" w14:textId="473AE78D" w:rsidR="003939D2" w:rsidRPr="0073465F" w:rsidRDefault="003939D2" w:rsidP="001F6423">
            <w:pPr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t xml:space="preserve">, żądania usunięcia, ograniczenia przetwarzania, prawo do przenoszenia danych, prawo wniesienia sprzeciwu, a także prawo wniesienia skargi do organu nadzorczego - Prezesa UODO Wymienione prawa mogą być ograniczone, </w:t>
            </w:r>
            <w:bookmarkEnd w:id="0"/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t xml:space="preserve">kiedy Administrator jest zobowiązany prawnie </w:t>
            </w:r>
            <w:r w:rsidR="00CC3817" w:rsidRPr="0073465F">
              <w:rPr>
                <w:rFonts w:ascii="Arial" w:hAnsi="Arial" w:cs="Arial"/>
                <w:sz w:val="20"/>
                <w:szCs w:val="20"/>
                <w:lang w:val="pl-PL"/>
              </w:rPr>
              <w:br/>
            </w:r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t>do przetwarzania danych w celu realizacji obowiązku ustawowego lub występują inne nadrzędne prawne podstawy przetwarzania.</w:t>
            </w:r>
            <w:r w:rsidRPr="0073465F">
              <w:rPr>
                <w:rFonts w:ascii="Arial" w:hAnsi="Arial" w:cs="Arial"/>
                <w:i/>
                <w:iCs/>
                <w:sz w:val="20"/>
                <w:szCs w:val="20"/>
                <w:lang w:val="pl-PL"/>
              </w:rPr>
              <w:t>.</w:t>
            </w:r>
          </w:p>
        </w:tc>
      </w:tr>
      <w:tr w:rsidR="003939D2" w:rsidRPr="0073465F" w14:paraId="3DC3A2B0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EED73A" w14:textId="77777777" w:rsidR="003939D2" w:rsidRPr="0073465F" w:rsidRDefault="003939D2" w:rsidP="001F6423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bidi="hi-IN"/>
              </w:rPr>
            </w:pPr>
            <w:r w:rsidRPr="0073465F">
              <w:rPr>
                <w:rFonts w:ascii="Arial" w:hAnsi="Arial" w:cs="Arial"/>
                <w:b/>
                <w:bCs/>
                <w:sz w:val="20"/>
                <w:szCs w:val="20"/>
              </w:rPr>
              <w:t>Prawo do sprzeciwu:</w:t>
            </w:r>
          </w:p>
        </w:tc>
      </w:tr>
      <w:tr w:rsidR="003939D2" w:rsidRPr="0073465F" w14:paraId="15F20C85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12E1" w14:textId="39D1E23E" w:rsidR="003939D2" w:rsidRPr="0073465F" w:rsidRDefault="003939D2" w:rsidP="001F6423">
            <w:pPr>
              <w:jc w:val="both"/>
              <w:rPr>
                <w:rFonts w:ascii="Arial" w:eastAsiaTheme="minorHAnsi" w:hAnsi="Arial" w:cs="Arial"/>
                <w:color w:val="000000"/>
                <w:kern w:val="2"/>
                <w:sz w:val="20"/>
                <w:szCs w:val="20"/>
                <w:lang w:val="pl-PL"/>
                <w14:ligatures w14:val="standardContextual"/>
              </w:rPr>
            </w:pPr>
            <w:r w:rsidRPr="0073465F">
              <w:rPr>
                <w:rFonts w:ascii="Arial" w:hAnsi="Arial" w:cs="Arial"/>
                <w:color w:val="000000"/>
                <w:sz w:val="20"/>
                <w:szCs w:val="20"/>
                <w:lang w:val="pl-PL"/>
              </w:rPr>
              <w:t xml:space="preserve"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</w:t>
            </w:r>
            <w:r w:rsidR="00CC3817" w:rsidRPr="0073465F">
              <w:rPr>
                <w:rFonts w:ascii="Arial" w:hAnsi="Arial" w:cs="Arial"/>
                <w:color w:val="000000"/>
                <w:sz w:val="20"/>
                <w:szCs w:val="20"/>
                <w:lang w:val="pl-PL"/>
              </w:rPr>
              <w:br/>
            </w:r>
            <w:r w:rsidRPr="0073465F">
              <w:rPr>
                <w:rFonts w:ascii="Arial" w:hAnsi="Arial" w:cs="Arial"/>
                <w:color w:val="000000"/>
                <w:sz w:val="20"/>
                <w:szCs w:val="20"/>
                <w:lang w:val="pl-PL"/>
              </w:rPr>
              <w:t>do ewentualnego ustalenia, dochodzenia lub obrony roszczeń.</w:t>
            </w:r>
          </w:p>
        </w:tc>
      </w:tr>
      <w:tr w:rsidR="003939D2" w:rsidRPr="0073465F" w14:paraId="316B540E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D70870" w14:textId="77777777" w:rsidR="003939D2" w:rsidRPr="0073465F" w:rsidRDefault="003939D2" w:rsidP="001F642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3465F">
              <w:rPr>
                <w:rFonts w:ascii="Arial" w:hAnsi="Arial" w:cs="Arial"/>
                <w:b/>
                <w:bCs/>
                <w:sz w:val="20"/>
                <w:szCs w:val="20"/>
              </w:rPr>
              <w:t>Okres przechowywania danych osobowych:</w:t>
            </w:r>
          </w:p>
        </w:tc>
      </w:tr>
      <w:tr w:rsidR="003939D2" w:rsidRPr="0073465F" w14:paraId="5C4C5C5C" w14:textId="77777777" w:rsidTr="001F642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46CBC" w14:textId="501BC496" w:rsidR="003939D2" w:rsidRPr="0073465F" w:rsidRDefault="00F85442" w:rsidP="001F6423">
            <w:pPr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73465F">
              <w:rPr>
                <w:rFonts w:ascii="Arial" w:hAnsi="Arial" w:cs="Arial"/>
                <w:sz w:val="20"/>
                <w:szCs w:val="20"/>
                <w:lang w:val="pl-PL"/>
              </w:rPr>
              <w:lastRenderedPageBreak/>
              <w:t>Dane osobowe będą przechowywane przez okres niezbędny do realizacji wniosku, a następnie przez czas wynikający z przepisów prawa, w szczególności przepisów o archiwizacji.</w:t>
            </w:r>
          </w:p>
        </w:tc>
      </w:tr>
    </w:tbl>
    <w:p w14:paraId="0496E4C9" w14:textId="43E12C14" w:rsidR="007E1A93" w:rsidRPr="0073465F" w:rsidRDefault="003939D2" w:rsidP="00CC3817">
      <w:pPr>
        <w:spacing w:after="0" w:line="240" w:lineRule="auto"/>
        <w:jc w:val="both"/>
        <w:rPr>
          <w:rFonts w:ascii="Arial" w:hAnsi="Arial" w:cs="Arial"/>
          <w:i/>
          <w:iCs/>
          <w:kern w:val="2"/>
          <w:sz w:val="20"/>
          <w:szCs w:val="20"/>
          <w:lang w:val="pl-PL"/>
          <w14:ligatures w14:val="standardContextual"/>
        </w:rPr>
      </w:pPr>
      <w:r w:rsidRPr="0073465F">
        <w:rPr>
          <w:rFonts w:ascii="Arial" w:hAnsi="Arial" w:cs="Arial"/>
          <w:i/>
          <w:iCs/>
          <w:sz w:val="20"/>
          <w:szCs w:val="20"/>
          <w:lang w:val="pl-PL"/>
        </w:rPr>
        <w:t xml:space="preserve">*RODO - rozporządzenie Parlamentu Europejskiego i Rady (UE) 2016/679 z 27 kwietnia 2016 r. </w:t>
      </w:r>
      <w:r w:rsidR="00F85442" w:rsidRPr="0073465F">
        <w:rPr>
          <w:rFonts w:ascii="Arial" w:hAnsi="Arial" w:cs="Arial"/>
          <w:i/>
          <w:iCs/>
          <w:sz w:val="20"/>
          <w:szCs w:val="20"/>
          <w:lang w:val="pl-PL"/>
        </w:rPr>
        <w:br/>
      </w:r>
      <w:r w:rsidRPr="0073465F">
        <w:rPr>
          <w:rFonts w:ascii="Arial" w:hAnsi="Arial" w:cs="Arial"/>
          <w:i/>
          <w:iCs/>
          <w:sz w:val="20"/>
          <w:szCs w:val="20"/>
          <w:lang w:val="pl-PL"/>
        </w:rPr>
        <w:t>w sprawie ochrony osób fizycznych w związku z przetwarzaniem danych osobowych i w sprawie swobodnego przepływu takich danych oraz uchylenia dyrektywy 95/46/WE (ogólne rozporządzenie o ochronie danych)</w:t>
      </w:r>
    </w:p>
    <w:p w14:paraId="09252BEF" w14:textId="77777777" w:rsidR="007E1A93" w:rsidRPr="0073465F" w:rsidRDefault="007E1A93">
      <w:pPr>
        <w:rPr>
          <w:rFonts w:ascii="Arial" w:hAnsi="Arial" w:cs="Arial"/>
          <w:sz w:val="24"/>
          <w:szCs w:val="24"/>
          <w:lang w:val="pl-PL"/>
        </w:rPr>
      </w:pPr>
    </w:p>
    <w:sectPr w:rsidR="007E1A93" w:rsidRPr="0073465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DE6E64"/>
    <w:multiLevelType w:val="hybridMultilevel"/>
    <w:tmpl w:val="42D2C68A"/>
    <w:lvl w:ilvl="0" w:tplc="382202DE">
      <w:start w:val="1"/>
      <w:numFmt w:val="upperRoman"/>
      <w:lvlText w:val="%1."/>
      <w:lvlJc w:val="left"/>
      <w:pPr>
        <w:ind w:left="1027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B6CE7E">
      <w:start w:val="1"/>
      <w:numFmt w:val="decimal"/>
      <w:lvlText w:val="%2."/>
      <w:lvlJc w:val="left"/>
      <w:pPr>
        <w:ind w:left="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6B406CE">
      <w:start w:val="1"/>
      <w:numFmt w:val="lowerRoman"/>
      <w:lvlText w:val="%3"/>
      <w:lvlJc w:val="left"/>
      <w:pPr>
        <w:ind w:left="1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D6C53F4">
      <w:start w:val="1"/>
      <w:numFmt w:val="decimal"/>
      <w:lvlText w:val="%4"/>
      <w:lvlJc w:val="left"/>
      <w:pPr>
        <w:ind w:left="2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5624B00">
      <w:start w:val="1"/>
      <w:numFmt w:val="lowerLetter"/>
      <w:lvlText w:val="%5"/>
      <w:lvlJc w:val="left"/>
      <w:pPr>
        <w:ind w:left="3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EB834D0">
      <w:start w:val="1"/>
      <w:numFmt w:val="lowerRoman"/>
      <w:lvlText w:val="%6"/>
      <w:lvlJc w:val="left"/>
      <w:pPr>
        <w:ind w:left="3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09C2656">
      <w:start w:val="1"/>
      <w:numFmt w:val="decimal"/>
      <w:lvlText w:val="%7"/>
      <w:lvlJc w:val="left"/>
      <w:pPr>
        <w:ind w:left="4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0E6BE16">
      <w:start w:val="1"/>
      <w:numFmt w:val="lowerLetter"/>
      <w:lvlText w:val="%8"/>
      <w:lvlJc w:val="left"/>
      <w:pPr>
        <w:ind w:left="5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C0A19E0">
      <w:start w:val="1"/>
      <w:numFmt w:val="lowerRoman"/>
      <w:lvlText w:val="%9"/>
      <w:lvlJc w:val="left"/>
      <w:pPr>
        <w:ind w:left="5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1FC1740"/>
    <w:multiLevelType w:val="hybridMultilevel"/>
    <w:tmpl w:val="0812D518"/>
    <w:lvl w:ilvl="0" w:tplc="FFFFFFFF">
      <w:start w:val="1"/>
      <w:numFmt w:val="upperRoman"/>
      <w:lvlText w:val="%1."/>
      <w:lvlJc w:val="left"/>
      <w:pPr>
        <w:ind w:left="1027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1200" w:hanging="360"/>
      </w:pPr>
    </w:lvl>
    <w:lvl w:ilvl="2" w:tplc="FFFFFFFF">
      <w:start w:val="1"/>
      <w:numFmt w:val="lowerRoman"/>
      <w:lvlText w:val="%3"/>
      <w:lvlJc w:val="left"/>
      <w:pPr>
        <w:ind w:left="1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2425992">
    <w:abstractNumId w:val="8"/>
  </w:num>
  <w:num w:numId="2" w16cid:durableId="1907913597">
    <w:abstractNumId w:val="6"/>
  </w:num>
  <w:num w:numId="3" w16cid:durableId="141433502">
    <w:abstractNumId w:val="5"/>
  </w:num>
  <w:num w:numId="4" w16cid:durableId="388767574">
    <w:abstractNumId w:val="4"/>
  </w:num>
  <w:num w:numId="5" w16cid:durableId="1856261444">
    <w:abstractNumId w:val="7"/>
  </w:num>
  <w:num w:numId="6" w16cid:durableId="632246782">
    <w:abstractNumId w:val="3"/>
  </w:num>
  <w:num w:numId="7" w16cid:durableId="1197740815">
    <w:abstractNumId w:val="2"/>
  </w:num>
  <w:num w:numId="8" w16cid:durableId="1368751028">
    <w:abstractNumId w:val="1"/>
  </w:num>
  <w:num w:numId="9" w16cid:durableId="1811048527">
    <w:abstractNumId w:val="0"/>
  </w:num>
  <w:num w:numId="10" w16cid:durableId="1723945838">
    <w:abstractNumId w:val="9"/>
  </w:num>
  <w:num w:numId="11" w16cid:durableId="18350317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41D7"/>
    <w:rsid w:val="0029639D"/>
    <w:rsid w:val="002C4948"/>
    <w:rsid w:val="00326F90"/>
    <w:rsid w:val="003939D2"/>
    <w:rsid w:val="00501953"/>
    <w:rsid w:val="00685163"/>
    <w:rsid w:val="006D00D4"/>
    <w:rsid w:val="0073465F"/>
    <w:rsid w:val="007E1A93"/>
    <w:rsid w:val="00912E7C"/>
    <w:rsid w:val="00A55ADD"/>
    <w:rsid w:val="00AA1D8D"/>
    <w:rsid w:val="00B47730"/>
    <w:rsid w:val="00C363A6"/>
    <w:rsid w:val="00CB0664"/>
    <w:rsid w:val="00CC3817"/>
    <w:rsid w:val="00D42523"/>
    <w:rsid w:val="00D61649"/>
    <w:rsid w:val="00E0663D"/>
    <w:rsid w:val="00F854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08E73C"/>
  <w14:defaultImageDpi w14:val="330"/>
  <w15:docId w15:val="{427D19E8-80BE-4F5C-A084-76540386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3939D2"/>
    <w:rPr>
      <w:color w:val="0000FF" w:themeColor="hyperlink"/>
      <w:u w:val="single"/>
    </w:rPr>
  </w:style>
  <w:style w:type="table" w:customStyle="1" w:styleId="TableGrid">
    <w:name w:val="TableGrid"/>
    <w:rsid w:val="00D42523"/>
    <w:pPr>
      <w:spacing w:after="0" w:line="240" w:lineRule="auto"/>
    </w:pPr>
    <w:rPr>
      <w:kern w:val="2"/>
      <w:sz w:val="24"/>
      <w:szCs w:val="24"/>
      <w:lang w:val="pl-PL"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kwpsp.wroc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2CD620-DA78-403C-95D0-735D2B84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1045</Words>
  <Characters>6273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D.Lisiecki (KP Wołów)</cp:lastModifiedBy>
  <cp:revision>3</cp:revision>
  <dcterms:created xsi:type="dcterms:W3CDTF">2026-08-28T12:21:00Z</dcterms:created>
  <dcterms:modified xsi:type="dcterms:W3CDTF">2026-08-31T10:01:00Z</dcterms:modified>
  <cp:category/>
</cp:coreProperties>
</file>