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706" w:rsidRPr="00D858AB" w:rsidRDefault="00D858AB">
      <w:pPr>
        <w:spacing w:after="40"/>
        <w:jc w:val="center"/>
      </w:pPr>
      <w:r w:rsidRPr="00D858AB">
        <w:rPr>
          <w:sz w:val="22"/>
        </w:rPr>
        <w:t xml:space="preserve">                                                                                                                             </w:t>
      </w:r>
      <w:r w:rsidR="00B5741A" w:rsidRPr="00D858AB">
        <w:rPr>
          <w:sz w:val="22"/>
        </w:rPr>
        <w:t>ZAŁĄCZNIK NR 2</w:t>
      </w:r>
    </w:p>
    <w:p w:rsidR="003E3706" w:rsidRPr="00D858AB" w:rsidRDefault="00B5741A">
      <w:pPr>
        <w:spacing w:after="240"/>
        <w:jc w:val="center"/>
      </w:pPr>
      <w:r w:rsidRPr="00D858AB">
        <w:rPr>
          <w:sz w:val="26"/>
        </w:rPr>
        <w:t>FORMULARZ OFERTOWO-CENOWY</w:t>
      </w:r>
    </w:p>
    <w:p w:rsidR="003E3706" w:rsidRDefault="00B5741A">
      <w:pPr>
        <w:spacing w:after="240"/>
      </w:pPr>
      <w:r w:rsidRPr="00B5741A">
        <w:rPr>
          <w:b/>
          <w:u w:val="single"/>
        </w:rPr>
        <w:t>Nazwa postępowania:</w:t>
      </w:r>
      <w:r w:rsidRPr="00B5741A">
        <w:rPr>
          <w:b/>
          <w:u w:val="single"/>
        </w:rPr>
        <w:br/>
      </w:r>
      <w:r>
        <w:rPr>
          <w:i/>
        </w:rPr>
        <w:t>„Dostawa wyposażenia sportowego wraz z transportem i montażem na potrzeby ZSCKR w Gołotczyźnie”</w:t>
      </w:r>
    </w:p>
    <w:p w:rsidR="003E3706" w:rsidRPr="00B5741A" w:rsidRDefault="00B5741A">
      <w:pPr>
        <w:spacing w:after="120"/>
        <w:rPr>
          <w:u w:val="single"/>
        </w:rPr>
      </w:pPr>
      <w:r w:rsidRPr="00B5741A">
        <w:rPr>
          <w:b/>
          <w:u w:val="single"/>
        </w:rPr>
        <w:t>Dane Wykonawcy</w:t>
      </w:r>
    </w:p>
    <w:p w:rsidR="003E3706" w:rsidRDefault="00B5741A">
      <w:pPr>
        <w:spacing w:after="80"/>
      </w:pPr>
      <w:r>
        <w:rPr>
          <w:b/>
        </w:rPr>
        <w:t xml:space="preserve">Nazwa Wykonawcy: </w:t>
      </w:r>
      <w:r>
        <w:t>..................................................................................................................................</w:t>
      </w:r>
    </w:p>
    <w:p w:rsidR="003E3706" w:rsidRDefault="00B5741A">
      <w:pPr>
        <w:spacing w:after="80"/>
      </w:pPr>
      <w:r>
        <w:rPr>
          <w:b/>
        </w:rPr>
        <w:t xml:space="preserve">Adres: </w:t>
      </w:r>
      <w:r>
        <w:t>......................................................................................................................................................</w:t>
      </w:r>
    </w:p>
    <w:p w:rsidR="003E3706" w:rsidRDefault="00B5741A">
      <w:pPr>
        <w:spacing w:after="80"/>
      </w:pPr>
      <w:r>
        <w:rPr>
          <w:b/>
        </w:rPr>
        <w:t xml:space="preserve">NIP: </w:t>
      </w:r>
      <w:r>
        <w:t>............................................................</w:t>
      </w:r>
    </w:p>
    <w:p w:rsidR="003E3706" w:rsidRDefault="00B5741A">
      <w:pPr>
        <w:spacing w:after="80"/>
      </w:pPr>
      <w:r>
        <w:rPr>
          <w:b/>
        </w:rPr>
        <w:t xml:space="preserve">REGON: </w:t>
      </w:r>
      <w:r>
        <w:t>.....................................................</w:t>
      </w:r>
    </w:p>
    <w:p w:rsidR="003E3706" w:rsidRDefault="00B5741A">
      <w:pPr>
        <w:spacing w:after="80"/>
      </w:pPr>
      <w:r>
        <w:rPr>
          <w:b/>
        </w:rPr>
        <w:t xml:space="preserve">Tel.: </w:t>
      </w:r>
      <w:r>
        <w:t>...........................................................</w:t>
      </w:r>
    </w:p>
    <w:p w:rsidR="003E3706" w:rsidRDefault="00B5741A">
      <w:pPr>
        <w:spacing w:after="80"/>
      </w:pPr>
      <w:r>
        <w:rPr>
          <w:b/>
        </w:rPr>
        <w:t xml:space="preserve">E-mail: </w:t>
      </w:r>
      <w:r>
        <w:t>......................................................</w:t>
      </w:r>
    </w:p>
    <w:p w:rsidR="003E3706" w:rsidRDefault="00B5741A">
      <w:pPr>
        <w:spacing w:before="240" w:after="240"/>
      </w:pPr>
      <w:r>
        <w:t>W odpowiedzi na zapytanie ofertowe składamy ofertę na realizację przedmiotu zamówienia zgodnie                                        z wymaganiami określonymi przez Zamawiającego:</w:t>
      </w:r>
    </w:p>
    <w:tbl>
      <w:tblPr>
        <w:tblW w:w="9936" w:type="dxa"/>
        <w:jc w:val="center"/>
        <w:tblBorders>
          <w:top w:val="single" w:sz="4" w:space="0" w:color="CCCCCC"/>
          <w:bottom w:val="single" w:sz="4" w:space="0" w:color="CCCCCC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1065"/>
        <w:gridCol w:w="2618"/>
        <w:gridCol w:w="926"/>
        <w:gridCol w:w="1078"/>
        <w:gridCol w:w="1189"/>
        <w:gridCol w:w="682"/>
        <w:gridCol w:w="1189"/>
        <w:gridCol w:w="1189"/>
      </w:tblGrid>
      <w:tr w:rsidR="003E3706" w:rsidTr="00040E1E">
        <w:trPr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3706" w:rsidRDefault="00B5741A" w:rsidP="00B5741A">
            <w:pPr>
              <w:jc w:val="center"/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Przedmiot zamówienia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Ilość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Cena jedn. netto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Wartość netto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VAT %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Wartość VAT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Wartość brutto</w:t>
            </w:r>
          </w:p>
        </w:tc>
      </w:tr>
      <w:tr w:rsidR="003E3706" w:rsidTr="00040E1E">
        <w:trPr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1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r>
              <w:t>Ma</w:t>
            </w:r>
            <w:r w:rsidR="00F034DC">
              <w:t>ty do ćwiczeń typu puzzle</w:t>
            </w:r>
            <w:bookmarkStart w:id="0" w:name="_GoBack"/>
            <w:bookmarkEnd w:id="0"/>
            <w:r>
              <w:t>, ok. 1 × 1 m, gr. 2 cm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152 szt.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....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</w:tr>
      <w:tr w:rsidR="003E3706" w:rsidTr="00040E1E">
        <w:trPr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2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r>
              <w:t>Maty puzzle do</w:t>
            </w:r>
            <w:r w:rsidR="007F3FD4">
              <w:t xml:space="preserve"> siłowni</w:t>
            </w:r>
            <w:r>
              <w:t>, ok. 1 × 1 m, gr. 2 cm, wraz z docięciem i montażem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96 szt.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....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</w:tr>
      <w:tr w:rsidR="003E3706" w:rsidTr="00040E1E">
        <w:trPr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3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r>
              <w:t>Wózek na piłki zamykany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4 szt.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....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</w:tr>
      <w:tr w:rsidR="003E3706" w:rsidTr="00040E1E">
        <w:trPr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4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r>
              <w:t>Ławka/siedzisko dla widzów, wersja mobilna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36 miejsc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....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</w:tr>
      <w:tr w:rsidR="003E3706" w:rsidTr="00040E1E">
        <w:trPr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5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r>
              <w:t>Wózek na materace, czterokołowy, ok. 200 × 100 cm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1 szt.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....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</w:tr>
      <w:tr w:rsidR="003E3706" w:rsidTr="00040E1E">
        <w:trPr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6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r>
              <w:t>Przegrody (bandy) do tenisa stołowego, ok. 200 × 70 cm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20 szt.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center"/>
            </w:pPr>
            <w:r>
              <w:t>....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06" w:rsidRDefault="00B5741A" w:rsidP="00B5741A">
            <w:pPr>
              <w:jc w:val="right"/>
            </w:pPr>
            <w:r>
              <w:t>........ zł</w:t>
            </w:r>
          </w:p>
        </w:tc>
      </w:tr>
      <w:tr w:rsidR="003E3706" w:rsidTr="00040E1E">
        <w:trPr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RAZEM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:rsidR="003E3706" w:rsidRDefault="003E3706" w:rsidP="00B5741A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:rsidR="003E3706" w:rsidRDefault="003E3706" w:rsidP="00B5741A"/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:rsidR="003E3706" w:rsidRDefault="003E3706" w:rsidP="00B5741A"/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:rsidR="003E3706" w:rsidRDefault="00B5741A" w:rsidP="00B5741A">
            <w:pPr>
              <w:jc w:val="right"/>
            </w:pPr>
            <w:r>
              <w:rPr>
                <w:b/>
              </w:rPr>
              <w:t>........ zł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:rsidR="003E3706" w:rsidRDefault="00B5741A" w:rsidP="00B5741A">
            <w:pPr>
              <w:jc w:val="center"/>
            </w:pPr>
            <w:r>
              <w:rPr>
                <w:b/>
              </w:rPr>
              <w:t>X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:rsidR="003E3706" w:rsidRDefault="00B5741A" w:rsidP="00B5741A">
            <w:pPr>
              <w:jc w:val="right"/>
            </w:pPr>
            <w:r>
              <w:rPr>
                <w:b/>
              </w:rPr>
              <w:t>........ zł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:rsidR="003E3706" w:rsidRDefault="00B5741A" w:rsidP="00B5741A">
            <w:pPr>
              <w:jc w:val="right"/>
            </w:pPr>
            <w:r>
              <w:rPr>
                <w:b/>
              </w:rPr>
              <w:t>........ zł</w:t>
            </w:r>
          </w:p>
        </w:tc>
      </w:tr>
    </w:tbl>
    <w:p w:rsidR="003E3706" w:rsidRDefault="00B5741A">
      <w:pPr>
        <w:spacing w:before="240"/>
      </w:pPr>
      <w:r>
        <w:rPr>
          <w:b/>
        </w:rPr>
        <w:t xml:space="preserve">Łączna cena ofertowa brutto: </w:t>
      </w:r>
      <w:r>
        <w:t>................................................ zł</w:t>
      </w:r>
    </w:p>
    <w:p w:rsidR="003E3706" w:rsidRDefault="00B5741A">
      <w:pPr>
        <w:spacing w:after="240"/>
      </w:pPr>
      <w:r>
        <w:rPr>
          <w:b/>
        </w:rPr>
        <w:t xml:space="preserve">słownie: </w:t>
      </w:r>
      <w:r>
        <w:t>......................................................................................................................</w:t>
      </w:r>
    </w:p>
    <w:p w:rsidR="00040E1E" w:rsidRDefault="00040E1E">
      <w:pPr>
        <w:spacing w:after="240"/>
      </w:pPr>
    </w:p>
    <w:p w:rsidR="003E3706" w:rsidRDefault="00B5741A">
      <w:pPr>
        <w:spacing w:after="80"/>
      </w:pPr>
      <w:r>
        <w:rPr>
          <w:b/>
        </w:rPr>
        <w:lastRenderedPageBreak/>
        <w:t>Oświadczamy, że:</w:t>
      </w:r>
    </w:p>
    <w:p w:rsidR="003E3706" w:rsidRDefault="00B5741A">
      <w:pPr>
        <w:spacing w:after="60"/>
        <w:ind w:left="360"/>
      </w:pPr>
      <w:r>
        <w:rPr>
          <w:b/>
        </w:rPr>
        <w:t xml:space="preserve">1) </w:t>
      </w:r>
      <w:r>
        <w:t>zapoznaliśmy się z treścią zapytania ofertowego oraz OPZ i nie wnosimy do nich zastrzeżeń;</w:t>
      </w:r>
    </w:p>
    <w:p w:rsidR="003E3706" w:rsidRDefault="00B5741A">
      <w:pPr>
        <w:spacing w:after="60"/>
        <w:ind w:left="360"/>
      </w:pPr>
      <w:r>
        <w:rPr>
          <w:b/>
        </w:rPr>
        <w:t xml:space="preserve">2) </w:t>
      </w:r>
      <w:r>
        <w:t>oferowane wyposażenie spełnia wszystkie wymagania określone w OPZ;</w:t>
      </w:r>
    </w:p>
    <w:p w:rsidR="003E3706" w:rsidRDefault="00B5741A">
      <w:pPr>
        <w:spacing w:after="60"/>
        <w:ind w:left="360"/>
      </w:pPr>
      <w:r>
        <w:rPr>
          <w:b/>
        </w:rPr>
        <w:t xml:space="preserve">3) </w:t>
      </w:r>
      <w:r>
        <w:t>cena oferty obejmuje wszystkie koszty związane z prawidłową realizacją zamówienia, w szczególności koszty dostawy, transportu, wniesienia oraz docięcia i montażu mat w pomieszczeniu siłowni;</w:t>
      </w:r>
    </w:p>
    <w:p w:rsidR="003E3706" w:rsidRDefault="00B5741A">
      <w:pPr>
        <w:spacing w:after="60"/>
        <w:ind w:left="360"/>
      </w:pPr>
      <w:r>
        <w:rPr>
          <w:b/>
        </w:rPr>
        <w:t xml:space="preserve">4) </w:t>
      </w:r>
      <w:r>
        <w:t>oferowane produkty są fabrycznie nowe, kompletne, wolne od wad i gotowe do użytkowania zgodnie z przeznaczeniem;</w:t>
      </w:r>
    </w:p>
    <w:p w:rsidR="003E3706" w:rsidRDefault="00B5741A">
      <w:pPr>
        <w:spacing w:after="60"/>
        <w:ind w:left="360"/>
      </w:pPr>
      <w:r>
        <w:rPr>
          <w:b/>
        </w:rPr>
        <w:t xml:space="preserve">5) </w:t>
      </w:r>
      <w:r>
        <w:t>zobowiązujemy się wykonać przedmiot zamówienia w terminie określonym w zapytaniu ofertowym;</w:t>
      </w:r>
    </w:p>
    <w:p w:rsidR="003E3706" w:rsidRDefault="00B5741A">
      <w:pPr>
        <w:spacing w:after="60"/>
        <w:ind w:left="360"/>
      </w:pPr>
      <w:r>
        <w:rPr>
          <w:b/>
        </w:rPr>
        <w:t xml:space="preserve">6) </w:t>
      </w:r>
      <w:r>
        <w:t>cena pozostaje niezmienna przez cały okres realizacji zamówienia.</w:t>
      </w:r>
    </w:p>
    <w:p w:rsidR="003E3706" w:rsidRDefault="003E3706" w:rsidP="00040E1E">
      <w:pPr>
        <w:spacing w:before="480"/>
        <w:jc w:val="right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3E3706">
        <w:trPr>
          <w:jc w:val="center"/>
        </w:trPr>
        <w:tc>
          <w:tcPr>
            <w:tcW w:w="4896" w:type="dxa"/>
          </w:tcPr>
          <w:p w:rsidR="003E3706" w:rsidRDefault="00B5741A">
            <w:pPr>
              <w:jc w:val="center"/>
            </w:pPr>
            <w:r>
              <w:t>.............................................................</w:t>
            </w:r>
          </w:p>
        </w:tc>
        <w:tc>
          <w:tcPr>
            <w:tcW w:w="4896" w:type="dxa"/>
          </w:tcPr>
          <w:p w:rsidR="003E3706" w:rsidRDefault="00B5741A">
            <w:pPr>
              <w:jc w:val="center"/>
            </w:pPr>
            <w:r>
              <w:t>........................................................................</w:t>
            </w:r>
          </w:p>
        </w:tc>
      </w:tr>
      <w:tr w:rsidR="003E3706">
        <w:trPr>
          <w:jc w:val="center"/>
        </w:trPr>
        <w:tc>
          <w:tcPr>
            <w:tcW w:w="4896" w:type="dxa"/>
          </w:tcPr>
          <w:p w:rsidR="003E3706" w:rsidRDefault="00B5741A">
            <w:pPr>
              <w:jc w:val="center"/>
            </w:pPr>
            <w:r>
              <w:rPr>
                <w:i/>
                <w:sz w:val="17"/>
              </w:rPr>
              <w:t>Miejscowość i data</w:t>
            </w:r>
          </w:p>
        </w:tc>
        <w:tc>
          <w:tcPr>
            <w:tcW w:w="4896" w:type="dxa"/>
          </w:tcPr>
          <w:p w:rsidR="003E3706" w:rsidRDefault="00B5741A">
            <w:pPr>
              <w:jc w:val="center"/>
            </w:pPr>
            <w:r>
              <w:rPr>
                <w:i/>
                <w:sz w:val="17"/>
              </w:rPr>
              <w:t>podpis osoby uprawnionej do reprezentowania Wykonawcy</w:t>
            </w:r>
          </w:p>
        </w:tc>
      </w:tr>
    </w:tbl>
    <w:p w:rsidR="00B5741A" w:rsidRDefault="00B5741A"/>
    <w:sectPr w:rsidR="00B5741A" w:rsidSect="00034616">
      <w:headerReference w:type="default" r:id="rId8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955" w:rsidRDefault="00022955" w:rsidP="00D858AB">
      <w:pPr>
        <w:spacing w:after="0" w:line="240" w:lineRule="auto"/>
      </w:pPr>
      <w:r>
        <w:separator/>
      </w:r>
    </w:p>
  </w:endnote>
  <w:endnote w:type="continuationSeparator" w:id="0">
    <w:p w:rsidR="00022955" w:rsidRDefault="00022955" w:rsidP="00D85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955" w:rsidRDefault="00022955" w:rsidP="00D858AB">
      <w:pPr>
        <w:spacing w:after="0" w:line="240" w:lineRule="auto"/>
      </w:pPr>
      <w:r>
        <w:separator/>
      </w:r>
    </w:p>
  </w:footnote>
  <w:footnote w:type="continuationSeparator" w:id="0">
    <w:p w:rsidR="00022955" w:rsidRDefault="00022955" w:rsidP="00D85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8AB" w:rsidRPr="002352EF" w:rsidRDefault="00D858AB" w:rsidP="00D858AB">
    <w:pPr>
      <w:tabs>
        <w:tab w:val="center" w:pos="4536"/>
        <w:tab w:val="right" w:pos="9072"/>
      </w:tabs>
      <w:spacing w:after="0" w:line="240" w:lineRule="auto"/>
    </w:pPr>
    <w:r w:rsidRPr="002352EF">
      <w:t>Z.Sz.Goł.26.57.2026</w:t>
    </w:r>
  </w:p>
  <w:p w:rsidR="00D858AB" w:rsidRDefault="00D858A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082E"/>
    <w:rsid w:val="00022955"/>
    <w:rsid w:val="00034616"/>
    <w:rsid w:val="00040E1E"/>
    <w:rsid w:val="0006063C"/>
    <w:rsid w:val="000A12D4"/>
    <w:rsid w:val="0015074B"/>
    <w:rsid w:val="0029639D"/>
    <w:rsid w:val="00326F90"/>
    <w:rsid w:val="003E3706"/>
    <w:rsid w:val="007F3FD4"/>
    <w:rsid w:val="008B38F1"/>
    <w:rsid w:val="00AA1D8D"/>
    <w:rsid w:val="00B47730"/>
    <w:rsid w:val="00B5741A"/>
    <w:rsid w:val="00CB0664"/>
    <w:rsid w:val="00D858AB"/>
    <w:rsid w:val="00F034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CE27AAB-142B-4088-A64E-EC56087D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  <w:color w:val="222222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D85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58AB"/>
    <w:rPr>
      <w:rFonts w:ascii="Segoe UI" w:hAnsi="Segoe UI" w:cs="Segoe UI"/>
      <w:color w:val="22222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8F7DFA-8BF1-4E92-A8B0-F1CC61828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2524</Characters>
  <Application>Microsoft Office Word</Application>
  <DocSecurity>0</DocSecurity>
  <Lines>21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2939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BRATNE_2024</cp:lastModifiedBy>
  <cp:revision>2</cp:revision>
  <cp:lastPrinted>2026-09-14T08:44:00Z</cp:lastPrinted>
  <dcterms:created xsi:type="dcterms:W3CDTF">2026-09-15T07:55:00Z</dcterms:created>
  <dcterms:modified xsi:type="dcterms:W3CDTF">2026-09-15T07:55:00Z</dcterms:modified>
  <cp:category/>
</cp:coreProperties>
</file>