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3FA6" w14:textId="77777777" w:rsidR="00EC1C28" w:rsidRPr="002A3095" w:rsidRDefault="00EC1C28" w:rsidP="00AD1CFB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b/>
          <w:i/>
          <w:sz w:val="20"/>
          <w:lang w:val="pl-PL"/>
        </w:rPr>
        <w:t>Załącznik nr 1</w:t>
      </w:r>
      <w:r w:rsidRPr="002A3095">
        <w:rPr>
          <w:rFonts w:ascii="Calibri" w:hAnsi="Calibri" w:cs="Calibri"/>
          <w:i/>
          <w:sz w:val="20"/>
          <w:lang w:val="pl-PL"/>
        </w:rPr>
        <w:t xml:space="preserve"> do Regulaminu postępowania w celu wyboru operatora automatów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vendingowych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</w:t>
      </w:r>
    </w:p>
    <w:p w14:paraId="13E983AC" w14:textId="77777777" w:rsidR="00EC1C28" w:rsidRPr="002A3095" w:rsidRDefault="00EC1C28" w:rsidP="00AD1CFB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 xml:space="preserve">w Ogólnokształcącej Szkole Muzycznej i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i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II st.</w:t>
      </w:r>
    </w:p>
    <w:p w14:paraId="006D1217" w14:textId="77777777" w:rsidR="00EC1C28" w:rsidRPr="002A3095" w:rsidRDefault="00EC1C28" w:rsidP="00AD1CFB">
      <w:pPr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>im. Henryka Wieniawskiego w Łodzi</w:t>
      </w:r>
    </w:p>
    <w:p w14:paraId="735B9D19" w14:textId="77777777" w:rsidR="00B94B5A" w:rsidRPr="002A3095" w:rsidRDefault="002E6775" w:rsidP="00EC1C28">
      <w:pPr>
        <w:pStyle w:val="Nagwek2"/>
        <w:jc w:val="center"/>
        <w:rPr>
          <w:rFonts w:ascii="Calibri" w:hAnsi="Calibri" w:cs="Calibri"/>
          <w:color w:val="auto"/>
          <w:lang w:val="pl-PL"/>
        </w:rPr>
      </w:pPr>
      <w:r w:rsidRPr="002A3095">
        <w:rPr>
          <w:rFonts w:ascii="Calibri" w:hAnsi="Calibri" w:cs="Calibri"/>
          <w:color w:val="auto"/>
          <w:lang w:val="pl-PL"/>
        </w:rPr>
        <w:t>Formularz oferty</w:t>
      </w:r>
    </w:p>
    <w:p w14:paraId="1CA6B063" w14:textId="77777777" w:rsidR="00EC1C28" w:rsidRPr="002A3095" w:rsidRDefault="00EC1C28" w:rsidP="00EC1C28">
      <w:pPr>
        <w:rPr>
          <w:rFonts w:ascii="Calibri" w:hAnsi="Calibri" w:cs="Calibri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5"/>
        <w:gridCol w:w="2002"/>
        <w:gridCol w:w="4801"/>
      </w:tblGrid>
      <w:tr w:rsidR="003D10C9" w:rsidRPr="002A3095" w14:paraId="5E2F11CF" w14:textId="77777777" w:rsidTr="000D08B6">
        <w:trPr>
          <w:jc w:val="center"/>
        </w:trPr>
        <w:tc>
          <w:tcPr>
            <w:tcW w:w="545" w:type="dxa"/>
          </w:tcPr>
          <w:p w14:paraId="41C97EFC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  <w:lang w:val="pl-PL"/>
              </w:rPr>
            </w:pPr>
          </w:p>
        </w:tc>
        <w:tc>
          <w:tcPr>
            <w:tcW w:w="2002" w:type="dxa"/>
          </w:tcPr>
          <w:p w14:paraId="6A196C26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 xml:space="preserve">Nazwa </w:t>
            </w:r>
            <w:proofErr w:type="spellStart"/>
            <w:r w:rsidRPr="002A3095">
              <w:rPr>
                <w:rFonts w:ascii="Calibri" w:hAnsi="Calibri" w:cs="Calibri"/>
                <w:b/>
              </w:rPr>
              <w:t>oferenta</w:t>
            </w:r>
            <w:proofErr w:type="spellEnd"/>
          </w:p>
        </w:tc>
        <w:tc>
          <w:tcPr>
            <w:tcW w:w="4801" w:type="dxa"/>
          </w:tcPr>
          <w:p w14:paraId="6C56EF81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76919F63" w14:textId="77777777" w:rsidTr="000D08B6">
        <w:trPr>
          <w:jc w:val="center"/>
        </w:trPr>
        <w:tc>
          <w:tcPr>
            <w:tcW w:w="545" w:type="dxa"/>
          </w:tcPr>
          <w:p w14:paraId="4ECB2C68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6373756F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Adres</w:t>
            </w:r>
          </w:p>
        </w:tc>
        <w:tc>
          <w:tcPr>
            <w:tcW w:w="4801" w:type="dxa"/>
          </w:tcPr>
          <w:p w14:paraId="5F6D137E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10978E6" w14:textId="77777777" w:rsidTr="000D08B6">
        <w:trPr>
          <w:jc w:val="center"/>
        </w:trPr>
        <w:tc>
          <w:tcPr>
            <w:tcW w:w="545" w:type="dxa"/>
          </w:tcPr>
          <w:p w14:paraId="4B9C9845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518A59EB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NIP</w:t>
            </w:r>
          </w:p>
        </w:tc>
        <w:tc>
          <w:tcPr>
            <w:tcW w:w="4801" w:type="dxa"/>
          </w:tcPr>
          <w:p w14:paraId="43A877D2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4FE5A802" w14:textId="77777777" w:rsidTr="000D08B6">
        <w:trPr>
          <w:jc w:val="center"/>
        </w:trPr>
        <w:tc>
          <w:tcPr>
            <w:tcW w:w="545" w:type="dxa"/>
          </w:tcPr>
          <w:p w14:paraId="536FDF94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05E10A4F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REGON</w:t>
            </w:r>
          </w:p>
        </w:tc>
        <w:tc>
          <w:tcPr>
            <w:tcW w:w="4801" w:type="dxa"/>
          </w:tcPr>
          <w:p w14:paraId="25552E80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19F00C4" w14:textId="77777777" w:rsidTr="000D08B6">
        <w:trPr>
          <w:jc w:val="center"/>
        </w:trPr>
        <w:tc>
          <w:tcPr>
            <w:tcW w:w="545" w:type="dxa"/>
          </w:tcPr>
          <w:p w14:paraId="386B47D1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06AEF6C5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KRS/CEIDG</w:t>
            </w:r>
          </w:p>
        </w:tc>
        <w:tc>
          <w:tcPr>
            <w:tcW w:w="4801" w:type="dxa"/>
          </w:tcPr>
          <w:p w14:paraId="013D8EE1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7E764F89" w14:textId="77777777" w:rsidTr="000D08B6">
        <w:trPr>
          <w:jc w:val="center"/>
        </w:trPr>
        <w:tc>
          <w:tcPr>
            <w:tcW w:w="545" w:type="dxa"/>
          </w:tcPr>
          <w:p w14:paraId="3BED2D6E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14F4AC38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 xml:space="preserve">Osoba do </w:t>
            </w:r>
            <w:proofErr w:type="spellStart"/>
            <w:r w:rsidRPr="002A3095">
              <w:rPr>
                <w:rFonts w:ascii="Calibri" w:hAnsi="Calibri" w:cs="Calibri"/>
                <w:b/>
              </w:rPr>
              <w:t>kontaktu</w:t>
            </w:r>
            <w:proofErr w:type="spellEnd"/>
          </w:p>
        </w:tc>
        <w:tc>
          <w:tcPr>
            <w:tcW w:w="4801" w:type="dxa"/>
          </w:tcPr>
          <w:p w14:paraId="097F94A6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4026E664" w14:textId="77777777" w:rsidTr="000D08B6">
        <w:trPr>
          <w:jc w:val="center"/>
        </w:trPr>
        <w:tc>
          <w:tcPr>
            <w:tcW w:w="545" w:type="dxa"/>
          </w:tcPr>
          <w:p w14:paraId="1BD6338E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0384A0F0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Telefon</w:t>
            </w:r>
            <w:proofErr w:type="spellEnd"/>
          </w:p>
        </w:tc>
        <w:tc>
          <w:tcPr>
            <w:tcW w:w="4801" w:type="dxa"/>
          </w:tcPr>
          <w:p w14:paraId="121EBC35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1525FB73" w14:textId="77777777" w:rsidTr="000D08B6">
        <w:trPr>
          <w:jc w:val="center"/>
        </w:trPr>
        <w:tc>
          <w:tcPr>
            <w:tcW w:w="545" w:type="dxa"/>
          </w:tcPr>
          <w:p w14:paraId="2F615974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44B189C9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E-mail</w:t>
            </w:r>
          </w:p>
        </w:tc>
        <w:tc>
          <w:tcPr>
            <w:tcW w:w="4801" w:type="dxa"/>
          </w:tcPr>
          <w:p w14:paraId="69FFCB45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5597F1CD" w14:textId="77777777" w:rsidTr="000D08B6">
        <w:trPr>
          <w:jc w:val="center"/>
        </w:trPr>
        <w:tc>
          <w:tcPr>
            <w:tcW w:w="545" w:type="dxa"/>
          </w:tcPr>
          <w:p w14:paraId="6D2C1509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4F2FE531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Opis</w:t>
            </w:r>
            <w:proofErr w:type="spellEnd"/>
            <w:r w:rsidRPr="002A3095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  <w:b/>
              </w:rPr>
              <w:t>automatów</w:t>
            </w:r>
            <w:proofErr w:type="spellEnd"/>
          </w:p>
        </w:tc>
        <w:tc>
          <w:tcPr>
            <w:tcW w:w="4801" w:type="dxa"/>
          </w:tcPr>
          <w:p w14:paraId="7B786A6E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3DB8582" w14:textId="77777777" w:rsidTr="000D08B6">
        <w:trPr>
          <w:jc w:val="center"/>
        </w:trPr>
        <w:tc>
          <w:tcPr>
            <w:tcW w:w="545" w:type="dxa"/>
          </w:tcPr>
          <w:p w14:paraId="4124186B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20C99DA2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Opis</w:t>
            </w:r>
            <w:proofErr w:type="spellEnd"/>
            <w:r w:rsidRPr="002A3095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  <w:b/>
              </w:rPr>
              <w:t>asortymentu</w:t>
            </w:r>
            <w:proofErr w:type="spellEnd"/>
          </w:p>
        </w:tc>
        <w:tc>
          <w:tcPr>
            <w:tcW w:w="4801" w:type="dxa"/>
          </w:tcPr>
          <w:p w14:paraId="71B124BE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55EE4A0B" w14:textId="77777777" w:rsidTr="000D08B6">
        <w:trPr>
          <w:jc w:val="center"/>
        </w:trPr>
        <w:tc>
          <w:tcPr>
            <w:tcW w:w="545" w:type="dxa"/>
          </w:tcPr>
          <w:p w14:paraId="079DA911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466BA6AD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Doświadczenie</w:t>
            </w:r>
            <w:proofErr w:type="spellEnd"/>
          </w:p>
        </w:tc>
        <w:tc>
          <w:tcPr>
            <w:tcW w:w="4801" w:type="dxa"/>
          </w:tcPr>
          <w:p w14:paraId="2AE608DA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1C1110BA" w14:textId="77777777" w:rsidTr="000D08B6">
        <w:trPr>
          <w:jc w:val="center"/>
        </w:trPr>
        <w:tc>
          <w:tcPr>
            <w:tcW w:w="545" w:type="dxa"/>
          </w:tcPr>
          <w:p w14:paraId="319B6056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30CBA300" w14:textId="77777777" w:rsidR="0080767D" w:rsidRPr="002A3095" w:rsidRDefault="0080767D" w:rsidP="00852D65">
            <w:pPr>
              <w:spacing w:line="276" w:lineRule="auto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Referencje</w:t>
            </w:r>
            <w:proofErr w:type="spellEnd"/>
            <w:r w:rsidR="00852D65" w:rsidRPr="002A3095">
              <w:rPr>
                <w:rFonts w:ascii="Calibri" w:hAnsi="Calibri" w:cs="Calibri"/>
                <w:b/>
              </w:rPr>
              <w:t xml:space="preserve"> (</w:t>
            </w:r>
            <w:proofErr w:type="spellStart"/>
            <w:r w:rsidR="00852D65" w:rsidRPr="002A3095">
              <w:rPr>
                <w:rFonts w:ascii="Calibri" w:hAnsi="Calibri" w:cs="Calibri"/>
                <w:b/>
              </w:rPr>
              <w:t>opcjonalnie</w:t>
            </w:r>
            <w:proofErr w:type="spellEnd"/>
            <w:r w:rsidR="00852D65" w:rsidRPr="002A3095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4801" w:type="dxa"/>
          </w:tcPr>
          <w:p w14:paraId="0F391616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2A6BB80" w14:textId="77777777" w:rsidTr="000D08B6">
        <w:trPr>
          <w:jc w:val="center"/>
        </w:trPr>
        <w:tc>
          <w:tcPr>
            <w:tcW w:w="545" w:type="dxa"/>
          </w:tcPr>
          <w:p w14:paraId="55BB7507" w14:textId="77777777" w:rsidR="0080767D" w:rsidRPr="002A3095" w:rsidRDefault="0080767D" w:rsidP="000D08B6">
            <w:pPr>
              <w:pStyle w:val="Akapitzlist"/>
              <w:numPr>
                <w:ilvl w:val="0"/>
                <w:numId w:val="10"/>
              </w:numPr>
              <w:spacing w:line="60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002" w:type="dxa"/>
          </w:tcPr>
          <w:p w14:paraId="138575FF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Wykaz</w:t>
            </w:r>
            <w:proofErr w:type="spellEnd"/>
            <w:r w:rsidRPr="002A3095">
              <w:rPr>
                <w:rFonts w:ascii="Calibri" w:hAnsi="Calibri" w:cs="Calibri"/>
                <w:b/>
              </w:rPr>
              <w:t xml:space="preserve"> załączników</w:t>
            </w:r>
          </w:p>
        </w:tc>
        <w:tc>
          <w:tcPr>
            <w:tcW w:w="4801" w:type="dxa"/>
          </w:tcPr>
          <w:p w14:paraId="020C730F" w14:textId="77777777" w:rsidR="0080767D" w:rsidRPr="002A3095" w:rsidRDefault="0080767D" w:rsidP="000D08B6">
            <w:pPr>
              <w:spacing w:line="600" w:lineRule="auto"/>
              <w:rPr>
                <w:rFonts w:ascii="Calibri" w:hAnsi="Calibri" w:cs="Calibri"/>
              </w:rPr>
            </w:pPr>
          </w:p>
        </w:tc>
      </w:tr>
    </w:tbl>
    <w:p w14:paraId="4173E80E" w14:textId="77777777" w:rsidR="0080767D" w:rsidRPr="002A3095" w:rsidRDefault="0080767D" w:rsidP="0080767D">
      <w:pPr>
        <w:pStyle w:val="Akapitzlist"/>
        <w:ind w:left="360"/>
        <w:rPr>
          <w:rFonts w:ascii="Calibri" w:hAnsi="Calibri" w:cs="Calibri"/>
          <w:sz w:val="24"/>
          <w:lang w:val="pl-PL"/>
        </w:rPr>
      </w:pPr>
    </w:p>
    <w:p w14:paraId="169A47AA" w14:textId="77777777" w:rsidR="0080767D" w:rsidRPr="002A3095" w:rsidRDefault="0080767D" w:rsidP="0080767D">
      <w:pPr>
        <w:pStyle w:val="Akapitzlist"/>
        <w:ind w:left="360"/>
        <w:rPr>
          <w:rFonts w:ascii="Calibri" w:hAnsi="Calibri" w:cs="Calibri"/>
          <w:sz w:val="24"/>
          <w:lang w:val="pl-PL"/>
        </w:rPr>
      </w:pPr>
    </w:p>
    <w:p w14:paraId="37BC11C9" w14:textId="77777777" w:rsidR="00852D65" w:rsidRPr="002A3095" w:rsidRDefault="00852D65" w:rsidP="0080767D">
      <w:pPr>
        <w:pStyle w:val="Akapitzlist"/>
        <w:ind w:left="360"/>
        <w:rPr>
          <w:rFonts w:ascii="Calibri" w:hAnsi="Calibri" w:cs="Calibri"/>
          <w:sz w:val="24"/>
          <w:lang w:val="pl-PL"/>
        </w:rPr>
      </w:pPr>
    </w:p>
    <w:p w14:paraId="45031B5E" w14:textId="77777777" w:rsidR="00852D65" w:rsidRPr="002A3095" w:rsidRDefault="00852D65" w:rsidP="0080767D">
      <w:pPr>
        <w:pStyle w:val="Akapitzlist"/>
        <w:ind w:left="360"/>
        <w:rPr>
          <w:rFonts w:ascii="Calibri" w:hAnsi="Calibri" w:cs="Calibri"/>
          <w:sz w:val="24"/>
          <w:lang w:val="pl-PL"/>
        </w:rPr>
      </w:pPr>
    </w:p>
    <w:p w14:paraId="233DCCB4" w14:textId="77777777" w:rsidR="0080767D" w:rsidRPr="002A3095" w:rsidRDefault="0080767D" w:rsidP="0080767D">
      <w:pPr>
        <w:pStyle w:val="Akapitzlist"/>
        <w:ind w:left="360"/>
        <w:jc w:val="right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.............................................</w:t>
      </w:r>
    </w:p>
    <w:p w14:paraId="14E2C9EB" w14:textId="77777777" w:rsidR="0080767D" w:rsidRPr="002A3095" w:rsidRDefault="0080767D" w:rsidP="0080767D">
      <w:pPr>
        <w:pStyle w:val="Akapitzlist"/>
        <w:ind w:left="6750" w:firstLine="450"/>
        <w:jc w:val="center"/>
        <w:rPr>
          <w:rFonts w:ascii="Calibri" w:hAnsi="Calibri" w:cs="Calibri"/>
          <w:i/>
          <w:lang w:val="pl-PL"/>
        </w:rPr>
      </w:pPr>
      <w:r w:rsidRPr="002A3095">
        <w:rPr>
          <w:rFonts w:ascii="Calibri" w:hAnsi="Calibri" w:cs="Calibri"/>
          <w:i/>
          <w:lang w:val="pl-PL"/>
        </w:rPr>
        <w:t>(Data i podpis)</w:t>
      </w:r>
    </w:p>
    <w:p w14:paraId="5B68FC82" w14:textId="77777777" w:rsidR="00B94B5A" w:rsidRPr="002A3095" w:rsidRDefault="00B94B5A">
      <w:pPr>
        <w:rPr>
          <w:rFonts w:ascii="Calibri" w:hAnsi="Calibri" w:cs="Calibri"/>
          <w:lang w:val="pl-PL"/>
        </w:rPr>
      </w:pPr>
    </w:p>
    <w:p w14:paraId="65ABF3A5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10AEFAC7" w14:textId="77777777" w:rsidR="00AD1CFB" w:rsidRPr="002A3095" w:rsidRDefault="00EC1C28" w:rsidP="00AD1CFB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b/>
          <w:i/>
          <w:sz w:val="20"/>
          <w:lang w:val="pl-PL"/>
        </w:rPr>
        <w:t>Załącznik nr 2</w:t>
      </w:r>
      <w:r w:rsidRPr="002A3095">
        <w:rPr>
          <w:rFonts w:ascii="Calibri" w:hAnsi="Calibri" w:cs="Calibri"/>
          <w:i/>
          <w:sz w:val="20"/>
          <w:lang w:val="pl-PL"/>
        </w:rPr>
        <w:t xml:space="preserve"> </w:t>
      </w:r>
      <w:r w:rsidR="00AD1CFB" w:rsidRPr="002A3095">
        <w:rPr>
          <w:rFonts w:ascii="Calibri" w:hAnsi="Calibri" w:cs="Calibri"/>
          <w:i/>
          <w:sz w:val="20"/>
          <w:lang w:val="pl-PL"/>
        </w:rPr>
        <w:t xml:space="preserve">do Regulaminu postępowania w celu wyboru operatora automatów </w:t>
      </w:r>
      <w:proofErr w:type="spellStart"/>
      <w:r w:rsidR="00AD1CFB" w:rsidRPr="002A3095">
        <w:rPr>
          <w:rFonts w:ascii="Calibri" w:hAnsi="Calibri" w:cs="Calibri"/>
          <w:i/>
          <w:sz w:val="20"/>
          <w:lang w:val="pl-PL"/>
        </w:rPr>
        <w:t>vendingowych</w:t>
      </w:r>
      <w:proofErr w:type="spellEnd"/>
      <w:r w:rsidR="00AD1CFB" w:rsidRPr="002A3095">
        <w:rPr>
          <w:rFonts w:ascii="Calibri" w:hAnsi="Calibri" w:cs="Calibri"/>
          <w:i/>
          <w:sz w:val="20"/>
          <w:lang w:val="pl-PL"/>
        </w:rPr>
        <w:t xml:space="preserve"> </w:t>
      </w:r>
    </w:p>
    <w:p w14:paraId="23D7651C" w14:textId="77777777" w:rsidR="00AD1CFB" w:rsidRPr="002A3095" w:rsidRDefault="00AD1CFB" w:rsidP="00AD1CFB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 xml:space="preserve">w Ogólnokształcącej Szkole Muzycznej i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i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II st.</w:t>
      </w:r>
    </w:p>
    <w:p w14:paraId="194E9B39" w14:textId="77777777" w:rsidR="00EC1C28" w:rsidRPr="002A3095" w:rsidRDefault="00AD1CFB" w:rsidP="00AD1CFB">
      <w:pPr>
        <w:spacing w:after="0"/>
        <w:ind w:left="5670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>im. Henryka Wieniawskiego w Łodzi</w:t>
      </w:r>
    </w:p>
    <w:p w14:paraId="77A58816" w14:textId="77777777" w:rsidR="003D10C9" w:rsidRPr="002A3095" w:rsidRDefault="003D10C9" w:rsidP="003D10C9">
      <w:pPr>
        <w:rPr>
          <w:rFonts w:ascii="Calibri" w:hAnsi="Calibri" w:cs="Calibri"/>
          <w:lang w:val="pl-PL"/>
        </w:rPr>
      </w:pPr>
    </w:p>
    <w:p w14:paraId="24629E8B" w14:textId="77777777" w:rsidR="00B94B5A" w:rsidRPr="002A3095" w:rsidRDefault="002E6775" w:rsidP="00EC1C28">
      <w:pPr>
        <w:pStyle w:val="Nagwek2"/>
        <w:jc w:val="center"/>
        <w:rPr>
          <w:rFonts w:ascii="Calibri" w:hAnsi="Calibri" w:cs="Calibri"/>
          <w:color w:val="auto"/>
          <w:lang w:val="pl-PL"/>
        </w:rPr>
      </w:pPr>
      <w:r w:rsidRPr="002A3095">
        <w:rPr>
          <w:rFonts w:ascii="Calibri" w:hAnsi="Calibri" w:cs="Calibri"/>
          <w:color w:val="auto"/>
          <w:lang w:val="pl-PL"/>
        </w:rPr>
        <w:t>Oświadczenie oferenta</w:t>
      </w:r>
    </w:p>
    <w:p w14:paraId="7668F95C" w14:textId="77777777" w:rsidR="00C007C6" w:rsidRPr="002A3095" w:rsidRDefault="00C007C6" w:rsidP="00C007C6">
      <w:pPr>
        <w:spacing w:after="0" w:line="480" w:lineRule="auto"/>
        <w:rPr>
          <w:rFonts w:ascii="Calibri" w:hAnsi="Calibri" w:cs="Calibri"/>
          <w:b/>
          <w:sz w:val="24"/>
          <w:lang w:val="pl-PL"/>
        </w:rPr>
      </w:pPr>
    </w:p>
    <w:p w14:paraId="34332779" w14:textId="77777777" w:rsidR="00231403" w:rsidRPr="002A3095" w:rsidRDefault="00231403" w:rsidP="00C007C6">
      <w:pPr>
        <w:spacing w:after="0" w:line="480" w:lineRule="auto"/>
        <w:rPr>
          <w:rFonts w:ascii="Calibri" w:hAnsi="Calibri" w:cs="Calibri"/>
          <w:b/>
          <w:sz w:val="24"/>
          <w:lang w:val="pl-PL"/>
        </w:rPr>
      </w:pPr>
    </w:p>
    <w:p w14:paraId="297E19E9" w14:textId="77777777" w:rsidR="00C007C6" w:rsidRPr="002A3095" w:rsidRDefault="002E6775" w:rsidP="00852D65">
      <w:pPr>
        <w:spacing w:line="360" w:lineRule="auto"/>
        <w:rPr>
          <w:rFonts w:ascii="Calibri" w:hAnsi="Calibri" w:cs="Calibri"/>
          <w:b/>
          <w:sz w:val="24"/>
          <w:lang w:val="pl-PL"/>
        </w:rPr>
      </w:pPr>
      <w:r w:rsidRPr="002A3095">
        <w:rPr>
          <w:rFonts w:ascii="Calibri" w:hAnsi="Calibri" w:cs="Calibri"/>
          <w:b/>
          <w:sz w:val="24"/>
          <w:lang w:val="pl-PL"/>
        </w:rPr>
        <w:t>Oświadczam, że:</w:t>
      </w:r>
    </w:p>
    <w:p w14:paraId="65B4C806" w14:textId="77777777" w:rsidR="00852D65" w:rsidRPr="002A3095" w:rsidRDefault="00852D65" w:rsidP="00852D65">
      <w:pPr>
        <w:pStyle w:val="Listapunktowana"/>
        <w:numPr>
          <w:ilvl w:val="0"/>
          <w:numId w:val="25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zapoznałem(-</w:t>
      </w:r>
      <w:proofErr w:type="spellStart"/>
      <w:r w:rsidRPr="002A3095">
        <w:rPr>
          <w:rFonts w:ascii="Calibri" w:hAnsi="Calibri" w:cs="Calibri"/>
          <w:lang w:val="pl-PL"/>
        </w:rPr>
        <w:t>am</w:t>
      </w:r>
      <w:proofErr w:type="spellEnd"/>
      <w:r w:rsidRPr="002A3095">
        <w:rPr>
          <w:rFonts w:ascii="Calibri" w:hAnsi="Calibri" w:cs="Calibri"/>
          <w:lang w:val="pl-PL"/>
        </w:rPr>
        <w:t>) się z regulaminem i akceptuję jego postanowienia;</w:t>
      </w:r>
    </w:p>
    <w:p w14:paraId="636A79DA" w14:textId="77777777" w:rsidR="00852D65" w:rsidRPr="002A3095" w:rsidRDefault="00852D65" w:rsidP="00852D65">
      <w:pPr>
        <w:pStyle w:val="Listapunktowana"/>
        <w:numPr>
          <w:ilvl w:val="0"/>
          <w:numId w:val="25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wszystkie informacje zawarte w ofercie są zgodne ze stanem faktycznym;</w:t>
      </w:r>
    </w:p>
    <w:p w14:paraId="06D17AB6" w14:textId="77777777" w:rsidR="00852D65" w:rsidRPr="002A3095" w:rsidRDefault="00852D65" w:rsidP="00852D65">
      <w:pPr>
        <w:pStyle w:val="Listapunktowana"/>
        <w:numPr>
          <w:ilvl w:val="0"/>
          <w:numId w:val="25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posiadam potencjał organizacyjny i techniczny do realizacji usług;</w:t>
      </w:r>
    </w:p>
    <w:p w14:paraId="2D5D5BC7" w14:textId="77777777" w:rsidR="00852D65" w:rsidRPr="002A3095" w:rsidRDefault="00852D65" w:rsidP="00852D65">
      <w:pPr>
        <w:pStyle w:val="Listapunktowana"/>
        <w:numPr>
          <w:ilvl w:val="0"/>
          <w:numId w:val="25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oferowany asortyment spełnia wymagania przepisów dotyczących żywienia dzieci i młodzieży;</w:t>
      </w:r>
    </w:p>
    <w:p w14:paraId="7196BBF4" w14:textId="77777777" w:rsidR="00852D65" w:rsidRPr="002A3095" w:rsidRDefault="00852D65" w:rsidP="00852D65">
      <w:pPr>
        <w:pStyle w:val="Listapunktowana"/>
        <w:numPr>
          <w:ilvl w:val="0"/>
          <w:numId w:val="25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automaty spełniają wymagania bezpieczeństwa i umożliwiają płatności bezgotówkowe;</w:t>
      </w:r>
    </w:p>
    <w:p w14:paraId="3EB5779A" w14:textId="77777777" w:rsidR="00852D65" w:rsidRPr="002A3095" w:rsidRDefault="00852D65" w:rsidP="00852D65">
      <w:pPr>
        <w:pStyle w:val="Listapunktowana"/>
        <w:numPr>
          <w:ilvl w:val="0"/>
          <w:numId w:val="25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zobowiązuję się utrzymywać automaty w należytym stanie sanitarnym i technicznym;</w:t>
      </w:r>
    </w:p>
    <w:p w14:paraId="52BA2171" w14:textId="77777777" w:rsidR="00852D65" w:rsidRPr="002A3095" w:rsidRDefault="00852D65" w:rsidP="00852D65">
      <w:pPr>
        <w:pStyle w:val="Listapunktowana"/>
        <w:numPr>
          <w:ilvl w:val="0"/>
          <w:numId w:val="25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zobowiązuję się zawrzeć umowę na warunkach określonych przez Szkołę.</w:t>
      </w:r>
    </w:p>
    <w:p w14:paraId="49A1C55D" w14:textId="77777777" w:rsidR="00852D65" w:rsidRPr="002A3095" w:rsidRDefault="00852D65" w:rsidP="00852D65">
      <w:pPr>
        <w:pStyle w:val="Listapunktowana"/>
        <w:numPr>
          <w:ilvl w:val="0"/>
          <w:numId w:val="0"/>
        </w:numPr>
        <w:ind w:left="567" w:hanging="360"/>
        <w:rPr>
          <w:rFonts w:ascii="Calibri" w:hAnsi="Calibri" w:cs="Calibri"/>
          <w:lang w:val="pl-PL"/>
        </w:rPr>
      </w:pPr>
    </w:p>
    <w:p w14:paraId="5E1D6E67" w14:textId="77777777" w:rsidR="00852D65" w:rsidRPr="002A3095" w:rsidRDefault="00852D65" w:rsidP="00852D65">
      <w:pPr>
        <w:pStyle w:val="Listapunktowana"/>
        <w:numPr>
          <w:ilvl w:val="0"/>
          <w:numId w:val="0"/>
        </w:numPr>
        <w:ind w:left="360" w:hanging="360"/>
        <w:rPr>
          <w:rFonts w:ascii="Calibri" w:hAnsi="Calibri" w:cs="Calibri"/>
          <w:lang w:val="pl-PL"/>
        </w:rPr>
      </w:pPr>
    </w:p>
    <w:p w14:paraId="2A215BA8" w14:textId="77777777" w:rsidR="00852D65" w:rsidRPr="002A3095" w:rsidRDefault="00852D65" w:rsidP="00852D65">
      <w:pPr>
        <w:pStyle w:val="Akapitzlist"/>
        <w:ind w:left="360"/>
        <w:jc w:val="right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lang w:val="pl-PL"/>
        </w:rPr>
        <w:br/>
      </w:r>
      <w:r w:rsidRPr="002A3095">
        <w:rPr>
          <w:rFonts w:ascii="Calibri" w:hAnsi="Calibri" w:cs="Calibri"/>
          <w:sz w:val="24"/>
          <w:lang w:val="pl-PL"/>
        </w:rPr>
        <w:t>.............................................</w:t>
      </w:r>
    </w:p>
    <w:p w14:paraId="5CC607A2" w14:textId="77777777" w:rsidR="00852D65" w:rsidRPr="002A3095" w:rsidRDefault="00852D65" w:rsidP="00852D65">
      <w:pPr>
        <w:pStyle w:val="Akapitzlist"/>
        <w:ind w:left="6750" w:firstLine="450"/>
        <w:jc w:val="center"/>
        <w:rPr>
          <w:rFonts w:ascii="Calibri" w:hAnsi="Calibri" w:cs="Calibri"/>
          <w:i/>
          <w:lang w:val="pl-PL"/>
        </w:rPr>
      </w:pPr>
      <w:r w:rsidRPr="002A3095">
        <w:rPr>
          <w:rFonts w:ascii="Calibri" w:hAnsi="Calibri" w:cs="Calibri"/>
          <w:i/>
          <w:lang w:val="pl-PL"/>
        </w:rPr>
        <w:t>(Data i podpis)</w:t>
      </w:r>
    </w:p>
    <w:p w14:paraId="341FB642" w14:textId="77777777" w:rsidR="00C007C6" w:rsidRPr="002A3095" w:rsidRDefault="00C007C6" w:rsidP="00852D65">
      <w:pPr>
        <w:rPr>
          <w:rFonts w:ascii="Calibri" w:hAnsi="Calibri" w:cs="Calibri"/>
          <w:lang w:val="pl-PL"/>
        </w:rPr>
      </w:pPr>
    </w:p>
    <w:p w14:paraId="3F9FC4BD" w14:textId="77777777" w:rsidR="00C007C6" w:rsidRPr="002A3095" w:rsidRDefault="00C007C6" w:rsidP="00C007C6">
      <w:pPr>
        <w:spacing w:after="0" w:line="480" w:lineRule="auto"/>
        <w:rPr>
          <w:rFonts w:ascii="Calibri" w:hAnsi="Calibri" w:cs="Calibri"/>
          <w:lang w:val="pl-PL"/>
        </w:rPr>
      </w:pPr>
    </w:p>
    <w:p w14:paraId="6F4B5A6D" w14:textId="77777777" w:rsidR="00C007C6" w:rsidRPr="002A3095" w:rsidRDefault="00C007C6" w:rsidP="00C007C6">
      <w:pPr>
        <w:spacing w:after="0" w:line="480" w:lineRule="auto"/>
        <w:rPr>
          <w:rFonts w:ascii="Calibri" w:hAnsi="Calibri" w:cs="Calibri"/>
          <w:lang w:val="pl-PL"/>
        </w:rPr>
      </w:pPr>
    </w:p>
    <w:p w14:paraId="38D90AA6" w14:textId="77777777" w:rsidR="00C007C6" w:rsidRPr="002A3095" w:rsidRDefault="00C007C6" w:rsidP="00C007C6">
      <w:pPr>
        <w:spacing w:after="0" w:line="480" w:lineRule="auto"/>
        <w:rPr>
          <w:rFonts w:ascii="Calibri" w:hAnsi="Calibri" w:cs="Calibri"/>
          <w:lang w:val="pl-PL"/>
        </w:rPr>
      </w:pPr>
    </w:p>
    <w:p w14:paraId="797A504D" w14:textId="77777777" w:rsidR="00C007C6" w:rsidRPr="002A3095" w:rsidRDefault="00C007C6" w:rsidP="00C007C6">
      <w:pPr>
        <w:spacing w:after="0" w:line="480" w:lineRule="auto"/>
        <w:rPr>
          <w:rFonts w:ascii="Calibri" w:hAnsi="Calibri" w:cs="Calibri"/>
          <w:lang w:val="pl-PL"/>
        </w:rPr>
      </w:pPr>
    </w:p>
    <w:p w14:paraId="64679D8B" w14:textId="77777777" w:rsidR="00C007C6" w:rsidRPr="002A3095" w:rsidRDefault="00C007C6" w:rsidP="00C007C6">
      <w:pPr>
        <w:spacing w:after="0" w:line="480" w:lineRule="auto"/>
        <w:rPr>
          <w:rFonts w:ascii="Calibri" w:hAnsi="Calibri" w:cs="Calibri"/>
          <w:lang w:val="pl-PL"/>
        </w:rPr>
      </w:pPr>
    </w:p>
    <w:p w14:paraId="7613DC32" w14:textId="77777777" w:rsidR="00C007C6" w:rsidRPr="002A3095" w:rsidRDefault="00C007C6" w:rsidP="00C007C6">
      <w:pPr>
        <w:spacing w:after="0" w:line="480" w:lineRule="auto"/>
        <w:rPr>
          <w:rFonts w:ascii="Calibri" w:hAnsi="Calibri" w:cs="Calibri"/>
          <w:lang w:val="pl-PL"/>
        </w:rPr>
      </w:pPr>
    </w:p>
    <w:p w14:paraId="72F37048" w14:textId="77777777" w:rsidR="00C007C6" w:rsidRPr="002A3095" w:rsidRDefault="00C007C6" w:rsidP="00C007C6">
      <w:pPr>
        <w:spacing w:after="0" w:line="480" w:lineRule="auto"/>
        <w:rPr>
          <w:rFonts w:ascii="Calibri" w:hAnsi="Calibri" w:cs="Calibri"/>
          <w:lang w:val="pl-PL"/>
        </w:rPr>
      </w:pPr>
    </w:p>
    <w:p w14:paraId="00277FC2" w14:textId="77777777" w:rsidR="00C007C6" w:rsidRPr="002A3095" w:rsidRDefault="00C007C6" w:rsidP="00C007C6">
      <w:pPr>
        <w:spacing w:after="0" w:line="240" w:lineRule="auto"/>
        <w:rPr>
          <w:rFonts w:ascii="Calibri" w:hAnsi="Calibri" w:cs="Calibri"/>
          <w:lang w:val="pl-PL"/>
        </w:rPr>
      </w:pPr>
    </w:p>
    <w:p w14:paraId="065CE3DC" w14:textId="77777777" w:rsidR="00C007C6" w:rsidRPr="002A3095" w:rsidRDefault="00C007C6" w:rsidP="00C007C6">
      <w:pPr>
        <w:spacing w:after="0" w:line="240" w:lineRule="auto"/>
        <w:rPr>
          <w:rFonts w:ascii="Calibri" w:hAnsi="Calibri" w:cs="Calibri"/>
          <w:lang w:val="pl-PL"/>
        </w:rPr>
      </w:pPr>
    </w:p>
    <w:p w14:paraId="349E331C" w14:textId="77777777" w:rsidR="00AD1CFB" w:rsidRPr="002A3095" w:rsidRDefault="00EC1C28" w:rsidP="00AD1CFB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b/>
          <w:i/>
          <w:sz w:val="20"/>
          <w:lang w:val="pl-PL"/>
        </w:rPr>
        <w:lastRenderedPageBreak/>
        <w:t>Załącznik nr 3</w:t>
      </w:r>
      <w:r w:rsidRPr="002A3095">
        <w:rPr>
          <w:rFonts w:ascii="Calibri" w:hAnsi="Calibri" w:cs="Calibri"/>
          <w:i/>
          <w:sz w:val="20"/>
          <w:lang w:val="pl-PL"/>
        </w:rPr>
        <w:t xml:space="preserve"> </w:t>
      </w:r>
      <w:r w:rsidR="00AD1CFB" w:rsidRPr="002A3095">
        <w:rPr>
          <w:rFonts w:ascii="Calibri" w:hAnsi="Calibri" w:cs="Calibri"/>
          <w:i/>
          <w:sz w:val="20"/>
          <w:lang w:val="pl-PL"/>
        </w:rPr>
        <w:t xml:space="preserve">do Regulaminu postępowania w celu wyboru operatora automatów </w:t>
      </w:r>
      <w:proofErr w:type="spellStart"/>
      <w:r w:rsidR="00AD1CFB" w:rsidRPr="002A3095">
        <w:rPr>
          <w:rFonts w:ascii="Calibri" w:hAnsi="Calibri" w:cs="Calibri"/>
          <w:i/>
          <w:sz w:val="20"/>
          <w:lang w:val="pl-PL"/>
        </w:rPr>
        <w:t>vendingowych</w:t>
      </w:r>
      <w:proofErr w:type="spellEnd"/>
      <w:r w:rsidR="00AD1CFB" w:rsidRPr="002A3095">
        <w:rPr>
          <w:rFonts w:ascii="Calibri" w:hAnsi="Calibri" w:cs="Calibri"/>
          <w:i/>
          <w:sz w:val="20"/>
          <w:lang w:val="pl-PL"/>
        </w:rPr>
        <w:t xml:space="preserve"> </w:t>
      </w:r>
    </w:p>
    <w:p w14:paraId="341B8643" w14:textId="77777777" w:rsidR="00AD1CFB" w:rsidRPr="002A3095" w:rsidRDefault="00AD1CFB" w:rsidP="00AD1CFB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 xml:space="preserve">w Ogólnokształcącej Szkole Muzycznej i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i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II st.</w:t>
      </w:r>
    </w:p>
    <w:p w14:paraId="1EFA77C5" w14:textId="77777777" w:rsidR="00EC1C28" w:rsidRPr="002A3095" w:rsidRDefault="00AD1CFB" w:rsidP="00AD1CFB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>im. Henryka Wieniawskiego w Łodzi</w:t>
      </w:r>
    </w:p>
    <w:p w14:paraId="09D17DF9" w14:textId="77777777" w:rsidR="00B94B5A" w:rsidRPr="002A3095" w:rsidRDefault="002E6775" w:rsidP="003D10C9">
      <w:pPr>
        <w:pStyle w:val="Nagwek2"/>
        <w:jc w:val="center"/>
        <w:rPr>
          <w:rFonts w:ascii="Calibri" w:hAnsi="Calibri" w:cs="Calibri"/>
          <w:color w:val="auto"/>
          <w:lang w:val="pl-PL"/>
        </w:rPr>
      </w:pPr>
      <w:r w:rsidRPr="002A3095">
        <w:rPr>
          <w:rFonts w:ascii="Calibri" w:hAnsi="Calibri" w:cs="Calibri"/>
          <w:color w:val="auto"/>
          <w:lang w:val="pl-PL"/>
        </w:rPr>
        <w:t>Wykaz asortymentu</w:t>
      </w:r>
    </w:p>
    <w:p w14:paraId="44DA7A88" w14:textId="77777777" w:rsidR="00852D65" w:rsidRPr="002A3095" w:rsidRDefault="00852D65" w:rsidP="00852D65">
      <w:pPr>
        <w:rPr>
          <w:rFonts w:ascii="Calibri" w:hAnsi="Calibri" w:cs="Calibri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94"/>
        <w:gridCol w:w="2068"/>
        <w:gridCol w:w="1728"/>
        <w:gridCol w:w="2439"/>
      </w:tblGrid>
      <w:tr w:rsidR="003D10C9" w:rsidRPr="002A3095" w14:paraId="29BAABF0" w14:textId="77777777" w:rsidTr="00542C25">
        <w:tc>
          <w:tcPr>
            <w:tcW w:w="562" w:type="dxa"/>
          </w:tcPr>
          <w:p w14:paraId="0C9B9707" w14:textId="77777777" w:rsidR="00B94B5A" w:rsidRPr="002A3095" w:rsidRDefault="002E6775" w:rsidP="00542C25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Lp</w:t>
            </w:r>
            <w:proofErr w:type="spellEnd"/>
            <w:r w:rsidRPr="002A3095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894" w:type="dxa"/>
          </w:tcPr>
          <w:p w14:paraId="47FD9AA5" w14:textId="77777777" w:rsidR="00B94B5A" w:rsidRPr="002A3095" w:rsidRDefault="002E6775" w:rsidP="00542C25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Produkt</w:t>
            </w:r>
          </w:p>
        </w:tc>
        <w:tc>
          <w:tcPr>
            <w:tcW w:w="2068" w:type="dxa"/>
          </w:tcPr>
          <w:p w14:paraId="67228122" w14:textId="77777777" w:rsidR="00B94B5A" w:rsidRPr="002A3095" w:rsidRDefault="002E6775" w:rsidP="00542C25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Producent</w:t>
            </w:r>
          </w:p>
        </w:tc>
        <w:tc>
          <w:tcPr>
            <w:tcW w:w="1728" w:type="dxa"/>
          </w:tcPr>
          <w:p w14:paraId="31C0E359" w14:textId="77777777" w:rsidR="00B94B5A" w:rsidRPr="002A3095" w:rsidRDefault="002E6775" w:rsidP="00542C25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Gramatura</w:t>
            </w:r>
          </w:p>
        </w:tc>
        <w:tc>
          <w:tcPr>
            <w:tcW w:w="2439" w:type="dxa"/>
          </w:tcPr>
          <w:p w14:paraId="4FDE99AF" w14:textId="77777777" w:rsidR="00B94B5A" w:rsidRPr="002A3095" w:rsidRDefault="002E6775" w:rsidP="00542C25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Cena brutto</w:t>
            </w:r>
          </w:p>
        </w:tc>
      </w:tr>
      <w:tr w:rsidR="003D10C9" w:rsidRPr="002A3095" w14:paraId="77C4E1DB" w14:textId="77777777" w:rsidTr="00542C25">
        <w:tc>
          <w:tcPr>
            <w:tcW w:w="562" w:type="dxa"/>
          </w:tcPr>
          <w:p w14:paraId="7962D619" w14:textId="77777777" w:rsidR="00B94B5A" w:rsidRPr="002A3095" w:rsidRDefault="00B94B5A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5FBC7AF6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5CC60F33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3541FD95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3FA9FFBE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65A008F4" w14:textId="77777777" w:rsidTr="00542C25">
        <w:tc>
          <w:tcPr>
            <w:tcW w:w="562" w:type="dxa"/>
          </w:tcPr>
          <w:p w14:paraId="5719737C" w14:textId="77777777" w:rsidR="00B94B5A" w:rsidRPr="002A3095" w:rsidRDefault="00B94B5A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06704FAA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1DACEAA7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0DB2BD7F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1D1C66CA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7497780D" w14:textId="77777777" w:rsidTr="00542C25">
        <w:tc>
          <w:tcPr>
            <w:tcW w:w="562" w:type="dxa"/>
          </w:tcPr>
          <w:p w14:paraId="478473F9" w14:textId="77777777" w:rsidR="00B94B5A" w:rsidRPr="002A3095" w:rsidRDefault="00B94B5A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3F61F08C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2B560393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1DD3FAA4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6843300E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68453D26" w14:textId="77777777" w:rsidTr="00542C25">
        <w:tc>
          <w:tcPr>
            <w:tcW w:w="562" w:type="dxa"/>
          </w:tcPr>
          <w:p w14:paraId="71E58B4C" w14:textId="77777777" w:rsidR="00B94B5A" w:rsidRPr="002A3095" w:rsidRDefault="00B94B5A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0E1DD720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29D2AB7C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12098B1E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132AB3ED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214251AC" w14:textId="77777777" w:rsidTr="00542C25">
        <w:tc>
          <w:tcPr>
            <w:tcW w:w="562" w:type="dxa"/>
          </w:tcPr>
          <w:p w14:paraId="4347C188" w14:textId="77777777" w:rsidR="00B94B5A" w:rsidRPr="002A3095" w:rsidRDefault="00B94B5A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32D8595F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30E9589F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02F98DB4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3ABDDFDF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202FBD0C" w14:textId="77777777" w:rsidTr="00542C25">
        <w:tc>
          <w:tcPr>
            <w:tcW w:w="562" w:type="dxa"/>
          </w:tcPr>
          <w:p w14:paraId="0843EDEF" w14:textId="77777777" w:rsidR="00B94B5A" w:rsidRPr="002A3095" w:rsidRDefault="00B94B5A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310B9103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23C6F9DB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236C1144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03DF14DB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5489E18F" w14:textId="77777777" w:rsidTr="00542C25">
        <w:tc>
          <w:tcPr>
            <w:tcW w:w="562" w:type="dxa"/>
          </w:tcPr>
          <w:p w14:paraId="627444A2" w14:textId="77777777" w:rsidR="00B94B5A" w:rsidRPr="002A3095" w:rsidRDefault="00B94B5A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2179DB70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5AE41055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7A537301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6E6FDD4E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13349835" w14:textId="77777777" w:rsidTr="00542C25">
        <w:tc>
          <w:tcPr>
            <w:tcW w:w="562" w:type="dxa"/>
          </w:tcPr>
          <w:p w14:paraId="489F1E43" w14:textId="77777777" w:rsidR="00B94B5A" w:rsidRPr="002A3095" w:rsidRDefault="00B94B5A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1B58DF16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3B73144D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48DEA87C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20F28713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023DE27F" w14:textId="77777777" w:rsidTr="00542C25">
        <w:tc>
          <w:tcPr>
            <w:tcW w:w="562" w:type="dxa"/>
          </w:tcPr>
          <w:p w14:paraId="63BFD47C" w14:textId="77777777" w:rsidR="00B94B5A" w:rsidRPr="002A3095" w:rsidRDefault="00B94B5A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514791D5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41B26ABA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74B52CF2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658A35C6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2E3668E2" w14:textId="77777777" w:rsidTr="00542C25">
        <w:tc>
          <w:tcPr>
            <w:tcW w:w="562" w:type="dxa"/>
          </w:tcPr>
          <w:p w14:paraId="1B26D564" w14:textId="77777777" w:rsidR="00B94B5A" w:rsidRPr="002A3095" w:rsidRDefault="00B94B5A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3BD51A19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79570779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1AC6975C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4FA95533" w14:textId="77777777" w:rsidR="00B94B5A" w:rsidRPr="002A3095" w:rsidRDefault="00B94B5A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4E067615" w14:textId="77777777" w:rsidTr="00542C25">
        <w:tc>
          <w:tcPr>
            <w:tcW w:w="562" w:type="dxa"/>
          </w:tcPr>
          <w:p w14:paraId="78627A65" w14:textId="77777777" w:rsidR="00542C25" w:rsidRPr="002A3095" w:rsidRDefault="00542C25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74FE5BCA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5D145230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6FA1D460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2E5D5805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F4388D0" w14:textId="77777777" w:rsidTr="00542C25">
        <w:tc>
          <w:tcPr>
            <w:tcW w:w="562" w:type="dxa"/>
          </w:tcPr>
          <w:p w14:paraId="68ECDB4B" w14:textId="77777777" w:rsidR="00542C25" w:rsidRPr="002A3095" w:rsidRDefault="00542C25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61A5BA04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2DDE0944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3A163910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0197FFF8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07FBB23" w14:textId="77777777" w:rsidTr="00542C25">
        <w:tc>
          <w:tcPr>
            <w:tcW w:w="562" w:type="dxa"/>
          </w:tcPr>
          <w:p w14:paraId="1CE4647D" w14:textId="77777777" w:rsidR="00542C25" w:rsidRPr="002A3095" w:rsidRDefault="00542C25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00EFD4F3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0BC910F9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3B9CD7C2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0B0DEE68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7870D46" w14:textId="77777777" w:rsidTr="00542C25">
        <w:tc>
          <w:tcPr>
            <w:tcW w:w="562" w:type="dxa"/>
          </w:tcPr>
          <w:p w14:paraId="2F3AFFC3" w14:textId="77777777" w:rsidR="00542C25" w:rsidRPr="002A3095" w:rsidRDefault="00542C25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0572B1B6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1C184CBD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6B44BC49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46F81D40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19E74C09" w14:textId="77777777" w:rsidTr="00542C25">
        <w:tc>
          <w:tcPr>
            <w:tcW w:w="562" w:type="dxa"/>
          </w:tcPr>
          <w:p w14:paraId="5314F4EB" w14:textId="77777777" w:rsidR="00542C25" w:rsidRPr="002A3095" w:rsidRDefault="00542C25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6604C7F1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607749F5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5B5D1AF0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1DDF4859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26C8CB86" w14:textId="77777777" w:rsidTr="00542C25">
        <w:tc>
          <w:tcPr>
            <w:tcW w:w="562" w:type="dxa"/>
          </w:tcPr>
          <w:p w14:paraId="595CB69B" w14:textId="77777777" w:rsidR="00542C25" w:rsidRPr="002A3095" w:rsidRDefault="00542C25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54D64122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3A8D939D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6464B4D7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067A8EE6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F94E2A9" w14:textId="77777777" w:rsidTr="00542C25">
        <w:tc>
          <w:tcPr>
            <w:tcW w:w="562" w:type="dxa"/>
          </w:tcPr>
          <w:p w14:paraId="00348F7A" w14:textId="77777777" w:rsidR="00542C25" w:rsidRPr="002A3095" w:rsidRDefault="00542C25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7B70ECD8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363B1D25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14D9F447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</w:tcPr>
          <w:p w14:paraId="087D077C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18362F89" w14:textId="77777777" w:rsidTr="003D10C9">
        <w:tc>
          <w:tcPr>
            <w:tcW w:w="562" w:type="dxa"/>
            <w:tcBorders>
              <w:bottom w:val="single" w:sz="4" w:space="0" w:color="auto"/>
            </w:tcBorders>
          </w:tcPr>
          <w:p w14:paraId="4DC8333A" w14:textId="77777777" w:rsidR="00542C25" w:rsidRPr="002A3095" w:rsidRDefault="00542C25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14621D00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14:paraId="12FF562E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6899D9A2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14:paraId="713EFB28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68299083" w14:textId="77777777" w:rsidTr="003D10C9">
        <w:tc>
          <w:tcPr>
            <w:tcW w:w="562" w:type="dxa"/>
            <w:tcBorders>
              <w:bottom w:val="single" w:sz="4" w:space="0" w:color="auto"/>
            </w:tcBorders>
          </w:tcPr>
          <w:p w14:paraId="71CA53F0" w14:textId="77777777" w:rsidR="00542C25" w:rsidRPr="002A3095" w:rsidRDefault="00542C25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7A030EBA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14:paraId="6258EF2D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08DC8A10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14:paraId="0FA92CD5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D10C9" w:rsidRPr="002A3095" w14:paraId="444F6230" w14:textId="77777777" w:rsidTr="003D10C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E714" w14:textId="77777777" w:rsidR="00542C25" w:rsidRPr="002A3095" w:rsidRDefault="00542C25" w:rsidP="00542C25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BCEA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1DE4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BF92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14BD" w14:textId="77777777" w:rsidR="00542C25" w:rsidRPr="002A3095" w:rsidRDefault="00542C25" w:rsidP="00542C25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3476A8E0" w14:textId="77777777" w:rsidR="00B94B5A" w:rsidRPr="002A3095" w:rsidRDefault="00B94B5A">
      <w:pPr>
        <w:rPr>
          <w:rFonts w:ascii="Calibri" w:hAnsi="Calibri" w:cs="Calibri"/>
        </w:rPr>
      </w:pPr>
    </w:p>
    <w:p w14:paraId="47396042" w14:textId="77777777" w:rsidR="00542C25" w:rsidRPr="002A3095" w:rsidRDefault="00542C25">
      <w:pPr>
        <w:rPr>
          <w:rFonts w:ascii="Calibri" w:hAnsi="Calibri" w:cs="Calibri"/>
        </w:rPr>
      </w:pPr>
    </w:p>
    <w:p w14:paraId="7F2E975E" w14:textId="77777777" w:rsidR="003A58E6" w:rsidRPr="002A3095" w:rsidRDefault="003A58E6">
      <w:pPr>
        <w:rPr>
          <w:rFonts w:ascii="Calibri" w:hAnsi="Calibri" w:cs="Calibri"/>
        </w:rPr>
      </w:pPr>
    </w:p>
    <w:p w14:paraId="3971F7B8" w14:textId="77777777" w:rsidR="003D10C9" w:rsidRPr="002A3095" w:rsidRDefault="003D10C9" w:rsidP="003D10C9">
      <w:pPr>
        <w:pStyle w:val="Akapitzlist"/>
        <w:ind w:left="360"/>
        <w:jc w:val="right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.............................................</w:t>
      </w:r>
    </w:p>
    <w:p w14:paraId="6439305F" w14:textId="77777777" w:rsidR="003D10C9" w:rsidRPr="002A3095" w:rsidRDefault="003D10C9" w:rsidP="003D10C9">
      <w:pPr>
        <w:pStyle w:val="Akapitzlist"/>
        <w:ind w:left="6750" w:firstLine="450"/>
        <w:jc w:val="center"/>
        <w:rPr>
          <w:rFonts w:ascii="Calibri" w:hAnsi="Calibri" w:cs="Calibri"/>
          <w:i/>
          <w:lang w:val="pl-PL"/>
        </w:rPr>
      </w:pPr>
      <w:r w:rsidRPr="002A3095">
        <w:rPr>
          <w:rFonts w:ascii="Calibri" w:hAnsi="Calibri" w:cs="Calibri"/>
          <w:i/>
          <w:lang w:val="pl-PL"/>
        </w:rPr>
        <w:t>(Data i podpis)</w:t>
      </w:r>
    </w:p>
    <w:p w14:paraId="0101A740" w14:textId="77777777" w:rsidR="003D10C9" w:rsidRPr="002A3095" w:rsidRDefault="003D10C9" w:rsidP="00EC1C28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3779E398" w14:textId="77777777" w:rsidR="003D10C9" w:rsidRPr="002A3095" w:rsidRDefault="003D10C9" w:rsidP="00EC1C28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5A1D118A" w14:textId="77777777" w:rsidR="00AD1CFB" w:rsidRPr="002A3095" w:rsidRDefault="00EC1C28" w:rsidP="00AD1CFB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b/>
          <w:i/>
          <w:sz w:val="20"/>
          <w:lang w:val="pl-PL"/>
        </w:rPr>
        <w:lastRenderedPageBreak/>
        <w:t xml:space="preserve">Załącznik nr4 </w:t>
      </w:r>
      <w:r w:rsidRPr="002A3095">
        <w:rPr>
          <w:rFonts w:ascii="Calibri" w:hAnsi="Calibri" w:cs="Calibri"/>
          <w:i/>
          <w:sz w:val="20"/>
          <w:lang w:val="pl-PL"/>
        </w:rPr>
        <w:t xml:space="preserve"> </w:t>
      </w:r>
      <w:r w:rsidR="00AD1CFB" w:rsidRPr="002A3095">
        <w:rPr>
          <w:rFonts w:ascii="Calibri" w:hAnsi="Calibri" w:cs="Calibri"/>
          <w:i/>
          <w:sz w:val="20"/>
          <w:lang w:val="pl-PL"/>
        </w:rPr>
        <w:t xml:space="preserve">do Regulaminu postępowania w celu wyboru operatora automatów </w:t>
      </w:r>
      <w:proofErr w:type="spellStart"/>
      <w:r w:rsidR="00AD1CFB" w:rsidRPr="002A3095">
        <w:rPr>
          <w:rFonts w:ascii="Calibri" w:hAnsi="Calibri" w:cs="Calibri"/>
          <w:i/>
          <w:sz w:val="20"/>
          <w:lang w:val="pl-PL"/>
        </w:rPr>
        <w:t>vendingowych</w:t>
      </w:r>
      <w:proofErr w:type="spellEnd"/>
      <w:r w:rsidR="00AD1CFB" w:rsidRPr="002A3095">
        <w:rPr>
          <w:rFonts w:ascii="Calibri" w:hAnsi="Calibri" w:cs="Calibri"/>
          <w:i/>
          <w:sz w:val="20"/>
          <w:lang w:val="pl-PL"/>
        </w:rPr>
        <w:t xml:space="preserve"> </w:t>
      </w:r>
    </w:p>
    <w:p w14:paraId="2836BFD7" w14:textId="77777777" w:rsidR="00AD1CFB" w:rsidRPr="002A3095" w:rsidRDefault="00AD1CFB" w:rsidP="00AD1CFB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 xml:space="preserve">w Ogólnokształcącej Szkole Muzycznej i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i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II st.</w:t>
      </w:r>
    </w:p>
    <w:p w14:paraId="576A5360" w14:textId="77777777" w:rsidR="00AD1CFB" w:rsidRPr="002A3095" w:rsidRDefault="00AD1CFB" w:rsidP="00AD1CFB">
      <w:pPr>
        <w:spacing w:after="0"/>
        <w:ind w:left="5670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>im. Henryka Wieniawskiego w Łodzi</w:t>
      </w:r>
      <w:r w:rsidRPr="002A3095">
        <w:rPr>
          <w:rFonts w:ascii="Calibri" w:hAnsi="Calibri" w:cs="Calibri"/>
          <w:lang w:val="pl-PL"/>
        </w:rPr>
        <w:t xml:space="preserve"> </w:t>
      </w:r>
    </w:p>
    <w:p w14:paraId="250D7387" w14:textId="77777777" w:rsidR="00AD1CFB" w:rsidRPr="002A3095" w:rsidRDefault="00AD1CFB" w:rsidP="00AD1CFB">
      <w:pPr>
        <w:spacing w:after="0"/>
        <w:ind w:left="5670"/>
        <w:rPr>
          <w:rFonts w:ascii="Calibri" w:hAnsi="Calibri" w:cs="Calibri"/>
          <w:lang w:val="pl-PL"/>
        </w:rPr>
      </w:pPr>
    </w:p>
    <w:p w14:paraId="1015B9DE" w14:textId="77777777" w:rsidR="00AD1CFB" w:rsidRPr="002A3095" w:rsidRDefault="00AD1CFB" w:rsidP="00AD1CFB">
      <w:pPr>
        <w:spacing w:after="0"/>
        <w:ind w:left="5670"/>
        <w:rPr>
          <w:rFonts w:ascii="Calibri" w:hAnsi="Calibri" w:cs="Calibri"/>
          <w:lang w:val="pl-PL"/>
        </w:rPr>
      </w:pPr>
    </w:p>
    <w:p w14:paraId="2C88397D" w14:textId="77777777" w:rsidR="00AD1CFB" w:rsidRPr="002A3095" w:rsidRDefault="00AD1CFB" w:rsidP="00AD1CFB">
      <w:pPr>
        <w:spacing w:after="0"/>
        <w:ind w:left="5670"/>
        <w:rPr>
          <w:rFonts w:ascii="Calibri" w:hAnsi="Calibri" w:cs="Calibri"/>
          <w:lang w:val="pl-PL"/>
        </w:rPr>
      </w:pPr>
    </w:p>
    <w:p w14:paraId="011240F6" w14:textId="77777777" w:rsidR="00B94B5A" w:rsidRPr="002A3095" w:rsidRDefault="002E6775" w:rsidP="00AD1CFB">
      <w:pPr>
        <w:spacing w:after="0"/>
        <w:ind w:left="2880" w:firstLine="720"/>
        <w:rPr>
          <w:rFonts w:ascii="Calibri" w:hAnsi="Calibri" w:cs="Calibri"/>
          <w:b/>
          <w:sz w:val="24"/>
          <w:szCs w:val="24"/>
          <w:lang w:val="pl-PL"/>
        </w:rPr>
      </w:pPr>
      <w:r w:rsidRPr="002A3095">
        <w:rPr>
          <w:rFonts w:ascii="Calibri" w:hAnsi="Calibri" w:cs="Calibri"/>
          <w:b/>
          <w:sz w:val="24"/>
          <w:szCs w:val="24"/>
          <w:lang w:val="pl-PL"/>
        </w:rPr>
        <w:t>Wykaz doświadczenia</w:t>
      </w:r>
    </w:p>
    <w:p w14:paraId="3452DAF6" w14:textId="77777777" w:rsidR="00852D65" w:rsidRPr="002A3095" w:rsidRDefault="00852D65" w:rsidP="00852D65">
      <w:pPr>
        <w:rPr>
          <w:rFonts w:ascii="Calibri" w:hAnsi="Calibri" w:cs="Calibri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94"/>
        <w:gridCol w:w="2068"/>
        <w:gridCol w:w="4252"/>
      </w:tblGrid>
      <w:tr w:rsidR="003D10C9" w:rsidRPr="002A3095" w14:paraId="1B421786" w14:textId="77777777" w:rsidTr="00542C25">
        <w:tc>
          <w:tcPr>
            <w:tcW w:w="562" w:type="dxa"/>
          </w:tcPr>
          <w:p w14:paraId="69A6CEAE" w14:textId="77777777" w:rsidR="00542C25" w:rsidRPr="002A3095" w:rsidRDefault="00542C25" w:rsidP="00542C25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Lp</w:t>
            </w:r>
            <w:proofErr w:type="spellEnd"/>
            <w:r w:rsidRPr="002A3095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894" w:type="dxa"/>
          </w:tcPr>
          <w:p w14:paraId="3F53E135" w14:textId="77777777" w:rsidR="00542C25" w:rsidRPr="002A3095" w:rsidRDefault="00542C25" w:rsidP="00542C25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Podmiot</w:t>
            </w:r>
          </w:p>
        </w:tc>
        <w:tc>
          <w:tcPr>
            <w:tcW w:w="2068" w:type="dxa"/>
          </w:tcPr>
          <w:p w14:paraId="0FF3974E" w14:textId="77777777" w:rsidR="00542C25" w:rsidRPr="002A3095" w:rsidRDefault="00542C25" w:rsidP="00542C25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Okres współpracy</w:t>
            </w:r>
          </w:p>
        </w:tc>
        <w:tc>
          <w:tcPr>
            <w:tcW w:w="4252" w:type="dxa"/>
          </w:tcPr>
          <w:p w14:paraId="0F005824" w14:textId="77777777" w:rsidR="00542C25" w:rsidRPr="002A3095" w:rsidRDefault="00542C25" w:rsidP="00542C25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Osoba do kontaktu</w:t>
            </w:r>
          </w:p>
        </w:tc>
      </w:tr>
      <w:tr w:rsidR="003D10C9" w:rsidRPr="002A3095" w14:paraId="3957DEC4" w14:textId="77777777" w:rsidTr="00542C25">
        <w:tc>
          <w:tcPr>
            <w:tcW w:w="562" w:type="dxa"/>
          </w:tcPr>
          <w:p w14:paraId="518D3D3B" w14:textId="77777777" w:rsidR="00542C25" w:rsidRPr="002A3095" w:rsidRDefault="00542C25" w:rsidP="00542C25">
            <w:pPr>
              <w:pStyle w:val="Akapitzlist"/>
              <w:numPr>
                <w:ilvl w:val="0"/>
                <w:numId w:val="14"/>
              </w:num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3272DA33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7B29A13A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1B31F3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42B09E8A" w14:textId="77777777" w:rsidTr="00542C25">
        <w:tc>
          <w:tcPr>
            <w:tcW w:w="562" w:type="dxa"/>
          </w:tcPr>
          <w:p w14:paraId="7B09D479" w14:textId="77777777" w:rsidR="00542C25" w:rsidRPr="002A3095" w:rsidRDefault="00542C25" w:rsidP="00542C25">
            <w:pPr>
              <w:pStyle w:val="Akapitzlist"/>
              <w:numPr>
                <w:ilvl w:val="0"/>
                <w:numId w:val="14"/>
              </w:num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43292CE7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1DAC7901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AAE218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00B8AA4F" w14:textId="77777777" w:rsidTr="00542C25">
        <w:tc>
          <w:tcPr>
            <w:tcW w:w="562" w:type="dxa"/>
          </w:tcPr>
          <w:p w14:paraId="0CBEFCA9" w14:textId="77777777" w:rsidR="00542C25" w:rsidRPr="002A3095" w:rsidRDefault="00542C25" w:rsidP="00542C25">
            <w:pPr>
              <w:pStyle w:val="Akapitzlist"/>
              <w:numPr>
                <w:ilvl w:val="0"/>
                <w:numId w:val="14"/>
              </w:num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15EFA1C9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251E4CF3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7AD135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467535B6" w14:textId="77777777" w:rsidTr="00542C25">
        <w:tc>
          <w:tcPr>
            <w:tcW w:w="562" w:type="dxa"/>
          </w:tcPr>
          <w:p w14:paraId="476A5A30" w14:textId="77777777" w:rsidR="00542C25" w:rsidRPr="002A3095" w:rsidRDefault="00542C25" w:rsidP="00542C25">
            <w:pPr>
              <w:pStyle w:val="Akapitzlist"/>
              <w:numPr>
                <w:ilvl w:val="0"/>
                <w:numId w:val="14"/>
              </w:num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894" w:type="dxa"/>
          </w:tcPr>
          <w:p w14:paraId="5612B3D6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068" w:type="dxa"/>
          </w:tcPr>
          <w:p w14:paraId="2689FA3A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51429D" w14:textId="77777777" w:rsidR="00542C25" w:rsidRPr="002A3095" w:rsidRDefault="00542C25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</w:tr>
    </w:tbl>
    <w:p w14:paraId="199A5532" w14:textId="77777777" w:rsidR="00B94B5A" w:rsidRPr="002A3095" w:rsidRDefault="00B94B5A">
      <w:pPr>
        <w:rPr>
          <w:rFonts w:ascii="Calibri" w:hAnsi="Calibri" w:cs="Calibri"/>
        </w:rPr>
      </w:pPr>
    </w:p>
    <w:p w14:paraId="50C31CFB" w14:textId="77777777" w:rsidR="00542C25" w:rsidRPr="002A3095" w:rsidRDefault="00542C25">
      <w:pPr>
        <w:rPr>
          <w:rFonts w:ascii="Calibri" w:hAnsi="Calibri" w:cs="Calibri"/>
        </w:rPr>
      </w:pPr>
    </w:p>
    <w:p w14:paraId="683B9D67" w14:textId="77777777" w:rsidR="00852D65" w:rsidRPr="002A3095" w:rsidRDefault="00852D65">
      <w:pPr>
        <w:rPr>
          <w:rFonts w:ascii="Calibri" w:hAnsi="Calibri" w:cs="Calibri"/>
        </w:rPr>
      </w:pPr>
    </w:p>
    <w:p w14:paraId="5212588D" w14:textId="77777777" w:rsidR="00852D65" w:rsidRPr="002A3095" w:rsidRDefault="00852D65">
      <w:pPr>
        <w:rPr>
          <w:rFonts w:ascii="Calibri" w:hAnsi="Calibri" w:cs="Calibri"/>
        </w:rPr>
      </w:pPr>
    </w:p>
    <w:p w14:paraId="24DBF4C9" w14:textId="77777777" w:rsidR="003A58E6" w:rsidRPr="002A3095" w:rsidRDefault="003A58E6">
      <w:pPr>
        <w:rPr>
          <w:rFonts w:ascii="Calibri" w:hAnsi="Calibri" w:cs="Calibri"/>
        </w:rPr>
      </w:pPr>
    </w:p>
    <w:p w14:paraId="254A9B83" w14:textId="77777777" w:rsidR="003A58E6" w:rsidRPr="002A3095" w:rsidRDefault="003A58E6">
      <w:pPr>
        <w:rPr>
          <w:rFonts w:ascii="Calibri" w:hAnsi="Calibri" w:cs="Calibri"/>
        </w:rPr>
      </w:pPr>
    </w:p>
    <w:p w14:paraId="3A3CB7EC" w14:textId="77777777" w:rsidR="003A58E6" w:rsidRPr="002A3095" w:rsidRDefault="003A58E6">
      <w:pPr>
        <w:rPr>
          <w:rFonts w:ascii="Calibri" w:hAnsi="Calibri" w:cs="Calibri"/>
        </w:rPr>
      </w:pPr>
    </w:p>
    <w:p w14:paraId="4668AF94" w14:textId="77777777" w:rsidR="003A58E6" w:rsidRPr="002A3095" w:rsidRDefault="003A58E6">
      <w:pPr>
        <w:rPr>
          <w:rFonts w:ascii="Calibri" w:hAnsi="Calibri" w:cs="Calibri"/>
        </w:rPr>
      </w:pPr>
    </w:p>
    <w:p w14:paraId="3924883F" w14:textId="77777777" w:rsidR="003A58E6" w:rsidRPr="002A3095" w:rsidRDefault="003A58E6">
      <w:pPr>
        <w:rPr>
          <w:rFonts w:ascii="Calibri" w:hAnsi="Calibri" w:cs="Calibri"/>
        </w:rPr>
      </w:pPr>
    </w:p>
    <w:p w14:paraId="498BBDAA" w14:textId="77777777" w:rsidR="003A58E6" w:rsidRPr="002A3095" w:rsidRDefault="003A58E6">
      <w:pPr>
        <w:rPr>
          <w:rFonts w:ascii="Calibri" w:hAnsi="Calibri" w:cs="Calibri"/>
        </w:rPr>
      </w:pPr>
    </w:p>
    <w:p w14:paraId="10F8085D" w14:textId="77777777" w:rsidR="003A58E6" w:rsidRPr="002A3095" w:rsidRDefault="003A58E6">
      <w:pPr>
        <w:rPr>
          <w:rFonts w:ascii="Calibri" w:hAnsi="Calibri" w:cs="Calibri"/>
        </w:rPr>
      </w:pPr>
    </w:p>
    <w:p w14:paraId="166596F4" w14:textId="77777777" w:rsidR="00852D65" w:rsidRPr="002A3095" w:rsidRDefault="00852D65">
      <w:pPr>
        <w:rPr>
          <w:rFonts w:ascii="Calibri" w:hAnsi="Calibri" w:cs="Calibri"/>
        </w:rPr>
      </w:pPr>
    </w:p>
    <w:p w14:paraId="525CC6D6" w14:textId="77777777" w:rsidR="003D10C9" w:rsidRPr="002A3095" w:rsidRDefault="003D10C9" w:rsidP="003D10C9">
      <w:pPr>
        <w:pStyle w:val="Akapitzlist"/>
        <w:ind w:left="360"/>
        <w:jc w:val="right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.............................................</w:t>
      </w:r>
    </w:p>
    <w:p w14:paraId="4C44E26C" w14:textId="77777777" w:rsidR="003D10C9" w:rsidRPr="002A3095" w:rsidRDefault="003D10C9" w:rsidP="003D10C9">
      <w:pPr>
        <w:pStyle w:val="Akapitzlist"/>
        <w:ind w:left="6750" w:firstLine="450"/>
        <w:jc w:val="center"/>
        <w:rPr>
          <w:rFonts w:ascii="Calibri" w:hAnsi="Calibri" w:cs="Calibri"/>
          <w:i/>
          <w:lang w:val="pl-PL"/>
        </w:rPr>
      </w:pPr>
      <w:r w:rsidRPr="002A3095">
        <w:rPr>
          <w:rFonts w:ascii="Calibri" w:hAnsi="Calibri" w:cs="Calibri"/>
          <w:i/>
          <w:lang w:val="pl-PL"/>
        </w:rPr>
        <w:t>(Data i podpis)</w:t>
      </w:r>
    </w:p>
    <w:p w14:paraId="09AF2B8B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202632F6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747DDB6F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1B5829E3" w14:textId="77777777" w:rsidR="003A58E6" w:rsidRPr="002A3095" w:rsidRDefault="00EC1C28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b/>
          <w:i/>
          <w:sz w:val="20"/>
          <w:lang w:val="pl-PL"/>
        </w:rPr>
        <w:lastRenderedPageBreak/>
        <w:t>Załącznik nr 5</w:t>
      </w:r>
      <w:r w:rsidRPr="002A3095">
        <w:rPr>
          <w:rFonts w:ascii="Calibri" w:hAnsi="Calibri" w:cs="Calibri"/>
          <w:i/>
          <w:sz w:val="20"/>
          <w:lang w:val="pl-PL"/>
        </w:rPr>
        <w:t xml:space="preserve"> </w:t>
      </w:r>
      <w:r w:rsidR="003A58E6" w:rsidRPr="002A3095">
        <w:rPr>
          <w:rFonts w:ascii="Calibri" w:hAnsi="Calibri" w:cs="Calibri"/>
          <w:i/>
          <w:sz w:val="20"/>
          <w:lang w:val="pl-PL"/>
        </w:rPr>
        <w:t xml:space="preserve">do Regulaminu postępowania w celu wyboru operatora automatów </w:t>
      </w:r>
      <w:proofErr w:type="spellStart"/>
      <w:r w:rsidR="003A58E6" w:rsidRPr="002A3095">
        <w:rPr>
          <w:rFonts w:ascii="Calibri" w:hAnsi="Calibri" w:cs="Calibri"/>
          <w:i/>
          <w:sz w:val="20"/>
          <w:lang w:val="pl-PL"/>
        </w:rPr>
        <w:t>vendingowych</w:t>
      </w:r>
      <w:proofErr w:type="spellEnd"/>
      <w:r w:rsidR="003A58E6" w:rsidRPr="002A3095">
        <w:rPr>
          <w:rFonts w:ascii="Calibri" w:hAnsi="Calibri" w:cs="Calibri"/>
          <w:i/>
          <w:sz w:val="20"/>
          <w:lang w:val="pl-PL"/>
        </w:rPr>
        <w:t xml:space="preserve"> </w:t>
      </w:r>
    </w:p>
    <w:p w14:paraId="204BA6FC" w14:textId="77777777" w:rsidR="003A58E6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 xml:space="preserve">w Ogólnokształcącej Szkole Muzycznej i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i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II st.</w:t>
      </w:r>
    </w:p>
    <w:p w14:paraId="1151C9E5" w14:textId="77777777" w:rsidR="00E073D7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>im. Henryka Wieniawskiego w Łodzi</w:t>
      </w:r>
    </w:p>
    <w:p w14:paraId="09BB2073" w14:textId="77777777" w:rsidR="003A58E6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</w:p>
    <w:p w14:paraId="6AD88F7A" w14:textId="77777777" w:rsidR="00B94B5A" w:rsidRPr="002A3095" w:rsidRDefault="002E6775" w:rsidP="003D10C9">
      <w:pPr>
        <w:pStyle w:val="Nagwek2"/>
        <w:jc w:val="center"/>
        <w:rPr>
          <w:rFonts w:ascii="Calibri" w:hAnsi="Calibri" w:cs="Calibri"/>
          <w:color w:val="auto"/>
          <w:lang w:val="pl-PL"/>
        </w:rPr>
      </w:pPr>
      <w:r w:rsidRPr="002A3095">
        <w:rPr>
          <w:rFonts w:ascii="Calibri" w:hAnsi="Calibri" w:cs="Calibri"/>
          <w:color w:val="auto"/>
          <w:lang w:val="pl-PL"/>
        </w:rPr>
        <w:t>Wykaz automatów</w:t>
      </w:r>
    </w:p>
    <w:p w14:paraId="110521E6" w14:textId="77777777" w:rsidR="00852D65" w:rsidRPr="002A3095" w:rsidRDefault="00852D65" w:rsidP="00852D65">
      <w:pPr>
        <w:rPr>
          <w:rFonts w:ascii="Calibri" w:hAnsi="Calibri" w:cs="Calibri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610"/>
        <w:gridCol w:w="1440"/>
        <w:gridCol w:w="2584"/>
      </w:tblGrid>
      <w:tr w:rsidR="003D10C9" w:rsidRPr="002A3095" w14:paraId="49E025DA" w14:textId="77777777" w:rsidTr="00542C25">
        <w:tc>
          <w:tcPr>
            <w:tcW w:w="1440" w:type="dxa"/>
          </w:tcPr>
          <w:p w14:paraId="0CF241A9" w14:textId="77777777" w:rsidR="00B94B5A" w:rsidRPr="002A3095" w:rsidRDefault="002E6775" w:rsidP="00852D65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Typ</w:t>
            </w:r>
            <w:proofErr w:type="spellEnd"/>
          </w:p>
        </w:tc>
        <w:tc>
          <w:tcPr>
            <w:tcW w:w="1440" w:type="dxa"/>
          </w:tcPr>
          <w:p w14:paraId="44CDA059" w14:textId="77777777" w:rsidR="00B94B5A" w:rsidRPr="002A3095" w:rsidRDefault="002E6775" w:rsidP="00852D65">
            <w:pPr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Producent</w:t>
            </w:r>
          </w:p>
        </w:tc>
        <w:tc>
          <w:tcPr>
            <w:tcW w:w="1440" w:type="dxa"/>
          </w:tcPr>
          <w:p w14:paraId="1F8D59C4" w14:textId="77777777" w:rsidR="00B94B5A" w:rsidRPr="002A3095" w:rsidRDefault="002E6775" w:rsidP="00852D65">
            <w:pPr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Rok</w:t>
            </w:r>
          </w:p>
        </w:tc>
        <w:tc>
          <w:tcPr>
            <w:tcW w:w="1574" w:type="dxa"/>
          </w:tcPr>
          <w:p w14:paraId="0CB9691B" w14:textId="77777777" w:rsidR="00B94B5A" w:rsidRPr="002A3095" w:rsidRDefault="002E6775" w:rsidP="00852D65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Płatność</w:t>
            </w:r>
            <w:proofErr w:type="spellEnd"/>
            <w:r w:rsidRPr="002A3095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542C25" w:rsidRPr="002A3095">
              <w:rPr>
                <w:rFonts w:ascii="Calibri" w:hAnsi="Calibri" w:cs="Calibri"/>
                <w:b/>
              </w:rPr>
              <w:t>b</w:t>
            </w:r>
            <w:r w:rsidRPr="002A3095">
              <w:rPr>
                <w:rFonts w:ascii="Calibri" w:hAnsi="Calibri" w:cs="Calibri"/>
                <w:b/>
              </w:rPr>
              <w:t>ezgotówkowa</w:t>
            </w:r>
            <w:proofErr w:type="spellEnd"/>
          </w:p>
        </w:tc>
        <w:tc>
          <w:tcPr>
            <w:tcW w:w="1440" w:type="dxa"/>
          </w:tcPr>
          <w:p w14:paraId="4001ED6D" w14:textId="77777777" w:rsidR="00B94B5A" w:rsidRPr="002A3095" w:rsidRDefault="002E6775" w:rsidP="00852D65">
            <w:pPr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Monitoring</w:t>
            </w:r>
          </w:p>
        </w:tc>
        <w:tc>
          <w:tcPr>
            <w:tcW w:w="2584" w:type="dxa"/>
          </w:tcPr>
          <w:p w14:paraId="24FE466A" w14:textId="77777777" w:rsidR="00B94B5A" w:rsidRPr="002A3095" w:rsidRDefault="002E6775" w:rsidP="00852D65">
            <w:pPr>
              <w:jc w:val="center"/>
              <w:rPr>
                <w:rFonts w:ascii="Calibri" w:hAnsi="Calibri" w:cs="Calibri"/>
                <w:b/>
              </w:rPr>
            </w:pPr>
            <w:r w:rsidRPr="002A3095">
              <w:rPr>
                <w:rFonts w:ascii="Calibri" w:hAnsi="Calibri" w:cs="Calibri"/>
                <w:b/>
              </w:rPr>
              <w:t>Uwagi</w:t>
            </w:r>
          </w:p>
        </w:tc>
      </w:tr>
      <w:tr w:rsidR="003D10C9" w:rsidRPr="002A3095" w14:paraId="6C389651" w14:textId="77777777" w:rsidTr="00542C25">
        <w:tc>
          <w:tcPr>
            <w:tcW w:w="1440" w:type="dxa"/>
          </w:tcPr>
          <w:p w14:paraId="3718F1C4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52FFB050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361BCB2C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574" w:type="dxa"/>
          </w:tcPr>
          <w:p w14:paraId="634E3637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4A82D703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584" w:type="dxa"/>
          </w:tcPr>
          <w:p w14:paraId="187F71AC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712CE5BA" w14:textId="77777777" w:rsidTr="00542C25">
        <w:tc>
          <w:tcPr>
            <w:tcW w:w="1440" w:type="dxa"/>
          </w:tcPr>
          <w:p w14:paraId="51EBA287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57C6EDAF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059927D9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574" w:type="dxa"/>
          </w:tcPr>
          <w:p w14:paraId="5F9A5811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3F3172C5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584" w:type="dxa"/>
          </w:tcPr>
          <w:p w14:paraId="670CCD4D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5F721F39" w14:textId="77777777" w:rsidTr="00542C25">
        <w:tc>
          <w:tcPr>
            <w:tcW w:w="1440" w:type="dxa"/>
          </w:tcPr>
          <w:p w14:paraId="6275F9D8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62FEB540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607C33A9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574" w:type="dxa"/>
          </w:tcPr>
          <w:p w14:paraId="17D6CB50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26428BA3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584" w:type="dxa"/>
          </w:tcPr>
          <w:p w14:paraId="61F3C24E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73C1FB6E" w14:textId="77777777" w:rsidTr="00542C25">
        <w:tc>
          <w:tcPr>
            <w:tcW w:w="1440" w:type="dxa"/>
          </w:tcPr>
          <w:p w14:paraId="3824B555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734D5FBC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7A5E91AD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574" w:type="dxa"/>
          </w:tcPr>
          <w:p w14:paraId="190786B9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50C817D6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584" w:type="dxa"/>
          </w:tcPr>
          <w:p w14:paraId="2747422A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0CA1B06" w14:textId="77777777" w:rsidTr="00542C25">
        <w:tc>
          <w:tcPr>
            <w:tcW w:w="1440" w:type="dxa"/>
          </w:tcPr>
          <w:p w14:paraId="73D7914F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2FEE88B3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6CFEFE63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574" w:type="dxa"/>
          </w:tcPr>
          <w:p w14:paraId="0D72011F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69A1BE21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2584" w:type="dxa"/>
          </w:tcPr>
          <w:p w14:paraId="7D07D6D8" w14:textId="77777777" w:rsidR="00B94B5A" w:rsidRPr="002A3095" w:rsidRDefault="00B94B5A" w:rsidP="00542C25">
            <w:pPr>
              <w:spacing w:line="480" w:lineRule="auto"/>
              <w:rPr>
                <w:rFonts w:ascii="Calibri" w:hAnsi="Calibri" w:cs="Calibri"/>
              </w:rPr>
            </w:pPr>
          </w:p>
        </w:tc>
      </w:tr>
    </w:tbl>
    <w:p w14:paraId="547B8713" w14:textId="77777777" w:rsidR="00B94B5A" w:rsidRPr="002A3095" w:rsidRDefault="00B94B5A">
      <w:pPr>
        <w:rPr>
          <w:rFonts w:ascii="Calibri" w:hAnsi="Calibri" w:cs="Calibri"/>
        </w:rPr>
      </w:pPr>
    </w:p>
    <w:p w14:paraId="21F9D233" w14:textId="77777777" w:rsidR="00542C25" w:rsidRPr="002A3095" w:rsidRDefault="00542C25">
      <w:pPr>
        <w:rPr>
          <w:rFonts w:ascii="Calibri" w:hAnsi="Calibri" w:cs="Calibri"/>
        </w:rPr>
      </w:pPr>
    </w:p>
    <w:p w14:paraId="0801B065" w14:textId="77777777" w:rsidR="003A58E6" w:rsidRPr="002A3095" w:rsidRDefault="003A58E6">
      <w:pPr>
        <w:rPr>
          <w:rFonts w:ascii="Calibri" w:hAnsi="Calibri" w:cs="Calibri"/>
        </w:rPr>
      </w:pPr>
    </w:p>
    <w:p w14:paraId="43D8B934" w14:textId="77777777" w:rsidR="003D10C9" w:rsidRPr="002A3095" w:rsidRDefault="003D10C9">
      <w:pPr>
        <w:rPr>
          <w:rFonts w:ascii="Calibri" w:hAnsi="Calibri" w:cs="Calibri"/>
        </w:rPr>
      </w:pPr>
    </w:p>
    <w:p w14:paraId="6C45E7AA" w14:textId="77777777" w:rsidR="003D10C9" w:rsidRPr="002A3095" w:rsidRDefault="003D10C9" w:rsidP="003D10C9">
      <w:pPr>
        <w:pStyle w:val="Akapitzlist"/>
        <w:ind w:left="360"/>
        <w:jc w:val="right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.............................................</w:t>
      </w:r>
    </w:p>
    <w:p w14:paraId="50D5548D" w14:textId="77777777" w:rsidR="003D10C9" w:rsidRPr="002A3095" w:rsidRDefault="003D10C9" w:rsidP="003D10C9">
      <w:pPr>
        <w:pStyle w:val="Akapitzlist"/>
        <w:ind w:left="6750" w:firstLine="450"/>
        <w:jc w:val="center"/>
        <w:rPr>
          <w:rFonts w:ascii="Calibri" w:hAnsi="Calibri" w:cs="Calibri"/>
          <w:i/>
          <w:lang w:val="pl-PL"/>
        </w:rPr>
      </w:pPr>
      <w:r w:rsidRPr="002A3095">
        <w:rPr>
          <w:rFonts w:ascii="Calibri" w:hAnsi="Calibri" w:cs="Calibri"/>
          <w:i/>
          <w:lang w:val="pl-PL"/>
        </w:rPr>
        <w:t>(Data i podpis)</w:t>
      </w:r>
    </w:p>
    <w:p w14:paraId="23197F5D" w14:textId="77777777" w:rsidR="00542C25" w:rsidRPr="002A3095" w:rsidRDefault="00542C25">
      <w:pPr>
        <w:rPr>
          <w:rFonts w:ascii="Calibri" w:hAnsi="Calibri" w:cs="Calibri"/>
          <w:lang w:val="pl-PL"/>
        </w:rPr>
      </w:pPr>
    </w:p>
    <w:p w14:paraId="2437D9F8" w14:textId="77777777" w:rsidR="00542C25" w:rsidRPr="002A3095" w:rsidRDefault="00542C25">
      <w:pPr>
        <w:rPr>
          <w:rFonts w:ascii="Calibri" w:hAnsi="Calibri" w:cs="Calibri"/>
          <w:lang w:val="pl-PL"/>
        </w:rPr>
      </w:pPr>
    </w:p>
    <w:p w14:paraId="0DB1C801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785277B8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0EC7D83D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23BF6285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0033514D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4BC2A74D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059914E3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5CC2F725" w14:textId="77777777" w:rsidR="00852D65" w:rsidRPr="002A3095" w:rsidRDefault="00852D65">
      <w:pPr>
        <w:rPr>
          <w:rFonts w:ascii="Calibri" w:hAnsi="Calibri" w:cs="Calibri"/>
          <w:lang w:val="pl-PL"/>
        </w:rPr>
      </w:pPr>
    </w:p>
    <w:p w14:paraId="3E902680" w14:textId="77777777" w:rsidR="003A58E6" w:rsidRPr="002A3095" w:rsidRDefault="00EC1C28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b/>
          <w:i/>
          <w:sz w:val="20"/>
          <w:lang w:val="pl-PL"/>
        </w:rPr>
        <w:lastRenderedPageBreak/>
        <w:t>Załącznik nr</w:t>
      </w:r>
      <w:r w:rsidR="003D10C9" w:rsidRPr="002A3095">
        <w:rPr>
          <w:rFonts w:ascii="Calibri" w:hAnsi="Calibri" w:cs="Calibri"/>
          <w:b/>
          <w:i/>
          <w:sz w:val="20"/>
          <w:lang w:val="pl-PL"/>
        </w:rPr>
        <w:t xml:space="preserve"> </w:t>
      </w:r>
      <w:r w:rsidRPr="002A3095">
        <w:rPr>
          <w:rFonts w:ascii="Calibri" w:hAnsi="Calibri" w:cs="Calibri"/>
          <w:b/>
          <w:i/>
          <w:sz w:val="20"/>
          <w:lang w:val="pl-PL"/>
        </w:rPr>
        <w:t>6</w:t>
      </w:r>
      <w:r w:rsidRPr="002A3095">
        <w:rPr>
          <w:rFonts w:ascii="Calibri" w:hAnsi="Calibri" w:cs="Calibri"/>
          <w:i/>
          <w:sz w:val="20"/>
          <w:lang w:val="pl-PL"/>
        </w:rPr>
        <w:t xml:space="preserve"> </w:t>
      </w:r>
      <w:r w:rsidR="003A58E6" w:rsidRPr="002A3095">
        <w:rPr>
          <w:rFonts w:ascii="Calibri" w:hAnsi="Calibri" w:cs="Calibri"/>
          <w:i/>
          <w:sz w:val="20"/>
          <w:lang w:val="pl-PL"/>
        </w:rPr>
        <w:t xml:space="preserve">do Regulaminu postępowania w celu wyboru operatora automatów </w:t>
      </w:r>
      <w:proofErr w:type="spellStart"/>
      <w:r w:rsidR="003A58E6" w:rsidRPr="002A3095">
        <w:rPr>
          <w:rFonts w:ascii="Calibri" w:hAnsi="Calibri" w:cs="Calibri"/>
          <w:i/>
          <w:sz w:val="20"/>
          <w:lang w:val="pl-PL"/>
        </w:rPr>
        <w:t>vendingowych</w:t>
      </w:r>
      <w:proofErr w:type="spellEnd"/>
      <w:r w:rsidR="003A58E6" w:rsidRPr="002A3095">
        <w:rPr>
          <w:rFonts w:ascii="Calibri" w:hAnsi="Calibri" w:cs="Calibri"/>
          <w:i/>
          <w:sz w:val="20"/>
          <w:lang w:val="pl-PL"/>
        </w:rPr>
        <w:t xml:space="preserve"> </w:t>
      </w:r>
    </w:p>
    <w:p w14:paraId="3B21D118" w14:textId="77777777" w:rsidR="003A58E6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 xml:space="preserve">w Ogólnokształcącej Szkole Muzycznej i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i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II st.</w:t>
      </w:r>
    </w:p>
    <w:p w14:paraId="1B5F6255" w14:textId="77777777" w:rsidR="00852D65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>im. Henryka Wieniawskiego w Łodzi</w:t>
      </w:r>
    </w:p>
    <w:p w14:paraId="354C1DD6" w14:textId="77777777" w:rsidR="003A58E6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</w:p>
    <w:p w14:paraId="4421751B" w14:textId="77777777" w:rsidR="00B94B5A" w:rsidRPr="002A3095" w:rsidRDefault="002E6775" w:rsidP="00EC1C28">
      <w:pPr>
        <w:pStyle w:val="Nagwek2"/>
        <w:jc w:val="center"/>
        <w:rPr>
          <w:rFonts w:ascii="Calibri" w:hAnsi="Calibri" w:cs="Calibri"/>
          <w:color w:val="auto"/>
          <w:lang w:val="pl-PL"/>
        </w:rPr>
      </w:pPr>
      <w:r w:rsidRPr="002A3095">
        <w:rPr>
          <w:rFonts w:ascii="Calibri" w:hAnsi="Calibri" w:cs="Calibri"/>
          <w:color w:val="auto"/>
          <w:lang w:val="pl-PL"/>
        </w:rPr>
        <w:t>Oświadczenie członka Komisji</w:t>
      </w:r>
    </w:p>
    <w:p w14:paraId="529668E5" w14:textId="77777777" w:rsidR="00EC1C28" w:rsidRPr="002A3095" w:rsidRDefault="00EC1C28" w:rsidP="00EC1C28">
      <w:pPr>
        <w:rPr>
          <w:rFonts w:ascii="Calibri" w:hAnsi="Calibri" w:cs="Calibri"/>
          <w:lang w:val="pl-PL"/>
        </w:rPr>
      </w:pPr>
    </w:p>
    <w:p w14:paraId="6F42FC18" w14:textId="77777777" w:rsidR="00852D65" w:rsidRPr="002A3095" w:rsidRDefault="00852D65" w:rsidP="000F7929">
      <w:pPr>
        <w:spacing w:line="360" w:lineRule="auto"/>
        <w:rPr>
          <w:rFonts w:ascii="Calibri" w:hAnsi="Calibri" w:cs="Calibri"/>
          <w:b/>
        </w:rPr>
      </w:pPr>
      <w:proofErr w:type="spellStart"/>
      <w:r w:rsidRPr="002A3095">
        <w:rPr>
          <w:rFonts w:ascii="Calibri" w:hAnsi="Calibri" w:cs="Calibri"/>
          <w:b/>
        </w:rPr>
        <w:t>Oświadczam</w:t>
      </w:r>
      <w:proofErr w:type="spellEnd"/>
      <w:r w:rsidRPr="002A3095">
        <w:rPr>
          <w:rFonts w:ascii="Calibri" w:hAnsi="Calibri" w:cs="Calibri"/>
          <w:b/>
        </w:rPr>
        <w:t xml:space="preserve">, </w:t>
      </w:r>
      <w:proofErr w:type="spellStart"/>
      <w:r w:rsidRPr="002A3095">
        <w:rPr>
          <w:rFonts w:ascii="Calibri" w:hAnsi="Calibri" w:cs="Calibri"/>
          <w:b/>
        </w:rPr>
        <w:t>że</w:t>
      </w:r>
      <w:proofErr w:type="spellEnd"/>
      <w:r w:rsidRPr="002A3095">
        <w:rPr>
          <w:rFonts w:ascii="Calibri" w:hAnsi="Calibri" w:cs="Calibri"/>
          <w:b/>
        </w:rPr>
        <w:t>:</w:t>
      </w:r>
    </w:p>
    <w:p w14:paraId="77CE1BED" w14:textId="77777777" w:rsidR="00852D65" w:rsidRPr="002A3095" w:rsidRDefault="00852D65" w:rsidP="000F7929">
      <w:pPr>
        <w:pStyle w:val="Listapunktowana"/>
        <w:numPr>
          <w:ilvl w:val="0"/>
          <w:numId w:val="26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nie pozostaję w konflikcie interesów z żadnym z oferentów;</w:t>
      </w:r>
    </w:p>
    <w:p w14:paraId="39125300" w14:textId="77777777" w:rsidR="00852D65" w:rsidRPr="002A3095" w:rsidRDefault="00852D65" w:rsidP="000F7929">
      <w:pPr>
        <w:pStyle w:val="Listapunktowana"/>
        <w:numPr>
          <w:ilvl w:val="0"/>
          <w:numId w:val="26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nie pozostaję z oferentami w relacjach mogących wywołać wątpliwości co do mojej bezstronności;</w:t>
      </w:r>
    </w:p>
    <w:p w14:paraId="0F07033D" w14:textId="77777777" w:rsidR="00852D65" w:rsidRPr="002A3095" w:rsidRDefault="00852D65" w:rsidP="000F7929">
      <w:pPr>
        <w:pStyle w:val="Listapunktowana"/>
        <w:numPr>
          <w:ilvl w:val="0"/>
          <w:numId w:val="26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zobowiązuję się zachować poufność informacji uzyskanych w toku postępowania;</w:t>
      </w:r>
    </w:p>
    <w:p w14:paraId="1B1405A4" w14:textId="77777777" w:rsidR="00852D65" w:rsidRPr="002A3095" w:rsidRDefault="00852D65" w:rsidP="000F7929">
      <w:pPr>
        <w:pStyle w:val="Listapunktowana"/>
        <w:numPr>
          <w:ilvl w:val="0"/>
          <w:numId w:val="26"/>
        </w:numPr>
        <w:spacing w:line="360" w:lineRule="auto"/>
        <w:ind w:left="567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lang w:val="pl-PL"/>
        </w:rPr>
        <w:t>niezwłocznie poinformuję Dyrektora o każdej okoliczności mogącej stanowić podstawę mojego wyłączenia z prac Komisji.</w:t>
      </w:r>
    </w:p>
    <w:p w14:paraId="6A292D2E" w14:textId="77777777" w:rsidR="00685628" w:rsidRPr="002A3095" w:rsidRDefault="00685628" w:rsidP="00685628">
      <w:pPr>
        <w:spacing w:after="0" w:line="240" w:lineRule="auto"/>
        <w:rPr>
          <w:rFonts w:ascii="Calibri" w:hAnsi="Calibri" w:cs="Calibri"/>
          <w:sz w:val="24"/>
          <w:lang w:val="pl-PL"/>
        </w:rPr>
      </w:pPr>
    </w:p>
    <w:p w14:paraId="48B73E4A" w14:textId="77777777" w:rsidR="003A58E6" w:rsidRPr="002A3095" w:rsidRDefault="003A58E6" w:rsidP="00685628">
      <w:pPr>
        <w:spacing w:after="0" w:line="240" w:lineRule="auto"/>
        <w:rPr>
          <w:rFonts w:ascii="Calibri" w:hAnsi="Calibri" w:cs="Calibri"/>
          <w:sz w:val="24"/>
          <w:lang w:val="pl-PL"/>
        </w:rPr>
      </w:pPr>
    </w:p>
    <w:p w14:paraId="38DD6B09" w14:textId="77777777" w:rsidR="00542C25" w:rsidRPr="002A3095" w:rsidRDefault="002E6775" w:rsidP="00685628">
      <w:pPr>
        <w:spacing w:after="0" w:line="240" w:lineRule="auto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br/>
        <w:t>...........................................</w:t>
      </w:r>
      <w:r w:rsidR="00542C25" w:rsidRPr="002A3095">
        <w:rPr>
          <w:rFonts w:ascii="Calibri" w:hAnsi="Calibri" w:cs="Calibri"/>
          <w:sz w:val="24"/>
          <w:lang w:val="pl-PL"/>
        </w:rPr>
        <w:t>...</w:t>
      </w:r>
      <w:r w:rsidRPr="002A3095">
        <w:rPr>
          <w:rFonts w:ascii="Calibri" w:hAnsi="Calibri" w:cs="Calibri"/>
          <w:sz w:val="24"/>
          <w:lang w:val="pl-PL"/>
        </w:rPr>
        <w:t>.</w:t>
      </w:r>
      <w:r w:rsidR="00542C25" w:rsidRPr="002A3095">
        <w:rPr>
          <w:rFonts w:ascii="Calibri" w:hAnsi="Calibri" w:cs="Calibri"/>
          <w:sz w:val="24"/>
          <w:lang w:val="pl-PL"/>
        </w:rPr>
        <w:tab/>
      </w:r>
      <w:r w:rsidR="00542C25" w:rsidRPr="002A3095">
        <w:rPr>
          <w:rFonts w:ascii="Calibri" w:hAnsi="Calibri" w:cs="Calibri"/>
          <w:sz w:val="24"/>
          <w:lang w:val="pl-PL"/>
        </w:rPr>
        <w:tab/>
      </w:r>
      <w:r w:rsidR="00542C25" w:rsidRPr="002A3095">
        <w:rPr>
          <w:rFonts w:ascii="Calibri" w:hAnsi="Calibri" w:cs="Calibri"/>
          <w:sz w:val="24"/>
          <w:lang w:val="pl-PL"/>
        </w:rPr>
        <w:tab/>
      </w:r>
      <w:r w:rsidR="00542C25" w:rsidRPr="002A3095">
        <w:rPr>
          <w:rFonts w:ascii="Calibri" w:hAnsi="Calibri" w:cs="Calibri"/>
          <w:sz w:val="24"/>
          <w:lang w:val="pl-PL"/>
        </w:rPr>
        <w:tab/>
      </w:r>
      <w:r w:rsidR="00542C25" w:rsidRPr="002A3095">
        <w:rPr>
          <w:rFonts w:ascii="Calibri" w:hAnsi="Calibri" w:cs="Calibri"/>
          <w:sz w:val="24"/>
          <w:lang w:val="pl-PL"/>
        </w:rPr>
        <w:tab/>
      </w:r>
      <w:r w:rsidR="00542C25" w:rsidRPr="002A3095">
        <w:rPr>
          <w:rFonts w:ascii="Calibri" w:hAnsi="Calibri" w:cs="Calibri"/>
          <w:sz w:val="24"/>
          <w:lang w:val="pl-PL"/>
        </w:rPr>
        <w:tab/>
      </w:r>
      <w:r w:rsidR="00542C25" w:rsidRPr="002A3095">
        <w:rPr>
          <w:rFonts w:ascii="Calibri" w:hAnsi="Calibri" w:cs="Calibri"/>
          <w:sz w:val="24"/>
          <w:lang w:val="pl-PL"/>
        </w:rPr>
        <w:tab/>
        <w:t>……………………………………..</w:t>
      </w:r>
    </w:p>
    <w:p w14:paraId="215FFD0E" w14:textId="77777777" w:rsidR="00B94B5A" w:rsidRPr="002A3095" w:rsidRDefault="00542C25" w:rsidP="00685628">
      <w:pPr>
        <w:spacing w:line="240" w:lineRule="auto"/>
        <w:rPr>
          <w:rFonts w:ascii="Calibri" w:hAnsi="Calibri" w:cs="Calibri"/>
          <w:i/>
          <w:sz w:val="24"/>
          <w:lang w:val="pl-PL"/>
        </w:rPr>
      </w:pPr>
      <w:r w:rsidRPr="002A3095">
        <w:rPr>
          <w:rFonts w:ascii="Calibri" w:hAnsi="Calibri" w:cs="Calibri"/>
          <w:i/>
          <w:sz w:val="24"/>
          <w:lang w:val="pl-PL"/>
        </w:rPr>
        <w:t xml:space="preserve">        (</w:t>
      </w:r>
      <w:r w:rsidR="002E6775" w:rsidRPr="002A3095">
        <w:rPr>
          <w:rFonts w:ascii="Calibri" w:hAnsi="Calibri" w:cs="Calibri"/>
          <w:i/>
          <w:sz w:val="24"/>
          <w:lang w:val="pl-PL"/>
        </w:rPr>
        <w:t>Imię i nazwisko</w:t>
      </w:r>
      <w:r w:rsidRPr="002A3095">
        <w:rPr>
          <w:rFonts w:ascii="Calibri" w:hAnsi="Calibri" w:cs="Calibri"/>
          <w:i/>
          <w:sz w:val="24"/>
          <w:lang w:val="pl-PL"/>
        </w:rPr>
        <w:t>)</w:t>
      </w:r>
      <w:r w:rsidRPr="002A3095">
        <w:rPr>
          <w:rFonts w:ascii="Calibri" w:hAnsi="Calibri" w:cs="Calibri"/>
          <w:i/>
          <w:sz w:val="24"/>
          <w:lang w:val="pl-PL"/>
        </w:rPr>
        <w:tab/>
      </w:r>
      <w:r w:rsidRPr="002A3095">
        <w:rPr>
          <w:rFonts w:ascii="Calibri" w:hAnsi="Calibri" w:cs="Calibri"/>
          <w:i/>
          <w:sz w:val="24"/>
          <w:lang w:val="pl-PL"/>
        </w:rPr>
        <w:tab/>
      </w:r>
      <w:r w:rsidRPr="002A3095">
        <w:rPr>
          <w:rFonts w:ascii="Calibri" w:hAnsi="Calibri" w:cs="Calibri"/>
          <w:i/>
          <w:sz w:val="24"/>
          <w:lang w:val="pl-PL"/>
        </w:rPr>
        <w:tab/>
      </w:r>
      <w:r w:rsidRPr="002A3095">
        <w:rPr>
          <w:rFonts w:ascii="Calibri" w:hAnsi="Calibri" w:cs="Calibri"/>
          <w:i/>
          <w:sz w:val="24"/>
          <w:lang w:val="pl-PL"/>
        </w:rPr>
        <w:tab/>
      </w:r>
      <w:r w:rsidRPr="002A3095">
        <w:rPr>
          <w:rFonts w:ascii="Calibri" w:hAnsi="Calibri" w:cs="Calibri"/>
          <w:i/>
          <w:sz w:val="24"/>
          <w:lang w:val="pl-PL"/>
        </w:rPr>
        <w:tab/>
      </w:r>
      <w:r w:rsidRPr="002A3095">
        <w:rPr>
          <w:rFonts w:ascii="Calibri" w:hAnsi="Calibri" w:cs="Calibri"/>
          <w:i/>
          <w:sz w:val="24"/>
          <w:lang w:val="pl-PL"/>
        </w:rPr>
        <w:tab/>
      </w:r>
      <w:r w:rsidRPr="002A3095">
        <w:rPr>
          <w:rFonts w:ascii="Calibri" w:hAnsi="Calibri" w:cs="Calibri"/>
          <w:i/>
          <w:sz w:val="24"/>
          <w:lang w:val="pl-PL"/>
        </w:rPr>
        <w:tab/>
      </w:r>
      <w:r w:rsidRPr="002A3095">
        <w:rPr>
          <w:rFonts w:ascii="Calibri" w:hAnsi="Calibri" w:cs="Calibri"/>
          <w:i/>
          <w:sz w:val="24"/>
          <w:lang w:val="pl-PL"/>
        </w:rPr>
        <w:tab/>
      </w:r>
      <w:r w:rsidRPr="002A3095">
        <w:rPr>
          <w:rFonts w:ascii="Calibri" w:hAnsi="Calibri" w:cs="Calibri"/>
          <w:i/>
          <w:sz w:val="24"/>
          <w:lang w:val="pl-PL"/>
        </w:rPr>
        <w:tab/>
        <w:t>(</w:t>
      </w:r>
      <w:r w:rsidR="002E6775" w:rsidRPr="002A3095">
        <w:rPr>
          <w:rFonts w:ascii="Calibri" w:hAnsi="Calibri" w:cs="Calibri"/>
          <w:i/>
          <w:sz w:val="24"/>
          <w:lang w:val="pl-PL"/>
        </w:rPr>
        <w:t>podpis</w:t>
      </w:r>
      <w:r w:rsidRPr="002A3095">
        <w:rPr>
          <w:rFonts w:ascii="Calibri" w:hAnsi="Calibri" w:cs="Calibri"/>
          <w:i/>
          <w:sz w:val="24"/>
          <w:lang w:val="pl-PL"/>
        </w:rPr>
        <w:t>)</w:t>
      </w:r>
    </w:p>
    <w:p w14:paraId="7A7BD22E" w14:textId="77777777" w:rsidR="00542C25" w:rsidRPr="002A3095" w:rsidRDefault="00542C25">
      <w:pPr>
        <w:pStyle w:val="Nagwek2"/>
        <w:rPr>
          <w:rFonts w:ascii="Calibri" w:hAnsi="Calibri" w:cs="Calibri"/>
          <w:color w:val="auto"/>
          <w:lang w:val="pl-PL"/>
        </w:rPr>
      </w:pPr>
    </w:p>
    <w:p w14:paraId="7B3B3594" w14:textId="77777777" w:rsidR="00542C25" w:rsidRPr="002A3095" w:rsidRDefault="00542C25">
      <w:pPr>
        <w:pStyle w:val="Nagwek2"/>
        <w:rPr>
          <w:rFonts w:ascii="Calibri" w:hAnsi="Calibri" w:cs="Calibri"/>
          <w:color w:val="auto"/>
          <w:lang w:val="pl-PL"/>
        </w:rPr>
      </w:pPr>
    </w:p>
    <w:p w14:paraId="29836D2C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31FFF4F2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4364B816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09F70B79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657FCE83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73226236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091E9DAB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769359E5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0DECAFEA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4C255217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4ECB0B08" w14:textId="77777777" w:rsidR="002E6775" w:rsidRPr="002A3095" w:rsidRDefault="002E6775" w:rsidP="002E6775">
      <w:pPr>
        <w:rPr>
          <w:rFonts w:ascii="Calibri" w:hAnsi="Calibri" w:cs="Calibri"/>
          <w:lang w:val="pl-PL"/>
        </w:rPr>
      </w:pPr>
    </w:p>
    <w:p w14:paraId="5E73011B" w14:textId="77777777" w:rsidR="003A58E6" w:rsidRPr="002A3095" w:rsidRDefault="00EC1C28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b/>
          <w:i/>
          <w:sz w:val="20"/>
          <w:lang w:val="pl-PL"/>
        </w:rPr>
        <w:lastRenderedPageBreak/>
        <w:t>Załącznik nr 7</w:t>
      </w:r>
      <w:r w:rsidRPr="002A3095">
        <w:rPr>
          <w:rFonts w:ascii="Calibri" w:hAnsi="Calibri" w:cs="Calibri"/>
          <w:i/>
          <w:sz w:val="20"/>
          <w:lang w:val="pl-PL"/>
        </w:rPr>
        <w:t xml:space="preserve"> </w:t>
      </w:r>
      <w:r w:rsidR="003A58E6" w:rsidRPr="002A3095">
        <w:rPr>
          <w:rFonts w:ascii="Calibri" w:hAnsi="Calibri" w:cs="Calibri"/>
          <w:i/>
          <w:sz w:val="20"/>
          <w:lang w:val="pl-PL"/>
        </w:rPr>
        <w:t xml:space="preserve">do Regulaminu postępowania w celu wyboru operatora automatów </w:t>
      </w:r>
      <w:proofErr w:type="spellStart"/>
      <w:r w:rsidR="003A58E6" w:rsidRPr="002A3095">
        <w:rPr>
          <w:rFonts w:ascii="Calibri" w:hAnsi="Calibri" w:cs="Calibri"/>
          <w:i/>
          <w:sz w:val="20"/>
          <w:lang w:val="pl-PL"/>
        </w:rPr>
        <w:t>vendingowych</w:t>
      </w:r>
      <w:proofErr w:type="spellEnd"/>
      <w:r w:rsidR="003A58E6" w:rsidRPr="002A3095">
        <w:rPr>
          <w:rFonts w:ascii="Calibri" w:hAnsi="Calibri" w:cs="Calibri"/>
          <w:i/>
          <w:sz w:val="20"/>
          <w:lang w:val="pl-PL"/>
        </w:rPr>
        <w:t xml:space="preserve"> </w:t>
      </w:r>
    </w:p>
    <w:p w14:paraId="7CFE426B" w14:textId="77777777" w:rsidR="003A58E6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 xml:space="preserve">w Ogólnokształcącej Szkole Muzycznej i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i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II st.</w:t>
      </w:r>
    </w:p>
    <w:p w14:paraId="41470C5D" w14:textId="77777777" w:rsidR="00B94B5A" w:rsidRPr="002A3095" w:rsidRDefault="003A58E6" w:rsidP="003A58E6">
      <w:pPr>
        <w:spacing w:after="0"/>
        <w:ind w:left="5670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>im. Henryka Wieniawskiego w Łodzi</w:t>
      </w:r>
      <w:r w:rsidRPr="002A3095">
        <w:rPr>
          <w:rFonts w:ascii="Calibri" w:hAnsi="Calibri" w:cs="Calibri"/>
          <w:lang w:val="pl-PL"/>
        </w:rPr>
        <w:t xml:space="preserve"> </w:t>
      </w:r>
      <w:r w:rsidR="002E6775" w:rsidRPr="002A3095">
        <w:rPr>
          <w:rFonts w:ascii="Calibri" w:hAnsi="Calibri" w:cs="Calibri"/>
          <w:lang w:val="pl-PL"/>
        </w:rPr>
        <w:t>Karta oceny oferty</w:t>
      </w:r>
    </w:p>
    <w:p w14:paraId="5DB2319C" w14:textId="77777777" w:rsidR="00EC1C28" w:rsidRPr="002A3095" w:rsidRDefault="00EC1C28" w:rsidP="00EC1C28">
      <w:pPr>
        <w:rPr>
          <w:rFonts w:ascii="Calibri" w:hAnsi="Calibri" w:cs="Calibri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43"/>
        <w:gridCol w:w="3372"/>
        <w:gridCol w:w="3155"/>
      </w:tblGrid>
      <w:tr w:rsidR="003D10C9" w:rsidRPr="002A3095" w14:paraId="746F015C" w14:textId="77777777" w:rsidTr="00852D65">
        <w:tc>
          <w:tcPr>
            <w:tcW w:w="3543" w:type="dxa"/>
          </w:tcPr>
          <w:p w14:paraId="1826281C" w14:textId="77777777" w:rsidR="00852D65" w:rsidRPr="002A3095" w:rsidRDefault="00852D65" w:rsidP="003D10C9">
            <w:pPr>
              <w:spacing w:line="480" w:lineRule="auto"/>
              <w:jc w:val="center"/>
              <w:rPr>
                <w:rFonts w:ascii="Calibri" w:hAnsi="Calibri" w:cs="Calibri"/>
                <w:b/>
                <w:lang w:val="pl-PL"/>
              </w:rPr>
            </w:pPr>
            <w:r w:rsidRPr="002A3095">
              <w:rPr>
                <w:rFonts w:ascii="Calibri" w:hAnsi="Calibri" w:cs="Calibri"/>
                <w:b/>
                <w:lang w:val="pl-PL"/>
              </w:rPr>
              <w:t>Kryterium</w:t>
            </w:r>
          </w:p>
        </w:tc>
        <w:tc>
          <w:tcPr>
            <w:tcW w:w="3372" w:type="dxa"/>
          </w:tcPr>
          <w:p w14:paraId="0ADD6602" w14:textId="77777777" w:rsidR="00852D65" w:rsidRPr="002A3095" w:rsidRDefault="00852D65" w:rsidP="003D10C9">
            <w:pPr>
              <w:spacing w:line="480" w:lineRule="auto"/>
              <w:jc w:val="center"/>
              <w:rPr>
                <w:rFonts w:ascii="Calibri" w:hAnsi="Calibri" w:cs="Calibri"/>
                <w:b/>
                <w:lang w:val="pl-PL"/>
              </w:rPr>
            </w:pPr>
            <w:r w:rsidRPr="002A3095">
              <w:rPr>
                <w:rFonts w:ascii="Calibri" w:hAnsi="Calibri" w:cs="Calibri"/>
                <w:b/>
                <w:lang w:val="pl-PL"/>
              </w:rPr>
              <w:t>Ocena opisowa / uwagi</w:t>
            </w:r>
          </w:p>
        </w:tc>
        <w:tc>
          <w:tcPr>
            <w:tcW w:w="3155" w:type="dxa"/>
          </w:tcPr>
          <w:p w14:paraId="6A9F182A" w14:textId="77777777" w:rsidR="00852D65" w:rsidRPr="002A3095" w:rsidRDefault="00852D65" w:rsidP="003D10C9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2A3095">
              <w:rPr>
                <w:rFonts w:ascii="Calibri" w:hAnsi="Calibri" w:cs="Calibri"/>
                <w:b/>
              </w:rPr>
              <w:t>Spełnia</w:t>
            </w:r>
            <w:proofErr w:type="spellEnd"/>
          </w:p>
        </w:tc>
      </w:tr>
      <w:tr w:rsidR="003D10C9" w:rsidRPr="002A3095" w14:paraId="360FE17C" w14:textId="77777777" w:rsidTr="00852D65">
        <w:tc>
          <w:tcPr>
            <w:tcW w:w="3543" w:type="dxa"/>
          </w:tcPr>
          <w:p w14:paraId="61941B29" w14:textId="77777777" w:rsidR="00852D65" w:rsidRPr="002A3095" w:rsidRDefault="00852D65" w:rsidP="00852D65">
            <w:pPr>
              <w:rPr>
                <w:rFonts w:ascii="Calibri" w:hAnsi="Calibri" w:cs="Calibri"/>
              </w:rPr>
            </w:pPr>
            <w:proofErr w:type="spellStart"/>
            <w:r w:rsidRPr="002A3095">
              <w:rPr>
                <w:rFonts w:ascii="Calibri" w:hAnsi="Calibri" w:cs="Calibri"/>
              </w:rPr>
              <w:t>Rodzaj</w:t>
            </w:r>
            <w:proofErr w:type="spellEnd"/>
            <w:r w:rsidRPr="002A3095">
              <w:rPr>
                <w:rFonts w:ascii="Calibri" w:hAnsi="Calibri" w:cs="Calibri"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</w:rPr>
              <w:t>i</w:t>
            </w:r>
            <w:proofErr w:type="spellEnd"/>
            <w:r w:rsidRPr="002A3095">
              <w:rPr>
                <w:rFonts w:ascii="Calibri" w:hAnsi="Calibri" w:cs="Calibri"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</w:rPr>
              <w:t>różnorodność</w:t>
            </w:r>
            <w:proofErr w:type="spellEnd"/>
            <w:r w:rsidRPr="002A3095">
              <w:rPr>
                <w:rFonts w:ascii="Calibri" w:hAnsi="Calibri" w:cs="Calibri"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</w:rPr>
              <w:t>asortymentu</w:t>
            </w:r>
            <w:proofErr w:type="spellEnd"/>
          </w:p>
        </w:tc>
        <w:tc>
          <w:tcPr>
            <w:tcW w:w="3372" w:type="dxa"/>
          </w:tcPr>
          <w:p w14:paraId="09E2CDBD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3155" w:type="dxa"/>
          </w:tcPr>
          <w:p w14:paraId="5CFB76F8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  <w:lang w:val="pl-PL"/>
              </w:rPr>
            </w:pPr>
          </w:p>
        </w:tc>
      </w:tr>
      <w:tr w:rsidR="003D10C9" w:rsidRPr="002A3095" w14:paraId="1CCDDF9B" w14:textId="77777777" w:rsidTr="00852D65">
        <w:tc>
          <w:tcPr>
            <w:tcW w:w="3543" w:type="dxa"/>
          </w:tcPr>
          <w:p w14:paraId="1A4A2046" w14:textId="77777777" w:rsidR="00852D65" w:rsidRPr="002A3095" w:rsidRDefault="00852D65" w:rsidP="00852D65">
            <w:pPr>
              <w:rPr>
                <w:rFonts w:ascii="Calibri" w:hAnsi="Calibri" w:cs="Calibri"/>
                <w:lang w:val="pl-PL"/>
              </w:rPr>
            </w:pPr>
            <w:r w:rsidRPr="002A3095">
              <w:rPr>
                <w:rFonts w:ascii="Calibri" w:hAnsi="Calibri" w:cs="Calibri"/>
                <w:lang w:val="pl-PL"/>
              </w:rPr>
              <w:t>Zgodność z przepisami dotyczącymi żywienia dzieci i młodzieży</w:t>
            </w:r>
          </w:p>
        </w:tc>
        <w:tc>
          <w:tcPr>
            <w:tcW w:w="3372" w:type="dxa"/>
          </w:tcPr>
          <w:p w14:paraId="28C4E92F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3155" w:type="dxa"/>
          </w:tcPr>
          <w:p w14:paraId="25327C0E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  <w:lang w:val="pl-PL"/>
              </w:rPr>
            </w:pPr>
          </w:p>
        </w:tc>
      </w:tr>
      <w:tr w:rsidR="003D10C9" w:rsidRPr="002A3095" w14:paraId="3F9320F2" w14:textId="77777777" w:rsidTr="00852D65">
        <w:tc>
          <w:tcPr>
            <w:tcW w:w="3543" w:type="dxa"/>
          </w:tcPr>
          <w:p w14:paraId="210811D4" w14:textId="77777777" w:rsidR="00852D65" w:rsidRPr="002A3095" w:rsidRDefault="00852D65" w:rsidP="00852D65">
            <w:pPr>
              <w:rPr>
                <w:rFonts w:ascii="Calibri" w:hAnsi="Calibri" w:cs="Calibri"/>
              </w:rPr>
            </w:pPr>
            <w:proofErr w:type="spellStart"/>
            <w:r w:rsidRPr="002A3095">
              <w:rPr>
                <w:rFonts w:ascii="Calibri" w:hAnsi="Calibri" w:cs="Calibri"/>
              </w:rPr>
              <w:t>Ceny</w:t>
            </w:r>
            <w:proofErr w:type="spellEnd"/>
            <w:r w:rsidRPr="002A3095">
              <w:rPr>
                <w:rFonts w:ascii="Calibri" w:hAnsi="Calibri" w:cs="Calibri"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</w:rPr>
              <w:t>oferowanych</w:t>
            </w:r>
            <w:proofErr w:type="spellEnd"/>
            <w:r w:rsidRPr="002A3095">
              <w:rPr>
                <w:rFonts w:ascii="Calibri" w:hAnsi="Calibri" w:cs="Calibri"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</w:rPr>
              <w:t>produktów</w:t>
            </w:r>
            <w:proofErr w:type="spellEnd"/>
          </w:p>
        </w:tc>
        <w:tc>
          <w:tcPr>
            <w:tcW w:w="3372" w:type="dxa"/>
          </w:tcPr>
          <w:p w14:paraId="4DA0C7A8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155" w:type="dxa"/>
          </w:tcPr>
          <w:p w14:paraId="2C186979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6665D7FB" w14:textId="77777777" w:rsidTr="00852D65">
        <w:tc>
          <w:tcPr>
            <w:tcW w:w="3543" w:type="dxa"/>
          </w:tcPr>
          <w:p w14:paraId="0A63C387" w14:textId="77777777" w:rsidR="00852D65" w:rsidRPr="002A3095" w:rsidRDefault="00852D65" w:rsidP="00852D65">
            <w:pPr>
              <w:rPr>
                <w:rFonts w:ascii="Calibri" w:hAnsi="Calibri" w:cs="Calibri"/>
                <w:lang w:val="pl-PL"/>
              </w:rPr>
            </w:pPr>
            <w:r w:rsidRPr="002A3095">
              <w:rPr>
                <w:rFonts w:ascii="Calibri" w:hAnsi="Calibri" w:cs="Calibri"/>
                <w:lang w:val="pl-PL"/>
              </w:rPr>
              <w:t>Jakość, estetyka i funkcjonalność automatów</w:t>
            </w:r>
          </w:p>
        </w:tc>
        <w:tc>
          <w:tcPr>
            <w:tcW w:w="3372" w:type="dxa"/>
          </w:tcPr>
          <w:p w14:paraId="3050BCD4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3155" w:type="dxa"/>
          </w:tcPr>
          <w:p w14:paraId="2468DFFE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  <w:lang w:val="pl-PL"/>
              </w:rPr>
            </w:pPr>
          </w:p>
        </w:tc>
      </w:tr>
      <w:tr w:rsidR="003D10C9" w:rsidRPr="002A3095" w14:paraId="58E73043" w14:textId="77777777" w:rsidTr="00852D65">
        <w:tc>
          <w:tcPr>
            <w:tcW w:w="3543" w:type="dxa"/>
          </w:tcPr>
          <w:p w14:paraId="6C1BA7AD" w14:textId="77777777" w:rsidR="00852D65" w:rsidRPr="002A3095" w:rsidRDefault="00852D65" w:rsidP="00852D65">
            <w:pPr>
              <w:rPr>
                <w:rFonts w:ascii="Calibri" w:hAnsi="Calibri" w:cs="Calibri"/>
              </w:rPr>
            </w:pPr>
            <w:r w:rsidRPr="002A3095">
              <w:rPr>
                <w:rFonts w:ascii="Calibri" w:hAnsi="Calibri" w:cs="Calibri"/>
              </w:rPr>
              <w:t xml:space="preserve">Organizacja </w:t>
            </w:r>
            <w:proofErr w:type="spellStart"/>
            <w:r w:rsidRPr="002A3095">
              <w:rPr>
                <w:rFonts w:ascii="Calibri" w:hAnsi="Calibri" w:cs="Calibri"/>
              </w:rPr>
              <w:t>obsługi</w:t>
            </w:r>
            <w:proofErr w:type="spellEnd"/>
            <w:r w:rsidRPr="002A3095">
              <w:rPr>
                <w:rFonts w:ascii="Calibri" w:hAnsi="Calibri" w:cs="Calibri"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</w:rPr>
              <w:t>i</w:t>
            </w:r>
            <w:proofErr w:type="spellEnd"/>
            <w:r w:rsidRPr="002A3095">
              <w:rPr>
                <w:rFonts w:ascii="Calibri" w:hAnsi="Calibri" w:cs="Calibri"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</w:rPr>
              <w:t>serwisu</w:t>
            </w:r>
            <w:proofErr w:type="spellEnd"/>
          </w:p>
        </w:tc>
        <w:tc>
          <w:tcPr>
            <w:tcW w:w="3372" w:type="dxa"/>
          </w:tcPr>
          <w:p w14:paraId="7BFC7C79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155" w:type="dxa"/>
          </w:tcPr>
          <w:p w14:paraId="20402C10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EFC52F3" w14:textId="77777777" w:rsidTr="00852D65">
        <w:tc>
          <w:tcPr>
            <w:tcW w:w="3543" w:type="dxa"/>
          </w:tcPr>
          <w:p w14:paraId="38335B00" w14:textId="77777777" w:rsidR="00852D65" w:rsidRPr="002A3095" w:rsidRDefault="00852D65" w:rsidP="00852D65">
            <w:pPr>
              <w:rPr>
                <w:rFonts w:ascii="Calibri" w:hAnsi="Calibri" w:cs="Calibri"/>
              </w:rPr>
            </w:pPr>
            <w:proofErr w:type="spellStart"/>
            <w:r w:rsidRPr="002A3095">
              <w:rPr>
                <w:rFonts w:ascii="Calibri" w:hAnsi="Calibri" w:cs="Calibri"/>
              </w:rPr>
              <w:t>Doświadczenie</w:t>
            </w:r>
            <w:proofErr w:type="spellEnd"/>
            <w:r w:rsidRPr="002A3095">
              <w:rPr>
                <w:rFonts w:ascii="Calibri" w:hAnsi="Calibri" w:cs="Calibri"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</w:rPr>
              <w:t>oferenta</w:t>
            </w:r>
            <w:proofErr w:type="spellEnd"/>
          </w:p>
        </w:tc>
        <w:tc>
          <w:tcPr>
            <w:tcW w:w="3372" w:type="dxa"/>
          </w:tcPr>
          <w:p w14:paraId="2536CE9E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155" w:type="dxa"/>
          </w:tcPr>
          <w:p w14:paraId="42A13F0B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70B59F0D" w14:textId="77777777" w:rsidTr="00852D65">
        <w:tc>
          <w:tcPr>
            <w:tcW w:w="3543" w:type="dxa"/>
          </w:tcPr>
          <w:p w14:paraId="710718D4" w14:textId="77777777" w:rsidR="00852D65" w:rsidRPr="002A3095" w:rsidRDefault="00852D65" w:rsidP="00852D65">
            <w:pPr>
              <w:rPr>
                <w:rFonts w:ascii="Calibri" w:hAnsi="Calibri" w:cs="Calibri"/>
              </w:rPr>
            </w:pPr>
            <w:proofErr w:type="spellStart"/>
            <w:r w:rsidRPr="002A3095">
              <w:rPr>
                <w:rFonts w:ascii="Calibri" w:hAnsi="Calibri" w:cs="Calibri"/>
              </w:rPr>
              <w:t>Referencje</w:t>
            </w:r>
            <w:proofErr w:type="spellEnd"/>
          </w:p>
        </w:tc>
        <w:tc>
          <w:tcPr>
            <w:tcW w:w="3372" w:type="dxa"/>
          </w:tcPr>
          <w:p w14:paraId="38507414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155" w:type="dxa"/>
          </w:tcPr>
          <w:p w14:paraId="0181EEDF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24A9A6D6" w14:textId="77777777" w:rsidTr="00852D65">
        <w:tc>
          <w:tcPr>
            <w:tcW w:w="3543" w:type="dxa"/>
          </w:tcPr>
          <w:p w14:paraId="02A39EDA" w14:textId="77777777" w:rsidR="00852D65" w:rsidRPr="002A3095" w:rsidRDefault="00852D65" w:rsidP="00852D65">
            <w:pPr>
              <w:rPr>
                <w:rFonts w:ascii="Calibri" w:hAnsi="Calibri" w:cs="Calibri"/>
              </w:rPr>
            </w:pPr>
            <w:proofErr w:type="spellStart"/>
            <w:r w:rsidRPr="002A3095">
              <w:rPr>
                <w:rFonts w:ascii="Calibri" w:hAnsi="Calibri" w:cs="Calibri"/>
              </w:rPr>
              <w:t>Warunki</w:t>
            </w:r>
            <w:proofErr w:type="spellEnd"/>
            <w:r w:rsidRPr="002A3095">
              <w:rPr>
                <w:rFonts w:ascii="Calibri" w:hAnsi="Calibri" w:cs="Calibri"/>
              </w:rPr>
              <w:t xml:space="preserve"> </w:t>
            </w:r>
            <w:proofErr w:type="spellStart"/>
            <w:r w:rsidRPr="002A3095">
              <w:rPr>
                <w:rFonts w:ascii="Calibri" w:hAnsi="Calibri" w:cs="Calibri"/>
              </w:rPr>
              <w:t>współpracy</w:t>
            </w:r>
            <w:proofErr w:type="spellEnd"/>
          </w:p>
        </w:tc>
        <w:tc>
          <w:tcPr>
            <w:tcW w:w="3372" w:type="dxa"/>
          </w:tcPr>
          <w:p w14:paraId="5A11CA37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155" w:type="dxa"/>
          </w:tcPr>
          <w:p w14:paraId="77878296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3D10C9" w:rsidRPr="002A3095" w14:paraId="32316F29" w14:textId="77777777" w:rsidTr="00852D65">
        <w:tc>
          <w:tcPr>
            <w:tcW w:w="3543" w:type="dxa"/>
          </w:tcPr>
          <w:p w14:paraId="1B721A6A" w14:textId="77777777" w:rsidR="00852D65" w:rsidRPr="002A3095" w:rsidRDefault="00852D65" w:rsidP="00852D65">
            <w:pPr>
              <w:rPr>
                <w:rFonts w:ascii="Calibri" w:hAnsi="Calibri" w:cs="Calibri"/>
                <w:lang w:val="pl-PL"/>
              </w:rPr>
            </w:pPr>
            <w:r w:rsidRPr="002A3095">
              <w:rPr>
                <w:rFonts w:ascii="Calibri" w:hAnsi="Calibri" w:cs="Calibri"/>
                <w:lang w:val="pl-PL"/>
              </w:rPr>
              <w:t>Inne okoliczności istotne dla realizacji umowy</w:t>
            </w:r>
          </w:p>
        </w:tc>
        <w:tc>
          <w:tcPr>
            <w:tcW w:w="3372" w:type="dxa"/>
          </w:tcPr>
          <w:p w14:paraId="036C109B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3155" w:type="dxa"/>
          </w:tcPr>
          <w:p w14:paraId="63C5B158" w14:textId="77777777" w:rsidR="00852D65" w:rsidRPr="002A3095" w:rsidRDefault="00852D65" w:rsidP="00852D65">
            <w:pPr>
              <w:spacing w:line="480" w:lineRule="auto"/>
              <w:rPr>
                <w:rFonts w:ascii="Calibri" w:hAnsi="Calibri" w:cs="Calibri"/>
                <w:lang w:val="pl-PL"/>
              </w:rPr>
            </w:pPr>
          </w:p>
        </w:tc>
      </w:tr>
    </w:tbl>
    <w:p w14:paraId="2D824AD7" w14:textId="77777777" w:rsidR="003D10C9" w:rsidRPr="002A3095" w:rsidRDefault="003D10C9" w:rsidP="003D10C9">
      <w:pPr>
        <w:spacing w:after="0" w:line="360" w:lineRule="auto"/>
        <w:rPr>
          <w:rFonts w:ascii="Calibri" w:hAnsi="Calibri" w:cs="Calibri"/>
          <w:b/>
          <w:lang w:val="pl-PL"/>
        </w:rPr>
      </w:pPr>
    </w:p>
    <w:p w14:paraId="7A7DF6DD" w14:textId="77777777" w:rsidR="003D10C9" w:rsidRPr="002A3095" w:rsidRDefault="00852D65" w:rsidP="003D10C9">
      <w:pPr>
        <w:spacing w:line="360" w:lineRule="auto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b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68578" wp14:editId="483B254F">
                <wp:simplePos x="0" y="0"/>
                <wp:positionH relativeFrom="column">
                  <wp:posOffset>85725</wp:posOffset>
                </wp:positionH>
                <wp:positionV relativeFrom="paragraph">
                  <wp:posOffset>571500</wp:posOffset>
                </wp:positionV>
                <wp:extent cx="108000" cy="108000"/>
                <wp:effectExtent l="0" t="0" r="2540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680D5" id="Prostokąt 2" o:spid="_x0000_s1026" style="position:absolute;margin-left:6.75pt;margin-top:45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" fillcolor="white [3201]" strokecolor="black [3200]" strokeweight=".25pt"/>
            </w:pict>
          </mc:Fallback>
        </mc:AlternateContent>
      </w:r>
      <w:r w:rsidRPr="002A3095">
        <w:rPr>
          <w:rFonts w:ascii="Calibri" w:hAnsi="Calibri" w:cs="Calibri"/>
          <w:b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323F0" wp14:editId="195678AB">
                <wp:simplePos x="0" y="0"/>
                <wp:positionH relativeFrom="column">
                  <wp:posOffset>85725</wp:posOffset>
                </wp:positionH>
                <wp:positionV relativeFrom="paragraph">
                  <wp:posOffset>299720</wp:posOffset>
                </wp:positionV>
                <wp:extent cx="108000" cy="108000"/>
                <wp:effectExtent l="0" t="0" r="254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4D18F" id="Prostokąt 1" o:spid="_x0000_s1026" style="position:absolute;margin-left:6.75pt;margin-top:23.6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" fillcolor="white [3201]" strokecolor="black [3200]" strokeweight=".25pt"/>
            </w:pict>
          </mc:Fallback>
        </mc:AlternateContent>
      </w:r>
      <w:r w:rsidR="002E6775" w:rsidRPr="002A3095">
        <w:rPr>
          <w:rFonts w:ascii="Calibri" w:hAnsi="Calibri" w:cs="Calibri"/>
          <w:b/>
          <w:lang w:val="pl-PL"/>
        </w:rPr>
        <w:t>Wniosek Komisji:</w:t>
      </w:r>
      <w:r w:rsidR="002E6775" w:rsidRPr="002A3095">
        <w:rPr>
          <w:rFonts w:ascii="Calibri" w:hAnsi="Calibri" w:cs="Calibri"/>
          <w:b/>
          <w:lang w:val="pl-PL"/>
        </w:rPr>
        <w:br/>
      </w:r>
      <w:r w:rsidR="002E6775" w:rsidRPr="002A3095">
        <w:rPr>
          <w:rFonts w:ascii="Calibri" w:hAnsi="Calibri" w:cs="Calibri"/>
          <w:lang w:val="pl-PL"/>
        </w:rPr>
        <w:t xml:space="preserve"> </w:t>
      </w:r>
      <w:r w:rsidRPr="002A3095">
        <w:rPr>
          <w:rFonts w:ascii="Calibri" w:hAnsi="Calibri" w:cs="Calibri"/>
          <w:lang w:val="pl-PL"/>
        </w:rPr>
        <w:tab/>
      </w:r>
      <w:r w:rsidR="002E6775" w:rsidRPr="002A3095">
        <w:rPr>
          <w:rFonts w:ascii="Calibri" w:hAnsi="Calibri" w:cs="Calibri"/>
          <w:lang w:val="pl-PL"/>
        </w:rPr>
        <w:t>rekomenduje wybór oferty</w:t>
      </w:r>
      <w:r w:rsidR="002E6775" w:rsidRPr="002A3095">
        <w:rPr>
          <w:rFonts w:ascii="Calibri" w:hAnsi="Calibri" w:cs="Calibri"/>
          <w:lang w:val="pl-PL"/>
        </w:rPr>
        <w:br/>
        <w:t xml:space="preserve"> </w:t>
      </w:r>
      <w:r w:rsidRPr="002A3095">
        <w:rPr>
          <w:rFonts w:ascii="Calibri" w:hAnsi="Calibri" w:cs="Calibri"/>
          <w:lang w:val="pl-PL"/>
        </w:rPr>
        <w:tab/>
      </w:r>
      <w:r w:rsidR="002E6775" w:rsidRPr="002A3095">
        <w:rPr>
          <w:rFonts w:ascii="Calibri" w:hAnsi="Calibri" w:cs="Calibri"/>
          <w:lang w:val="pl-PL"/>
        </w:rPr>
        <w:t>nie rekomenduje wyboru oferty</w:t>
      </w:r>
    </w:p>
    <w:p w14:paraId="4D74778B" w14:textId="77777777" w:rsidR="00B94B5A" w:rsidRPr="002A3095" w:rsidRDefault="002E6775" w:rsidP="003D10C9">
      <w:pPr>
        <w:spacing w:line="360" w:lineRule="auto"/>
        <w:rPr>
          <w:rFonts w:ascii="Calibri" w:hAnsi="Calibri" w:cs="Calibri"/>
          <w:lang w:val="pl-PL"/>
        </w:rPr>
      </w:pPr>
      <w:r w:rsidRPr="002A3095">
        <w:rPr>
          <w:rFonts w:ascii="Calibri" w:hAnsi="Calibri" w:cs="Calibri"/>
          <w:b/>
          <w:lang w:val="pl-PL"/>
        </w:rPr>
        <w:t>Uzasadnienie:</w:t>
      </w:r>
      <w:r w:rsidRPr="002A3095">
        <w:rPr>
          <w:rFonts w:ascii="Calibri" w:hAnsi="Calibri" w:cs="Calibri"/>
          <w:b/>
          <w:lang w:val="pl-PL"/>
        </w:rPr>
        <w:br/>
      </w:r>
      <w:r w:rsidRPr="002A3095">
        <w:rPr>
          <w:rFonts w:ascii="Calibri" w:hAnsi="Calibri" w:cs="Calibri"/>
          <w:lang w:val="pl-PL"/>
        </w:rPr>
        <w:t>......................................................</w:t>
      </w:r>
      <w:r w:rsidR="00542C25" w:rsidRPr="002A3095">
        <w:rPr>
          <w:rFonts w:ascii="Calibri" w:hAnsi="Calibri" w:cs="Calibri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A3095">
        <w:rPr>
          <w:rFonts w:ascii="Calibri" w:hAnsi="Calibri" w:cs="Calibri"/>
          <w:lang w:val="pl-PL"/>
        </w:rPr>
        <w:t>..</w:t>
      </w:r>
    </w:p>
    <w:p w14:paraId="081AE1B2" w14:textId="77777777" w:rsidR="003D10C9" w:rsidRPr="002A3095" w:rsidRDefault="003D10C9" w:rsidP="003D10C9">
      <w:pPr>
        <w:spacing w:line="360" w:lineRule="auto"/>
        <w:rPr>
          <w:rFonts w:ascii="Calibri" w:hAnsi="Calibri" w:cs="Calibri"/>
          <w:lang w:val="pl-PL"/>
        </w:rPr>
      </w:pPr>
    </w:p>
    <w:p w14:paraId="0A51271C" w14:textId="77777777" w:rsidR="003D10C9" w:rsidRPr="002A3095" w:rsidRDefault="003D10C9" w:rsidP="003D10C9">
      <w:pPr>
        <w:pStyle w:val="Akapitzlist"/>
        <w:spacing w:after="0"/>
        <w:ind w:left="360"/>
        <w:jc w:val="right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………………............................................</w:t>
      </w:r>
    </w:p>
    <w:p w14:paraId="66560E8C" w14:textId="77777777" w:rsidR="003D10C9" w:rsidRPr="002A3095" w:rsidRDefault="003D10C9" w:rsidP="003D10C9">
      <w:pPr>
        <w:ind w:left="5670" w:firstLine="720"/>
        <w:rPr>
          <w:rFonts w:ascii="Calibri" w:hAnsi="Calibri" w:cs="Calibri"/>
          <w:i/>
          <w:lang w:val="pl-PL"/>
        </w:rPr>
      </w:pPr>
      <w:r w:rsidRPr="002A3095">
        <w:rPr>
          <w:rFonts w:ascii="Calibri" w:hAnsi="Calibri" w:cs="Calibri"/>
          <w:i/>
          <w:lang w:val="pl-PL"/>
        </w:rPr>
        <w:t>(Data i podpis przewodniczącego komisji)</w:t>
      </w:r>
    </w:p>
    <w:p w14:paraId="0E79059A" w14:textId="77777777" w:rsidR="003A58E6" w:rsidRPr="002A3095" w:rsidRDefault="003D10C9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b/>
          <w:i/>
          <w:sz w:val="20"/>
          <w:lang w:val="pl-PL"/>
        </w:rPr>
        <w:lastRenderedPageBreak/>
        <w:t>Załącznik nr 8</w:t>
      </w:r>
      <w:r w:rsidR="00841A57" w:rsidRPr="002A3095">
        <w:rPr>
          <w:rFonts w:ascii="Calibri" w:hAnsi="Calibri" w:cs="Calibri"/>
          <w:i/>
          <w:sz w:val="20"/>
          <w:lang w:val="pl-PL"/>
        </w:rPr>
        <w:t xml:space="preserve"> </w:t>
      </w:r>
      <w:r w:rsidR="003A58E6" w:rsidRPr="002A3095">
        <w:rPr>
          <w:rFonts w:ascii="Calibri" w:hAnsi="Calibri" w:cs="Calibri"/>
          <w:i/>
          <w:sz w:val="20"/>
          <w:lang w:val="pl-PL"/>
        </w:rPr>
        <w:t xml:space="preserve">do Regulaminu postępowania w celu wyboru operatora automatów </w:t>
      </w:r>
      <w:proofErr w:type="spellStart"/>
      <w:r w:rsidR="003A58E6" w:rsidRPr="002A3095">
        <w:rPr>
          <w:rFonts w:ascii="Calibri" w:hAnsi="Calibri" w:cs="Calibri"/>
          <w:i/>
          <w:sz w:val="20"/>
          <w:lang w:val="pl-PL"/>
        </w:rPr>
        <w:t>vendingowych</w:t>
      </w:r>
      <w:proofErr w:type="spellEnd"/>
      <w:r w:rsidR="003A58E6" w:rsidRPr="002A3095">
        <w:rPr>
          <w:rFonts w:ascii="Calibri" w:hAnsi="Calibri" w:cs="Calibri"/>
          <w:i/>
          <w:sz w:val="20"/>
          <w:lang w:val="pl-PL"/>
        </w:rPr>
        <w:t xml:space="preserve"> </w:t>
      </w:r>
    </w:p>
    <w:p w14:paraId="53D89845" w14:textId="77777777" w:rsidR="003A58E6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 xml:space="preserve">w Ogólnokształcącej Szkole Muzycznej i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i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II st.</w:t>
      </w:r>
    </w:p>
    <w:p w14:paraId="3756792A" w14:textId="77777777" w:rsidR="00841A57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>im. Henryka Wieniawskiego w Łodzi</w:t>
      </w:r>
    </w:p>
    <w:p w14:paraId="0B7321E5" w14:textId="77777777" w:rsidR="00841A57" w:rsidRPr="002A3095" w:rsidRDefault="002E6775" w:rsidP="003D10C9">
      <w:pPr>
        <w:pStyle w:val="Nagwek2"/>
        <w:jc w:val="center"/>
        <w:rPr>
          <w:rFonts w:ascii="Calibri" w:hAnsi="Calibri" w:cs="Calibri"/>
          <w:color w:val="auto"/>
          <w:lang w:val="pl-PL"/>
        </w:rPr>
      </w:pPr>
      <w:r w:rsidRPr="002A3095">
        <w:rPr>
          <w:rFonts w:ascii="Calibri" w:hAnsi="Calibri" w:cs="Calibri"/>
          <w:color w:val="auto"/>
          <w:lang w:val="pl-PL"/>
        </w:rPr>
        <w:t xml:space="preserve">Protokół </w:t>
      </w:r>
      <w:r w:rsidR="00841A57" w:rsidRPr="002A3095">
        <w:rPr>
          <w:rFonts w:ascii="Calibri" w:hAnsi="Calibri" w:cs="Calibri"/>
          <w:color w:val="auto"/>
          <w:lang w:val="pl-PL"/>
        </w:rPr>
        <w:t>z otwarcia i oceny ofert</w:t>
      </w:r>
    </w:p>
    <w:p w14:paraId="5AE7F54D" w14:textId="77777777" w:rsidR="00841A57" w:rsidRPr="002A3095" w:rsidRDefault="002E6775" w:rsidP="00841A57">
      <w:pPr>
        <w:pStyle w:val="Nagwek2"/>
        <w:numPr>
          <w:ilvl w:val="0"/>
          <w:numId w:val="28"/>
        </w:numPr>
        <w:spacing w:line="360" w:lineRule="auto"/>
        <w:rPr>
          <w:rFonts w:ascii="Calibri" w:hAnsi="Calibri" w:cs="Calibri"/>
          <w:color w:val="auto"/>
          <w:sz w:val="24"/>
          <w:szCs w:val="24"/>
          <w:lang w:val="pl-PL"/>
        </w:rPr>
      </w:pPr>
      <w:r w:rsidRPr="002A3095">
        <w:rPr>
          <w:rFonts w:ascii="Calibri" w:hAnsi="Calibri" w:cs="Calibri"/>
          <w:color w:val="auto"/>
          <w:sz w:val="24"/>
          <w:szCs w:val="24"/>
          <w:lang w:val="pl-PL"/>
        </w:rPr>
        <w:t>Data: …………………………………………………………;</w:t>
      </w:r>
    </w:p>
    <w:p w14:paraId="0FBA8423" w14:textId="77777777" w:rsidR="00841A57" w:rsidRPr="002A3095" w:rsidRDefault="002E6775" w:rsidP="00AF3DC1">
      <w:pPr>
        <w:pStyle w:val="Nagwek2"/>
        <w:numPr>
          <w:ilvl w:val="0"/>
          <w:numId w:val="28"/>
        </w:numPr>
        <w:spacing w:before="0" w:line="360" w:lineRule="auto"/>
        <w:rPr>
          <w:rFonts w:ascii="Calibri" w:hAnsi="Calibri" w:cs="Calibri"/>
          <w:color w:val="auto"/>
          <w:sz w:val="24"/>
          <w:szCs w:val="24"/>
          <w:lang w:val="pl-PL"/>
        </w:rPr>
      </w:pPr>
      <w:r w:rsidRPr="002A3095">
        <w:rPr>
          <w:rFonts w:ascii="Calibri" w:hAnsi="Calibri" w:cs="Calibri"/>
          <w:color w:val="auto"/>
          <w:sz w:val="24"/>
          <w:szCs w:val="24"/>
          <w:lang w:val="pl-PL"/>
        </w:rPr>
        <w:t>Godzina: ……………………………………………………;</w:t>
      </w:r>
    </w:p>
    <w:p w14:paraId="016BDB2E" w14:textId="77777777" w:rsidR="002E6775" w:rsidRPr="002A3095" w:rsidRDefault="002E6775" w:rsidP="00AF3DC1">
      <w:pPr>
        <w:pStyle w:val="Nagwek2"/>
        <w:numPr>
          <w:ilvl w:val="0"/>
          <w:numId w:val="28"/>
        </w:numPr>
        <w:spacing w:before="0" w:line="360" w:lineRule="auto"/>
        <w:rPr>
          <w:rFonts w:ascii="Calibri" w:hAnsi="Calibri" w:cs="Calibri"/>
          <w:color w:val="auto"/>
          <w:sz w:val="24"/>
          <w:szCs w:val="24"/>
          <w:lang w:val="pl-PL"/>
        </w:rPr>
      </w:pPr>
      <w:r w:rsidRPr="002A3095">
        <w:rPr>
          <w:rFonts w:ascii="Calibri" w:hAnsi="Calibri" w:cs="Calibri"/>
          <w:color w:val="auto"/>
          <w:sz w:val="24"/>
          <w:szCs w:val="24"/>
          <w:lang w:val="pl-PL"/>
        </w:rPr>
        <w:t xml:space="preserve">Skład Komisji: </w:t>
      </w:r>
    </w:p>
    <w:p w14:paraId="21C42A7C" w14:textId="77777777" w:rsidR="002E6775" w:rsidRPr="002A3095" w:rsidRDefault="002E6775" w:rsidP="002E6775">
      <w:pPr>
        <w:numPr>
          <w:ilvl w:val="1"/>
          <w:numId w:val="15"/>
        </w:numPr>
        <w:tabs>
          <w:tab w:val="clear" w:pos="1440"/>
        </w:tabs>
        <w:spacing w:after="100" w:afterAutospacing="1" w:line="360" w:lineRule="auto"/>
        <w:ind w:left="1134"/>
        <w:rPr>
          <w:rFonts w:ascii="Calibri" w:eastAsia="Times New Roman" w:hAnsi="Calibri" w:cs="Calibri"/>
          <w:sz w:val="24"/>
          <w:szCs w:val="24"/>
          <w:lang w:eastAsia="pl-PL"/>
        </w:rPr>
      </w:pPr>
      <w:proofErr w:type="spellStart"/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Przew</w:t>
      </w:r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>odniczący</w:t>
      </w:r>
      <w:proofErr w:type="spellEnd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proofErr w:type="spellStart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>Komisji</w:t>
      </w:r>
      <w:proofErr w:type="spellEnd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 xml:space="preserve"> – </w:t>
      </w:r>
      <w:r w:rsidR="005838CD" w:rsidRPr="002A309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……………………………..……..</w:t>
      </w:r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7D9EA86B" w14:textId="77777777" w:rsidR="002E6775" w:rsidRPr="002A3095" w:rsidRDefault="002E6775" w:rsidP="002E6775">
      <w:pPr>
        <w:numPr>
          <w:ilvl w:val="1"/>
          <w:numId w:val="15"/>
        </w:numPr>
        <w:tabs>
          <w:tab w:val="clear" w:pos="1440"/>
        </w:tabs>
        <w:spacing w:before="100" w:beforeAutospacing="1" w:after="100" w:afterAutospacing="1" w:line="360" w:lineRule="auto"/>
        <w:ind w:left="1134"/>
        <w:rPr>
          <w:rFonts w:ascii="Calibri" w:eastAsia="Times New Roman" w:hAnsi="Calibri" w:cs="Calibri"/>
          <w:sz w:val="24"/>
          <w:szCs w:val="24"/>
          <w:lang w:eastAsia="pl-PL"/>
        </w:rPr>
      </w:pPr>
      <w:proofErr w:type="spellStart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>Zastępca</w:t>
      </w:r>
      <w:proofErr w:type="spellEnd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proofErr w:type="spellStart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>Przewodniczącego</w:t>
      </w:r>
      <w:proofErr w:type="spellEnd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 xml:space="preserve"> – </w:t>
      </w:r>
      <w:r w:rsidR="005838CD" w:rsidRPr="002A3095">
        <w:rPr>
          <w:rFonts w:ascii="Calibri" w:eastAsia="Times New Roman" w:hAnsi="Calibri" w:cs="Calibri"/>
          <w:sz w:val="24"/>
          <w:szCs w:val="24"/>
          <w:lang w:eastAsia="pl-PL"/>
        </w:rPr>
        <w:t>…………………….…..…….</w:t>
      </w:r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4AB00040" w14:textId="77777777" w:rsidR="002E6775" w:rsidRPr="002A3095" w:rsidRDefault="002E6775" w:rsidP="002E6775">
      <w:pPr>
        <w:numPr>
          <w:ilvl w:val="1"/>
          <w:numId w:val="15"/>
        </w:numPr>
        <w:tabs>
          <w:tab w:val="clear" w:pos="1440"/>
        </w:tabs>
        <w:spacing w:before="100" w:beforeAutospacing="1" w:after="100" w:afterAutospacing="1" w:line="360" w:lineRule="auto"/>
        <w:ind w:left="1134"/>
        <w:rPr>
          <w:rFonts w:ascii="Calibri" w:eastAsia="Times New Roman" w:hAnsi="Calibri" w:cs="Calibri"/>
          <w:sz w:val="24"/>
          <w:szCs w:val="24"/>
          <w:lang w:val="pl-PL" w:eastAsia="pl-PL"/>
        </w:rPr>
      </w:pP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Członek Komisji –</w:t>
      </w:r>
      <w:r w:rsidR="00841A57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 xml:space="preserve"> </w:t>
      </w:r>
      <w:r w:rsidR="005838CD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……………………………………..……………</w:t>
      </w: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;</w:t>
      </w:r>
    </w:p>
    <w:p w14:paraId="5D0684B8" w14:textId="77777777" w:rsidR="002E6775" w:rsidRPr="002A3095" w:rsidRDefault="002E6775" w:rsidP="002E6775">
      <w:pPr>
        <w:numPr>
          <w:ilvl w:val="1"/>
          <w:numId w:val="15"/>
        </w:numPr>
        <w:tabs>
          <w:tab w:val="clear" w:pos="1440"/>
        </w:tabs>
        <w:spacing w:before="100" w:beforeAutospacing="1" w:after="100" w:afterAutospacing="1" w:line="360" w:lineRule="auto"/>
        <w:ind w:left="1134"/>
        <w:rPr>
          <w:rFonts w:ascii="Calibri" w:eastAsia="Times New Roman" w:hAnsi="Calibri" w:cs="Calibri"/>
          <w:sz w:val="24"/>
          <w:szCs w:val="24"/>
          <w:lang w:eastAsia="pl-PL"/>
        </w:rPr>
      </w:pPr>
      <w:proofErr w:type="spellStart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>Członek</w:t>
      </w:r>
      <w:proofErr w:type="spellEnd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proofErr w:type="spellStart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>Komisji</w:t>
      </w:r>
      <w:proofErr w:type="spellEnd"/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 xml:space="preserve"> – </w:t>
      </w:r>
      <w:r w:rsidR="005838CD" w:rsidRPr="002A309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…………………………………………………..</w:t>
      </w:r>
      <w:r w:rsidRPr="002A3095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5E1E6F24" w14:textId="77777777" w:rsidR="00841A57" w:rsidRPr="002A3095" w:rsidRDefault="002E6775" w:rsidP="00AF3DC1">
      <w:pPr>
        <w:numPr>
          <w:ilvl w:val="1"/>
          <w:numId w:val="15"/>
        </w:numPr>
        <w:tabs>
          <w:tab w:val="clear" w:pos="1440"/>
        </w:tabs>
        <w:spacing w:before="100" w:beforeAutospacing="1" w:after="0" w:line="360" w:lineRule="auto"/>
        <w:ind w:left="1134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 xml:space="preserve">Członek Komisji – </w:t>
      </w:r>
      <w:r w:rsidR="005838CD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……………………………………………………</w:t>
      </w:r>
      <w:r w:rsidR="00841A57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.</w:t>
      </w:r>
    </w:p>
    <w:p w14:paraId="509AB249" w14:textId="77777777" w:rsidR="00841A57" w:rsidRPr="002A3095" w:rsidRDefault="002E6775" w:rsidP="00841A57">
      <w:pPr>
        <w:pStyle w:val="Akapitzlist"/>
        <w:numPr>
          <w:ilvl w:val="0"/>
          <w:numId w:val="28"/>
        </w:numPr>
        <w:spacing w:before="100" w:beforeAutospacing="1" w:after="100" w:afterAutospacing="1" w:line="360" w:lineRule="auto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b/>
          <w:sz w:val="24"/>
          <w:szCs w:val="24"/>
          <w:lang w:val="pl-PL"/>
        </w:rPr>
        <w:t>Liczba ofert: …………………………………………………………………;</w:t>
      </w:r>
    </w:p>
    <w:p w14:paraId="59B67E2C" w14:textId="77777777" w:rsidR="002E6775" w:rsidRPr="002A3095" w:rsidRDefault="002E6775" w:rsidP="00841A57">
      <w:pPr>
        <w:pStyle w:val="Akapitzlist"/>
        <w:numPr>
          <w:ilvl w:val="0"/>
          <w:numId w:val="28"/>
        </w:numPr>
        <w:spacing w:before="100" w:beforeAutospacing="1" w:after="100" w:afterAutospacing="1" w:line="360" w:lineRule="auto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b/>
          <w:sz w:val="24"/>
          <w:szCs w:val="24"/>
          <w:lang w:val="pl-PL"/>
        </w:rPr>
        <w:t>Wykaz oferentów:</w:t>
      </w:r>
    </w:p>
    <w:p w14:paraId="49134E27" w14:textId="77777777" w:rsidR="002E6775" w:rsidRPr="002A3095" w:rsidRDefault="002E6775" w:rsidP="00AF3DC1">
      <w:pPr>
        <w:pStyle w:val="Akapitzlist"/>
        <w:numPr>
          <w:ilvl w:val="0"/>
          <w:numId w:val="18"/>
        </w:numPr>
        <w:tabs>
          <w:tab w:val="clear" w:pos="720"/>
        </w:tabs>
        <w:spacing w:line="360" w:lineRule="auto"/>
        <w:ind w:left="1134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………………………………………………………………………………………………</w:t>
      </w:r>
      <w:r w:rsidR="00AF3DC1" w:rsidRPr="002A3095">
        <w:rPr>
          <w:rFonts w:ascii="Calibri" w:hAnsi="Calibri" w:cs="Calibri"/>
          <w:sz w:val="24"/>
          <w:szCs w:val="24"/>
          <w:lang w:val="pl-PL"/>
        </w:rPr>
        <w:t>.</w:t>
      </w:r>
      <w:r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</w:t>
      </w:r>
      <w:r w:rsidR="00784EDF" w:rsidRPr="002A3095">
        <w:rPr>
          <w:rFonts w:ascii="Calibri" w:hAnsi="Calibri" w:cs="Calibri"/>
          <w:sz w:val="24"/>
          <w:szCs w:val="24"/>
          <w:lang w:val="pl-PL"/>
        </w:rPr>
        <w:t>.</w:t>
      </w:r>
      <w:r w:rsidRPr="002A3095">
        <w:rPr>
          <w:rFonts w:ascii="Calibri" w:hAnsi="Calibri" w:cs="Calibri"/>
          <w:sz w:val="24"/>
          <w:szCs w:val="24"/>
          <w:lang w:val="pl-PL"/>
        </w:rPr>
        <w:t>;</w:t>
      </w:r>
    </w:p>
    <w:p w14:paraId="04AA04CA" w14:textId="77777777" w:rsidR="002E6775" w:rsidRPr="002A3095" w:rsidRDefault="002E6775" w:rsidP="00AF3DC1">
      <w:pPr>
        <w:pStyle w:val="Akapitzlist"/>
        <w:numPr>
          <w:ilvl w:val="0"/>
          <w:numId w:val="18"/>
        </w:numPr>
        <w:tabs>
          <w:tab w:val="clear" w:pos="720"/>
        </w:tabs>
        <w:spacing w:line="360" w:lineRule="auto"/>
        <w:ind w:left="1134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</w:t>
      </w:r>
      <w:r w:rsidR="00AF3DC1" w:rsidRPr="002A3095">
        <w:rPr>
          <w:rFonts w:ascii="Calibri" w:hAnsi="Calibri" w:cs="Calibri"/>
          <w:sz w:val="24"/>
          <w:szCs w:val="24"/>
          <w:lang w:val="pl-PL"/>
        </w:rPr>
        <w:t>…………..…………………………………………………………………</w:t>
      </w:r>
      <w:r w:rsidRPr="002A3095">
        <w:rPr>
          <w:rFonts w:ascii="Calibri" w:hAnsi="Calibri" w:cs="Calibri"/>
          <w:sz w:val="24"/>
          <w:szCs w:val="24"/>
          <w:lang w:val="pl-PL"/>
        </w:rPr>
        <w:t>;</w:t>
      </w:r>
    </w:p>
    <w:p w14:paraId="09866BF7" w14:textId="77777777" w:rsidR="002E6775" w:rsidRPr="002A3095" w:rsidRDefault="002E6775" w:rsidP="00AF3DC1">
      <w:pPr>
        <w:pStyle w:val="Akapitzlist"/>
        <w:numPr>
          <w:ilvl w:val="0"/>
          <w:numId w:val="18"/>
        </w:numPr>
        <w:tabs>
          <w:tab w:val="clear" w:pos="720"/>
        </w:tabs>
        <w:spacing w:line="360" w:lineRule="auto"/>
        <w:ind w:left="1134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</w:t>
      </w:r>
      <w:r w:rsidR="00AF3DC1"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</w:t>
      </w:r>
      <w:r w:rsidRPr="002A3095">
        <w:rPr>
          <w:rFonts w:ascii="Calibri" w:hAnsi="Calibri" w:cs="Calibri"/>
          <w:sz w:val="24"/>
          <w:szCs w:val="24"/>
          <w:lang w:val="pl-PL"/>
        </w:rPr>
        <w:t>;</w:t>
      </w:r>
    </w:p>
    <w:p w14:paraId="04E88726" w14:textId="77777777" w:rsidR="002E6775" w:rsidRPr="002A3095" w:rsidRDefault="002E6775" w:rsidP="00AF3DC1">
      <w:pPr>
        <w:pStyle w:val="Akapitzlist"/>
        <w:numPr>
          <w:ilvl w:val="0"/>
          <w:numId w:val="18"/>
        </w:numPr>
        <w:tabs>
          <w:tab w:val="clear" w:pos="720"/>
        </w:tabs>
        <w:spacing w:line="360" w:lineRule="auto"/>
        <w:ind w:left="1134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</w:t>
      </w:r>
      <w:r w:rsidR="00AF3DC1"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</w:t>
      </w:r>
      <w:r w:rsidRPr="002A3095">
        <w:rPr>
          <w:rFonts w:ascii="Calibri" w:hAnsi="Calibri" w:cs="Calibri"/>
          <w:sz w:val="24"/>
          <w:szCs w:val="24"/>
          <w:lang w:val="pl-PL"/>
        </w:rPr>
        <w:t>;</w:t>
      </w:r>
    </w:p>
    <w:p w14:paraId="67957AEB" w14:textId="77777777" w:rsidR="002E6775" w:rsidRPr="002A3095" w:rsidRDefault="002E6775" w:rsidP="00AF3DC1">
      <w:pPr>
        <w:pStyle w:val="Akapitzlist"/>
        <w:numPr>
          <w:ilvl w:val="0"/>
          <w:numId w:val="18"/>
        </w:numPr>
        <w:tabs>
          <w:tab w:val="clear" w:pos="720"/>
        </w:tabs>
        <w:spacing w:line="360" w:lineRule="auto"/>
        <w:ind w:left="1134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</w:t>
      </w:r>
      <w:r w:rsidR="00AF3DC1"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</w:t>
      </w:r>
      <w:r w:rsidRPr="002A3095">
        <w:rPr>
          <w:rFonts w:ascii="Calibri" w:hAnsi="Calibri" w:cs="Calibri"/>
          <w:sz w:val="24"/>
          <w:szCs w:val="24"/>
          <w:lang w:val="pl-PL"/>
        </w:rPr>
        <w:t>;</w:t>
      </w:r>
    </w:p>
    <w:p w14:paraId="6C997976" w14:textId="77777777" w:rsidR="00841A57" w:rsidRPr="002A3095" w:rsidRDefault="00841A57" w:rsidP="00841A57">
      <w:pPr>
        <w:pStyle w:val="Akapitzlist"/>
        <w:numPr>
          <w:ilvl w:val="0"/>
          <w:numId w:val="28"/>
        </w:numPr>
        <w:rPr>
          <w:rFonts w:ascii="Calibri" w:hAnsi="Calibri" w:cs="Calibri"/>
          <w:b/>
          <w:lang w:val="pl-PL"/>
        </w:rPr>
      </w:pPr>
      <w:r w:rsidRPr="002A3095">
        <w:rPr>
          <w:rFonts w:ascii="Calibri" w:hAnsi="Calibri" w:cs="Calibri"/>
          <w:b/>
          <w:lang w:val="pl-PL"/>
        </w:rPr>
        <w:t>Wyniki oceny:</w:t>
      </w:r>
    </w:p>
    <w:p w14:paraId="56D599E1" w14:textId="77777777" w:rsidR="00841A57" w:rsidRPr="002A3095" w:rsidRDefault="00841A57" w:rsidP="003D10C9">
      <w:pPr>
        <w:spacing w:after="0" w:line="360" w:lineRule="auto"/>
        <w:ind w:firstLine="360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………………………………………………………………………………………………………………………………………….……</w:t>
      </w:r>
      <w:r w:rsidR="003D10C9" w:rsidRPr="002A3095">
        <w:rPr>
          <w:rFonts w:ascii="Calibri" w:hAnsi="Calibri" w:cs="Calibri"/>
          <w:sz w:val="24"/>
          <w:szCs w:val="24"/>
          <w:lang w:val="pl-PL"/>
        </w:rPr>
        <w:t>…………</w:t>
      </w:r>
    </w:p>
    <w:p w14:paraId="5B7D29DF" w14:textId="77777777" w:rsidR="00841A57" w:rsidRPr="002A3095" w:rsidRDefault="00841A57" w:rsidP="003D10C9">
      <w:pPr>
        <w:spacing w:after="0" w:line="360" w:lineRule="auto"/>
        <w:ind w:firstLine="360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………………………………………………………………………………………………………………………………………….………………</w:t>
      </w:r>
    </w:p>
    <w:p w14:paraId="6BBC47BF" w14:textId="77777777" w:rsidR="00841A57" w:rsidRPr="002A3095" w:rsidRDefault="00841A57" w:rsidP="00841A57">
      <w:pPr>
        <w:pStyle w:val="Akapitzlist"/>
        <w:numPr>
          <w:ilvl w:val="0"/>
          <w:numId w:val="28"/>
        </w:numPr>
        <w:rPr>
          <w:rFonts w:ascii="Calibri" w:hAnsi="Calibri" w:cs="Calibri"/>
          <w:b/>
          <w:lang w:val="pl-PL"/>
        </w:rPr>
      </w:pPr>
      <w:r w:rsidRPr="002A3095">
        <w:rPr>
          <w:rFonts w:ascii="Calibri" w:hAnsi="Calibri" w:cs="Calibri"/>
          <w:b/>
          <w:lang w:val="pl-PL"/>
        </w:rPr>
        <w:t>Rekomendacja Komisji:</w:t>
      </w:r>
    </w:p>
    <w:p w14:paraId="31194E44" w14:textId="77777777" w:rsidR="00841A57" w:rsidRPr="002A3095" w:rsidRDefault="00841A57" w:rsidP="003D10C9">
      <w:pPr>
        <w:spacing w:after="0" w:line="360" w:lineRule="auto"/>
        <w:ind w:firstLine="360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………………………………………………………………………………………………………………………………………….………</w:t>
      </w:r>
      <w:r w:rsidR="003D10C9" w:rsidRPr="002A3095">
        <w:rPr>
          <w:rFonts w:ascii="Calibri" w:hAnsi="Calibri" w:cs="Calibri"/>
          <w:sz w:val="24"/>
          <w:szCs w:val="24"/>
          <w:lang w:val="pl-PL"/>
        </w:rPr>
        <w:t>……</w:t>
      </w:r>
      <w:r w:rsidRPr="002A3095">
        <w:rPr>
          <w:rFonts w:ascii="Calibri" w:hAnsi="Calibri" w:cs="Calibri"/>
          <w:sz w:val="24"/>
          <w:szCs w:val="24"/>
          <w:lang w:val="pl-PL"/>
        </w:rPr>
        <w:t>…</w:t>
      </w:r>
    </w:p>
    <w:p w14:paraId="32DC657D" w14:textId="77777777" w:rsidR="00841A57" w:rsidRPr="002A3095" w:rsidRDefault="00841A57" w:rsidP="003D10C9">
      <w:pPr>
        <w:spacing w:after="0" w:line="360" w:lineRule="auto"/>
        <w:ind w:firstLine="360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………………………………………………………………………………………………………………………………………….………………</w:t>
      </w:r>
    </w:p>
    <w:p w14:paraId="4C2E3DA2" w14:textId="77777777" w:rsidR="00841A57" w:rsidRPr="002A3095" w:rsidRDefault="00841A57" w:rsidP="003D10C9">
      <w:pPr>
        <w:spacing w:after="0" w:line="360" w:lineRule="auto"/>
        <w:ind w:firstLine="360"/>
        <w:rPr>
          <w:rFonts w:ascii="Calibri" w:hAnsi="Calibri" w:cs="Calibri"/>
          <w:b/>
          <w:lang w:val="pl-PL"/>
        </w:rPr>
      </w:pPr>
      <w:r w:rsidRPr="002A3095">
        <w:rPr>
          <w:rFonts w:ascii="Calibri" w:hAnsi="Calibri" w:cs="Calibri"/>
          <w:b/>
          <w:lang w:val="pl-PL"/>
        </w:rPr>
        <w:t>Podpisy członków Komisji:</w:t>
      </w:r>
    </w:p>
    <w:p w14:paraId="24FF45CC" w14:textId="77777777" w:rsidR="00841A57" w:rsidRPr="002A3095" w:rsidRDefault="00841A57" w:rsidP="00AF3DC1">
      <w:pPr>
        <w:numPr>
          <w:ilvl w:val="1"/>
          <w:numId w:val="31"/>
        </w:numPr>
        <w:spacing w:after="100" w:afterAutospacing="1" w:line="360" w:lineRule="auto"/>
        <w:ind w:left="1134"/>
        <w:rPr>
          <w:rFonts w:ascii="Calibri" w:eastAsia="Times New Roman" w:hAnsi="Calibri" w:cs="Calibri"/>
          <w:sz w:val="24"/>
          <w:szCs w:val="24"/>
          <w:lang w:val="pl-PL" w:eastAsia="pl-PL"/>
        </w:rPr>
      </w:pP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Przewodniczący Komisji</w:t>
      </w:r>
      <w:r w:rsidR="005838CD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5838CD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AF3DC1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….</w:t>
      </w: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……………………………………………………</w:t>
      </w:r>
    </w:p>
    <w:p w14:paraId="702563B2" w14:textId="77777777" w:rsidR="00841A57" w:rsidRPr="002A3095" w:rsidRDefault="00841A57" w:rsidP="00AF3DC1">
      <w:pPr>
        <w:numPr>
          <w:ilvl w:val="1"/>
          <w:numId w:val="31"/>
        </w:numPr>
        <w:spacing w:before="100" w:beforeAutospacing="1" w:after="100" w:afterAutospacing="1" w:line="360" w:lineRule="auto"/>
        <w:ind w:left="1134"/>
        <w:rPr>
          <w:rFonts w:ascii="Calibri" w:eastAsia="Times New Roman" w:hAnsi="Calibri" w:cs="Calibri"/>
          <w:sz w:val="24"/>
          <w:szCs w:val="24"/>
          <w:lang w:val="pl-PL" w:eastAsia="pl-PL"/>
        </w:rPr>
      </w:pP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Zastępca Przewodniczącego</w:t>
      </w: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AF3DC1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….</w:t>
      </w: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……………………………………………………</w:t>
      </w:r>
    </w:p>
    <w:p w14:paraId="656E9388" w14:textId="77777777" w:rsidR="00841A57" w:rsidRPr="002A3095" w:rsidRDefault="00841A57" w:rsidP="00AF3DC1">
      <w:pPr>
        <w:numPr>
          <w:ilvl w:val="1"/>
          <w:numId w:val="31"/>
        </w:numPr>
        <w:spacing w:before="100" w:beforeAutospacing="1" w:after="100" w:afterAutospacing="1" w:line="360" w:lineRule="auto"/>
        <w:ind w:left="1134"/>
        <w:rPr>
          <w:rFonts w:ascii="Calibri" w:eastAsia="Times New Roman" w:hAnsi="Calibri" w:cs="Calibri"/>
          <w:sz w:val="24"/>
          <w:szCs w:val="24"/>
          <w:lang w:val="pl-PL" w:eastAsia="pl-PL"/>
        </w:rPr>
      </w:pP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Członek Komisji</w:t>
      </w: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5838CD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5838CD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AF3DC1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….</w:t>
      </w: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……………………………………………………</w:t>
      </w:r>
    </w:p>
    <w:p w14:paraId="5E1EA996" w14:textId="77777777" w:rsidR="00841A57" w:rsidRPr="002A3095" w:rsidRDefault="00841A57" w:rsidP="00AF3DC1">
      <w:pPr>
        <w:numPr>
          <w:ilvl w:val="1"/>
          <w:numId w:val="31"/>
        </w:numPr>
        <w:spacing w:before="100" w:beforeAutospacing="1" w:after="100" w:afterAutospacing="1" w:line="360" w:lineRule="auto"/>
        <w:ind w:left="1134"/>
        <w:rPr>
          <w:rFonts w:ascii="Calibri" w:eastAsia="Times New Roman" w:hAnsi="Calibri" w:cs="Calibri"/>
          <w:sz w:val="24"/>
          <w:szCs w:val="24"/>
          <w:lang w:val="pl-PL" w:eastAsia="pl-PL"/>
        </w:rPr>
      </w:pP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Członek Komisji</w:t>
      </w:r>
      <w:r w:rsidR="0027058F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AF3DC1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5838CD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AF3DC1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….</w:t>
      </w:r>
      <w:r w:rsidR="0027058F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……………………………………………………</w:t>
      </w:r>
    </w:p>
    <w:p w14:paraId="595CCFE2" w14:textId="77777777" w:rsidR="00841A57" w:rsidRPr="002A3095" w:rsidRDefault="00841A57" w:rsidP="00AF3DC1">
      <w:pPr>
        <w:pStyle w:val="Akapitzlist"/>
        <w:numPr>
          <w:ilvl w:val="1"/>
          <w:numId w:val="31"/>
        </w:numPr>
        <w:spacing w:before="100" w:beforeAutospacing="1" w:after="100" w:afterAutospacing="1" w:line="360" w:lineRule="auto"/>
        <w:ind w:left="1134"/>
        <w:rPr>
          <w:rFonts w:ascii="Calibri" w:hAnsi="Calibri" w:cs="Calibri"/>
          <w:sz w:val="24"/>
          <w:szCs w:val="24"/>
          <w:lang w:val="pl-PL"/>
        </w:rPr>
      </w:pPr>
      <w:r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Członek Komisji</w:t>
      </w:r>
      <w:r w:rsidR="0027058F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27058F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5838CD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ab/>
      </w:r>
      <w:r w:rsidR="00AF3DC1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….</w:t>
      </w:r>
      <w:r w:rsidR="0027058F" w:rsidRPr="002A3095">
        <w:rPr>
          <w:rFonts w:ascii="Calibri" w:eastAsia="Times New Roman" w:hAnsi="Calibri" w:cs="Calibri"/>
          <w:sz w:val="24"/>
          <w:szCs w:val="24"/>
          <w:lang w:val="pl-PL" w:eastAsia="pl-PL"/>
        </w:rPr>
        <w:t>……………………………………………………</w:t>
      </w:r>
    </w:p>
    <w:p w14:paraId="589FFC9F" w14:textId="77777777" w:rsidR="003A58E6" w:rsidRPr="002A3095" w:rsidRDefault="00841A57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lang w:val="pl-PL"/>
        </w:rPr>
        <w:br w:type="page"/>
      </w:r>
      <w:r w:rsidR="00AF3DC1" w:rsidRPr="002A3095">
        <w:rPr>
          <w:rFonts w:ascii="Calibri" w:hAnsi="Calibri" w:cs="Calibri"/>
          <w:b/>
          <w:i/>
          <w:sz w:val="20"/>
          <w:lang w:val="pl-PL"/>
        </w:rPr>
        <w:lastRenderedPageBreak/>
        <w:t>Załącznik nr 9</w:t>
      </w:r>
      <w:r w:rsidR="00AF3DC1" w:rsidRPr="002A3095">
        <w:rPr>
          <w:rFonts w:ascii="Calibri" w:hAnsi="Calibri" w:cs="Calibri"/>
          <w:i/>
          <w:sz w:val="20"/>
          <w:lang w:val="pl-PL"/>
        </w:rPr>
        <w:t xml:space="preserve"> </w:t>
      </w:r>
      <w:r w:rsidR="003A58E6" w:rsidRPr="002A3095">
        <w:rPr>
          <w:rFonts w:ascii="Calibri" w:hAnsi="Calibri" w:cs="Calibri"/>
          <w:i/>
          <w:sz w:val="20"/>
          <w:lang w:val="pl-PL"/>
        </w:rPr>
        <w:t xml:space="preserve">do Regulaminu postępowania w celu wyboru operatora automatów </w:t>
      </w:r>
      <w:proofErr w:type="spellStart"/>
      <w:r w:rsidR="003A58E6" w:rsidRPr="002A3095">
        <w:rPr>
          <w:rFonts w:ascii="Calibri" w:hAnsi="Calibri" w:cs="Calibri"/>
          <w:i/>
          <w:sz w:val="20"/>
          <w:lang w:val="pl-PL"/>
        </w:rPr>
        <w:t>vendingowych</w:t>
      </w:r>
      <w:proofErr w:type="spellEnd"/>
      <w:r w:rsidR="003A58E6" w:rsidRPr="002A3095">
        <w:rPr>
          <w:rFonts w:ascii="Calibri" w:hAnsi="Calibri" w:cs="Calibri"/>
          <w:i/>
          <w:sz w:val="20"/>
          <w:lang w:val="pl-PL"/>
        </w:rPr>
        <w:t xml:space="preserve"> </w:t>
      </w:r>
    </w:p>
    <w:p w14:paraId="0CAB52B5" w14:textId="77777777" w:rsidR="003A58E6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 xml:space="preserve">w Ogólnokształcącej Szkole Muzycznej i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i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II st.</w:t>
      </w:r>
    </w:p>
    <w:p w14:paraId="23908F4C" w14:textId="77777777" w:rsidR="00AF3DC1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>im. Henryka Wieniawskiego w Łodzi</w:t>
      </w:r>
    </w:p>
    <w:p w14:paraId="7BD60A28" w14:textId="77777777" w:rsidR="00AF3DC1" w:rsidRPr="002A3095" w:rsidRDefault="00AF3DC1" w:rsidP="00AF3DC1">
      <w:pPr>
        <w:spacing w:after="0"/>
        <w:ind w:left="5040" w:firstLine="630"/>
        <w:rPr>
          <w:rFonts w:ascii="Calibri" w:hAnsi="Calibri" w:cs="Calibri"/>
          <w:i/>
          <w:sz w:val="20"/>
          <w:lang w:val="pl-PL"/>
        </w:rPr>
      </w:pPr>
    </w:p>
    <w:p w14:paraId="5D509F89" w14:textId="77777777" w:rsidR="00AF3DC1" w:rsidRPr="002A3095" w:rsidRDefault="00AF3DC1" w:rsidP="00AF3DC1">
      <w:pPr>
        <w:spacing w:after="0"/>
        <w:ind w:left="5040" w:firstLine="630"/>
        <w:rPr>
          <w:rFonts w:ascii="Calibri" w:hAnsi="Calibri" w:cs="Calibri"/>
          <w:i/>
          <w:sz w:val="20"/>
          <w:lang w:val="pl-PL"/>
        </w:rPr>
      </w:pPr>
    </w:p>
    <w:p w14:paraId="7905201C" w14:textId="77777777" w:rsidR="00B94B5A" w:rsidRPr="002A3095" w:rsidRDefault="002E6775" w:rsidP="00AF3DC1">
      <w:pPr>
        <w:pStyle w:val="Akapitzlist"/>
        <w:jc w:val="center"/>
        <w:rPr>
          <w:rFonts w:ascii="Calibri" w:hAnsi="Calibri" w:cs="Calibri"/>
          <w:b/>
          <w:lang w:val="pl-PL"/>
        </w:rPr>
      </w:pPr>
      <w:r w:rsidRPr="002A3095">
        <w:rPr>
          <w:rFonts w:ascii="Calibri" w:hAnsi="Calibri" w:cs="Calibri"/>
          <w:b/>
          <w:lang w:val="pl-PL"/>
        </w:rPr>
        <w:t>Informacja o wyborze oferty</w:t>
      </w:r>
    </w:p>
    <w:p w14:paraId="54ADCE1A" w14:textId="77777777" w:rsidR="00784EDF" w:rsidRPr="002A3095" w:rsidRDefault="00784EDF" w:rsidP="00784EDF">
      <w:pPr>
        <w:rPr>
          <w:rFonts w:ascii="Calibri" w:hAnsi="Calibri" w:cs="Calibri"/>
          <w:lang w:val="pl-PL"/>
        </w:rPr>
      </w:pPr>
    </w:p>
    <w:p w14:paraId="2AC8A612" w14:textId="77777777" w:rsidR="004566FD" w:rsidRPr="002A3095" w:rsidRDefault="002E6775" w:rsidP="004566FD">
      <w:pPr>
        <w:spacing w:after="0" w:line="360" w:lineRule="auto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 xml:space="preserve">Dyrektor Ogólnokształcącej Szkoły Muzycznej I </w:t>
      </w:r>
      <w:proofErr w:type="spellStart"/>
      <w:r w:rsidRPr="002A3095">
        <w:rPr>
          <w:rFonts w:ascii="Calibri" w:hAnsi="Calibri" w:cs="Calibri"/>
          <w:sz w:val="24"/>
          <w:lang w:val="pl-PL"/>
        </w:rPr>
        <w:t>i</w:t>
      </w:r>
      <w:proofErr w:type="spellEnd"/>
      <w:r w:rsidRPr="002A3095">
        <w:rPr>
          <w:rFonts w:ascii="Calibri" w:hAnsi="Calibri" w:cs="Calibri"/>
          <w:sz w:val="24"/>
          <w:lang w:val="pl-PL"/>
        </w:rPr>
        <w:t xml:space="preserve"> II stopnia im. H. Wieniawskiego w Łodzi informuje</w:t>
      </w:r>
    </w:p>
    <w:p w14:paraId="6E97C638" w14:textId="77777777" w:rsidR="004566FD" w:rsidRPr="002A3095" w:rsidRDefault="002E6775" w:rsidP="004566FD">
      <w:pPr>
        <w:spacing w:after="0" w:line="360" w:lineRule="auto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o wyborze oferty złożonej przez</w:t>
      </w:r>
      <w:r w:rsidR="00685628" w:rsidRPr="002A3095">
        <w:rPr>
          <w:rFonts w:ascii="Calibri" w:hAnsi="Calibri" w:cs="Calibri"/>
          <w:sz w:val="24"/>
          <w:lang w:val="pl-PL"/>
        </w:rPr>
        <w:t>:</w:t>
      </w:r>
      <w:r w:rsidRPr="002A3095">
        <w:rPr>
          <w:rFonts w:ascii="Calibri" w:hAnsi="Calibri" w:cs="Calibri"/>
          <w:sz w:val="24"/>
          <w:lang w:val="pl-PL"/>
        </w:rPr>
        <w:t xml:space="preserve"> </w:t>
      </w:r>
      <w:r w:rsidR="00685628" w:rsidRPr="002A3095">
        <w:rPr>
          <w:rFonts w:ascii="Calibri" w:hAnsi="Calibri" w:cs="Calibri"/>
          <w:sz w:val="24"/>
          <w:lang w:val="pl-PL"/>
        </w:rPr>
        <w:t>……..</w:t>
      </w:r>
      <w:r w:rsidRPr="002A3095">
        <w:rPr>
          <w:rFonts w:ascii="Calibri" w:hAnsi="Calibri" w:cs="Calibri"/>
          <w:sz w:val="24"/>
          <w:lang w:val="pl-PL"/>
        </w:rPr>
        <w:t>......................</w:t>
      </w:r>
      <w:r w:rsidR="004566FD" w:rsidRPr="002A3095">
        <w:rPr>
          <w:rFonts w:ascii="Calibri" w:hAnsi="Calibri" w:cs="Calibri"/>
          <w:sz w:val="24"/>
          <w:lang w:val="pl-PL"/>
        </w:rPr>
        <w:t>.................................................................</w:t>
      </w:r>
      <w:r w:rsidRPr="002A3095">
        <w:rPr>
          <w:rFonts w:ascii="Calibri" w:hAnsi="Calibri" w:cs="Calibri"/>
          <w:sz w:val="24"/>
          <w:lang w:val="pl-PL"/>
        </w:rPr>
        <w:t>.................</w:t>
      </w:r>
      <w:r w:rsidR="00685628" w:rsidRPr="002A3095">
        <w:rPr>
          <w:rFonts w:ascii="Calibri" w:hAnsi="Calibri" w:cs="Calibri"/>
          <w:sz w:val="24"/>
          <w:lang w:val="pl-PL"/>
        </w:rPr>
        <w:t>............................................................</w:t>
      </w:r>
      <w:r w:rsidRPr="002A3095">
        <w:rPr>
          <w:rFonts w:ascii="Calibri" w:hAnsi="Calibri" w:cs="Calibri"/>
          <w:sz w:val="24"/>
          <w:lang w:val="pl-PL"/>
        </w:rPr>
        <w:t>.</w:t>
      </w:r>
      <w:r w:rsidR="00685628" w:rsidRPr="002A3095">
        <w:rPr>
          <w:rFonts w:ascii="Calibri" w:hAnsi="Calibri" w:cs="Calibri"/>
          <w:sz w:val="24"/>
          <w:lang w:val="pl-PL"/>
        </w:rPr>
        <w:t>.............................................................................................................................................................</w:t>
      </w:r>
      <w:r w:rsidRPr="002A3095">
        <w:rPr>
          <w:rFonts w:ascii="Calibri" w:hAnsi="Calibri" w:cs="Calibri"/>
          <w:sz w:val="24"/>
          <w:lang w:val="pl-PL"/>
        </w:rPr>
        <w:t xml:space="preserve"> .</w:t>
      </w:r>
    </w:p>
    <w:p w14:paraId="4F9C4FB3" w14:textId="77777777" w:rsidR="004566FD" w:rsidRPr="002A3095" w:rsidRDefault="004566FD" w:rsidP="004566FD">
      <w:pPr>
        <w:spacing w:after="0" w:line="360" w:lineRule="auto"/>
        <w:rPr>
          <w:rFonts w:ascii="Calibri" w:hAnsi="Calibri" w:cs="Calibri"/>
          <w:sz w:val="24"/>
          <w:lang w:val="pl-PL"/>
        </w:rPr>
      </w:pPr>
    </w:p>
    <w:p w14:paraId="3AAA5B85" w14:textId="77777777" w:rsidR="004566FD" w:rsidRPr="002A3095" w:rsidRDefault="002E6775" w:rsidP="004566FD">
      <w:pPr>
        <w:spacing w:after="0" w:line="360" w:lineRule="auto"/>
        <w:rPr>
          <w:rFonts w:ascii="Calibri" w:hAnsi="Calibri" w:cs="Calibri"/>
          <w:b/>
          <w:sz w:val="24"/>
          <w:lang w:val="pl-PL"/>
        </w:rPr>
      </w:pPr>
      <w:r w:rsidRPr="002A3095">
        <w:rPr>
          <w:rFonts w:ascii="Calibri" w:hAnsi="Calibri" w:cs="Calibri"/>
          <w:b/>
          <w:sz w:val="24"/>
          <w:lang w:val="pl-PL"/>
        </w:rPr>
        <w:t>Uzasadnienie:</w:t>
      </w:r>
    </w:p>
    <w:p w14:paraId="3485E0D2" w14:textId="77777777" w:rsidR="004566FD" w:rsidRPr="002A3095" w:rsidRDefault="002E6775" w:rsidP="004566FD">
      <w:pPr>
        <w:spacing w:after="0" w:line="360" w:lineRule="auto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............</w:t>
      </w:r>
      <w:r w:rsidR="004566FD" w:rsidRPr="002A3095">
        <w:rPr>
          <w:rFonts w:ascii="Calibri" w:hAnsi="Calibri" w:cs="Calibri"/>
          <w:sz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A3095">
        <w:rPr>
          <w:rFonts w:ascii="Calibri" w:hAnsi="Calibri" w:cs="Calibri"/>
          <w:sz w:val="24"/>
          <w:lang w:val="pl-PL"/>
        </w:rPr>
        <w:t>............................</w:t>
      </w:r>
    </w:p>
    <w:p w14:paraId="0F0EBA86" w14:textId="77777777" w:rsidR="00685628" w:rsidRPr="002A3095" w:rsidRDefault="00685628" w:rsidP="00685628">
      <w:pPr>
        <w:spacing w:after="0" w:line="360" w:lineRule="auto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165F2D" w14:textId="77777777" w:rsidR="00685628" w:rsidRPr="002A3095" w:rsidRDefault="00685628" w:rsidP="00AF3DC1">
      <w:pPr>
        <w:spacing w:after="0" w:line="240" w:lineRule="auto"/>
        <w:jc w:val="right"/>
        <w:rPr>
          <w:rFonts w:ascii="Calibri" w:hAnsi="Calibri" w:cs="Calibri"/>
          <w:sz w:val="24"/>
          <w:lang w:val="pl-PL"/>
        </w:rPr>
      </w:pPr>
    </w:p>
    <w:p w14:paraId="4C4E198A" w14:textId="77777777" w:rsidR="003A58E6" w:rsidRPr="002A3095" w:rsidRDefault="003A58E6" w:rsidP="00AF3DC1">
      <w:pPr>
        <w:spacing w:after="0" w:line="240" w:lineRule="auto"/>
        <w:jc w:val="right"/>
        <w:rPr>
          <w:rFonts w:ascii="Calibri" w:hAnsi="Calibri" w:cs="Calibri"/>
          <w:sz w:val="24"/>
          <w:lang w:val="pl-PL"/>
        </w:rPr>
      </w:pPr>
    </w:p>
    <w:p w14:paraId="6B3694F4" w14:textId="77777777" w:rsidR="003A58E6" w:rsidRPr="002A3095" w:rsidRDefault="003A58E6" w:rsidP="00AF3DC1">
      <w:pPr>
        <w:spacing w:after="0" w:line="240" w:lineRule="auto"/>
        <w:jc w:val="right"/>
        <w:rPr>
          <w:rFonts w:ascii="Calibri" w:hAnsi="Calibri" w:cs="Calibri"/>
          <w:sz w:val="24"/>
          <w:lang w:val="pl-PL"/>
        </w:rPr>
      </w:pPr>
    </w:p>
    <w:p w14:paraId="27FD3BF8" w14:textId="77777777" w:rsidR="004566FD" w:rsidRPr="002A3095" w:rsidRDefault="004566FD" w:rsidP="00AF3DC1">
      <w:pPr>
        <w:spacing w:after="0" w:line="240" w:lineRule="auto"/>
        <w:jc w:val="right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………………………………………………………………</w:t>
      </w:r>
    </w:p>
    <w:p w14:paraId="38F25F27" w14:textId="77777777" w:rsidR="00B94B5A" w:rsidRPr="002A3095" w:rsidRDefault="004566FD" w:rsidP="00AF3DC1">
      <w:pPr>
        <w:spacing w:line="360" w:lineRule="auto"/>
        <w:ind w:left="5040" w:firstLine="720"/>
        <w:jc w:val="center"/>
        <w:rPr>
          <w:rFonts w:ascii="Calibri" w:hAnsi="Calibri" w:cs="Calibri"/>
          <w:i/>
          <w:sz w:val="24"/>
          <w:lang w:val="pl-PL"/>
        </w:rPr>
      </w:pPr>
      <w:r w:rsidRPr="002A3095">
        <w:rPr>
          <w:rFonts w:ascii="Calibri" w:hAnsi="Calibri" w:cs="Calibri"/>
          <w:i/>
          <w:sz w:val="24"/>
          <w:lang w:val="pl-PL"/>
        </w:rPr>
        <w:t>(Data i podpis Dyrektora)</w:t>
      </w:r>
    </w:p>
    <w:p w14:paraId="45392EA3" w14:textId="77777777" w:rsidR="004566FD" w:rsidRPr="002A3095" w:rsidRDefault="004566FD" w:rsidP="004566FD">
      <w:pPr>
        <w:spacing w:line="360" w:lineRule="auto"/>
        <w:ind w:firstLine="720"/>
        <w:rPr>
          <w:rFonts w:ascii="Calibri" w:hAnsi="Calibri" w:cs="Calibri"/>
          <w:i/>
          <w:sz w:val="24"/>
          <w:lang w:val="pl-PL"/>
        </w:rPr>
      </w:pPr>
    </w:p>
    <w:p w14:paraId="3DBF0A64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64FE7CBC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12043368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4634E0F7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75A748CE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2DA10850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15C8BA1C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50987DDE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0521823F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718E6122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7E3142AB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42D79AEC" w14:textId="77777777" w:rsidR="00AF3DC1" w:rsidRPr="002A3095" w:rsidRDefault="00AF3DC1" w:rsidP="00AF3DC1">
      <w:pPr>
        <w:spacing w:after="0"/>
        <w:ind w:left="5670"/>
        <w:rPr>
          <w:rFonts w:ascii="Calibri" w:hAnsi="Calibri" w:cs="Calibri"/>
          <w:b/>
          <w:i/>
          <w:sz w:val="20"/>
          <w:lang w:val="pl-PL"/>
        </w:rPr>
      </w:pPr>
    </w:p>
    <w:p w14:paraId="645F32DD" w14:textId="77777777" w:rsidR="003A58E6" w:rsidRPr="002A3095" w:rsidRDefault="00AF3DC1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b/>
          <w:i/>
          <w:sz w:val="20"/>
          <w:lang w:val="pl-PL"/>
        </w:rPr>
        <w:lastRenderedPageBreak/>
        <w:t>Załącznik nr 10</w:t>
      </w:r>
      <w:r w:rsidRPr="002A3095">
        <w:rPr>
          <w:rFonts w:ascii="Calibri" w:hAnsi="Calibri" w:cs="Calibri"/>
          <w:i/>
          <w:sz w:val="20"/>
          <w:lang w:val="pl-PL"/>
        </w:rPr>
        <w:t xml:space="preserve"> </w:t>
      </w:r>
      <w:r w:rsidR="003A58E6" w:rsidRPr="002A3095">
        <w:rPr>
          <w:rFonts w:ascii="Calibri" w:hAnsi="Calibri" w:cs="Calibri"/>
          <w:i/>
          <w:sz w:val="20"/>
          <w:lang w:val="pl-PL"/>
        </w:rPr>
        <w:t xml:space="preserve">do Regulaminu postępowania w celu wyboru operatora automatów </w:t>
      </w:r>
      <w:proofErr w:type="spellStart"/>
      <w:r w:rsidR="003A58E6" w:rsidRPr="002A3095">
        <w:rPr>
          <w:rFonts w:ascii="Calibri" w:hAnsi="Calibri" w:cs="Calibri"/>
          <w:i/>
          <w:sz w:val="20"/>
          <w:lang w:val="pl-PL"/>
        </w:rPr>
        <w:t>vendingowych</w:t>
      </w:r>
      <w:proofErr w:type="spellEnd"/>
      <w:r w:rsidR="003A58E6" w:rsidRPr="002A3095">
        <w:rPr>
          <w:rFonts w:ascii="Calibri" w:hAnsi="Calibri" w:cs="Calibri"/>
          <w:i/>
          <w:sz w:val="20"/>
          <w:lang w:val="pl-PL"/>
        </w:rPr>
        <w:t xml:space="preserve"> </w:t>
      </w:r>
    </w:p>
    <w:p w14:paraId="332F2E0A" w14:textId="77777777" w:rsidR="003A58E6" w:rsidRPr="002A3095" w:rsidRDefault="003A58E6" w:rsidP="003A58E6">
      <w:pPr>
        <w:spacing w:after="0"/>
        <w:ind w:left="5670"/>
        <w:rPr>
          <w:rFonts w:ascii="Calibri" w:hAnsi="Calibri" w:cs="Calibri"/>
          <w:i/>
          <w:sz w:val="20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 xml:space="preserve">w Ogólnokształcącej Szkole Muzycznej i </w:t>
      </w:r>
      <w:proofErr w:type="spellStart"/>
      <w:r w:rsidRPr="002A3095">
        <w:rPr>
          <w:rFonts w:ascii="Calibri" w:hAnsi="Calibri" w:cs="Calibri"/>
          <w:i/>
          <w:sz w:val="20"/>
          <w:lang w:val="pl-PL"/>
        </w:rPr>
        <w:t>i</w:t>
      </w:r>
      <w:proofErr w:type="spellEnd"/>
      <w:r w:rsidRPr="002A3095">
        <w:rPr>
          <w:rFonts w:ascii="Calibri" w:hAnsi="Calibri" w:cs="Calibri"/>
          <w:i/>
          <w:sz w:val="20"/>
          <w:lang w:val="pl-PL"/>
        </w:rPr>
        <w:t xml:space="preserve"> II st.</w:t>
      </w:r>
    </w:p>
    <w:p w14:paraId="340602BC" w14:textId="77777777" w:rsidR="004566FD" w:rsidRPr="002A3095" w:rsidRDefault="003A58E6" w:rsidP="003A58E6">
      <w:pPr>
        <w:spacing w:after="0"/>
        <w:ind w:left="5670"/>
        <w:rPr>
          <w:rFonts w:ascii="Calibri" w:hAnsi="Calibri" w:cs="Calibri"/>
          <w:i/>
          <w:sz w:val="24"/>
          <w:lang w:val="pl-PL"/>
        </w:rPr>
      </w:pPr>
      <w:r w:rsidRPr="002A3095">
        <w:rPr>
          <w:rFonts w:ascii="Calibri" w:hAnsi="Calibri" w:cs="Calibri"/>
          <w:i/>
          <w:sz w:val="20"/>
          <w:lang w:val="pl-PL"/>
        </w:rPr>
        <w:t>im. Henryka Wieniawskiego w Łodzi</w:t>
      </w:r>
    </w:p>
    <w:p w14:paraId="65A3BC9D" w14:textId="77777777" w:rsidR="00B94B5A" w:rsidRPr="002A3095" w:rsidRDefault="002E6775" w:rsidP="003D10C9">
      <w:pPr>
        <w:pStyle w:val="Nagwek2"/>
        <w:jc w:val="center"/>
        <w:rPr>
          <w:rFonts w:ascii="Calibri" w:hAnsi="Calibri" w:cs="Calibri"/>
          <w:color w:val="auto"/>
          <w:lang w:val="pl-PL"/>
        </w:rPr>
      </w:pPr>
      <w:r w:rsidRPr="002A3095">
        <w:rPr>
          <w:rFonts w:ascii="Calibri" w:hAnsi="Calibri" w:cs="Calibri"/>
          <w:color w:val="auto"/>
          <w:lang w:val="pl-PL"/>
        </w:rPr>
        <w:t>Informacja o unieważnieniu postępowania</w:t>
      </w:r>
    </w:p>
    <w:p w14:paraId="5587B677" w14:textId="77777777" w:rsidR="00784EDF" w:rsidRPr="002A3095" w:rsidRDefault="00784EDF" w:rsidP="00784EDF">
      <w:pPr>
        <w:rPr>
          <w:rFonts w:ascii="Calibri" w:hAnsi="Calibri" w:cs="Calibri"/>
          <w:lang w:val="pl-PL"/>
        </w:rPr>
      </w:pPr>
    </w:p>
    <w:p w14:paraId="526FCE7E" w14:textId="77777777" w:rsidR="004566FD" w:rsidRPr="002A3095" w:rsidRDefault="002E6775" w:rsidP="004566FD">
      <w:pPr>
        <w:spacing w:after="0" w:line="360" w:lineRule="auto"/>
        <w:rPr>
          <w:rFonts w:ascii="Calibri" w:hAnsi="Calibri" w:cs="Calibri"/>
          <w:b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Dyrektor informuje o unieważnieniu postępowania.</w:t>
      </w:r>
      <w:r w:rsidRPr="002A3095">
        <w:rPr>
          <w:rFonts w:ascii="Calibri" w:hAnsi="Calibri" w:cs="Calibri"/>
          <w:sz w:val="24"/>
          <w:lang w:val="pl-PL"/>
        </w:rPr>
        <w:br/>
      </w:r>
      <w:r w:rsidR="004566FD" w:rsidRPr="002A3095">
        <w:rPr>
          <w:rFonts w:ascii="Calibri" w:hAnsi="Calibri" w:cs="Calibri"/>
          <w:b/>
          <w:sz w:val="24"/>
          <w:lang w:val="pl-PL"/>
        </w:rPr>
        <w:t>Uzasadnienie:</w:t>
      </w:r>
    </w:p>
    <w:p w14:paraId="26519AC1" w14:textId="77777777" w:rsidR="004566FD" w:rsidRPr="002A3095" w:rsidRDefault="004566FD" w:rsidP="004566FD">
      <w:pPr>
        <w:spacing w:after="0" w:line="360" w:lineRule="auto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AAB5EE" w14:textId="77777777" w:rsidR="004566FD" w:rsidRPr="002A3095" w:rsidRDefault="004566FD" w:rsidP="004566FD">
      <w:pPr>
        <w:spacing w:after="0" w:line="360" w:lineRule="auto"/>
        <w:rPr>
          <w:rFonts w:ascii="Calibri" w:hAnsi="Calibri" w:cs="Calibri"/>
          <w:sz w:val="24"/>
          <w:lang w:val="pl-PL"/>
        </w:rPr>
      </w:pPr>
    </w:p>
    <w:p w14:paraId="671240CD" w14:textId="77777777" w:rsidR="00AD75F1" w:rsidRPr="002A3095" w:rsidRDefault="00AD75F1" w:rsidP="004566FD">
      <w:pPr>
        <w:spacing w:after="0" w:line="360" w:lineRule="auto"/>
        <w:rPr>
          <w:rFonts w:ascii="Calibri" w:hAnsi="Calibri" w:cs="Calibri"/>
          <w:sz w:val="24"/>
          <w:lang w:val="pl-PL"/>
        </w:rPr>
      </w:pPr>
    </w:p>
    <w:p w14:paraId="424CF467" w14:textId="77777777" w:rsidR="003A58E6" w:rsidRPr="002A3095" w:rsidRDefault="003A58E6" w:rsidP="004566FD">
      <w:pPr>
        <w:spacing w:after="0" w:line="360" w:lineRule="auto"/>
        <w:rPr>
          <w:rFonts w:ascii="Calibri" w:hAnsi="Calibri" w:cs="Calibri"/>
          <w:sz w:val="24"/>
          <w:lang w:val="pl-PL"/>
        </w:rPr>
      </w:pPr>
    </w:p>
    <w:p w14:paraId="1D48FDE5" w14:textId="77777777" w:rsidR="003A58E6" w:rsidRPr="002A3095" w:rsidRDefault="003A58E6" w:rsidP="004566FD">
      <w:pPr>
        <w:spacing w:after="0" w:line="360" w:lineRule="auto"/>
        <w:rPr>
          <w:rFonts w:ascii="Calibri" w:hAnsi="Calibri" w:cs="Calibri"/>
          <w:sz w:val="24"/>
          <w:lang w:val="pl-PL"/>
        </w:rPr>
      </w:pPr>
    </w:p>
    <w:p w14:paraId="1440F1F1" w14:textId="77777777" w:rsidR="00784EDF" w:rsidRPr="002A3095" w:rsidRDefault="00784EDF" w:rsidP="00AF3DC1">
      <w:pPr>
        <w:spacing w:after="0" w:line="240" w:lineRule="auto"/>
        <w:jc w:val="right"/>
        <w:rPr>
          <w:rFonts w:ascii="Calibri" w:hAnsi="Calibri" w:cs="Calibri"/>
          <w:sz w:val="24"/>
          <w:lang w:val="pl-PL"/>
        </w:rPr>
      </w:pPr>
      <w:r w:rsidRPr="002A3095">
        <w:rPr>
          <w:rFonts w:ascii="Calibri" w:hAnsi="Calibri" w:cs="Calibri"/>
          <w:sz w:val="24"/>
          <w:lang w:val="pl-PL"/>
        </w:rPr>
        <w:t>………………………………………………………………</w:t>
      </w:r>
    </w:p>
    <w:p w14:paraId="1A8E636D" w14:textId="77777777" w:rsidR="00784EDF" w:rsidRPr="002A3095" w:rsidRDefault="00784EDF" w:rsidP="00AF3DC1">
      <w:pPr>
        <w:spacing w:line="360" w:lineRule="auto"/>
        <w:ind w:left="5040" w:firstLine="720"/>
        <w:jc w:val="center"/>
        <w:rPr>
          <w:rFonts w:ascii="Calibri" w:hAnsi="Calibri" w:cs="Calibri"/>
          <w:i/>
          <w:sz w:val="24"/>
          <w:lang w:val="pl-PL"/>
        </w:rPr>
      </w:pPr>
      <w:r w:rsidRPr="002A3095">
        <w:rPr>
          <w:rFonts w:ascii="Calibri" w:hAnsi="Calibri" w:cs="Calibri"/>
          <w:i/>
          <w:sz w:val="24"/>
          <w:lang w:val="pl-PL"/>
        </w:rPr>
        <w:t>(Data i podpis Dyrektora)</w:t>
      </w:r>
    </w:p>
    <w:p w14:paraId="6388FAE7" w14:textId="77777777" w:rsidR="004566FD" w:rsidRPr="002A3095" w:rsidRDefault="004566FD" w:rsidP="004566FD">
      <w:pPr>
        <w:spacing w:after="0" w:line="240" w:lineRule="auto"/>
        <w:rPr>
          <w:rFonts w:ascii="Calibri" w:hAnsi="Calibri" w:cs="Calibri"/>
          <w:sz w:val="24"/>
          <w:lang w:val="pl-PL"/>
        </w:rPr>
      </w:pPr>
    </w:p>
    <w:p w14:paraId="190E5380" w14:textId="77777777" w:rsidR="004566FD" w:rsidRPr="002A3095" w:rsidRDefault="004566FD" w:rsidP="004566FD">
      <w:pPr>
        <w:spacing w:after="0" w:line="240" w:lineRule="auto"/>
        <w:rPr>
          <w:rFonts w:ascii="Calibri" w:hAnsi="Calibri" w:cs="Calibri"/>
          <w:sz w:val="24"/>
          <w:lang w:val="pl-PL"/>
        </w:rPr>
      </w:pPr>
    </w:p>
    <w:p w14:paraId="55A61856" w14:textId="77777777" w:rsidR="004566FD" w:rsidRPr="002A3095" w:rsidRDefault="004566FD" w:rsidP="004566FD">
      <w:pPr>
        <w:spacing w:after="0" w:line="240" w:lineRule="auto"/>
        <w:rPr>
          <w:rFonts w:ascii="Calibri" w:hAnsi="Calibri" w:cs="Calibri"/>
          <w:sz w:val="24"/>
          <w:lang w:val="pl-PL"/>
        </w:rPr>
      </w:pPr>
    </w:p>
    <w:p w14:paraId="600075FB" w14:textId="77777777" w:rsidR="004566FD" w:rsidRPr="002A3095" w:rsidRDefault="004566FD" w:rsidP="004566FD">
      <w:pPr>
        <w:spacing w:after="0" w:line="240" w:lineRule="auto"/>
        <w:rPr>
          <w:rFonts w:ascii="Calibri" w:hAnsi="Calibri" w:cs="Calibri"/>
          <w:sz w:val="24"/>
          <w:lang w:val="pl-PL"/>
        </w:rPr>
      </w:pPr>
    </w:p>
    <w:p w14:paraId="0CBAF6C1" w14:textId="77777777" w:rsidR="004566FD" w:rsidRPr="002A3095" w:rsidRDefault="004566FD" w:rsidP="004566FD">
      <w:pPr>
        <w:spacing w:after="0" w:line="240" w:lineRule="auto"/>
        <w:rPr>
          <w:rFonts w:ascii="Calibri" w:hAnsi="Calibri" w:cs="Calibri"/>
          <w:sz w:val="24"/>
          <w:lang w:val="pl-PL"/>
        </w:rPr>
      </w:pPr>
    </w:p>
    <w:p w14:paraId="7B98F20C" w14:textId="77777777" w:rsidR="004566FD" w:rsidRPr="002A3095" w:rsidRDefault="004566FD" w:rsidP="004566FD">
      <w:pPr>
        <w:spacing w:after="0" w:line="240" w:lineRule="auto"/>
        <w:rPr>
          <w:rFonts w:ascii="Calibri" w:hAnsi="Calibri" w:cs="Calibri"/>
          <w:sz w:val="24"/>
          <w:lang w:val="pl-PL"/>
        </w:rPr>
      </w:pPr>
    </w:p>
    <w:p w14:paraId="358AAF72" w14:textId="77777777" w:rsidR="004566FD" w:rsidRPr="002A3095" w:rsidRDefault="004566FD" w:rsidP="004566FD">
      <w:pPr>
        <w:spacing w:after="0" w:line="240" w:lineRule="auto"/>
        <w:rPr>
          <w:rFonts w:ascii="Calibri" w:hAnsi="Calibri" w:cs="Calibri"/>
          <w:sz w:val="24"/>
          <w:lang w:val="pl-PL"/>
        </w:rPr>
      </w:pPr>
    </w:p>
    <w:p w14:paraId="61D4E852" w14:textId="77777777" w:rsidR="004566FD" w:rsidRPr="002A3095" w:rsidRDefault="004566FD" w:rsidP="002A3095">
      <w:pPr>
        <w:spacing w:line="360" w:lineRule="auto"/>
        <w:rPr>
          <w:rFonts w:ascii="Calibri" w:hAnsi="Calibri" w:cs="Calibri"/>
          <w:i/>
          <w:sz w:val="24"/>
          <w:lang w:val="pl-PL"/>
        </w:rPr>
      </w:pPr>
    </w:p>
    <w:sectPr w:rsidR="004566FD" w:rsidRPr="002A3095" w:rsidSect="00AF3DC1">
      <w:pgSz w:w="12240" w:h="15840"/>
      <w:pgMar w:top="851" w:right="1080" w:bottom="993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AC35C5"/>
    <w:multiLevelType w:val="hybridMultilevel"/>
    <w:tmpl w:val="97B22CEE"/>
    <w:lvl w:ilvl="0" w:tplc="1E0654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4266E3"/>
    <w:multiLevelType w:val="hybridMultilevel"/>
    <w:tmpl w:val="A3CAF14C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0B6A1059"/>
    <w:multiLevelType w:val="hybridMultilevel"/>
    <w:tmpl w:val="3FBEB1FA"/>
    <w:lvl w:ilvl="0" w:tplc="1E0654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E55F38"/>
    <w:multiLevelType w:val="hybridMultilevel"/>
    <w:tmpl w:val="AA0C07BC"/>
    <w:lvl w:ilvl="0" w:tplc="C94E68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86DFF"/>
    <w:multiLevelType w:val="hybridMultilevel"/>
    <w:tmpl w:val="1A3E30D6"/>
    <w:lvl w:ilvl="0" w:tplc="C94E68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82104"/>
    <w:multiLevelType w:val="hybridMultilevel"/>
    <w:tmpl w:val="3FBEB1FA"/>
    <w:lvl w:ilvl="0" w:tplc="1E0654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B61666"/>
    <w:multiLevelType w:val="hybridMultilevel"/>
    <w:tmpl w:val="FC8625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9D3DA7"/>
    <w:multiLevelType w:val="hybridMultilevel"/>
    <w:tmpl w:val="7FC06E9E"/>
    <w:lvl w:ilvl="0" w:tplc="34807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743B5"/>
    <w:multiLevelType w:val="multilevel"/>
    <w:tmpl w:val="41A6D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A32B40"/>
    <w:multiLevelType w:val="multilevel"/>
    <w:tmpl w:val="CDAE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DC70FD"/>
    <w:multiLevelType w:val="hybridMultilevel"/>
    <w:tmpl w:val="D5D4C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D76D23"/>
    <w:multiLevelType w:val="multilevel"/>
    <w:tmpl w:val="81C4A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955A0A"/>
    <w:multiLevelType w:val="hybridMultilevel"/>
    <w:tmpl w:val="0DBE87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B004B8"/>
    <w:multiLevelType w:val="multilevel"/>
    <w:tmpl w:val="CDAE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4F1F06"/>
    <w:multiLevelType w:val="multilevel"/>
    <w:tmpl w:val="5750F0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EF79D2"/>
    <w:multiLevelType w:val="hybridMultilevel"/>
    <w:tmpl w:val="744AC6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C16B7B"/>
    <w:multiLevelType w:val="multilevel"/>
    <w:tmpl w:val="7FC06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333746"/>
    <w:multiLevelType w:val="multilevel"/>
    <w:tmpl w:val="F7062E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53032F"/>
    <w:multiLevelType w:val="multilevel"/>
    <w:tmpl w:val="A828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C29D8"/>
    <w:multiLevelType w:val="hybridMultilevel"/>
    <w:tmpl w:val="F6C44AA0"/>
    <w:lvl w:ilvl="0" w:tplc="C94E68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D28C0"/>
    <w:multiLevelType w:val="hybridMultilevel"/>
    <w:tmpl w:val="8F982C6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E474F16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85084A"/>
    <w:multiLevelType w:val="hybridMultilevel"/>
    <w:tmpl w:val="435805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474F16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3142945">
    <w:abstractNumId w:val="8"/>
  </w:num>
  <w:num w:numId="2" w16cid:durableId="1539511910">
    <w:abstractNumId w:val="6"/>
  </w:num>
  <w:num w:numId="3" w16cid:durableId="1652901023">
    <w:abstractNumId w:val="5"/>
  </w:num>
  <w:num w:numId="4" w16cid:durableId="1210264074">
    <w:abstractNumId w:val="4"/>
  </w:num>
  <w:num w:numId="5" w16cid:durableId="598870558">
    <w:abstractNumId w:val="7"/>
  </w:num>
  <w:num w:numId="6" w16cid:durableId="2098597166">
    <w:abstractNumId w:val="3"/>
  </w:num>
  <w:num w:numId="7" w16cid:durableId="169608335">
    <w:abstractNumId w:val="2"/>
  </w:num>
  <w:num w:numId="8" w16cid:durableId="1626738835">
    <w:abstractNumId w:val="1"/>
  </w:num>
  <w:num w:numId="9" w16cid:durableId="875199590">
    <w:abstractNumId w:val="0"/>
  </w:num>
  <w:num w:numId="10" w16cid:durableId="1022786114">
    <w:abstractNumId w:val="30"/>
  </w:num>
  <w:num w:numId="11" w16cid:durableId="1845054101">
    <w:abstractNumId w:val="29"/>
  </w:num>
  <w:num w:numId="12" w16cid:durableId="311568646">
    <w:abstractNumId w:val="19"/>
  </w:num>
  <w:num w:numId="13" w16cid:durableId="1456561937">
    <w:abstractNumId w:val="9"/>
  </w:num>
  <w:num w:numId="14" w16cid:durableId="989752236">
    <w:abstractNumId w:val="14"/>
  </w:num>
  <w:num w:numId="15" w16cid:durableId="1333333251">
    <w:abstractNumId w:val="20"/>
  </w:num>
  <w:num w:numId="16" w16cid:durableId="1744595229">
    <w:abstractNumId w:val="11"/>
  </w:num>
  <w:num w:numId="17" w16cid:durableId="519047146">
    <w:abstractNumId w:val="17"/>
  </w:num>
  <w:num w:numId="18" w16cid:durableId="1498766342">
    <w:abstractNumId w:val="23"/>
  </w:num>
  <w:num w:numId="19" w16cid:durableId="496923647">
    <w:abstractNumId w:val="18"/>
  </w:num>
  <w:num w:numId="20" w16cid:durableId="1441872166">
    <w:abstractNumId w:val="22"/>
  </w:num>
  <w:num w:numId="21" w16cid:durableId="1912622230">
    <w:abstractNumId w:val="16"/>
  </w:num>
  <w:num w:numId="22" w16cid:durableId="693581776">
    <w:abstractNumId w:val="25"/>
  </w:num>
  <w:num w:numId="23" w16cid:durableId="1162047134">
    <w:abstractNumId w:val="27"/>
  </w:num>
  <w:num w:numId="24" w16cid:durableId="210461425">
    <w:abstractNumId w:val="24"/>
  </w:num>
  <w:num w:numId="25" w16cid:durableId="729816043">
    <w:abstractNumId w:val="15"/>
  </w:num>
  <w:num w:numId="26" w16cid:durableId="411438248">
    <w:abstractNumId w:val="21"/>
  </w:num>
  <w:num w:numId="27" w16cid:durableId="1625187228">
    <w:abstractNumId w:val="26"/>
  </w:num>
  <w:num w:numId="28" w16cid:durableId="978346432">
    <w:abstractNumId w:val="12"/>
  </w:num>
  <w:num w:numId="29" w16cid:durableId="288711544">
    <w:abstractNumId w:val="10"/>
  </w:num>
  <w:num w:numId="30" w16cid:durableId="58019680">
    <w:abstractNumId w:val="28"/>
  </w:num>
  <w:num w:numId="31" w16cid:durableId="9443890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7929"/>
    <w:rsid w:val="0015074B"/>
    <w:rsid w:val="00231403"/>
    <w:rsid w:val="0027058F"/>
    <w:rsid w:val="0029639D"/>
    <w:rsid w:val="002A3095"/>
    <w:rsid w:val="002E6775"/>
    <w:rsid w:val="00326F90"/>
    <w:rsid w:val="003A58E6"/>
    <w:rsid w:val="003D10C9"/>
    <w:rsid w:val="004566FD"/>
    <w:rsid w:val="00542C25"/>
    <w:rsid w:val="005838CD"/>
    <w:rsid w:val="00685628"/>
    <w:rsid w:val="006C06EF"/>
    <w:rsid w:val="00755420"/>
    <w:rsid w:val="00784EDF"/>
    <w:rsid w:val="0080767D"/>
    <w:rsid w:val="00841A57"/>
    <w:rsid w:val="00852D65"/>
    <w:rsid w:val="009B017F"/>
    <w:rsid w:val="00AA1D8D"/>
    <w:rsid w:val="00AD1CFB"/>
    <w:rsid w:val="00AD75F1"/>
    <w:rsid w:val="00AF3DC1"/>
    <w:rsid w:val="00B47730"/>
    <w:rsid w:val="00B94B5A"/>
    <w:rsid w:val="00BD436F"/>
    <w:rsid w:val="00C007C6"/>
    <w:rsid w:val="00CB0664"/>
    <w:rsid w:val="00E073D7"/>
    <w:rsid w:val="00EC1C28"/>
    <w:rsid w:val="00F533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D08DA3"/>
  <w14:defaultImageDpi w14:val="300"/>
  <w15:docId w15:val="{7B2B3D7B-DA86-4753-AC78-6C26A17A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0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4192A0-D2E4-468D-9D8A-F4E22D7A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10</Pages>
  <Words>1265</Words>
  <Characters>7593</Characters>
  <Application>Microsoft Office Word</Application>
  <DocSecurity>0</DocSecurity>
  <Lines>63</Lines>
  <Paragraphs>17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16</vt:i4>
      </vt:variant>
      <vt:variant>
        <vt:lpstr>Title</vt:lpstr>
      </vt:variant>
      <vt:variant>
        <vt:i4>1</vt:i4>
      </vt:variant>
    </vt:vector>
  </HeadingPairs>
  <TitlesOfParts>
    <vt:vector size="18" baseType="lpstr">
      <vt:lpstr/>
      <vt:lpstr>    Formularz oferty</vt:lpstr>
      <vt:lpstr>    </vt:lpstr>
      <vt:lpstr>    Oświadczenie oferenta</vt:lpstr>
      <vt:lpstr>    Wykaz asortymentu</vt:lpstr>
      <vt:lpstr>    Wykaz doświadczenia</vt:lpstr>
      <vt:lpstr>    Wykaz automatów</vt:lpstr>
      <vt:lpstr>    </vt:lpstr>
      <vt:lpstr>    Oświadczenie członka Komisji</vt:lpstr>
      <vt:lpstr>    </vt:lpstr>
      <vt:lpstr>    </vt:lpstr>
      <vt:lpstr>    Karta oceny oferty</vt:lpstr>
      <vt:lpstr>    Protokół z otwarcia i oceny ofert</vt:lpstr>
      <vt:lpstr>    Data: …………………………………………………………;</vt:lpstr>
      <vt:lpstr>    Godzina: ……………………………………………………;</vt:lpstr>
      <vt:lpstr>    Skład Komisji: </vt:lpstr>
      <vt:lpstr>    Załącznik nr 10 – Informacja o unieważnieniu postępowania</vt:lpstr>
      <vt:lpstr/>
    </vt:vector>
  </TitlesOfParts>
  <Manager/>
  <Company/>
  <LinksUpToDate>false</LinksUpToDate>
  <CharactersWithSpaces>8841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Kowalczyk Adrian</cp:lastModifiedBy>
  <cp:revision>17</cp:revision>
  <cp:lastPrinted>2026-08-04T11:23:00Z</cp:lastPrinted>
  <dcterms:created xsi:type="dcterms:W3CDTF">2026-08-03T13:47:00Z</dcterms:created>
  <dcterms:modified xsi:type="dcterms:W3CDTF">2026-08-14T20:03:00Z</dcterms:modified>
  <cp:category/>
</cp:coreProperties>
</file>