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A316C" w14:textId="7AC5D4E0" w:rsidR="00777F11" w:rsidRPr="00777F11" w:rsidRDefault="00777F11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77F11">
        <w:rPr>
          <w:rFonts w:ascii="Times New Roman" w:hAnsi="Times New Roman" w:cs="Times New Roman"/>
          <w:b/>
          <w:sz w:val="30"/>
        </w:rPr>
        <w:tab/>
      </w:r>
      <w:r w:rsidRPr="00777F11">
        <w:rPr>
          <w:rFonts w:ascii="Times New Roman" w:hAnsi="Times New Roman" w:cs="Times New Roman"/>
          <w:b/>
          <w:sz w:val="30"/>
        </w:rPr>
        <w:tab/>
      </w:r>
      <w:r>
        <w:rPr>
          <w:rFonts w:ascii="Times New Roman" w:hAnsi="Times New Roman" w:cs="Times New Roman"/>
          <w:b/>
          <w:sz w:val="30"/>
        </w:rPr>
        <w:tab/>
      </w:r>
      <w:r>
        <w:rPr>
          <w:rFonts w:ascii="Times New Roman" w:hAnsi="Times New Roman" w:cs="Times New Roman"/>
          <w:b/>
          <w:sz w:val="30"/>
        </w:rPr>
        <w:tab/>
      </w:r>
      <w:r>
        <w:rPr>
          <w:rFonts w:ascii="Times New Roman" w:hAnsi="Times New Roman" w:cs="Times New Roman"/>
          <w:b/>
          <w:sz w:val="30"/>
        </w:rPr>
        <w:tab/>
      </w:r>
      <w:r>
        <w:rPr>
          <w:rFonts w:ascii="Times New Roman" w:hAnsi="Times New Roman" w:cs="Times New Roman"/>
          <w:b/>
          <w:sz w:val="30"/>
        </w:rPr>
        <w:tab/>
      </w:r>
      <w:r>
        <w:rPr>
          <w:rFonts w:ascii="Times New Roman" w:hAnsi="Times New Roman" w:cs="Times New Roman"/>
          <w:b/>
          <w:sz w:val="30"/>
        </w:rPr>
        <w:tab/>
      </w:r>
      <w:r>
        <w:rPr>
          <w:rFonts w:ascii="Times New Roman" w:hAnsi="Times New Roman" w:cs="Times New Roman"/>
          <w:b/>
          <w:sz w:val="30"/>
        </w:rPr>
        <w:tab/>
      </w:r>
      <w:r>
        <w:rPr>
          <w:rFonts w:ascii="Times New Roman" w:hAnsi="Times New Roman" w:cs="Times New Roman"/>
          <w:b/>
          <w:sz w:val="30"/>
        </w:rPr>
        <w:tab/>
      </w:r>
      <w:bookmarkStart w:id="0" w:name="_Hlk240287633"/>
      <w:r w:rsidRPr="00777F11">
        <w:rPr>
          <w:rFonts w:ascii="Times New Roman" w:hAnsi="Times New Roman" w:cs="Times New Roman"/>
          <w:b/>
          <w:sz w:val="18"/>
          <w:szCs w:val="18"/>
        </w:rPr>
        <w:t>Załącznik nr 7 do umowy</w:t>
      </w:r>
    </w:p>
    <w:p w14:paraId="160DF282" w14:textId="7F983806" w:rsidR="005D107A" w:rsidRPr="00CA6AAF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CA6AAF">
        <w:rPr>
          <w:rFonts w:ascii="Times New Roman" w:hAnsi="Times New Roman" w:cs="Times New Roman"/>
          <w:b/>
          <w:sz w:val="24"/>
          <w:szCs w:val="24"/>
        </w:rPr>
        <w:t>PROTOKÓŁ ODBIORU USŁUGI PPOŻ. NR 1</w:t>
      </w:r>
      <w:r w:rsidRPr="00CA6AAF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301D3062" w14:textId="2AD20D54" w:rsidR="005D107A" w:rsidRPr="00777F11" w:rsidRDefault="00000000">
      <w:pPr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br/>
        <w:t xml:space="preserve">Obiekt/Lokalizacja: </w:t>
      </w:r>
      <w:r w:rsidR="00874EF9" w:rsidRPr="00777F11">
        <w:rPr>
          <w:rFonts w:ascii="Times New Roman" w:hAnsi="Times New Roman" w:cs="Times New Roman"/>
          <w:b/>
          <w:bCs/>
        </w:rPr>
        <w:t xml:space="preserve">Biuro Powiatowe ARiMR w </w:t>
      </w:r>
      <w:r w:rsidR="007B65BE">
        <w:rPr>
          <w:rFonts w:ascii="Times New Roman" w:hAnsi="Times New Roman" w:cs="Times New Roman"/>
          <w:b/>
          <w:bCs/>
        </w:rPr>
        <w:t>Bochni</w:t>
      </w:r>
    </w:p>
    <w:p w14:paraId="6AD5DA31" w14:textId="70FD0EFC" w:rsidR="005D107A" w:rsidRPr="00777F11" w:rsidRDefault="00000000">
      <w:pPr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 xml:space="preserve">Adres: </w:t>
      </w:r>
      <w:r w:rsidR="007B65BE" w:rsidRPr="007B65BE">
        <w:rPr>
          <w:rFonts w:ascii="Times New Roman" w:hAnsi="Times New Roman" w:cs="Times New Roman"/>
        </w:rPr>
        <w:t>Proszówki 625, 32-700 Bochnia</w:t>
      </w:r>
    </w:p>
    <w:p w14:paraId="29208BA7" w14:textId="7B5D4549" w:rsidR="005D107A" w:rsidRPr="00777F11" w:rsidRDefault="00000000">
      <w:pPr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>Data odbioru: ..............................</w:t>
      </w:r>
      <w:r w:rsidR="009F6978">
        <w:rPr>
          <w:rFonts w:ascii="Times New Roman" w:hAnsi="Times New Roman" w:cs="Times New Roman"/>
        </w:rPr>
        <w:t>........</w:t>
      </w:r>
      <w:r w:rsidRPr="00777F11">
        <w:rPr>
          <w:rFonts w:ascii="Times New Roman" w:hAnsi="Times New Roman" w:cs="Times New Roman"/>
        </w:rPr>
        <w:t>..</w:t>
      </w:r>
    </w:p>
    <w:p w14:paraId="609A5743" w14:textId="0CC44E6A" w:rsidR="005D107A" w:rsidRPr="009F6978" w:rsidRDefault="00000000" w:rsidP="007D4253">
      <w:pPr>
        <w:pStyle w:val="Nagwek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F6978">
        <w:rPr>
          <w:rFonts w:ascii="Times New Roman" w:hAnsi="Times New Roman" w:cs="Times New Roman"/>
          <w:color w:val="auto"/>
          <w:sz w:val="24"/>
          <w:szCs w:val="24"/>
        </w:rPr>
        <w:t>Zakres usługi</w:t>
      </w:r>
      <w:r w:rsidR="00777F11" w:rsidRPr="009F6978">
        <w:rPr>
          <w:rFonts w:ascii="Times New Roman" w:hAnsi="Times New Roman" w:cs="Times New Roman"/>
          <w:color w:val="auto"/>
          <w:sz w:val="24"/>
          <w:szCs w:val="24"/>
        </w:rPr>
        <w:t xml:space="preserve"> zgodnie z zapytaniem ofertowym i umową:</w:t>
      </w:r>
    </w:p>
    <w:p w14:paraId="6AD11498" w14:textId="77777777" w:rsidR="00777F11" w:rsidRPr="00777F11" w:rsidRDefault="00777F11" w:rsidP="00777F11"/>
    <w:p w14:paraId="59FF41FC" w14:textId="77777777" w:rsidR="00777F11" w:rsidRDefault="00000000">
      <w:pPr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  <w:b/>
          <w:bCs/>
        </w:rPr>
        <w:t>Zadanie 1:</w:t>
      </w:r>
      <w:r w:rsidRPr="00777F11">
        <w:rPr>
          <w:rFonts w:ascii="Times New Roman" w:hAnsi="Times New Roman" w:cs="Times New Roman"/>
        </w:rPr>
        <w:t xml:space="preserve"> </w:t>
      </w:r>
    </w:p>
    <w:p w14:paraId="1C129E20" w14:textId="3717C65B" w:rsidR="005D107A" w:rsidRPr="00777F11" w:rsidRDefault="00777F11" w:rsidP="00777F11">
      <w:pPr>
        <w:jc w:val="both"/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>Wykonanie przeglądu sprzętu przeciwpożarowego (legalizacja sprzętu podręcznego) znajdującego się na wyposażeniu Biur</w:t>
      </w:r>
      <w:r>
        <w:rPr>
          <w:rFonts w:ascii="Times New Roman" w:hAnsi="Times New Roman" w:cs="Times New Roman"/>
        </w:rPr>
        <w:t>a</w:t>
      </w:r>
      <w:r w:rsidRPr="00777F11">
        <w:rPr>
          <w:rFonts w:ascii="Times New Roman" w:hAnsi="Times New Roman" w:cs="Times New Roman"/>
        </w:rPr>
        <w:t xml:space="preserve"> Powiatow</w:t>
      </w:r>
      <w:r>
        <w:rPr>
          <w:rFonts w:ascii="Times New Roman" w:hAnsi="Times New Roman" w:cs="Times New Roman"/>
        </w:rPr>
        <w:t>ego</w:t>
      </w:r>
      <w:r w:rsidRPr="00777F11">
        <w:rPr>
          <w:rFonts w:ascii="Times New Roman" w:hAnsi="Times New Roman" w:cs="Times New Roman"/>
        </w:rPr>
        <w:t xml:space="preserve"> ARiMR</w:t>
      </w:r>
      <w:r>
        <w:rPr>
          <w:rFonts w:ascii="Times New Roman" w:hAnsi="Times New Roman" w:cs="Times New Roman"/>
        </w:rPr>
        <w:t xml:space="preserve"> i samochodu służbowego</w:t>
      </w:r>
      <w:r w:rsidRPr="00777F11">
        <w:rPr>
          <w:rFonts w:ascii="Times New Roman" w:hAnsi="Times New Roman" w:cs="Times New Roman"/>
        </w:rPr>
        <w:t>.</w:t>
      </w:r>
    </w:p>
    <w:p w14:paraId="2DC98F17" w14:textId="63FC527C" w:rsidR="00777F11" w:rsidRDefault="00777F11" w:rsidP="00777F11">
      <w:pPr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>Uwagi i zalecenia: 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</w:t>
      </w:r>
      <w:r w:rsidRPr="00777F11">
        <w:rPr>
          <w:rFonts w:ascii="Times New Roman" w:hAnsi="Times New Roman" w:cs="Times New Roman"/>
        </w:rPr>
        <w:t>.....</w:t>
      </w:r>
    </w:p>
    <w:p w14:paraId="3B5F3C52" w14:textId="3F6E69DC" w:rsidR="00777F11" w:rsidRDefault="00777F11" w:rsidP="00777F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6E699B43" w14:textId="01B326CE" w:rsidR="00777F11" w:rsidRPr="00777F11" w:rsidRDefault="00777F11" w:rsidP="00777F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4790E110" w14:textId="2ED00CA0" w:rsidR="00777F11" w:rsidRDefault="00777F11" w:rsidP="00777F11">
      <w:pPr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>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..............................................</w:t>
      </w:r>
      <w:r w:rsidRPr="00777F11">
        <w:rPr>
          <w:rFonts w:ascii="Times New Roman" w:hAnsi="Times New Roman" w:cs="Times New Roman"/>
        </w:rPr>
        <w:t>.......................</w:t>
      </w:r>
    </w:p>
    <w:p w14:paraId="0C672E8D" w14:textId="77777777" w:rsidR="00777F11" w:rsidRPr="00777F11" w:rsidRDefault="00000000">
      <w:pPr>
        <w:rPr>
          <w:rFonts w:ascii="Times New Roman" w:hAnsi="Times New Roman" w:cs="Times New Roman"/>
          <w:b/>
          <w:bCs/>
        </w:rPr>
      </w:pPr>
      <w:r w:rsidRPr="00777F11">
        <w:rPr>
          <w:rFonts w:ascii="Times New Roman" w:hAnsi="Times New Roman" w:cs="Times New Roman"/>
          <w:b/>
          <w:bCs/>
        </w:rPr>
        <w:t xml:space="preserve">Zadanie 2: </w:t>
      </w:r>
    </w:p>
    <w:p w14:paraId="217A71F1" w14:textId="335843CE" w:rsidR="005D107A" w:rsidRPr="00777F11" w:rsidRDefault="00777F11" w:rsidP="00D45D75">
      <w:pPr>
        <w:jc w:val="both"/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>Wykonanie aktualizacji instrukcji bezpieczeństwa przeciwpożarowego Biura Powiatowego</w:t>
      </w:r>
      <w:r w:rsidR="00D45D75">
        <w:rPr>
          <w:rFonts w:ascii="Times New Roman" w:hAnsi="Times New Roman" w:cs="Times New Roman"/>
        </w:rPr>
        <w:t>.</w:t>
      </w:r>
    </w:p>
    <w:p w14:paraId="7171DCFA" w14:textId="192387D3" w:rsidR="005D107A" w:rsidRDefault="00000000">
      <w:pPr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>Uwagi i zalecenia: ..........................................................................</w:t>
      </w:r>
      <w:r w:rsidR="00D45D75">
        <w:rPr>
          <w:rFonts w:ascii="Times New Roman" w:hAnsi="Times New Roman" w:cs="Times New Roman"/>
        </w:rPr>
        <w:t>......................................</w:t>
      </w:r>
      <w:r w:rsidRPr="00777F11">
        <w:rPr>
          <w:rFonts w:ascii="Times New Roman" w:hAnsi="Times New Roman" w:cs="Times New Roman"/>
        </w:rPr>
        <w:t>.............</w:t>
      </w:r>
    </w:p>
    <w:p w14:paraId="6950A829" w14:textId="7AD8F6F4" w:rsidR="00D45D75" w:rsidRPr="00777F11" w:rsidRDefault="00D45D7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38374607" w14:textId="3F71A50B" w:rsidR="005D107A" w:rsidRPr="00777F11" w:rsidRDefault="00000000">
      <w:pPr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>...................................................................................................</w:t>
      </w:r>
      <w:r w:rsidR="00D45D75">
        <w:rPr>
          <w:rFonts w:ascii="Times New Roman" w:hAnsi="Times New Roman" w:cs="Times New Roman"/>
        </w:rPr>
        <w:t>.............................................</w:t>
      </w:r>
      <w:r w:rsidRPr="00777F11">
        <w:rPr>
          <w:rFonts w:ascii="Times New Roman" w:hAnsi="Times New Roman" w:cs="Times New Roman"/>
        </w:rPr>
        <w:t>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5D107A" w:rsidRPr="00777F11" w14:paraId="1E339C40" w14:textId="77777777" w:rsidTr="00CA6AAF">
        <w:tc>
          <w:tcPr>
            <w:tcW w:w="8411" w:type="dxa"/>
          </w:tcPr>
          <w:p w14:paraId="3B8640E7" w14:textId="0D14481E" w:rsidR="005D107A" w:rsidRPr="009F6978" w:rsidRDefault="009F6978" w:rsidP="009F697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F6978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9F6978">
              <w:rPr>
                <w:sz w:val="18"/>
                <w:szCs w:val="18"/>
              </w:rPr>
              <w:t xml:space="preserve"> </w:t>
            </w:r>
            <w:r w:rsidRPr="009F6978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2874A6E6" w14:textId="26B3E9C9" w:rsidR="005D107A" w:rsidRPr="00777F11" w:rsidRDefault="005D107A" w:rsidP="009F697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64511592" w14:textId="77777777" w:rsidR="00CA6AAF" w:rsidRDefault="00CA6A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ZAMAWIAJĄCY</w:t>
      </w:r>
    </w:p>
    <w:p w14:paraId="6B0E19E7" w14:textId="77777777" w:rsidR="00CA6AAF" w:rsidRDefault="00CA6A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………………………..</w:t>
      </w:r>
    </w:p>
    <w:p w14:paraId="5DFDF0AE" w14:textId="77777777" w:rsidR="007B65BE" w:rsidRDefault="00CA6AAF">
      <w:pPr>
        <w:rPr>
          <w:rFonts w:ascii="Times New Roman" w:hAnsi="Times New Roman" w:cs="Times New Roman"/>
        </w:rPr>
      </w:pPr>
      <w:r w:rsidRPr="00CA6AAF">
        <w:rPr>
          <w:rFonts w:ascii="Times New Roman" w:hAnsi="Times New Roman" w:cs="Times New Roman"/>
        </w:rPr>
        <w:t xml:space="preserve">Imię i nazwisko / podpis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A6AAF">
        <w:rPr>
          <w:rFonts w:ascii="Times New Roman" w:hAnsi="Times New Roman" w:cs="Times New Roman"/>
        </w:rPr>
        <w:t xml:space="preserve">Imię i nazwisko / podpis </w:t>
      </w:r>
      <w:bookmarkEnd w:id="0"/>
    </w:p>
    <w:p w14:paraId="562B913C" w14:textId="77777777" w:rsidR="007B65BE" w:rsidRPr="007B65BE" w:rsidRDefault="00CA6AAF" w:rsidP="007B65BE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77F11">
        <w:rPr>
          <w:rFonts w:ascii="Times New Roman" w:hAnsi="Times New Roman" w:cs="Times New Roman"/>
        </w:rPr>
        <w:br w:type="page"/>
      </w:r>
      <w:bookmarkStart w:id="1" w:name="_Hlk240287802"/>
      <w:r w:rsidR="007B65BE" w:rsidRPr="007B65BE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606F9C9C" w14:textId="144F03F4" w:rsidR="007B65BE" w:rsidRPr="007B65BE" w:rsidRDefault="007B65BE" w:rsidP="007B65BE">
      <w:pPr>
        <w:jc w:val="center"/>
        <w:rPr>
          <w:rFonts w:ascii="Times New Roman" w:hAnsi="Times New Roman" w:cs="Times New Roman"/>
          <w:sz w:val="24"/>
          <w:szCs w:val="24"/>
        </w:rPr>
      </w:pPr>
      <w:r w:rsidRPr="007B65BE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B65BE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34D80981" w14:textId="49B58391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br/>
        <w:t xml:space="preserve">Obiekt/Lokalizacja: </w:t>
      </w:r>
      <w:r w:rsidRPr="007B65BE">
        <w:rPr>
          <w:rFonts w:ascii="Times New Roman" w:hAnsi="Times New Roman" w:cs="Times New Roman"/>
          <w:b/>
          <w:bCs/>
        </w:rPr>
        <w:t xml:space="preserve">Biuro Powiatowe ARiMR w </w:t>
      </w:r>
      <w:r>
        <w:rPr>
          <w:rFonts w:ascii="Times New Roman" w:hAnsi="Times New Roman" w:cs="Times New Roman"/>
          <w:b/>
          <w:bCs/>
        </w:rPr>
        <w:t>Brzesku</w:t>
      </w:r>
    </w:p>
    <w:p w14:paraId="5EF164DD" w14:textId="078F13A4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Adres: ul. Szczepanowska 23</w:t>
      </w:r>
      <w:r>
        <w:rPr>
          <w:rFonts w:ascii="Times New Roman" w:hAnsi="Times New Roman" w:cs="Times New Roman"/>
        </w:rPr>
        <w:t xml:space="preserve">, </w:t>
      </w:r>
      <w:r w:rsidRPr="007B65BE">
        <w:rPr>
          <w:rFonts w:ascii="Times New Roman" w:hAnsi="Times New Roman" w:cs="Times New Roman"/>
        </w:rPr>
        <w:t>32-800 Brzesko,</w:t>
      </w:r>
    </w:p>
    <w:p w14:paraId="6DB76BAB" w14:textId="77777777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Data odbioru: ........................................</w:t>
      </w:r>
    </w:p>
    <w:p w14:paraId="30AA62DA" w14:textId="77777777" w:rsidR="007B65BE" w:rsidRPr="007B65BE" w:rsidRDefault="007B65BE" w:rsidP="007B65BE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7B65BE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139F160C" w14:textId="77777777" w:rsidR="007B65BE" w:rsidRPr="007B65BE" w:rsidRDefault="007B65BE" w:rsidP="007B65BE"/>
    <w:p w14:paraId="591D7D76" w14:textId="77777777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  <w:b/>
          <w:bCs/>
        </w:rPr>
        <w:t>Zadanie 1:</w:t>
      </w:r>
      <w:r w:rsidRPr="007B65BE">
        <w:rPr>
          <w:rFonts w:ascii="Times New Roman" w:hAnsi="Times New Roman" w:cs="Times New Roman"/>
        </w:rPr>
        <w:t xml:space="preserve"> </w:t>
      </w:r>
    </w:p>
    <w:p w14:paraId="5B62ED0F" w14:textId="77777777" w:rsidR="007B65BE" w:rsidRPr="007B65BE" w:rsidRDefault="007B65BE" w:rsidP="007B65BE">
      <w:pPr>
        <w:jc w:val="both"/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7D2D4671" w14:textId="77777777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4CF44FC4" w14:textId="77777777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53A4EFA3" w14:textId="77777777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798A2D75" w14:textId="77777777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44FEDB43" w14:textId="77777777" w:rsidR="007B65BE" w:rsidRPr="007B65BE" w:rsidRDefault="007B65BE" w:rsidP="007B65BE">
      <w:pPr>
        <w:rPr>
          <w:rFonts w:ascii="Times New Roman" w:hAnsi="Times New Roman" w:cs="Times New Roman"/>
          <w:b/>
          <w:bCs/>
        </w:rPr>
      </w:pPr>
      <w:r w:rsidRPr="007B65BE">
        <w:rPr>
          <w:rFonts w:ascii="Times New Roman" w:hAnsi="Times New Roman" w:cs="Times New Roman"/>
          <w:b/>
          <w:bCs/>
        </w:rPr>
        <w:t xml:space="preserve">Zadanie 2: </w:t>
      </w:r>
    </w:p>
    <w:p w14:paraId="002E79A0" w14:textId="77777777" w:rsidR="007B65BE" w:rsidRPr="007B65BE" w:rsidRDefault="007B65BE" w:rsidP="007B65BE">
      <w:pPr>
        <w:jc w:val="both"/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11FCB244" w14:textId="77777777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264F8497" w14:textId="77777777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539E6B4E" w14:textId="77777777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7B65BE" w:rsidRPr="007B65BE" w14:paraId="39CAE273" w14:textId="77777777" w:rsidTr="00AB591D">
        <w:tc>
          <w:tcPr>
            <w:tcW w:w="8411" w:type="dxa"/>
          </w:tcPr>
          <w:p w14:paraId="7F876234" w14:textId="77777777" w:rsidR="007B65BE" w:rsidRPr="007B65BE" w:rsidRDefault="007B65BE" w:rsidP="007B65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65BE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7B65BE">
              <w:rPr>
                <w:sz w:val="18"/>
                <w:szCs w:val="18"/>
              </w:rPr>
              <w:t xml:space="preserve"> </w:t>
            </w:r>
            <w:r w:rsidRPr="007B65BE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07CF610D" w14:textId="77777777" w:rsidR="007B65BE" w:rsidRPr="007B65BE" w:rsidRDefault="007B65BE" w:rsidP="007B65BE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75E2E7E" w14:textId="77777777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WYKONAWCA</w:t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  <w:t>ZAMAWIAJĄCY</w:t>
      </w:r>
    </w:p>
    <w:p w14:paraId="332A7403" w14:textId="77777777" w:rsidR="007B65BE" w:rsidRPr="007B65BE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…………………</w:t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  <w:t>………………………..</w:t>
      </w:r>
    </w:p>
    <w:p w14:paraId="3E0F87CE" w14:textId="7EB16191" w:rsidR="005D107A" w:rsidRDefault="007B65BE" w:rsidP="007B65BE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 xml:space="preserve">Imię i nazwisko / podpis </w:t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  <w:t>Imię i nazwisko / podpis</w:t>
      </w:r>
    </w:p>
    <w:bookmarkEnd w:id="1"/>
    <w:p w14:paraId="083D7ADF" w14:textId="77777777" w:rsidR="0045080C" w:rsidRPr="007B65BE" w:rsidRDefault="0045080C" w:rsidP="0045080C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B65BE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399F80AC" w14:textId="6D739809" w:rsidR="0045080C" w:rsidRPr="007B65BE" w:rsidRDefault="0045080C" w:rsidP="0045080C">
      <w:pPr>
        <w:jc w:val="center"/>
        <w:rPr>
          <w:rFonts w:ascii="Times New Roman" w:hAnsi="Times New Roman" w:cs="Times New Roman"/>
          <w:sz w:val="24"/>
          <w:szCs w:val="24"/>
        </w:rPr>
      </w:pPr>
      <w:r w:rsidRPr="007B65BE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B65BE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37182126" w14:textId="1D95E1CD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br/>
        <w:t xml:space="preserve">Obiekt/Lokalizacja: </w:t>
      </w:r>
      <w:r w:rsidRPr="007B65BE">
        <w:rPr>
          <w:rFonts w:ascii="Times New Roman" w:hAnsi="Times New Roman" w:cs="Times New Roman"/>
          <w:b/>
          <w:bCs/>
        </w:rPr>
        <w:t xml:space="preserve">Biuro Powiatowe ARiMR w </w:t>
      </w:r>
      <w:r>
        <w:rPr>
          <w:rFonts w:ascii="Times New Roman" w:hAnsi="Times New Roman" w:cs="Times New Roman"/>
          <w:b/>
          <w:bCs/>
        </w:rPr>
        <w:t>Chrzanowie</w:t>
      </w:r>
    </w:p>
    <w:p w14:paraId="33BC8067" w14:textId="3B814D69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 xml:space="preserve">Adres: </w:t>
      </w:r>
      <w:r w:rsidRPr="0045080C">
        <w:rPr>
          <w:rFonts w:ascii="Times New Roman" w:hAnsi="Times New Roman" w:cs="Times New Roman"/>
        </w:rPr>
        <w:t>ul. Fabryczna 20</w:t>
      </w:r>
      <w:r>
        <w:rPr>
          <w:rFonts w:ascii="Times New Roman" w:hAnsi="Times New Roman" w:cs="Times New Roman"/>
        </w:rPr>
        <w:t xml:space="preserve">, </w:t>
      </w:r>
      <w:r w:rsidRPr="0045080C">
        <w:rPr>
          <w:rFonts w:ascii="Times New Roman" w:hAnsi="Times New Roman" w:cs="Times New Roman"/>
        </w:rPr>
        <w:t>32-500 Chrzanów</w:t>
      </w:r>
    </w:p>
    <w:p w14:paraId="6196C1D6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Data odbioru: ........................................</w:t>
      </w:r>
    </w:p>
    <w:p w14:paraId="6F972773" w14:textId="77777777" w:rsidR="0045080C" w:rsidRPr="007B65BE" w:rsidRDefault="0045080C" w:rsidP="0045080C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7B65BE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14D15885" w14:textId="77777777" w:rsidR="0045080C" w:rsidRPr="007B65BE" w:rsidRDefault="0045080C" w:rsidP="0045080C"/>
    <w:p w14:paraId="3E3DB5F7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  <w:b/>
          <w:bCs/>
        </w:rPr>
        <w:t>Zadanie 1:</w:t>
      </w:r>
      <w:r w:rsidRPr="007B65BE">
        <w:rPr>
          <w:rFonts w:ascii="Times New Roman" w:hAnsi="Times New Roman" w:cs="Times New Roman"/>
        </w:rPr>
        <w:t xml:space="preserve"> </w:t>
      </w:r>
    </w:p>
    <w:p w14:paraId="607AA1CA" w14:textId="77777777" w:rsidR="0045080C" w:rsidRPr="007B65BE" w:rsidRDefault="0045080C" w:rsidP="0045080C">
      <w:pPr>
        <w:jc w:val="both"/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5B9DB326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4BEEA0CE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1C9BDD2C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2280AEC3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3DBD3725" w14:textId="77777777" w:rsidR="0045080C" w:rsidRPr="007B65BE" w:rsidRDefault="0045080C" w:rsidP="0045080C">
      <w:pPr>
        <w:rPr>
          <w:rFonts w:ascii="Times New Roman" w:hAnsi="Times New Roman" w:cs="Times New Roman"/>
          <w:b/>
          <w:bCs/>
        </w:rPr>
      </w:pPr>
      <w:r w:rsidRPr="007B65BE">
        <w:rPr>
          <w:rFonts w:ascii="Times New Roman" w:hAnsi="Times New Roman" w:cs="Times New Roman"/>
          <w:b/>
          <w:bCs/>
        </w:rPr>
        <w:t xml:space="preserve">Zadanie 2: </w:t>
      </w:r>
    </w:p>
    <w:p w14:paraId="1EF96B26" w14:textId="77777777" w:rsidR="0045080C" w:rsidRPr="007B65BE" w:rsidRDefault="0045080C" w:rsidP="0045080C">
      <w:pPr>
        <w:jc w:val="both"/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61904913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7750478C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5DD5CA68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45080C" w:rsidRPr="007B65BE" w14:paraId="5AD72F90" w14:textId="77777777" w:rsidTr="00AB591D">
        <w:tc>
          <w:tcPr>
            <w:tcW w:w="8411" w:type="dxa"/>
          </w:tcPr>
          <w:p w14:paraId="6DC2DE0E" w14:textId="77777777" w:rsidR="0045080C" w:rsidRPr="007B65BE" w:rsidRDefault="0045080C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65BE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7B65BE">
              <w:rPr>
                <w:sz w:val="18"/>
                <w:szCs w:val="18"/>
              </w:rPr>
              <w:t xml:space="preserve"> </w:t>
            </w:r>
            <w:r w:rsidRPr="007B65BE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67CDBCF7" w14:textId="77777777" w:rsidR="0045080C" w:rsidRPr="007B65BE" w:rsidRDefault="0045080C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C488D5E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WYKONAWCA</w:t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  <w:t>ZAMAWIAJĄCY</w:t>
      </w:r>
    </w:p>
    <w:p w14:paraId="566411C2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…………………</w:t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  <w:t>………………………..</w:t>
      </w:r>
    </w:p>
    <w:p w14:paraId="580A2BAC" w14:textId="77777777" w:rsidR="0045080C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 xml:space="preserve">Imię i nazwisko / podpis </w:t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  <w:t>Imię i nazwisko / podpis</w:t>
      </w:r>
    </w:p>
    <w:p w14:paraId="587F0D31" w14:textId="77777777" w:rsidR="0045080C" w:rsidRPr="007B65BE" w:rsidRDefault="0045080C" w:rsidP="0045080C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B65BE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1D29F7C1" w14:textId="6B2081EC" w:rsidR="0045080C" w:rsidRPr="007B65BE" w:rsidRDefault="0045080C" w:rsidP="0045080C">
      <w:pPr>
        <w:jc w:val="center"/>
        <w:rPr>
          <w:rFonts w:ascii="Times New Roman" w:hAnsi="Times New Roman" w:cs="Times New Roman"/>
          <w:sz w:val="24"/>
          <w:szCs w:val="24"/>
        </w:rPr>
      </w:pPr>
      <w:r w:rsidRPr="007B65BE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A476D9">
        <w:rPr>
          <w:rFonts w:ascii="Times New Roman" w:hAnsi="Times New Roman" w:cs="Times New Roman"/>
          <w:b/>
          <w:sz w:val="24"/>
          <w:szCs w:val="24"/>
        </w:rPr>
        <w:t>4</w:t>
      </w:r>
      <w:r w:rsidRPr="007B65BE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6E12709E" w14:textId="1838BE3C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br/>
        <w:t xml:space="preserve">Obiekt/Lokalizacja: </w:t>
      </w:r>
      <w:r w:rsidRPr="007B65BE">
        <w:rPr>
          <w:rFonts w:ascii="Times New Roman" w:hAnsi="Times New Roman" w:cs="Times New Roman"/>
          <w:b/>
          <w:bCs/>
        </w:rPr>
        <w:t xml:space="preserve">Biuro Powiatowe ARiMR w </w:t>
      </w:r>
      <w:r w:rsidR="00A476D9">
        <w:rPr>
          <w:rFonts w:ascii="Times New Roman" w:hAnsi="Times New Roman" w:cs="Times New Roman"/>
          <w:b/>
          <w:bCs/>
        </w:rPr>
        <w:t>Dąbrowie Tarnowskiej</w:t>
      </w:r>
    </w:p>
    <w:p w14:paraId="54773E81" w14:textId="60A59A1B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 xml:space="preserve">Adres: </w:t>
      </w:r>
      <w:r w:rsidR="00A476D9" w:rsidRPr="00F63D71">
        <w:rPr>
          <w:rFonts w:ascii="Tahoma" w:hAnsi="Tahoma" w:cs="Tahoma"/>
          <w:sz w:val="20"/>
          <w:szCs w:val="20"/>
        </w:rPr>
        <w:t>ul. Marszałka Józefa Piłsudskiego 33</w:t>
      </w:r>
      <w:r w:rsidR="00A476D9">
        <w:rPr>
          <w:rFonts w:ascii="Tahoma" w:hAnsi="Tahoma" w:cs="Tahoma"/>
          <w:sz w:val="20"/>
          <w:szCs w:val="20"/>
        </w:rPr>
        <w:t xml:space="preserve">, </w:t>
      </w:r>
      <w:r w:rsidR="00A476D9" w:rsidRPr="00B54CD8">
        <w:rPr>
          <w:rFonts w:ascii="Tahoma" w:hAnsi="Tahoma" w:cs="Tahoma"/>
          <w:sz w:val="20"/>
          <w:szCs w:val="20"/>
        </w:rPr>
        <w:t xml:space="preserve">33-200 </w:t>
      </w:r>
      <w:r w:rsidR="00A476D9" w:rsidRPr="00F63D71">
        <w:rPr>
          <w:rFonts w:ascii="Tahoma" w:hAnsi="Tahoma" w:cs="Tahoma"/>
          <w:sz w:val="20"/>
          <w:szCs w:val="20"/>
        </w:rPr>
        <w:t>Dąbrowa Tarnowska</w:t>
      </w:r>
    </w:p>
    <w:p w14:paraId="7DA5C449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Data odbioru: ........................................</w:t>
      </w:r>
    </w:p>
    <w:p w14:paraId="5B681429" w14:textId="77777777" w:rsidR="0045080C" w:rsidRPr="007B65BE" w:rsidRDefault="0045080C" w:rsidP="0045080C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7B65BE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42DA5B9C" w14:textId="77777777" w:rsidR="0045080C" w:rsidRPr="007B65BE" w:rsidRDefault="0045080C" w:rsidP="0045080C"/>
    <w:p w14:paraId="4DF94D08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  <w:b/>
          <w:bCs/>
        </w:rPr>
        <w:t>Zadanie 1:</w:t>
      </w:r>
      <w:r w:rsidRPr="007B65BE">
        <w:rPr>
          <w:rFonts w:ascii="Times New Roman" w:hAnsi="Times New Roman" w:cs="Times New Roman"/>
        </w:rPr>
        <w:t xml:space="preserve"> </w:t>
      </w:r>
    </w:p>
    <w:p w14:paraId="700D122E" w14:textId="77777777" w:rsidR="0045080C" w:rsidRPr="007B65BE" w:rsidRDefault="0045080C" w:rsidP="0045080C">
      <w:pPr>
        <w:jc w:val="both"/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407F6C97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7375BCB0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06D491FE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23F18009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02C9AD0B" w14:textId="77777777" w:rsidR="0045080C" w:rsidRPr="007B65BE" w:rsidRDefault="0045080C" w:rsidP="0045080C">
      <w:pPr>
        <w:rPr>
          <w:rFonts w:ascii="Times New Roman" w:hAnsi="Times New Roman" w:cs="Times New Roman"/>
          <w:b/>
          <w:bCs/>
        </w:rPr>
      </w:pPr>
      <w:r w:rsidRPr="007B65BE">
        <w:rPr>
          <w:rFonts w:ascii="Times New Roman" w:hAnsi="Times New Roman" w:cs="Times New Roman"/>
          <w:b/>
          <w:bCs/>
        </w:rPr>
        <w:t xml:space="preserve">Zadanie 2: </w:t>
      </w:r>
    </w:p>
    <w:p w14:paraId="0E003553" w14:textId="77777777" w:rsidR="0045080C" w:rsidRPr="007B65BE" w:rsidRDefault="0045080C" w:rsidP="0045080C">
      <w:pPr>
        <w:jc w:val="both"/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390A58B8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5CFA51B9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0A1E1FF8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45080C" w:rsidRPr="007B65BE" w14:paraId="0FAE1237" w14:textId="77777777" w:rsidTr="00AB591D">
        <w:tc>
          <w:tcPr>
            <w:tcW w:w="8411" w:type="dxa"/>
          </w:tcPr>
          <w:p w14:paraId="40BD26F0" w14:textId="77777777" w:rsidR="0045080C" w:rsidRPr="007B65BE" w:rsidRDefault="0045080C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B65BE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7B65BE">
              <w:rPr>
                <w:sz w:val="18"/>
                <w:szCs w:val="18"/>
              </w:rPr>
              <w:t xml:space="preserve"> </w:t>
            </w:r>
            <w:r w:rsidRPr="007B65BE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338BA7B8" w14:textId="77777777" w:rsidR="0045080C" w:rsidRPr="007B65BE" w:rsidRDefault="0045080C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3FD8FB0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WYKONAWCA</w:t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  <w:t>ZAMAWIAJĄCY</w:t>
      </w:r>
    </w:p>
    <w:p w14:paraId="517E2642" w14:textId="77777777" w:rsidR="0045080C" w:rsidRPr="007B65BE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>…………………</w:t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  <w:t>………………………..</w:t>
      </w:r>
    </w:p>
    <w:p w14:paraId="6F8E8B37" w14:textId="77777777" w:rsidR="0045080C" w:rsidRDefault="0045080C" w:rsidP="0045080C">
      <w:pPr>
        <w:rPr>
          <w:rFonts w:ascii="Times New Roman" w:hAnsi="Times New Roman" w:cs="Times New Roman"/>
        </w:rPr>
      </w:pPr>
      <w:r w:rsidRPr="007B65BE">
        <w:rPr>
          <w:rFonts w:ascii="Times New Roman" w:hAnsi="Times New Roman" w:cs="Times New Roman"/>
        </w:rPr>
        <w:t xml:space="preserve">Imię i nazwisko / podpis </w:t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</w:r>
      <w:r w:rsidRPr="007B65BE">
        <w:rPr>
          <w:rFonts w:ascii="Times New Roman" w:hAnsi="Times New Roman" w:cs="Times New Roman"/>
        </w:rPr>
        <w:tab/>
        <w:t>Imię i nazwisko / podpis</w:t>
      </w:r>
    </w:p>
    <w:p w14:paraId="7B14017B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2" w:name="_Hlk240288106"/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4989D10E" w14:textId="2C76E0ED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6F4123">
        <w:rPr>
          <w:rFonts w:ascii="Times New Roman" w:hAnsi="Times New Roman" w:cs="Times New Roman"/>
          <w:b/>
          <w:sz w:val="24"/>
          <w:szCs w:val="24"/>
        </w:rPr>
        <w:t>5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4725EC37" w14:textId="76F83E31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6F4123">
        <w:rPr>
          <w:rFonts w:ascii="Times New Roman" w:hAnsi="Times New Roman" w:cs="Times New Roman"/>
          <w:b/>
          <w:bCs/>
        </w:rPr>
        <w:t>Gorlicach</w:t>
      </w:r>
    </w:p>
    <w:p w14:paraId="14E3C390" w14:textId="643D4D48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6F4123" w:rsidRPr="006F4123">
        <w:rPr>
          <w:rFonts w:ascii="Times New Roman" w:hAnsi="Times New Roman" w:cs="Times New Roman"/>
        </w:rPr>
        <w:t>ul. Wincentego Pola 2</w:t>
      </w:r>
      <w:r w:rsidR="006F4123">
        <w:rPr>
          <w:rFonts w:ascii="Times New Roman" w:hAnsi="Times New Roman" w:cs="Times New Roman"/>
        </w:rPr>
        <w:t xml:space="preserve">, </w:t>
      </w:r>
      <w:r w:rsidR="006F4123" w:rsidRPr="006F4123">
        <w:rPr>
          <w:rFonts w:ascii="Times New Roman" w:hAnsi="Times New Roman" w:cs="Times New Roman"/>
        </w:rPr>
        <w:t xml:space="preserve">38-300 Gorlice, </w:t>
      </w:r>
    </w:p>
    <w:p w14:paraId="00D22D07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1A16247C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5E8272B3" w14:textId="77777777" w:rsidR="00CF5DD9" w:rsidRPr="00CF5DD9" w:rsidRDefault="00CF5DD9" w:rsidP="00CF5DD9"/>
    <w:p w14:paraId="4D773792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719BCBD4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00E78486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4CD3A99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6F1D3C46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4F9E46DC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06114276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5F2F68DB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38D6780B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16C819B6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158F1B2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56BBE6A2" w14:textId="77777777" w:rsidTr="00AB591D">
        <w:tc>
          <w:tcPr>
            <w:tcW w:w="8411" w:type="dxa"/>
          </w:tcPr>
          <w:p w14:paraId="2E12992A" w14:textId="77777777" w:rsidR="00CF5DD9" w:rsidRPr="00CF5DD9" w:rsidRDefault="00CF5DD9" w:rsidP="00CF5DD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1A8AB7DA" w14:textId="77777777" w:rsidR="00CF5DD9" w:rsidRPr="00CF5DD9" w:rsidRDefault="00CF5DD9" w:rsidP="00CF5DD9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18BB6C9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67F00001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7D3D0F09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bookmarkEnd w:id="2"/>
    <w:p w14:paraId="2193891D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33FFECE3" w14:textId="3479CADC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470DC3">
        <w:rPr>
          <w:rFonts w:ascii="Times New Roman" w:hAnsi="Times New Roman" w:cs="Times New Roman"/>
          <w:b/>
          <w:sz w:val="24"/>
          <w:szCs w:val="24"/>
        </w:rPr>
        <w:t>6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7C2F8D27" w14:textId="14347648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>Biuro Powiatowe ARiMR w</w:t>
      </w:r>
      <w:r w:rsidR="00470DC3" w:rsidRPr="00470DC3">
        <w:rPr>
          <w:rFonts w:ascii="Times New Roman" w:hAnsi="Times New Roman" w:cs="Times New Roman"/>
          <w:b/>
          <w:bCs/>
        </w:rPr>
        <w:t xml:space="preserve"> Limanow</w:t>
      </w:r>
      <w:r w:rsidR="00470DC3">
        <w:rPr>
          <w:rFonts w:ascii="Times New Roman" w:hAnsi="Times New Roman" w:cs="Times New Roman"/>
          <w:b/>
          <w:bCs/>
        </w:rPr>
        <w:t>ej</w:t>
      </w:r>
    </w:p>
    <w:p w14:paraId="4746FAB4" w14:textId="769EC05E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470DC3" w:rsidRPr="00470DC3">
        <w:rPr>
          <w:rFonts w:ascii="Times New Roman" w:hAnsi="Times New Roman" w:cs="Times New Roman"/>
        </w:rPr>
        <w:t>ul. Piłsudskiego 6</w:t>
      </w:r>
      <w:r w:rsidR="0044352C">
        <w:rPr>
          <w:rFonts w:ascii="Times New Roman" w:hAnsi="Times New Roman" w:cs="Times New Roman"/>
        </w:rPr>
        <w:t xml:space="preserve">, </w:t>
      </w:r>
      <w:r w:rsidR="00470DC3" w:rsidRPr="00470DC3">
        <w:rPr>
          <w:rFonts w:ascii="Times New Roman" w:hAnsi="Times New Roman" w:cs="Times New Roman"/>
        </w:rPr>
        <w:t xml:space="preserve">34-600 Limanowa </w:t>
      </w:r>
    </w:p>
    <w:p w14:paraId="090CB26C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47258358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052CA3F5" w14:textId="77777777" w:rsidR="00CF5DD9" w:rsidRPr="00CF5DD9" w:rsidRDefault="00CF5DD9" w:rsidP="00CF5DD9"/>
    <w:p w14:paraId="1C9AB171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759601CE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16D0402A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4E3A3657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2A439274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7D5646BA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71E43E8F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5C40F0DA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4264D39B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3116B72D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4F7E1955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01A2CC2B" w14:textId="77777777" w:rsidTr="00AB591D">
        <w:tc>
          <w:tcPr>
            <w:tcW w:w="8411" w:type="dxa"/>
          </w:tcPr>
          <w:p w14:paraId="339E9F81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6759F898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D7F4524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768C66C5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034F8011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5A00717C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5E0E985B" w14:textId="09CFF4D7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973B7A">
        <w:rPr>
          <w:rFonts w:ascii="Times New Roman" w:hAnsi="Times New Roman" w:cs="Times New Roman"/>
          <w:b/>
          <w:sz w:val="24"/>
          <w:szCs w:val="24"/>
        </w:rPr>
        <w:t>7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70F7D3FD" w14:textId="68B73E00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973B7A">
        <w:rPr>
          <w:rFonts w:ascii="Times New Roman" w:hAnsi="Times New Roman" w:cs="Times New Roman"/>
          <w:b/>
          <w:bCs/>
        </w:rPr>
        <w:t>Miechowie</w:t>
      </w:r>
    </w:p>
    <w:p w14:paraId="6E8C978E" w14:textId="5ADB1966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973B7A" w:rsidRPr="00973B7A">
        <w:rPr>
          <w:rFonts w:ascii="Times New Roman" w:hAnsi="Times New Roman" w:cs="Times New Roman"/>
        </w:rPr>
        <w:t>ul. Konopnickiej 23a</w:t>
      </w:r>
      <w:r w:rsidR="00973B7A">
        <w:rPr>
          <w:rFonts w:ascii="Times New Roman" w:hAnsi="Times New Roman" w:cs="Times New Roman"/>
        </w:rPr>
        <w:t xml:space="preserve">, </w:t>
      </w:r>
      <w:r w:rsidR="00973B7A" w:rsidRPr="00973B7A">
        <w:rPr>
          <w:rFonts w:ascii="Times New Roman" w:hAnsi="Times New Roman" w:cs="Times New Roman"/>
        </w:rPr>
        <w:t>32-200 Miechów</w:t>
      </w:r>
    </w:p>
    <w:p w14:paraId="229F0C29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4AA25830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511DF45D" w14:textId="77777777" w:rsidR="00CF5DD9" w:rsidRPr="00CF5DD9" w:rsidRDefault="00CF5DD9" w:rsidP="00CF5DD9"/>
    <w:p w14:paraId="05348634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4B0D3A61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55856BA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7A7F223B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7A511F5A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152CAB85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6DBCCF7A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7F706411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15BBDDFC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633FBF1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1F93F96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11D8652C" w14:textId="77777777" w:rsidTr="00AB591D">
        <w:tc>
          <w:tcPr>
            <w:tcW w:w="8411" w:type="dxa"/>
          </w:tcPr>
          <w:p w14:paraId="0AD3C8E6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79CEE948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5ADFFC2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6F3986D9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0CF716B7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25ED1C9C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146F4ADE" w14:textId="161AC4DD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AA7681">
        <w:rPr>
          <w:rFonts w:ascii="Times New Roman" w:hAnsi="Times New Roman" w:cs="Times New Roman"/>
          <w:b/>
          <w:sz w:val="24"/>
          <w:szCs w:val="24"/>
        </w:rPr>
        <w:t>8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0C97D0FD" w14:textId="4B9380EC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AA7681">
        <w:rPr>
          <w:rFonts w:ascii="Times New Roman" w:hAnsi="Times New Roman" w:cs="Times New Roman"/>
          <w:b/>
          <w:bCs/>
        </w:rPr>
        <w:t>Myślenicach</w:t>
      </w:r>
    </w:p>
    <w:p w14:paraId="37391F13" w14:textId="32373778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AA7681" w:rsidRPr="00AA7681">
        <w:rPr>
          <w:rFonts w:ascii="Times New Roman" w:hAnsi="Times New Roman" w:cs="Times New Roman"/>
        </w:rPr>
        <w:t>ul. Słowackiego 100a</w:t>
      </w:r>
      <w:r w:rsidR="00AA7681" w:rsidRPr="00AA7681">
        <w:rPr>
          <w:rFonts w:ascii="Times New Roman" w:hAnsi="Times New Roman" w:cs="Times New Roman"/>
        </w:rPr>
        <w:t xml:space="preserve"> </w:t>
      </w:r>
      <w:r w:rsidR="00AA7681">
        <w:rPr>
          <w:rFonts w:ascii="Times New Roman" w:hAnsi="Times New Roman" w:cs="Times New Roman"/>
        </w:rPr>
        <w:t xml:space="preserve">, </w:t>
      </w:r>
      <w:r w:rsidR="00AA7681" w:rsidRPr="00AA7681">
        <w:rPr>
          <w:rFonts w:ascii="Times New Roman" w:hAnsi="Times New Roman" w:cs="Times New Roman"/>
        </w:rPr>
        <w:t xml:space="preserve">32-400 Myślenice </w:t>
      </w:r>
    </w:p>
    <w:p w14:paraId="2569F957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6D8F457C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2C699FCF" w14:textId="77777777" w:rsidR="00CF5DD9" w:rsidRPr="00CF5DD9" w:rsidRDefault="00CF5DD9" w:rsidP="00CF5DD9"/>
    <w:p w14:paraId="6B24821E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72A0A265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1782F34E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15BCBF7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050B1B8B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162C640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400589A0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2F7DA45B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0216F9C0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4677E130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0006CF40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7A75C9E9" w14:textId="77777777" w:rsidTr="00AB591D">
        <w:tc>
          <w:tcPr>
            <w:tcW w:w="8411" w:type="dxa"/>
          </w:tcPr>
          <w:p w14:paraId="20498871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400427C0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3CFF5B2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2C115F7E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31893699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034F8276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1C4C9527" w14:textId="6473194E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F339B7">
        <w:rPr>
          <w:rFonts w:ascii="Times New Roman" w:hAnsi="Times New Roman" w:cs="Times New Roman"/>
          <w:b/>
          <w:sz w:val="24"/>
          <w:szCs w:val="24"/>
        </w:rPr>
        <w:t>9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4102BA0F" w14:textId="43723FA3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F339B7">
        <w:rPr>
          <w:rFonts w:ascii="Times New Roman" w:hAnsi="Times New Roman" w:cs="Times New Roman"/>
          <w:b/>
          <w:bCs/>
        </w:rPr>
        <w:t>Nowym Sączu</w:t>
      </w:r>
    </w:p>
    <w:p w14:paraId="20A8A778" w14:textId="29A6478D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F339B7" w:rsidRPr="00F339B7">
        <w:rPr>
          <w:rFonts w:ascii="Times New Roman" w:hAnsi="Times New Roman" w:cs="Times New Roman"/>
        </w:rPr>
        <w:t>ul. Kraszewskiego 44</w:t>
      </w:r>
      <w:r w:rsidR="00F339B7">
        <w:rPr>
          <w:rFonts w:ascii="Times New Roman" w:hAnsi="Times New Roman" w:cs="Times New Roman"/>
        </w:rPr>
        <w:t xml:space="preserve">, </w:t>
      </w:r>
      <w:r w:rsidR="00F339B7" w:rsidRPr="00F339B7">
        <w:rPr>
          <w:rFonts w:ascii="Times New Roman" w:hAnsi="Times New Roman" w:cs="Times New Roman"/>
        </w:rPr>
        <w:t xml:space="preserve">33-300 Nowy Sącz </w:t>
      </w:r>
    </w:p>
    <w:p w14:paraId="012D6E2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46E7938D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3D1469B5" w14:textId="77777777" w:rsidR="00CF5DD9" w:rsidRPr="00CF5DD9" w:rsidRDefault="00CF5DD9" w:rsidP="00CF5DD9"/>
    <w:p w14:paraId="53280FC2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42F1587F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3FDCE3DE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181E8C6D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66FDDDBA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34302840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3684E682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238BD91A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4714860C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79675EC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0DAB47F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4D4D9A67" w14:textId="77777777" w:rsidTr="00AB591D">
        <w:tc>
          <w:tcPr>
            <w:tcW w:w="8411" w:type="dxa"/>
          </w:tcPr>
          <w:p w14:paraId="7EF4A292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0A0DC510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52945F9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0B6E3229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1D86F410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5802D61D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7FDD0247" w14:textId="6C7A817B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712E2C">
        <w:rPr>
          <w:rFonts w:ascii="Times New Roman" w:hAnsi="Times New Roman" w:cs="Times New Roman"/>
          <w:b/>
          <w:sz w:val="24"/>
          <w:szCs w:val="24"/>
        </w:rPr>
        <w:t>10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5CAD65A3" w14:textId="1F00D5C2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712E2C">
        <w:rPr>
          <w:rFonts w:ascii="Times New Roman" w:hAnsi="Times New Roman" w:cs="Times New Roman"/>
          <w:b/>
          <w:bCs/>
        </w:rPr>
        <w:t>Nowym Targu</w:t>
      </w:r>
    </w:p>
    <w:p w14:paraId="03210432" w14:textId="2089AAB1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712E2C" w:rsidRPr="00712E2C">
        <w:rPr>
          <w:rFonts w:ascii="Times New Roman" w:hAnsi="Times New Roman" w:cs="Times New Roman"/>
        </w:rPr>
        <w:t>ul. Składowa 7</w:t>
      </w:r>
      <w:r w:rsidR="00712E2C">
        <w:rPr>
          <w:rFonts w:ascii="Times New Roman" w:hAnsi="Times New Roman" w:cs="Times New Roman"/>
        </w:rPr>
        <w:t xml:space="preserve">, </w:t>
      </w:r>
      <w:r w:rsidR="00712E2C" w:rsidRPr="00712E2C">
        <w:rPr>
          <w:rFonts w:ascii="Times New Roman" w:hAnsi="Times New Roman" w:cs="Times New Roman"/>
        </w:rPr>
        <w:t xml:space="preserve">34-400 Nowy Targ </w:t>
      </w:r>
    </w:p>
    <w:p w14:paraId="24AAADC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42DAA828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5971DBB9" w14:textId="77777777" w:rsidR="00CF5DD9" w:rsidRPr="00CF5DD9" w:rsidRDefault="00CF5DD9" w:rsidP="00CF5DD9"/>
    <w:p w14:paraId="00073635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2FB7353E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228268E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7FFE9A0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65676537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4AA2E032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657FC99C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726651A4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5A56F6F7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554D3B45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0EE7A23B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2816516B" w14:textId="77777777" w:rsidTr="00AB591D">
        <w:tc>
          <w:tcPr>
            <w:tcW w:w="8411" w:type="dxa"/>
          </w:tcPr>
          <w:p w14:paraId="674774F1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3B5E34A4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B3E478A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1F4B78E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2D696AC4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1ACAC68C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702FAAA5" w14:textId="5EB745DA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3F19AF">
        <w:rPr>
          <w:rFonts w:ascii="Times New Roman" w:hAnsi="Times New Roman" w:cs="Times New Roman"/>
          <w:b/>
          <w:sz w:val="24"/>
          <w:szCs w:val="24"/>
        </w:rPr>
        <w:t>11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6FB26836" w14:textId="0BBE6B99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3F19AF">
        <w:rPr>
          <w:rFonts w:ascii="Times New Roman" w:hAnsi="Times New Roman" w:cs="Times New Roman"/>
          <w:b/>
          <w:bCs/>
        </w:rPr>
        <w:t>Olkuszu</w:t>
      </w:r>
    </w:p>
    <w:p w14:paraId="2A54CB97" w14:textId="090B48D1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3F19AF" w:rsidRPr="003F19AF">
        <w:rPr>
          <w:rFonts w:ascii="Times New Roman" w:hAnsi="Times New Roman" w:cs="Times New Roman"/>
        </w:rPr>
        <w:t>ul. M. Bylicy 1</w:t>
      </w:r>
      <w:r w:rsidR="003F19AF">
        <w:rPr>
          <w:rFonts w:ascii="Times New Roman" w:hAnsi="Times New Roman" w:cs="Times New Roman"/>
        </w:rPr>
        <w:t xml:space="preserve">, </w:t>
      </w:r>
      <w:r w:rsidR="003F19AF" w:rsidRPr="003F19AF">
        <w:rPr>
          <w:rFonts w:ascii="Times New Roman" w:hAnsi="Times New Roman" w:cs="Times New Roman"/>
        </w:rPr>
        <w:t xml:space="preserve">32-300 Olkusz </w:t>
      </w:r>
    </w:p>
    <w:p w14:paraId="12132FF5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05238427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3E917DD9" w14:textId="77777777" w:rsidR="00CF5DD9" w:rsidRPr="00CF5DD9" w:rsidRDefault="00CF5DD9" w:rsidP="00CF5DD9"/>
    <w:p w14:paraId="6E95B1B7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7FCFA90C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5C951D0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5F87967E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6FA550C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341845B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2238826F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6CF0B231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68F0E1C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7C12A9B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7305DF8B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0A80E167" w14:textId="77777777" w:rsidTr="00AB591D">
        <w:tc>
          <w:tcPr>
            <w:tcW w:w="8411" w:type="dxa"/>
          </w:tcPr>
          <w:p w14:paraId="435DC052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7EA7E81F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D53F4E1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68E601A6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5ADA3A0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75B80351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2F642174" w14:textId="601D5216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0555C2">
        <w:rPr>
          <w:rFonts w:ascii="Times New Roman" w:hAnsi="Times New Roman" w:cs="Times New Roman"/>
          <w:b/>
          <w:sz w:val="24"/>
          <w:szCs w:val="24"/>
        </w:rPr>
        <w:t>12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2F642FB1" w14:textId="40C3BB96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0555C2">
        <w:rPr>
          <w:rFonts w:ascii="Times New Roman" w:hAnsi="Times New Roman" w:cs="Times New Roman"/>
          <w:b/>
          <w:bCs/>
        </w:rPr>
        <w:t>Oświęcimiu</w:t>
      </w:r>
    </w:p>
    <w:p w14:paraId="318656E5" w14:textId="6C78F683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0555C2" w:rsidRPr="000555C2">
        <w:rPr>
          <w:rFonts w:ascii="Times New Roman" w:hAnsi="Times New Roman" w:cs="Times New Roman"/>
        </w:rPr>
        <w:t>ul. Maksymiliana Marii Kolbego 13</w:t>
      </w:r>
      <w:r w:rsidR="000555C2">
        <w:rPr>
          <w:rFonts w:ascii="Times New Roman" w:hAnsi="Times New Roman" w:cs="Times New Roman"/>
        </w:rPr>
        <w:t xml:space="preserve">, </w:t>
      </w:r>
      <w:r w:rsidR="000555C2" w:rsidRPr="000555C2">
        <w:rPr>
          <w:rFonts w:ascii="Times New Roman" w:hAnsi="Times New Roman" w:cs="Times New Roman"/>
        </w:rPr>
        <w:t xml:space="preserve">32-600 Oświęcim </w:t>
      </w:r>
    </w:p>
    <w:p w14:paraId="09C04E82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3190975C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130B7EDD" w14:textId="77777777" w:rsidR="00CF5DD9" w:rsidRPr="00CF5DD9" w:rsidRDefault="00CF5DD9" w:rsidP="00CF5DD9"/>
    <w:p w14:paraId="3B0EA0FA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3B42759B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7FA68C87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336A135A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0775245D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3400ADE5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191C072E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634C3325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7D52FE8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73FCB845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413626E1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1FEC6322" w14:textId="77777777" w:rsidTr="00AB591D">
        <w:tc>
          <w:tcPr>
            <w:tcW w:w="8411" w:type="dxa"/>
          </w:tcPr>
          <w:p w14:paraId="557E4A4C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68F5272A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AA3BFE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0705F5BC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0AB0E79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427DA27A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68CF061F" w14:textId="22AC80DF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C30305">
        <w:rPr>
          <w:rFonts w:ascii="Times New Roman" w:hAnsi="Times New Roman" w:cs="Times New Roman"/>
          <w:b/>
          <w:sz w:val="24"/>
          <w:szCs w:val="24"/>
        </w:rPr>
        <w:t>13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692AD15D" w14:textId="44B478E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C30305">
        <w:rPr>
          <w:rFonts w:ascii="Times New Roman" w:hAnsi="Times New Roman" w:cs="Times New Roman"/>
          <w:b/>
          <w:bCs/>
        </w:rPr>
        <w:t>Proszowicach</w:t>
      </w:r>
    </w:p>
    <w:p w14:paraId="2AAED186" w14:textId="3A4BB6A4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C30305" w:rsidRPr="00C30305">
        <w:rPr>
          <w:rFonts w:ascii="Times New Roman" w:hAnsi="Times New Roman" w:cs="Times New Roman"/>
        </w:rPr>
        <w:t>ul. Krakowska 32</w:t>
      </w:r>
      <w:r w:rsidR="00C30305">
        <w:rPr>
          <w:rFonts w:ascii="Times New Roman" w:hAnsi="Times New Roman" w:cs="Times New Roman"/>
        </w:rPr>
        <w:t xml:space="preserve">, </w:t>
      </w:r>
      <w:r w:rsidR="00C30305" w:rsidRPr="00C30305">
        <w:rPr>
          <w:rFonts w:ascii="Times New Roman" w:hAnsi="Times New Roman" w:cs="Times New Roman"/>
        </w:rPr>
        <w:t>32-100 Proszowice</w:t>
      </w:r>
    </w:p>
    <w:p w14:paraId="0FA8DB5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5BF48F3F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50284585" w14:textId="77777777" w:rsidR="00CF5DD9" w:rsidRPr="00CF5DD9" w:rsidRDefault="00CF5DD9" w:rsidP="00CF5DD9"/>
    <w:p w14:paraId="33FFCCCB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77605A8A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467E5552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779C07EC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37E8E07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7BF83F9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7DADA368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0962B54F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2AD25A2A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62D9B527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55078656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06BADEF5" w14:textId="77777777" w:rsidTr="00AB591D">
        <w:tc>
          <w:tcPr>
            <w:tcW w:w="8411" w:type="dxa"/>
          </w:tcPr>
          <w:p w14:paraId="1CB98409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140B0B3D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A080E8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322253B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69F28B4A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4FA19735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0532B156" w14:textId="5D61CBED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6B14B4">
        <w:rPr>
          <w:rFonts w:ascii="Times New Roman" w:hAnsi="Times New Roman" w:cs="Times New Roman"/>
          <w:b/>
          <w:sz w:val="24"/>
          <w:szCs w:val="24"/>
        </w:rPr>
        <w:t>14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04C9E4FF" w14:textId="6E7D241A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6B14B4">
        <w:rPr>
          <w:rFonts w:ascii="Times New Roman" w:hAnsi="Times New Roman" w:cs="Times New Roman"/>
          <w:b/>
          <w:bCs/>
        </w:rPr>
        <w:t>Suchej Beskidzkiej</w:t>
      </w:r>
    </w:p>
    <w:p w14:paraId="5062B951" w14:textId="638451B8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6B14B4" w:rsidRPr="006B14B4">
        <w:rPr>
          <w:rFonts w:ascii="Times New Roman" w:hAnsi="Times New Roman" w:cs="Times New Roman"/>
        </w:rPr>
        <w:t>ul. Adama Mickiewicza 19</w:t>
      </w:r>
      <w:r w:rsidR="006B14B4">
        <w:rPr>
          <w:rFonts w:ascii="Times New Roman" w:hAnsi="Times New Roman" w:cs="Times New Roman"/>
        </w:rPr>
        <w:t xml:space="preserve">, </w:t>
      </w:r>
      <w:r w:rsidR="006B14B4" w:rsidRPr="006B14B4">
        <w:rPr>
          <w:rFonts w:ascii="Times New Roman" w:hAnsi="Times New Roman" w:cs="Times New Roman"/>
        </w:rPr>
        <w:t xml:space="preserve">34-200 Sucha Beskidzka, </w:t>
      </w:r>
    </w:p>
    <w:p w14:paraId="766C387B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30BFC1A4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47748D44" w14:textId="77777777" w:rsidR="00CF5DD9" w:rsidRPr="00CF5DD9" w:rsidRDefault="00CF5DD9" w:rsidP="00CF5DD9"/>
    <w:p w14:paraId="5D5C37A1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35CEF1BB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5F1C6F65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60EA551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18CE9C8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49570290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2A0A3843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651D3608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2CAECCFD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48FAD7F5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5A3BA7D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4BD3BC12" w14:textId="77777777" w:rsidTr="00AB591D">
        <w:tc>
          <w:tcPr>
            <w:tcW w:w="8411" w:type="dxa"/>
          </w:tcPr>
          <w:p w14:paraId="3DA3F5FF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56210543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4E2EB7D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6070D1EE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63328827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37C942DC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3F16D44E" w14:textId="288CF374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0A085D">
        <w:rPr>
          <w:rFonts w:ascii="Times New Roman" w:hAnsi="Times New Roman" w:cs="Times New Roman"/>
          <w:b/>
          <w:sz w:val="24"/>
          <w:szCs w:val="24"/>
        </w:rPr>
        <w:t>15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69DB7AC4" w14:textId="021ABA52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0A085D">
        <w:rPr>
          <w:rFonts w:ascii="Times New Roman" w:hAnsi="Times New Roman" w:cs="Times New Roman"/>
          <w:b/>
          <w:bCs/>
        </w:rPr>
        <w:t>Tarnowie</w:t>
      </w:r>
    </w:p>
    <w:p w14:paraId="2401A784" w14:textId="6AE11D3E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0A085D" w:rsidRPr="000A085D">
        <w:rPr>
          <w:rFonts w:ascii="Times New Roman" w:hAnsi="Times New Roman" w:cs="Times New Roman"/>
        </w:rPr>
        <w:t>ul. Krakowska 134</w:t>
      </w:r>
      <w:r w:rsidR="000A085D">
        <w:rPr>
          <w:rFonts w:ascii="Times New Roman" w:hAnsi="Times New Roman" w:cs="Times New Roman"/>
        </w:rPr>
        <w:t xml:space="preserve">, </w:t>
      </w:r>
      <w:r w:rsidR="000A085D" w:rsidRPr="000A085D">
        <w:rPr>
          <w:rFonts w:ascii="Times New Roman" w:hAnsi="Times New Roman" w:cs="Times New Roman"/>
        </w:rPr>
        <w:t xml:space="preserve">33-100 Tarnów </w:t>
      </w:r>
    </w:p>
    <w:p w14:paraId="6E844586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636C05F6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422D97F1" w14:textId="77777777" w:rsidR="00CF5DD9" w:rsidRPr="00CF5DD9" w:rsidRDefault="00CF5DD9" w:rsidP="00CF5DD9"/>
    <w:p w14:paraId="6A2ACFC4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07717C88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27C3173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025E8076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7E72DC6C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177F05DD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7F10A59B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3CAE1F99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7EFF06D2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18B5A91E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0C259D12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2FF3FFE3" w14:textId="77777777" w:rsidTr="00AB591D">
        <w:tc>
          <w:tcPr>
            <w:tcW w:w="8411" w:type="dxa"/>
          </w:tcPr>
          <w:p w14:paraId="1A0785B9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2DA1B6F1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EAC741E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78EF75C4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1585DC5D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1802C3E9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3D22908B" w14:textId="437C2F9D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F54BE4">
        <w:rPr>
          <w:rFonts w:ascii="Times New Roman" w:hAnsi="Times New Roman" w:cs="Times New Roman"/>
          <w:b/>
          <w:sz w:val="24"/>
          <w:szCs w:val="24"/>
        </w:rPr>
        <w:t>16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72100899" w14:textId="56BC8EB1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F54BE4">
        <w:rPr>
          <w:rFonts w:ascii="Times New Roman" w:hAnsi="Times New Roman" w:cs="Times New Roman"/>
          <w:b/>
          <w:bCs/>
        </w:rPr>
        <w:t>Zakopanem</w:t>
      </w:r>
    </w:p>
    <w:p w14:paraId="6C26C932" w14:textId="783CBFD0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F54BE4" w:rsidRPr="00F54BE4">
        <w:rPr>
          <w:rFonts w:ascii="Times New Roman" w:hAnsi="Times New Roman" w:cs="Times New Roman"/>
        </w:rPr>
        <w:t>ul. Do Samków 29</w:t>
      </w:r>
      <w:r w:rsidR="00F54BE4">
        <w:rPr>
          <w:rFonts w:ascii="Times New Roman" w:hAnsi="Times New Roman" w:cs="Times New Roman"/>
        </w:rPr>
        <w:t xml:space="preserve">, </w:t>
      </w:r>
      <w:r w:rsidR="00F54BE4" w:rsidRPr="00F54BE4">
        <w:rPr>
          <w:rFonts w:ascii="Times New Roman" w:hAnsi="Times New Roman" w:cs="Times New Roman"/>
        </w:rPr>
        <w:t xml:space="preserve">34-500 Zakopane </w:t>
      </w:r>
    </w:p>
    <w:p w14:paraId="2701677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7BEC2F00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2ED41839" w14:textId="77777777" w:rsidR="00CF5DD9" w:rsidRPr="00CF5DD9" w:rsidRDefault="00CF5DD9" w:rsidP="00CF5DD9"/>
    <w:p w14:paraId="19B21B0D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60C47B1E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6CB40CFB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5262E647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37291D9E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3F61F87C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2C868ED4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4122366E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588EE48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7CE16B86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6EE6F022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53E02EA3" w14:textId="77777777" w:rsidTr="00AB591D">
        <w:tc>
          <w:tcPr>
            <w:tcW w:w="8411" w:type="dxa"/>
          </w:tcPr>
          <w:p w14:paraId="2C973D51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411814BB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A6A01D9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2FD5CB7B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37EC0BD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441C8411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1503585F" w14:textId="475D5062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3F3B92">
        <w:rPr>
          <w:rFonts w:ascii="Times New Roman" w:hAnsi="Times New Roman" w:cs="Times New Roman"/>
          <w:b/>
          <w:sz w:val="24"/>
          <w:szCs w:val="24"/>
        </w:rPr>
        <w:t>17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3C61DFF8" w14:textId="555BEB26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3F3B92">
        <w:rPr>
          <w:rFonts w:ascii="Times New Roman" w:hAnsi="Times New Roman" w:cs="Times New Roman"/>
          <w:b/>
          <w:bCs/>
        </w:rPr>
        <w:t>Wadowicach</w:t>
      </w:r>
    </w:p>
    <w:p w14:paraId="11DA146C" w14:textId="45653384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5D4807" w:rsidRPr="005D4807">
        <w:rPr>
          <w:rFonts w:ascii="Times New Roman" w:hAnsi="Times New Roman" w:cs="Times New Roman"/>
        </w:rPr>
        <w:t>ul. Mickiewicza 36</w:t>
      </w:r>
      <w:r w:rsidR="005D4807">
        <w:rPr>
          <w:rFonts w:ascii="Times New Roman" w:hAnsi="Times New Roman" w:cs="Times New Roman"/>
        </w:rPr>
        <w:t xml:space="preserve">, </w:t>
      </w:r>
      <w:r w:rsidR="003F3B92" w:rsidRPr="003F3B92">
        <w:rPr>
          <w:rFonts w:ascii="Times New Roman" w:hAnsi="Times New Roman" w:cs="Times New Roman"/>
        </w:rPr>
        <w:t xml:space="preserve">34-100 Wadowice </w:t>
      </w:r>
    </w:p>
    <w:p w14:paraId="764E3937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31F5E5D9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417F7AD7" w14:textId="77777777" w:rsidR="00CF5DD9" w:rsidRPr="00CF5DD9" w:rsidRDefault="00CF5DD9" w:rsidP="00CF5DD9"/>
    <w:p w14:paraId="52986F1C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3CEB5951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2BCE519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251CED8A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61D19F3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41D7251B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75B741E4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1267B3CE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2F698F9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7FB5B48B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78DC36E6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7D70F3FD" w14:textId="77777777" w:rsidTr="00AB591D">
        <w:tc>
          <w:tcPr>
            <w:tcW w:w="8411" w:type="dxa"/>
          </w:tcPr>
          <w:p w14:paraId="3332FFE1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468F2AFD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14D2712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37E0C89D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457CF83D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40C15F17" w14:textId="77777777" w:rsidR="00CF5DD9" w:rsidRPr="00CF5DD9" w:rsidRDefault="00CF5DD9" w:rsidP="00CF5DD9">
      <w:pPr>
        <w:ind w:left="648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F5DD9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5569D244" w14:textId="72D95E28" w:rsidR="00CF5DD9" w:rsidRPr="00CF5DD9" w:rsidRDefault="00CF5DD9" w:rsidP="00CF5DD9">
      <w:pPr>
        <w:jc w:val="center"/>
        <w:rPr>
          <w:rFonts w:ascii="Times New Roman" w:hAnsi="Times New Roman" w:cs="Times New Roman"/>
          <w:sz w:val="24"/>
          <w:szCs w:val="24"/>
        </w:rPr>
      </w:pPr>
      <w:r w:rsidRPr="00CF5DD9">
        <w:rPr>
          <w:rFonts w:ascii="Times New Roman" w:hAnsi="Times New Roman" w:cs="Times New Roman"/>
          <w:b/>
          <w:sz w:val="24"/>
          <w:szCs w:val="24"/>
        </w:rPr>
        <w:t xml:space="preserve">PROTOKÓŁ ODBIORU USŁUGI PPOŻ. NR </w:t>
      </w:r>
      <w:r w:rsidR="008F719F">
        <w:rPr>
          <w:rFonts w:ascii="Times New Roman" w:hAnsi="Times New Roman" w:cs="Times New Roman"/>
          <w:b/>
          <w:sz w:val="24"/>
          <w:szCs w:val="24"/>
        </w:rPr>
        <w:t>18</w:t>
      </w:r>
      <w:r w:rsidRPr="00CF5DD9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57B45D88" w14:textId="10EDF78A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br/>
        <w:t xml:space="preserve">Obiekt/Lokalizacja: </w:t>
      </w:r>
      <w:r w:rsidRPr="00CF5DD9">
        <w:rPr>
          <w:rFonts w:ascii="Times New Roman" w:hAnsi="Times New Roman" w:cs="Times New Roman"/>
          <w:b/>
          <w:bCs/>
        </w:rPr>
        <w:t xml:space="preserve">Biuro Powiatowe ARiMR w </w:t>
      </w:r>
      <w:r w:rsidR="00325936">
        <w:rPr>
          <w:rFonts w:ascii="Times New Roman" w:hAnsi="Times New Roman" w:cs="Times New Roman"/>
          <w:b/>
          <w:bCs/>
        </w:rPr>
        <w:t>Wieliczce z/m w Niepołomicach</w:t>
      </w:r>
    </w:p>
    <w:p w14:paraId="3D751AA6" w14:textId="74683213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Adres: </w:t>
      </w:r>
      <w:r w:rsidR="00325936" w:rsidRPr="00325936">
        <w:rPr>
          <w:rFonts w:ascii="Times New Roman" w:hAnsi="Times New Roman" w:cs="Times New Roman"/>
        </w:rPr>
        <w:t>ul. Wimmera 52</w:t>
      </w:r>
      <w:r w:rsidR="00325936">
        <w:rPr>
          <w:rFonts w:ascii="Times New Roman" w:hAnsi="Times New Roman" w:cs="Times New Roman"/>
        </w:rPr>
        <w:t xml:space="preserve">, </w:t>
      </w:r>
      <w:r w:rsidR="00325936" w:rsidRPr="00325936">
        <w:rPr>
          <w:rFonts w:ascii="Times New Roman" w:hAnsi="Times New Roman" w:cs="Times New Roman"/>
        </w:rPr>
        <w:t xml:space="preserve">32-005 Niepołomice </w:t>
      </w:r>
    </w:p>
    <w:p w14:paraId="508C2FE4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Data odbioru: ........................................</w:t>
      </w:r>
    </w:p>
    <w:p w14:paraId="2D1612A6" w14:textId="77777777" w:rsidR="00CF5DD9" w:rsidRPr="00CF5DD9" w:rsidRDefault="00CF5DD9" w:rsidP="00CF5DD9">
      <w:pPr>
        <w:keepNext/>
        <w:keepLines/>
        <w:spacing w:before="480" w:after="0"/>
        <w:jc w:val="center"/>
        <w:outlineLvl w:val="0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F5DD9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42D63575" w14:textId="77777777" w:rsidR="00CF5DD9" w:rsidRPr="00CF5DD9" w:rsidRDefault="00CF5DD9" w:rsidP="00CF5DD9"/>
    <w:p w14:paraId="2ECDAA76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  <w:b/>
          <w:bCs/>
        </w:rPr>
        <w:t>Zadanie 1:</w:t>
      </w:r>
      <w:r w:rsidRPr="00CF5DD9">
        <w:rPr>
          <w:rFonts w:ascii="Times New Roman" w:hAnsi="Times New Roman" w:cs="Times New Roman"/>
        </w:rPr>
        <w:t xml:space="preserve"> </w:t>
      </w:r>
    </w:p>
    <w:p w14:paraId="23114C5B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przeglądu sprzętu przeciwpożarowego (legalizacja sprzętu podręcznego) znajdującego się na wyposażeniu Biura Powiatowego ARiMR i samochodu służbowego.</w:t>
      </w:r>
    </w:p>
    <w:p w14:paraId="69AB1094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..............................................................................................................................</w:t>
      </w:r>
    </w:p>
    <w:p w14:paraId="62A7EF94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5F9EFD9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7173A195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</w:t>
      </w:r>
    </w:p>
    <w:p w14:paraId="7C0ACA82" w14:textId="77777777" w:rsidR="00CF5DD9" w:rsidRPr="00CF5DD9" w:rsidRDefault="00CF5DD9" w:rsidP="00CF5DD9">
      <w:pPr>
        <w:rPr>
          <w:rFonts w:ascii="Times New Roman" w:hAnsi="Times New Roman" w:cs="Times New Roman"/>
          <w:b/>
          <w:bCs/>
        </w:rPr>
      </w:pPr>
      <w:r w:rsidRPr="00CF5DD9">
        <w:rPr>
          <w:rFonts w:ascii="Times New Roman" w:hAnsi="Times New Roman" w:cs="Times New Roman"/>
          <w:b/>
          <w:bCs/>
        </w:rPr>
        <w:t xml:space="preserve">Zadanie 2: </w:t>
      </w:r>
    </w:p>
    <w:p w14:paraId="4507E752" w14:textId="77777777" w:rsidR="00CF5DD9" w:rsidRPr="00CF5DD9" w:rsidRDefault="00CF5DD9" w:rsidP="00CF5DD9">
      <w:pPr>
        <w:jc w:val="both"/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Wykonanie aktualizacji instrukcji bezpieczeństwa przeciwpożarowego Biura Powiatowego.</w:t>
      </w:r>
    </w:p>
    <w:p w14:paraId="5B4205A3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Uwagi i zalecenia: .............................................................................................................................</w:t>
      </w:r>
    </w:p>
    <w:p w14:paraId="0EDF17AF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1F9C436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411"/>
        <w:gridCol w:w="229"/>
      </w:tblGrid>
      <w:tr w:rsidR="00CF5DD9" w:rsidRPr="00CF5DD9" w14:paraId="3EC05F48" w14:textId="77777777" w:rsidTr="00AB591D">
        <w:tc>
          <w:tcPr>
            <w:tcW w:w="8411" w:type="dxa"/>
          </w:tcPr>
          <w:p w14:paraId="48D2B46A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Podpisanie protokołu stanowi wyłącznie</w:t>
            </w:r>
            <w:r w:rsidRPr="00CF5DD9">
              <w:rPr>
                <w:sz w:val="18"/>
                <w:szCs w:val="18"/>
              </w:rPr>
              <w:t xml:space="preserve"> </w:t>
            </w:r>
            <w:r w:rsidRPr="00CF5DD9">
              <w:rPr>
                <w:rFonts w:ascii="Times New Roman" w:hAnsi="Times New Roman" w:cs="Times New Roman"/>
                <w:sz w:val="18"/>
                <w:szCs w:val="18"/>
              </w:rPr>
              <w:t>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      </w:r>
          </w:p>
        </w:tc>
        <w:tc>
          <w:tcPr>
            <w:tcW w:w="229" w:type="dxa"/>
          </w:tcPr>
          <w:p w14:paraId="566012DC" w14:textId="77777777" w:rsidR="00CF5DD9" w:rsidRPr="00CF5DD9" w:rsidRDefault="00CF5DD9" w:rsidP="00AB591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514336E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WYKONAWCA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ZAMAWIAJĄCY</w:t>
      </w:r>
    </w:p>
    <w:p w14:paraId="230600D8" w14:textId="77777777" w:rsidR="00CF5DD9" w:rsidRPr="00CF5DD9" w:rsidRDefault="00CF5DD9" w:rsidP="00CF5DD9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>…………………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>………………………..</w:t>
      </w:r>
    </w:p>
    <w:p w14:paraId="35AFBD77" w14:textId="653D31D8" w:rsidR="007B65BE" w:rsidRPr="00777F11" w:rsidRDefault="00CF5DD9" w:rsidP="007B65BE">
      <w:pPr>
        <w:rPr>
          <w:rFonts w:ascii="Times New Roman" w:hAnsi="Times New Roman" w:cs="Times New Roman"/>
        </w:rPr>
      </w:pPr>
      <w:r w:rsidRPr="00CF5DD9">
        <w:rPr>
          <w:rFonts w:ascii="Times New Roman" w:hAnsi="Times New Roman" w:cs="Times New Roman"/>
        </w:rPr>
        <w:t xml:space="preserve">Imię i nazwisko / podpis </w:t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</w:r>
      <w:r w:rsidRPr="00CF5DD9">
        <w:rPr>
          <w:rFonts w:ascii="Times New Roman" w:hAnsi="Times New Roman" w:cs="Times New Roman"/>
        </w:rPr>
        <w:tab/>
        <w:t xml:space="preserve">Imię i nazwisko / podpis </w:t>
      </w:r>
    </w:p>
    <w:p w14:paraId="02FAA95B" w14:textId="0FAD055C" w:rsidR="00CA6AAF" w:rsidRDefault="00CA6AAF" w:rsidP="00CA6AAF">
      <w:pPr>
        <w:ind w:left="6480"/>
        <w:rPr>
          <w:rFonts w:ascii="Times New Roman" w:hAnsi="Times New Roman" w:cs="Times New Roman"/>
          <w:b/>
          <w:sz w:val="30"/>
        </w:rPr>
      </w:pPr>
      <w:r w:rsidRPr="00777F11">
        <w:rPr>
          <w:rFonts w:ascii="Times New Roman" w:hAnsi="Times New Roman" w:cs="Times New Roman"/>
          <w:b/>
          <w:sz w:val="18"/>
          <w:szCs w:val="18"/>
        </w:rPr>
        <w:lastRenderedPageBreak/>
        <w:t>Załącznik nr 7 do umowy</w:t>
      </w:r>
    </w:p>
    <w:p w14:paraId="6D1A3AC5" w14:textId="23A81A03" w:rsidR="005D107A" w:rsidRPr="00CA6AAF" w:rsidRDefault="00000000" w:rsidP="00CA6AAF">
      <w:pPr>
        <w:jc w:val="center"/>
        <w:rPr>
          <w:rFonts w:ascii="Times New Roman" w:hAnsi="Times New Roman" w:cs="Times New Roman"/>
          <w:sz w:val="24"/>
          <w:szCs w:val="24"/>
        </w:rPr>
      </w:pPr>
      <w:r w:rsidRPr="00CA6AAF">
        <w:rPr>
          <w:rFonts w:ascii="Times New Roman" w:hAnsi="Times New Roman" w:cs="Times New Roman"/>
          <w:b/>
          <w:sz w:val="24"/>
          <w:szCs w:val="24"/>
        </w:rPr>
        <w:t>PROTOKÓŁ ODBIORU USŁUGI PPOŻ. NR 19</w:t>
      </w:r>
      <w:r w:rsidRPr="00CA6AAF">
        <w:rPr>
          <w:rFonts w:ascii="Times New Roman" w:hAnsi="Times New Roman" w:cs="Times New Roman"/>
          <w:b/>
          <w:sz w:val="24"/>
          <w:szCs w:val="24"/>
        </w:rPr>
        <w:br/>
        <w:t>DLA POJEDYNCZEGO OBIEKTU</w:t>
      </w:r>
    </w:p>
    <w:p w14:paraId="224D96DF" w14:textId="7D65390A" w:rsidR="005D107A" w:rsidRPr="00777F11" w:rsidRDefault="00000000">
      <w:pPr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br/>
        <w:t xml:space="preserve">Obiekt/Lokalizacja: </w:t>
      </w:r>
      <w:r w:rsidR="00874EF9" w:rsidRPr="00777F11">
        <w:rPr>
          <w:rFonts w:ascii="Times New Roman" w:hAnsi="Times New Roman" w:cs="Times New Roman"/>
        </w:rPr>
        <w:t>Małopolski Oddział Regionalny oraz Biuro Powiatowe ARiMR w Krakowie</w:t>
      </w:r>
    </w:p>
    <w:p w14:paraId="15A1B3DE" w14:textId="335165EA" w:rsidR="005D107A" w:rsidRPr="00777F11" w:rsidRDefault="00000000">
      <w:pPr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 xml:space="preserve">Adres: </w:t>
      </w:r>
      <w:r w:rsidR="00874EF9" w:rsidRPr="00777F11">
        <w:rPr>
          <w:rFonts w:ascii="Times New Roman" w:hAnsi="Times New Roman" w:cs="Times New Roman"/>
        </w:rPr>
        <w:t>31-481 Kraków, ul. Promienistych 1</w:t>
      </w:r>
    </w:p>
    <w:p w14:paraId="777E10BB" w14:textId="77777777" w:rsidR="005D107A" w:rsidRDefault="00000000">
      <w:pPr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>Data odbioru: ................................</w:t>
      </w:r>
    </w:p>
    <w:p w14:paraId="22DE7F52" w14:textId="77777777" w:rsidR="00C335B6" w:rsidRPr="00777F11" w:rsidRDefault="00C335B6">
      <w:pPr>
        <w:rPr>
          <w:rFonts w:ascii="Times New Roman" w:hAnsi="Times New Roman" w:cs="Times New Roman"/>
        </w:rPr>
      </w:pPr>
    </w:p>
    <w:p w14:paraId="02220631" w14:textId="77777777" w:rsidR="00CA6AAF" w:rsidRDefault="00CA6AAF" w:rsidP="007D4253">
      <w:pPr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CA6AAF">
        <w:rPr>
          <w:rFonts w:ascii="Times New Roman" w:eastAsiaTheme="majorEastAsia" w:hAnsi="Times New Roman" w:cs="Times New Roman"/>
          <w:b/>
          <w:bCs/>
          <w:sz w:val="24"/>
          <w:szCs w:val="24"/>
        </w:rPr>
        <w:t>Zakres usługi zgodnie z zapytaniem ofertowym i umową:</w:t>
      </w:r>
    </w:p>
    <w:p w14:paraId="0E69FFAA" w14:textId="77777777" w:rsidR="00C335B6" w:rsidRPr="00CA6AAF" w:rsidRDefault="00C335B6" w:rsidP="007D4253">
      <w:pPr>
        <w:jc w:val="center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</w:p>
    <w:p w14:paraId="093DCFD6" w14:textId="77777777" w:rsidR="00C335B6" w:rsidRDefault="00000000" w:rsidP="00CA6AAF">
      <w:pPr>
        <w:jc w:val="both"/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 xml:space="preserve">Zadanie 1: </w:t>
      </w:r>
    </w:p>
    <w:p w14:paraId="6964B6BE" w14:textId="4FE643C2" w:rsidR="005D107A" w:rsidRDefault="00CA6AAF" w:rsidP="00CA6AAF">
      <w:pPr>
        <w:jc w:val="both"/>
        <w:rPr>
          <w:rFonts w:ascii="Times New Roman" w:hAnsi="Times New Roman" w:cs="Times New Roman"/>
        </w:rPr>
      </w:pPr>
      <w:r w:rsidRPr="00CA6AAF">
        <w:rPr>
          <w:rFonts w:ascii="Times New Roman" w:hAnsi="Times New Roman" w:cs="Times New Roman"/>
        </w:rPr>
        <w:t xml:space="preserve">Wykonanie przeglądu sprzętu przeciwpożarowego (legalizacja sprzętu podręcznego) znajdującego się na wyposażeniu </w:t>
      </w:r>
      <w:r>
        <w:rPr>
          <w:rFonts w:ascii="Times New Roman" w:hAnsi="Times New Roman" w:cs="Times New Roman"/>
        </w:rPr>
        <w:t xml:space="preserve">Małopolskiego Oddziału Regionalnego </w:t>
      </w:r>
      <w:r w:rsidR="00C335B6">
        <w:rPr>
          <w:rFonts w:ascii="Times New Roman" w:hAnsi="Times New Roman" w:cs="Times New Roman"/>
        </w:rPr>
        <w:t xml:space="preserve">i </w:t>
      </w:r>
      <w:r w:rsidR="00637D2D">
        <w:rPr>
          <w:rFonts w:ascii="Times New Roman" w:hAnsi="Times New Roman" w:cs="Times New Roman"/>
        </w:rPr>
        <w:t xml:space="preserve">Biura Powiatowego </w:t>
      </w:r>
      <w:r>
        <w:rPr>
          <w:rFonts w:ascii="Times New Roman" w:hAnsi="Times New Roman" w:cs="Times New Roman"/>
        </w:rPr>
        <w:t xml:space="preserve">ARiMR </w:t>
      </w:r>
      <w:r w:rsidR="00C335B6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Krakowie</w:t>
      </w:r>
      <w:r w:rsidRPr="00CA6AAF">
        <w:rPr>
          <w:rFonts w:ascii="Times New Roman" w:hAnsi="Times New Roman" w:cs="Times New Roman"/>
        </w:rPr>
        <w:t xml:space="preserve">  </w:t>
      </w:r>
      <w:r w:rsidR="00637D2D">
        <w:rPr>
          <w:rFonts w:ascii="Times New Roman" w:hAnsi="Times New Roman" w:cs="Times New Roman"/>
        </w:rPr>
        <w:t>oraz</w:t>
      </w:r>
      <w:r w:rsidRPr="00CA6AAF">
        <w:rPr>
          <w:rFonts w:ascii="Times New Roman" w:hAnsi="Times New Roman" w:cs="Times New Roman"/>
        </w:rPr>
        <w:t xml:space="preserve"> </w:t>
      </w:r>
      <w:r w:rsidR="00914BF6">
        <w:rPr>
          <w:rFonts w:ascii="Times New Roman" w:hAnsi="Times New Roman" w:cs="Times New Roman"/>
        </w:rPr>
        <w:t xml:space="preserve">w </w:t>
      </w:r>
      <w:r w:rsidRPr="00CA6AAF">
        <w:rPr>
          <w:rFonts w:ascii="Times New Roman" w:hAnsi="Times New Roman" w:cs="Times New Roman"/>
        </w:rPr>
        <w:t>samocho</w:t>
      </w:r>
      <w:r w:rsidR="00637D2D">
        <w:rPr>
          <w:rFonts w:ascii="Times New Roman" w:hAnsi="Times New Roman" w:cs="Times New Roman"/>
        </w:rPr>
        <w:t>dach</w:t>
      </w:r>
      <w:r>
        <w:rPr>
          <w:rFonts w:ascii="Times New Roman" w:hAnsi="Times New Roman" w:cs="Times New Roman"/>
        </w:rPr>
        <w:t xml:space="preserve"> słu</w:t>
      </w:r>
      <w:r w:rsidR="00637D2D">
        <w:rPr>
          <w:rFonts w:ascii="Times New Roman" w:hAnsi="Times New Roman" w:cs="Times New Roman"/>
        </w:rPr>
        <w:t>ż</w:t>
      </w:r>
      <w:r>
        <w:rPr>
          <w:rFonts w:ascii="Times New Roman" w:hAnsi="Times New Roman" w:cs="Times New Roman"/>
        </w:rPr>
        <w:t>bow</w:t>
      </w:r>
      <w:r w:rsidR="00637D2D">
        <w:rPr>
          <w:rFonts w:ascii="Times New Roman" w:hAnsi="Times New Roman" w:cs="Times New Roman"/>
        </w:rPr>
        <w:t>ych.</w:t>
      </w:r>
    </w:p>
    <w:p w14:paraId="501F04B2" w14:textId="77777777" w:rsidR="00C335B6" w:rsidRPr="00777F11" w:rsidRDefault="00C335B6" w:rsidP="00CA6AAF">
      <w:pPr>
        <w:jc w:val="both"/>
        <w:rPr>
          <w:rFonts w:ascii="Times New Roman" w:hAnsi="Times New Roman" w:cs="Times New Roman"/>
        </w:rPr>
      </w:pPr>
    </w:p>
    <w:p w14:paraId="1B5457C2" w14:textId="4C2BBA4B" w:rsidR="005D107A" w:rsidRPr="00777F11" w:rsidRDefault="00000000" w:rsidP="00CA6AAF">
      <w:pPr>
        <w:jc w:val="both"/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>Uwagi i zalecenia: .....................................................................................</w:t>
      </w:r>
      <w:r w:rsidR="00CA6AAF">
        <w:rPr>
          <w:rFonts w:ascii="Times New Roman" w:hAnsi="Times New Roman" w:cs="Times New Roman"/>
        </w:rPr>
        <w:t>......................................</w:t>
      </w:r>
      <w:r w:rsidRPr="00777F11">
        <w:rPr>
          <w:rFonts w:ascii="Times New Roman" w:hAnsi="Times New Roman" w:cs="Times New Roman"/>
        </w:rPr>
        <w:t>..</w:t>
      </w:r>
    </w:p>
    <w:p w14:paraId="0DB7745D" w14:textId="2DB17E87" w:rsidR="005D107A" w:rsidRDefault="00000000" w:rsidP="00CA6AAF">
      <w:pPr>
        <w:jc w:val="both"/>
        <w:rPr>
          <w:rFonts w:ascii="Times New Roman" w:hAnsi="Times New Roman" w:cs="Times New Roman"/>
        </w:rPr>
      </w:pPr>
      <w:r w:rsidRPr="00777F11">
        <w:rPr>
          <w:rFonts w:ascii="Times New Roman" w:hAnsi="Times New Roman" w:cs="Times New Roman"/>
        </w:rPr>
        <w:t>.............................................................................</w:t>
      </w:r>
      <w:r w:rsidR="00CA6AAF">
        <w:rPr>
          <w:rFonts w:ascii="Times New Roman" w:hAnsi="Times New Roman" w:cs="Times New Roman"/>
        </w:rPr>
        <w:t>...............................................</w:t>
      </w:r>
      <w:r w:rsidRPr="00777F11">
        <w:rPr>
          <w:rFonts w:ascii="Times New Roman" w:hAnsi="Times New Roman" w:cs="Times New Roman"/>
        </w:rPr>
        <w:t>.................................</w:t>
      </w:r>
    </w:p>
    <w:p w14:paraId="4BE03E06" w14:textId="277ADACF" w:rsidR="00CA6AAF" w:rsidRDefault="00CA6AAF" w:rsidP="00CA6A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14:paraId="543AACEB" w14:textId="55DE1F1D" w:rsidR="00CA6AAF" w:rsidRDefault="00CA6AAF" w:rsidP="00CA6A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172E9785" w14:textId="2AA396C2" w:rsidR="00E90DD8" w:rsidRPr="00C335B6" w:rsidRDefault="00E90DD8" w:rsidP="00CA6AAF">
      <w:pPr>
        <w:jc w:val="both"/>
        <w:rPr>
          <w:rFonts w:ascii="Times New Roman" w:hAnsi="Times New Roman" w:cs="Times New Roman"/>
          <w:sz w:val="18"/>
          <w:szCs w:val="18"/>
        </w:rPr>
      </w:pPr>
      <w:r w:rsidRPr="00C335B6">
        <w:rPr>
          <w:rFonts w:ascii="Times New Roman" w:hAnsi="Times New Roman" w:cs="Times New Roman"/>
          <w:sz w:val="18"/>
          <w:szCs w:val="18"/>
        </w:rPr>
        <w:t>Podpisanie protokołu stanowi wyłącznie formalne potwierdzenie wykonania usługi i odbioru dokumentów. Nie oznacza potwierdzenia prawidłowości technicznej czynności wykonanych przez Wykonawcę. Wykonawca ponosi pełną odpowiedzialność za kompletność, zgodność z przepisami, poprawność merytoryczną dokumentacji, wykonanych przeglądów i wydanych zaleceń. Podpisanie protokołu nie ogranicza prawa Zamawiającego do zgłaszania wad, braków lub nieprawidłowości ujawnionych po odbiorze oraz dochodzenia roszczeń. Osoba podpisująca protokół w imieniu Zamawiającego nie ponosi odpowiedzialności karnej, finansowej ani zawodowej za specjalistyczną ocenę czynności wymagających wiedzy i uprawnień będących po stronie Wykonawcy.</w:t>
      </w:r>
    </w:p>
    <w:p w14:paraId="37783A8C" w14:textId="3072D39D" w:rsidR="00CC2478" w:rsidRPr="00CC2478" w:rsidRDefault="00CC2478" w:rsidP="00CC2478">
      <w:pPr>
        <w:rPr>
          <w:rFonts w:ascii="Times New Roman" w:hAnsi="Times New Roman" w:cs="Times New Roman"/>
        </w:rPr>
      </w:pPr>
      <w:r w:rsidRPr="00CC2478">
        <w:rPr>
          <w:rFonts w:ascii="Times New Roman" w:hAnsi="Times New Roman" w:cs="Times New Roman"/>
        </w:rPr>
        <w:t>WYKONAWCA</w:t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</w:t>
      </w:r>
      <w:r w:rsidRPr="00CC2478">
        <w:rPr>
          <w:rFonts w:ascii="Times New Roman" w:hAnsi="Times New Roman" w:cs="Times New Roman"/>
        </w:rPr>
        <w:t>ZAMAWIAJĄCY</w:t>
      </w:r>
    </w:p>
    <w:p w14:paraId="1A6AE859" w14:textId="402865ED" w:rsidR="00CC2478" w:rsidRPr="00CC2478" w:rsidRDefault="00CC2478" w:rsidP="00CC2478">
      <w:pPr>
        <w:rPr>
          <w:rFonts w:ascii="Times New Roman" w:hAnsi="Times New Roman" w:cs="Times New Roman"/>
        </w:rPr>
      </w:pPr>
      <w:r w:rsidRPr="00CC2478">
        <w:rPr>
          <w:rFonts w:ascii="Times New Roman" w:hAnsi="Times New Roman" w:cs="Times New Roman"/>
        </w:rPr>
        <w:t>…………………</w:t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 w:rsidRPr="00CC2478">
        <w:rPr>
          <w:rFonts w:ascii="Times New Roman" w:hAnsi="Times New Roman" w:cs="Times New Roman"/>
        </w:rPr>
        <w:t>………………………..</w:t>
      </w:r>
    </w:p>
    <w:p w14:paraId="33B4B782" w14:textId="7C8F618C" w:rsidR="0093116B" w:rsidRPr="00777F11" w:rsidRDefault="00CC2478" w:rsidP="00CC2478">
      <w:pPr>
        <w:rPr>
          <w:rFonts w:ascii="Times New Roman" w:hAnsi="Times New Roman" w:cs="Times New Roman"/>
        </w:rPr>
      </w:pPr>
      <w:r w:rsidRPr="00CC2478">
        <w:rPr>
          <w:rFonts w:ascii="Times New Roman" w:hAnsi="Times New Roman" w:cs="Times New Roman"/>
        </w:rPr>
        <w:t xml:space="preserve">Imię i nazwisko / podpis </w:t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 w:rsidRPr="00CC247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</w:t>
      </w:r>
      <w:r w:rsidRPr="00CC2478">
        <w:rPr>
          <w:rFonts w:ascii="Times New Roman" w:hAnsi="Times New Roman" w:cs="Times New Roman"/>
        </w:rPr>
        <w:t>Imię i nazwisko / podpis</w:t>
      </w:r>
    </w:p>
    <w:sectPr w:rsidR="0093116B" w:rsidRPr="00777F1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B180B" w14:textId="77777777" w:rsidR="00ED6309" w:rsidRDefault="00ED6309" w:rsidP="00874EF9">
      <w:pPr>
        <w:spacing w:after="0" w:line="240" w:lineRule="auto"/>
      </w:pPr>
      <w:r>
        <w:separator/>
      </w:r>
    </w:p>
  </w:endnote>
  <w:endnote w:type="continuationSeparator" w:id="0">
    <w:p w14:paraId="6F7E9E27" w14:textId="77777777" w:rsidR="00ED6309" w:rsidRDefault="00ED6309" w:rsidP="00874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97575" w14:textId="77777777" w:rsidR="00ED6309" w:rsidRDefault="00ED6309" w:rsidP="00874EF9">
      <w:pPr>
        <w:spacing w:after="0" w:line="240" w:lineRule="auto"/>
      </w:pPr>
      <w:r>
        <w:separator/>
      </w:r>
    </w:p>
  </w:footnote>
  <w:footnote w:type="continuationSeparator" w:id="0">
    <w:p w14:paraId="70B1AE70" w14:textId="77777777" w:rsidR="00ED6309" w:rsidRDefault="00ED6309" w:rsidP="00874E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7319531">
    <w:abstractNumId w:val="8"/>
  </w:num>
  <w:num w:numId="2" w16cid:durableId="686443843">
    <w:abstractNumId w:val="6"/>
  </w:num>
  <w:num w:numId="3" w16cid:durableId="1734543607">
    <w:abstractNumId w:val="5"/>
  </w:num>
  <w:num w:numId="4" w16cid:durableId="1029528953">
    <w:abstractNumId w:val="4"/>
  </w:num>
  <w:num w:numId="5" w16cid:durableId="1147667588">
    <w:abstractNumId w:val="7"/>
  </w:num>
  <w:num w:numId="6" w16cid:durableId="324168163">
    <w:abstractNumId w:val="3"/>
  </w:num>
  <w:num w:numId="7" w16cid:durableId="1631473405">
    <w:abstractNumId w:val="2"/>
  </w:num>
  <w:num w:numId="8" w16cid:durableId="1664356276">
    <w:abstractNumId w:val="1"/>
  </w:num>
  <w:num w:numId="9" w16cid:durableId="1154250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02A7"/>
    <w:rsid w:val="00034616"/>
    <w:rsid w:val="00050419"/>
    <w:rsid w:val="000555C2"/>
    <w:rsid w:val="0006063C"/>
    <w:rsid w:val="000A085D"/>
    <w:rsid w:val="000A327D"/>
    <w:rsid w:val="00112237"/>
    <w:rsid w:val="0015074B"/>
    <w:rsid w:val="00231AA9"/>
    <w:rsid w:val="00261456"/>
    <w:rsid w:val="0029639D"/>
    <w:rsid w:val="002A03F4"/>
    <w:rsid w:val="00301E3D"/>
    <w:rsid w:val="00325936"/>
    <w:rsid w:val="00326F90"/>
    <w:rsid w:val="00366111"/>
    <w:rsid w:val="0038127D"/>
    <w:rsid w:val="003D6F32"/>
    <w:rsid w:val="003F19AF"/>
    <w:rsid w:val="003F3B92"/>
    <w:rsid w:val="0044352C"/>
    <w:rsid w:val="0045080C"/>
    <w:rsid w:val="00470DC3"/>
    <w:rsid w:val="00520CC8"/>
    <w:rsid w:val="00586BE5"/>
    <w:rsid w:val="005D107A"/>
    <w:rsid w:val="005D4807"/>
    <w:rsid w:val="005F509B"/>
    <w:rsid w:val="00607837"/>
    <w:rsid w:val="00637D2D"/>
    <w:rsid w:val="006B14B4"/>
    <w:rsid w:val="006F4123"/>
    <w:rsid w:val="00712E2C"/>
    <w:rsid w:val="0073280A"/>
    <w:rsid w:val="00777F11"/>
    <w:rsid w:val="007B65BE"/>
    <w:rsid w:val="007D4253"/>
    <w:rsid w:val="00874EF9"/>
    <w:rsid w:val="008D3B6E"/>
    <w:rsid w:val="008E59B7"/>
    <w:rsid w:val="008F719F"/>
    <w:rsid w:val="00914BF6"/>
    <w:rsid w:val="0093116B"/>
    <w:rsid w:val="009327B8"/>
    <w:rsid w:val="00973B7A"/>
    <w:rsid w:val="009F6978"/>
    <w:rsid w:val="00A476D9"/>
    <w:rsid w:val="00A9652F"/>
    <w:rsid w:val="00AA1D8D"/>
    <w:rsid w:val="00AA7681"/>
    <w:rsid w:val="00AB17BC"/>
    <w:rsid w:val="00B47730"/>
    <w:rsid w:val="00C071D6"/>
    <w:rsid w:val="00C30305"/>
    <w:rsid w:val="00C335B6"/>
    <w:rsid w:val="00CA6AAF"/>
    <w:rsid w:val="00CB0664"/>
    <w:rsid w:val="00CC2478"/>
    <w:rsid w:val="00CD496C"/>
    <w:rsid w:val="00CF5DD9"/>
    <w:rsid w:val="00D45D75"/>
    <w:rsid w:val="00E90DD8"/>
    <w:rsid w:val="00ED6309"/>
    <w:rsid w:val="00F17DC8"/>
    <w:rsid w:val="00F339B7"/>
    <w:rsid w:val="00F54BE4"/>
    <w:rsid w:val="00F77F28"/>
    <w:rsid w:val="00FC693F"/>
    <w:rsid w:val="00FF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06FEB1"/>
  <w14:defaultImageDpi w14:val="300"/>
  <w15:docId w15:val="{2FD2716B-F094-4614-97C4-CC48918BD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5DD9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43D345-63FE-4F25-9698-186D9482918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19</Pages>
  <Words>5708</Words>
  <Characters>34252</Characters>
  <Application>Microsoft Office Word</Application>
  <DocSecurity>0</DocSecurity>
  <Lines>285</Lines>
  <Paragraphs>79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Sadza Piotr</dc:creator>
  <cp:keywords/>
  <dc:description>generated by python-docx</dc:description>
  <cp:lastModifiedBy>Wiatr Paweł</cp:lastModifiedBy>
  <cp:revision>35</cp:revision>
  <cp:lastPrinted>2026-09-14T12:37:00Z</cp:lastPrinted>
  <dcterms:created xsi:type="dcterms:W3CDTF">2026-08-05T09:39:00Z</dcterms:created>
  <dcterms:modified xsi:type="dcterms:W3CDTF">2026-09-14T12:37:00Z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b7da4962-2ec7-46f9-a504-eadd6ed3db8c</vt:lpwstr>
  </property>
  <property fmtid="{D5CDD505-2E9C-101B-9397-08002B2CF9AE}" pid="3" name="bjSaver">
    <vt:lpwstr>rBD3PFMUITtMSvceWYmUdqf44w+Rs8Ak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uid="e3529ac4-ce9c-4660-aa85-64853fbeee80" value="" /&gt;&lt;/sisl&gt;</vt:lpwstr>
  </property>
  <property fmtid="{D5CDD505-2E9C-101B-9397-08002B2CF9AE}" pid="6" name="bjDocumentSecurityLabel">
    <vt:lpwstr>Klasyfikacja: OGÓLNA</vt:lpwstr>
  </property>
  <property fmtid="{D5CDD505-2E9C-101B-9397-08002B2CF9AE}" pid="7" name="bjClsUserRVM">
    <vt:lpwstr>[]</vt:lpwstr>
  </property>
</Properties>
</file>