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E796" w14:textId="60CE9CE8" w:rsidR="001959E7" w:rsidRPr="0070293F" w:rsidRDefault="00000000">
      <w:pPr>
        <w:jc w:val="right"/>
      </w:pPr>
      <w:r w:rsidRPr="0070293F">
        <w:rPr>
          <w:sz w:val="17"/>
        </w:rPr>
        <w:t>Załącznik nr 3</w:t>
      </w:r>
      <w:r w:rsidRPr="0070293F">
        <w:rPr>
          <w:sz w:val="17"/>
        </w:rPr>
        <w:br/>
        <w:t>do ogłoszenia o naborze</w:t>
      </w:r>
      <w:r w:rsidRPr="0070293F">
        <w:rPr>
          <w:sz w:val="17"/>
        </w:rPr>
        <w:br/>
        <w:t>na stanowisko pracy</w:t>
      </w:r>
      <w:r w:rsidRPr="0070293F">
        <w:rPr>
          <w:sz w:val="17"/>
        </w:rPr>
        <w:br/>
      </w:r>
      <w:r w:rsidR="00284F25">
        <w:rPr>
          <w:sz w:val="17"/>
        </w:rPr>
        <w:t>kierownik</w:t>
      </w:r>
      <w:r w:rsidRPr="0070293F">
        <w:rPr>
          <w:sz w:val="17"/>
        </w:rPr>
        <w:t xml:space="preserve"> ds. budów</w:t>
      </w:r>
    </w:p>
    <w:p w14:paraId="5544185E" w14:textId="77777777" w:rsidR="001959E7" w:rsidRPr="0070293F" w:rsidRDefault="00000000">
      <w:pPr>
        <w:spacing w:line="240" w:lineRule="auto"/>
      </w:pPr>
      <w:r w:rsidRPr="0070293F">
        <w:br/>
      </w:r>
      <w:r w:rsidRPr="0070293F">
        <w:br/>
      </w:r>
    </w:p>
    <w:p w14:paraId="3067B4CD" w14:textId="77777777" w:rsidR="001959E7" w:rsidRPr="0070293F" w:rsidRDefault="00000000">
      <w:pPr>
        <w:spacing w:after="60"/>
        <w:jc w:val="center"/>
      </w:pPr>
      <w:r w:rsidRPr="0070293F">
        <w:rPr>
          <w:b/>
          <w:sz w:val="26"/>
        </w:rPr>
        <w:t>O Ś W I A D C Z E N I E</w:t>
      </w:r>
    </w:p>
    <w:p w14:paraId="158FF078" w14:textId="77777777" w:rsidR="001959E7" w:rsidRPr="0070293F" w:rsidRDefault="00000000">
      <w:pPr>
        <w:spacing w:after="480"/>
        <w:jc w:val="center"/>
      </w:pPr>
      <w:r w:rsidRPr="0070293F">
        <w:rPr>
          <w:b/>
        </w:rPr>
        <w:t>kandydata na wolne stanowisko pracy</w:t>
      </w:r>
    </w:p>
    <w:p w14:paraId="4E08F6D2" w14:textId="77777777" w:rsidR="001959E7" w:rsidRPr="0070293F" w:rsidRDefault="00000000">
      <w:r w:rsidRPr="0070293F">
        <w:t>Ja niżej podpisany(a)................................................................................................</w:t>
      </w:r>
    </w:p>
    <w:p w14:paraId="48F1BE37" w14:textId="77777777" w:rsidR="001959E7" w:rsidRPr="0070293F" w:rsidRDefault="00000000">
      <w:pPr>
        <w:spacing w:after="240"/>
        <w:ind w:left="2268"/>
        <w:jc w:val="center"/>
      </w:pPr>
      <w:r w:rsidRPr="0070293F">
        <w:rPr>
          <w:sz w:val="19"/>
        </w:rPr>
        <w:t>(imię i nazwisko)</w:t>
      </w:r>
    </w:p>
    <w:p w14:paraId="7D1B1B58" w14:textId="77777777" w:rsidR="001959E7" w:rsidRPr="0070293F" w:rsidRDefault="00000000">
      <w:r w:rsidRPr="0070293F">
        <w:t>świadomy odpowiedzialności karnej wynikającej z art. 233 § 1 Kodeksu karnego</w:t>
      </w:r>
    </w:p>
    <w:p w14:paraId="13F4F73B" w14:textId="77777777" w:rsidR="001959E7" w:rsidRPr="0070293F" w:rsidRDefault="00000000">
      <w:pPr>
        <w:spacing w:after="360"/>
      </w:pPr>
      <w:r w:rsidRPr="0070293F">
        <w:t>za składanie fałszywych zeznań,</w:t>
      </w:r>
    </w:p>
    <w:p w14:paraId="37BD5A71" w14:textId="77777777" w:rsidR="001959E7" w:rsidRPr="0070293F" w:rsidRDefault="00000000">
      <w:pPr>
        <w:spacing w:after="200"/>
        <w:jc w:val="center"/>
      </w:pPr>
      <w:r w:rsidRPr="0070293F">
        <w:rPr>
          <w:b/>
        </w:rPr>
        <w:t>oświadczam, że:</w:t>
      </w:r>
    </w:p>
    <w:p w14:paraId="764369E1" w14:textId="77777777" w:rsidR="001959E7" w:rsidRPr="0070293F" w:rsidRDefault="00000000">
      <w:pPr>
        <w:spacing w:after="100" w:line="300" w:lineRule="auto"/>
        <w:ind w:left="312" w:hanging="312"/>
      </w:pPr>
      <w:r w:rsidRPr="0070293F">
        <w:t>1)  korzystam z pełni praw cywilnych i obywatelskich - TAK/NIE*</w:t>
      </w:r>
    </w:p>
    <w:p w14:paraId="1341CBDC" w14:textId="77777777" w:rsidR="001959E7" w:rsidRPr="0070293F" w:rsidRDefault="00000000">
      <w:pPr>
        <w:spacing w:after="100" w:line="300" w:lineRule="auto"/>
        <w:ind w:left="312" w:hanging="312"/>
      </w:pPr>
      <w:r w:rsidRPr="0070293F">
        <w:t>2)  nie byłem(-am) karany(-a) sądownie za przestępstwo z chęci zysku lub innych niskich pobudek - TAK/NIE*</w:t>
      </w:r>
    </w:p>
    <w:p w14:paraId="5E3678C8" w14:textId="62A159D5" w:rsidR="001959E7" w:rsidRPr="0070293F" w:rsidRDefault="00000000">
      <w:pPr>
        <w:spacing w:after="100" w:line="300" w:lineRule="auto"/>
        <w:ind w:left="312" w:hanging="312"/>
      </w:pPr>
      <w:r w:rsidRPr="0070293F">
        <w:t xml:space="preserve">3)  mam odpowiedni stan zdrowia – bez przeciwwskazań zdrowotnych do zatrudnienia na stanowisku </w:t>
      </w:r>
      <w:r w:rsidR="00872396">
        <w:t>kierownik</w:t>
      </w:r>
      <w:r w:rsidR="0070293F" w:rsidRPr="0070293F">
        <w:t xml:space="preserve"> ds. budów</w:t>
      </w:r>
      <w:r w:rsidRPr="0070293F">
        <w:t xml:space="preserve"> oraz mój stan zdrowia pozwala na wykonywanie pracy w pełnym wymiarze czasu pracy - TAK/NIE*</w:t>
      </w:r>
    </w:p>
    <w:p w14:paraId="6AC483E5" w14:textId="77777777" w:rsidR="001959E7" w:rsidRPr="0070293F" w:rsidRDefault="00000000">
      <w:pPr>
        <w:spacing w:after="100" w:line="300" w:lineRule="auto"/>
        <w:ind w:left="312" w:hanging="312"/>
      </w:pPr>
      <w:r w:rsidRPr="0070293F">
        <w:t>4)  jestem zaznajomiony/a: z System Informatycznym Lasów Państwowych i SILPWeb – TAK/NIE*</w:t>
      </w:r>
    </w:p>
    <w:p w14:paraId="1004CFF8" w14:textId="77777777" w:rsidR="001959E7" w:rsidRPr="0070293F" w:rsidRDefault="00000000">
      <w:pPr>
        <w:spacing w:after="100" w:line="300" w:lineRule="auto"/>
        <w:ind w:left="312" w:hanging="312"/>
      </w:pPr>
      <w:r w:rsidRPr="0070293F">
        <w:t>5)  jestem zaznajomiony/a z ze strukturami Lasów Państwowych – TAK/NIE*</w:t>
      </w:r>
    </w:p>
    <w:p w14:paraId="23AB269A" w14:textId="77777777" w:rsidR="001959E7" w:rsidRPr="0070293F" w:rsidRDefault="00000000">
      <w:pPr>
        <w:spacing w:after="100" w:line="300" w:lineRule="auto"/>
        <w:ind w:left="312" w:hanging="312"/>
      </w:pPr>
      <w:r w:rsidRPr="0070293F">
        <w:t>6)  potrafię obsługiwać komputer i urządzenia peryferyjne oraz oprogramowanie pakietu MS Office – TAK/NIE*</w:t>
      </w:r>
    </w:p>
    <w:p w14:paraId="77F49CB0" w14:textId="77777777" w:rsidR="001959E7" w:rsidRPr="0070293F" w:rsidRDefault="00000000">
      <w:r w:rsidRPr="0070293F">
        <w:br/>
      </w:r>
      <w:r w:rsidRPr="0070293F">
        <w:br/>
      </w:r>
      <w:r w:rsidRPr="0070293F">
        <w:br/>
      </w:r>
      <w:r w:rsidRPr="0070293F"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5"/>
        <w:gridCol w:w="4535"/>
      </w:tblGrid>
      <w:tr w:rsidR="001959E7" w:rsidRPr="0070293F" w14:paraId="3AA1CA53" w14:textId="77777777">
        <w:trPr>
          <w:jc w:val="center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F55C" w14:textId="77777777" w:rsidR="001959E7" w:rsidRPr="0070293F" w:rsidRDefault="00000000">
            <w:pPr>
              <w:jc w:val="center"/>
            </w:pPr>
            <w:r w:rsidRPr="0070293F">
              <w:t>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BA23" w14:textId="77777777" w:rsidR="001959E7" w:rsidRPr="0070293F" w:rsidRDefault="00000000">
            <w:pPr>
              <w:jc w:val="center"/>
            </w:pPr>
            <w:r w:rsidRPr="0070293F">
              <w:t>.................................................................</w:t>
            </w:r>
          </w:p>
        </w:tc>
      </w:tr>
      <w:tr w:rsidR="001959E7" w:rsidRPr="0070293F" w14:paraId="6849C063" w14:textId="77777777">
        <w:trPr>
          <w:jc w:val="center"/>
        </w:trPr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BA47F" w14:textId="77777777" w:rsidR="001959E7" w:rsidRPr="0070293F" w:rsidRDefault="00000000">
            <w:pPr>
              <w:jc w:val="center"/>
            </w:pPr>
            <w:r w:rsidRPr="0070293F">
              <w:rPr>
                <w:sz w:val="19"/>
              </w:rPr>
              <w:t>(miejscowość i data)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8DE0" w14:textId="77777777" w:rsidR="001959E7" w:rsidRPr="0070293F" w:rsidRDefault="00000000">
            <w:pPr>
              <w:jc w:val="center"/>
            </w:pPr>
            <w:r w:rsidRPr="0070293F">
              <w:rPr>
                <w:sz w:val="19"/>
              </w:rPr>
              <w:t>(czytelny podpis składającego oświadczenie)</w:t>
            </w:r>
          </w:p>
        </w:tc>
      </w:tr>
    </w:tbl>
    <w:p w14:paraId="70667306" w14:textId="77777777" w:rsidR="00AF2959" w:rsidRDefault="00AF2959"/>
    <w:sectPr w:rsidR="00AF2959" w:rsidSect="00034616">
      <w:pgSz w:w="11906" w:h="16838"/>
      <w:pgMar w:top="850" w:right="1304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9153865">
    <w:abstractNumId w:val="8"/>
  </w:num>
  <w:num w:numId="2" w16cid:durableId="459764537">
    <w:abstractNumId w:val="6"/>
  </w:num>
  <w:num w:numId="3" w16cid:durableId="1582789074">
    <w:abstractNumId w:val="5"/>
  </w:num>
  <w:num w:numId="4" w16cid:durableId="1865754253">
    <w:abstractNumId w:val="4"/>
  </w:num>
  <w:num w:numId="5" w16cid:durableId="1899318622">
    <w:abstractNumId w:val="7"/>
  </w:num>
  <w:num w:numId="6" w16cid:durableId="337541651">
    <w:abstractNumId w:val="3"/>
  </w:num>
  <w:num w:numId="7" w16cid:durableId="363560425">
    <w:abstractNumId w:val="2"/>
  </w:num>
  <w:num w:numId="8" w16cid:durableId="1519658479">
    <w:abstractNumId w:val="1"/>
  </w:num>
  <w:num w:numId="9" w16cid:durableId="8842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9E7"/>
    <w:rsid w:val="00284F25"/>
    <w:rsid w:val="0029639D"/>
    <w:rsid w:val="00326F90"/>
    <w:rsid w:val="0064367C"/>
    <w:rsid w:val="0070293F"/>
    <w:rsid w:val="007A7569"/>
    <w:rsid w:val="00862065"/>
    <w:rsid w:val="00872396"/>
    <w:rsid w:val="00AA1D8D"/>
    <w:rsid w:val="00AF295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1513E"/>
  <w14:defaultImageDpi w14:val="300"/>
  <w15:docId w15:val="{E26E9ECE-1177-4A73-BF59-E9D5C286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hAnsi="Arial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Woch</cp:lastModifiedBy>
  <cp:revision>3</cp:revision>
  <cp:lastPrinted>2026-09-16T06:05:00Z</cp:lastPrinted>
  <dcterms:created xsi:type="dcterms:W3CDTF">2026-09-16T06:03:00Z</dcterms:created>
  <dcterms:modified xsi:type="dcterms:W3CDTF">2026-09-16T06:07:00Z</dcterms:modified>
  <cp:category/>
</cp:coreProperties>
</file>