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67F" w:rsidRPr="00484DC3" w:rsidRDefault="00EB7354" w:rsidP="00E8186F">
      <w:pPr>
        <w:tabs>
          <w:tab w:val="center" w:pos="4535"/>
        </w:tabs>
        <w:rPr>
          <w:rFonts w:cstheme="minorHAnsi"/>
          <w:sz w:val="36"/>
          <w:szCs w:val="36"/>
        </w:rPr>
      </w:pPr>
      <w:r>
        <w:rPr>
          <w:rFonts w:cstheme="minorHAnsi"/>
          <w:b/>
          <w:smallCaps/>
          <w:noProof/>
          <w:sz w:val="32"/>
          <w:szCs w:val="32"/>
          <w:lang w:eastAsia="pl-PL"/>
        </w:rPr>
        <w:drawing>
          <wp:anchor distT="0" distB="0" distL="114300" distR="114300" simplePos="0" relativeHeight="251659263" behindDoc="1" locked="0" layoutInCell="1" allowOverlap="1" wp14:anchorId="0AD7ECF0" wp14:editId="18A95DE6">
            <wp:simplePos x="0" y="0"/>
            <wp:positionH relativeFrom="page">
              <wp:posOffset>6350</wp:posOffset>
            </wp:positionH>
            <wp:positionV relativeFrom="paragraph">
              <wp:posOffset>-900430</wp:posOffset>
            </wp:positionV>
            <wp:extent cx="7551420" cy="10872470"/>
            <wp:effectExtent l="0" t="0" r="0" b="508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1420" cy="1087247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smallCaps/>
          <w:noProof/>
          <w:sz w:val="36"/>
          <w:szCs w:val="36"/>
          <w:lang w:eastAsia="pl-PL"/>
        </w:rPr>
        <mc:AlternateContent>
          <mc:Choice Requires="wps">
            <w:drawing>
              <wp:anchor distT="0" distB="0" distL="114300" distR="114300" simplePos="0" relativeHeight="251664384" behindDoc="0" locked="1" layoutInCell="1" allowOverlap="1" wp14:anchorId="34840890" wp14:editId="48494525">
                <wp:simplePos x="0" y="0"/>
                <wp:positionH relativeFrom="column">
                  <wp:posOffset>2333625</wp:posOffset>
                </wp:positionH>
                <wp:positionV relativeFrom="paragraph">
                  <wp:posOffset>-600710</wp:posOffset>
                </wp:positionV>
                <wp:extent cx="1193800" cy="471170"/>
                <wp:effectExtent l="0" t="0" r="25400" b="24130"/>
                <wp:wrapNone/>
                <wp:docPr id="28" name="Pole tekstowe 28"/>
                <wp:cNvGraphicFramePr/>
                <a:graphic xmlns:a="http://schemas.openxmlformats.org/drawingml/2006/main">
                  <a:graphicData uri="http://schemas.microsoft.com/office/word/2010/wordprocessingShape">
                    <wps:wsp>
                      <wps:cNvSpPr txBox="1"/>
                      <wps:spPr>
                        <a:xfrm>
                          <a:off x="0" y="0"/>
                          <a:ext cx="1193800" cy="471170"/>
                        </a:xfrm>
                        <a:prstGeom prst="rect">
                          <a:avLst/>
                        </a:prstGeom>
                        <a:solidFill>
                          <a:schemeClr val="lt1"/>
                        </a:solidFill>
                        <a:ln w="6350">
                          <a:solidFill>
                            <a:prstClr val="black"/>
                          </a:solidFill>
                        </a:ln>
                      </wps:spPr>
                      <wps:txbx>
                        <w:txbxContent>
                          <w:p w:rsidR="00130312" w:rsidRDefault="00130312" w:rsidP="003267AC">
                            <w:pPr>
                              <w:spacing w:after="0"/>
                              <w:jc w:val="center"/>
                            </w:pPr>
                            <w:r>
                              <w:t>Projekt wersja v1</w:t>
                            </w:r>
                          </w:p>
                          <w:p w:rsidR="00130312" w:rsidRPr="000A1872" w:rsidRDefault="00130312" w:rsidP="003267AC">
                            <w:pPr>
                              <w:spacing w:after="0"/>
                              <w:jc w:val="center"/>
                              <w:rPr>
                                <w:sz w:val="14"/>
                              </w:rPr>
                            </w:pPr>
                            <w:r w:rsidRPr="000A1872">
                              <w:rPr>
                                <w:sz w:val="14"/>
                              </w:rPr>
                              <w:t>1317</w:t>
                            </w:r>
                            <w:r>
                              <w:rPr>
                                <w:sz w:val="14"/>
                              </w:rPr>
                              <w:t>3</w:t>
                            </w:r>
                            <w:r w:rsidRPr="000A1872">
                              <w:rPr>
                                <w:sz w:val="14"/>
                              </w:rPr>
                              <w:t>0BSIE26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40890" id="_x0000_t202" coordsize="21600,21600" o:spt="202" path="m,l,21600r21600,l21600,xe">
                <v:stroke joinstyle="miter"/>
                <v:path gradientshapeok="t" o:connecttype="rect"/>
              </v:shapetype>
              <v:shape id="Pole tekstowe 28" o:spid="_x0000_s1026" type="#_x0000_t202" style="position:absolute;margin-left:183.75pt;margin-top:-47.3pt;width:94pt;height:3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" fillcolor="white [3201]" strokeweight=".5pt">
                <v:textbox>
                  <w:txbxContent>
                    <w:p w:rsidR="00130312" w:rsidRDefault="00130312" w:rsidP="003267AC">
                      <w:pPr>
                        <w:spacing w:after="0"/>
                        <w:jc w:val="center"/>
                      </w:pPr>
                      <w:r>
                        <w:t>Projekt wersja v1</w:t>
                      </w:r>
                    </w:p>
                    <w:p w:rsidR="00130312" w:rsidRPr="000A1872" w:rsidRDefault="00130312" w:rsidP="003267AC">
                      <w:pPr>
                        <w:spacing w:after="0"/>
                        <w:jc w:val="center"/>
                        <w:rPr>
                          <w:sz w:val="14"/>
                        </w:rPr>
                      </w:pPr>
                      <w:r w:rsidRPr="000A1872">
                        <w:rPr>
                          <w:sz w:val="14"/>
                        </w:rPr>
                        <w:t>1317</w:t>
                      </w:r>
                      <w:r>
                        <w:rPr>
                          <w:sz w:val="14"/>
                        </w:rPr>
                        <w:t>3</w:t>
                      </w:r>
                      <w:r w:rsidRPr="000A1872">
                        <w:rPr>
                          <w:sz w:val="14"/>
                        </w:rPr>
                        <w:t>0BSIE26</w:t>
                      </w:r>
                    </w:p>
                  </w:txbxContent>
                </v:textbox>
                <w10:anchorlock/>
              </v:shape>
            </w:pict>
          </mc:Fallback>
        </mc:AlternateContent>
      </w:r>
      <w:r w:rsidR="000C4231">
        <w:rPr>
          <w:rFonts w:cstheme="minorHAnsi"/>
          <w:noProof/>
          <w:sz w:val="36"/>
          <w:szCs w:val="36"/>
          <w:lang w:eastAsia="pl-PL"/>
        </w:rPr>
        <w:drawing>
          <wp:anchor distT="0" distB="0" distL="114300" distR="114300" simplePos="0" relativeHeight="251662336" behindDoc="1" locked="0" layoutInCell="1" allowOverlap="1" wp14:anchorId="3DEE6532" wp14:editId="7DAD1750">
            <wp:simplePos x="0" y="0"/>
            <wp:positionH relativeFrom="page">
              <wp:posOffset>4590784</wp:posOffset>
            </wp:positionH>
            <wp:positionV relativeFrom="paragraph">
              <wp:posOffset>-438734</wp:posOffset>
            </wp:positionV>
            <wp:extent cx="2653030" cy="892810"/>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3030" cy="892810"/>
                    </a:xfrm>
                    <a:prstGeom prst="rect">
                      <a:avLst/>
                    </a:prstGeom>
                    <a:noFill/>
                  </pic:spPr>
                </pic:pic>
              </a:graphicData>
            </a:graphic>
            <wp14:sizeRelH relativeFrom="margin">
              <wp14:pctWidth>0</wp14:pctWidth>
            </wp14:sizeRelH>
            <wp14:sizeRelV relativeFrom="margin">
              <wp14:pctHeight>0</wp14:pctHeight>
            </wp14:sizeRelV>
          </wp:anchor>
        </w:drawing>
      </w:r>
      <w:r w:rsidR="000C4231" w:rsidRPr="00484DC3">
        <w:rPr>
          <w:rFonts w:cstheme="minorHAnsi"/>
          <w:noProof/>
          <w:sz w:val="36"/>
          <w:szCs w:val="36"/>
          <w:lang w:eastAsia="pl-PL"/>
        </w:rPr>
        <w:drawing>
          <wp:anchor distT="0" distB="0" distL="114300" distR="114300" simplePos="0" relativeHeight="251660288" behindDoc="0" locked="0" layoutInCell="1" allowOverlap="1" wp14:anchorId="74644455" wp14:editId="459E5CDA">
            <wp:simplePos x="0" y="0"/>
            <wp:positionH relativeFrom="column">
              <wp:posOffset>-415925</wp:posOffset>
            </wp:positionH>
            <wp:positionV relativeFrom="paragraph">
              <wp:posOffset>-346938</wp:posOffset>
            </wp:positionV>
            <wp:extent cx="2846070" cy="751840"/>
            <wp:effectExtent l="0" t="0" r="0" b="0"/>
            <wp:wrapNone/>
            <wp:docPr id="7" name="Obraz 7"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46070" cy="75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186F">
        <w:rPr>
          <w:rFonts w:cstheme="minorHAnsi"/>
          <w:sz w:val="36"/>
          <w:szCs w:val="36"/>
        </w:rPr>
        <w:tab/>
      </w:r>
    </w:p>
    <w:p w:rsidR="008B4410" w:rsidRDefault="008B4410" w:rsidP="00940D5F">
      <w:pPr>
        <w:rPr>
          <w:rFonts w:cstheme="minorHAnsi"/>
          <w:b/>
          <w:smallCaps/>
          <w:sz w:val="36"/>
          <w:szCs w:val="36"/>
        </w:rPr>
      </w:pPr>
    </w:p>
    <w:p w:rsidR="008B4410" w:rsidRDefault="008B4410" w:rsidP="00233DFF">
      <w:pPr>
        <w:jc w:val="center"/>
        <w:rPr>
          <w:rFonts w:cstheme="minorHAnsi"/>
          <w:b/>
          <w:smallCaps/>
          <w:sz w:val="36"/>
          <w:szCs w:val="36"/>
        </w:rPr>
      </w:pPr>
    </w:p>
    <w:p w:rsidR="008B4410" w:rsidRDefault="008B4410" w:rsidP="00A300B1">
      <w:pPr>
        <w:jc w:val="center"/>
        <w:rPr>
          <w:rFonts w:cstheme="minorHAnsi"/>
          <w:b/>
          <w:smallCaps/>
          <w:sz w:val="36"/>
          <w:szCs w:val="36"/>
        </w:rPr>
      </w:pPr>
    </w:p>
    <w:p w:rsidR="008B4410" w:rsidRDefault="00A1662F" w:rsidP="00A1662F">
      <w:pPr>
        <w:tabs>
          <w:tab w:val="left" w:pos="3494"/>
        </w:tabs>
        <w:rPr>
          <w:rFonts w:cstheme="minorHAnsi"/>
          <w:b/>
          <w:smallCaps/>
          <w:sz w:val="36"/>
          <w:szCs w:val="36"/>
        </w:rPr>
      </w:pPr>
      <w:r>
        <w:rPr>
          <w:rFonts w:cstheme="minorHAnsi"/>
          <w:b/>
          <w:smallCaps/>
          <w:sz w:val="36"/>
          <w:szCs w:val="36"/>
        </w:rPr>
        <w:tab/>
      </w:r>
    </w:p>
    <w:p w:rsidR="005F6AAA" w:rsidRDefault="005F6AAA" w:rsidP="008B4410">
      <w:pPr>
        <w:jc w:val="center"/>
        <w:rPr>
          <w:rFonts w:cstheme="minorHAnsi"/>
          <w:b/>
          <w:smallCaps/>
          <w:sz w:val="48"/>
          <w:szCs w:val="48"/>
        </w:rPr>
      </w:pPr>
    </w:p>
    <w:p w:rsidR="005F6AAA" w:rsidRDefault="005F6AAA" w:rsidP="008B4410">
      <w:pPr>
        <w:jc w:val="center"/>
        <w:rPr>
          <w:rFonts w:cstheme="minorHAnsi"/>
          <w:b/>
          <w:smallCaps/>
          <w:sz w:val="48"/>
          <w:szCs w:val="48"/>
        </w:rPr>
      </w:pPr>
    </w:p>
    <w:p w:rsidR="005F6AAA" w:rsidRDefault="005F6AAA" w:rsidP="008B4410">
      <w:pPr>
        <w:jc w:val="center"/>
        <w:rPr>
          <w:rFonts w:cstheme="minorHAnsi"/>
          <w:b/>
          <w:smallCaps/>
          <w:sz w:val="48"/>
          <w:szCs w:val="48"/>
        </w:rPr>
      </w:pPr>
    </w:p>
    <w:p w:rsidR="00E8186F" w:rsidRDefault="008B4410" w:rsidP="00487813">
      <w:pPr>
        <w:jc w:val="center"/>
        <w:rPr>
          <w:rFonts w:cstheme="minorHAnsi"/>
          <w:b/>
          <w:smallCaps/>
          <w:sz w:val="48"/>
          <w:szCs w:val="48"/>
        </w:rPr>
      </w:pPr>
      <w:r w:rsidRPr="00335E85">
        <w:rPr>
          <w:rFonts w:cstheme="minorHAnsi"/>
          <w:b/>
          <w:smallCaps/>
          <w:sz w:val="48"/>
          <w:szCs w:val="48"/>
        </w:rPr>
        <w:t>Program Och</w:t>
      </w:r>
      <w:r>
        <w:rPr>
          <w:rFonts w:cstheme="minorHAnsi"/>
          <w:b/>
          <w:smallCaps/>
          <w:sz w:val="48"/>
          <w:szCs w:val="48"/>
        </w:rPr>
        <w:t xml:space="preserve">rony Ludności i Obrony Cywilnej </w:t>
      </w:r>
      <w:r w:rsidRPr="00335E85">
        <w:rPr>
          <w:rFonts w:cstheme="minorHAnsi"/>
          <w:b/>
          <w:smallCaps/>
          <w:sz w:val="48"/>
          <w:szCs w:val="48"/>
        </w:rPr>
        <w:t>na lata 2027-2031</w:t>
      </w:r>
    </w:p>
    <w:p w:rsidR="00E8186F" w:rsidRDefault="00E8186F">
      <w:pPr>
        <w:rPr>
          <w:rFonts w:cstheme="minorHAnsi"/>
          <w:b/>
          <w:smallCaps/>
          <w:sz w:val="48"/>
          <w:szCs w:val="48"/>
        </w:rPr>
      </w:pPr>
      <w:r>
        <w:rPr>
          <w:rFonts w:cstheme="minorHAnsi"/>
          <w:b/>
          <w:smallCaps/>
          <w:sz w:val="48"/>
          <w:szCs w:val="48"/>
        </w:rPr>
        <w:br w:type="page"/>
      </w:r>
    </w:p>
    <w:p w:rsidR="00487813" w:rsidRDefault="00487813">
      <w:pPr>
        <w:rPr>
          <w:rFonts w:cstheme="minorHAnsi"/>
          <w:b/>
          <w:smallCaps/>
          <w:sz w:val="32"/>
          <w:szCs w:val="32"/>
        </w:rPr>
        <w:sectPr w:rsidR="00487813" w:rsidSect="00F6760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titlePg/>
          <w:docGrid w:linePitch="360"/>
        </w:sectPr>
      </w:pPr>
      <w:r>
        <w:rPr>
          <w:rFonts w:cstheme="minorHAnsi"/>
          <w:b/>
          <w:smallCaps/>
          <w:sz w:val="32"/>
          <w:szCs w:val="32"/>
        </w:rPr>
        <w:lastRenderedPageBreak/>
        <w:br w:type="page"/>
      </w:r>
    </w:p>
    <w:sdt>
      <w:sdtPr>
        <w:rPr>
          <w:rFonts w:asciiTheme="minorHAnsi" w:eastAsiaTheme="minorHAnsi" w:hAnsiTheme="minorHAnsi" w:cstheme="minorHAnsi"/>
          <w:b/>
          <w:color w:val="000000" w:themeColor="text1"/>
          <w:sz w:val="40"/>
          <w:szCs w:val="22"/>
          <w:lang w:eastAsia="en-US"/>
        </w:rPr>
        <w:id w:val="455152433"/>
        <w:docPartObj>
          <w:docPartGallery w:val="Table of Contents"/>
          <w:docPartUnique/>
        </w:docPartObj>
      </w:sdtPr>
      <w:sdtEndPr>
        <w:rPr>
          <w:rFonts w:cstheme="minorBidi"/>
          <w:bCs/>
          <w:color w:val="auto"/>
          <w:sz w:val="24"/>
          <w:szCs w:val="24"/>
        </w:rPr>
      </w:sdtEndPr>
      <w:sdtContent>
        <w:p w:rsidR="00D06B71" w:rsidRDefault="00D06B71">
          <w:pPr>
            <w:pStyle w:val="Nagwekspisutreci"/>
            <w:rPr>
              <w:rFonts w:asciiTheme="minorHAnsi" w:hAnsiTheme="minorHAnsi" w:cstheme="minorHAnsi"/>
              <w:b/>
              <w:color w:val="000000" w:themeColor="text1"/>
              <w:sz w:val="40"/>
            </w:rPr>
          </w:pPr>
          <w:r w:rsidRPr="00D06B71">
            <w:rPr>
              <w:rFonts w:asciiTheme="minorHAnsi" w:hAnsiTheme="minorHAnsi" w:cstheme="minorHAnsi"/>
              <w:b/>
              <w:color w:val="000000" w:themeColor="text1"/>
              <w:sz w:val="40"/>
            </w:rPr>
            <w:t>Spis treści</w:t>
          </w:r>
        </w:p>
        <w:p w:rsidR="00D06B71" w:rsidRPr="00D06B71" w:rsidRDefault="00D06B71" w:rsidP="00D06B71">
          <w:pPr>
            <w:rPr>
              <w:lang w:eastAsia="pl-PL"/>
            </w:rPr>
          </w:pPr>
        </w:p>
        <w:p w:rsidR="000541D5" w:rsidRDefault="00D06B71">
          <w:pPr>
            <w:pStyle w:val="Spistreci1"/>
            <w:rPr>
              <w:rFonts w:eastAsiaTheme="minorEastAsia" w:cstheme="minorBidi"/>
              <w:b w:val="0"/>
              <w:sz w:val="22"/>
              <w:lang w:eastAsia="pl-PL"/>
            </w:rPr>
          </w:pPr>
          <w:r w:rsidRPr="00D06B71">
            <w:rPr>
              <w:szCs w:val="24"/>
            </w:rPr>
            <w:fldChar w:fldCharType="begin"/>
          </w:r>
          <w:r w:rsidRPr="00D06B71">
            <w:rPr>
              <w:szCs w:val="24"/>
            </w:rPr>
            <w:instrText xml:space="preserve"> TOC \o "1-3" \h \z \u </w:instrText>
          </w:r>
          <w:r w:rsidRPr="00D06B71">
            <w:rPr>
              <w:szCs w:val="24"/>
            </w:rPr>
            <w:fldChar w:fldCharType="separate"/>
          </w:r>
          <w:hyperlink w:anchor="_Toc237252344" w:history="1">
            <w:r w:rsidR="000541D5" w:rsidRPr="00DD29BF">
              <w:rPr>
                <w:rStyle w:val="Hipercze"/>
              </w:rPr>
              <w:t>Wstęp</w:t>
            </w:r>
            <w:r w:rsidR="000541D5">
              <w:rPr>
                <w:webHidden/>
              </w:rPr>
              <w:tab/>
            </w:r>
            <w:r w:rsidR="000541D5">
              <w:rPr>
                <w:webHidden/>
              </w:rPr>
              <w:fldChar w:fldCharType="begin"/>
            </w:r>
            <w:r w:rsidR="000541D5">
              <w:rPr>
                <w:webHidden/>
              </w:rPr>
              <w:instrText xml:space="preserve"> PAGEREF _Toc237252344 \h </w:instrText>
            </w:r>
            <w:r w:rsidR="000541D5">
              <w:rPr>
                <w:webHidden/>
              </w:rPr>
            </w:r>
            <w:r w:rsidR="000541D5">
              <w:rPr>
                <w:webHidden/>
              </w:rPr>
              <w:fldChar w:fldCharType="separate"/>
            </w:r>
            <w:r w:rsidR="00742F5E">
              <w:rPr>
                <w:webHidden/>
              </w:rPr>
              <w:t>4</w:t>
            </w:r>
            <w:r w:rsidR="000541D5">
              <w:rPr>
                <w:webHidden/>
              </w:rPr>
              <w:fldChar w:fldCharType="end"/>
            </w:r>
          </w:hyperlink>
        </w:p>
        <w:p w:rsidR="000541D5" w:rsidRDefault="00B448CE">
          <w:pPr>
            <w:pStyle w:val="Spistreci1"/>
            <w:rPr>
              <w:rFonts w:eastAsiaTheme="minorEastAsia" w:cstheme="minorBidi"/>
              <w:b w:val="0"/>
              <w:sz w:val="22"/>
              <w:lang w:eastAsia="pl-PL"/>
            </w:rPr>
          </w:pPr>
          <w:hyperlink w:anchor="_Toc237252345" w:history="1">
            <w:r w:rsidR="000541D5" w:rsidRPr="00DD29BF">
              <w:rPr>
                <w:rStyle w:val="Hipercze"/>
              </w:rPr>
              <w:t>Część I – Diagnoza</w:t>
            </w:r>
            <w:r w:rsidR="000541D5">
              <w:rPr>
                <w:webHidden/>
              </w:rPr>
              <w:tab/>
            </w:r>
            <w:r w:rsidR="000541D5">
              <w:rPr>
                <w:webHidden/>
              </w:rPr>
              <w:fldChar w:fldCharType="begin"/>
            </w:r>
            <w:r w:rsidR="000541D5">
              <w:rPr>
                <w:webHidden/>
              </w:rPr>
              <w:instrText xml:space="preserve"> PAGEREF _Toc237252345 \h </w:instrText>
            </w:r>
            <w:r w:rsidR="000541D5">
              <w:rPr>
                <w:webHidden/>
              </w:rPr>
            </w:r>
            <w:r w:rsidR="000541D5">
              <w:rPr>
                <w:webHidden/>
              </w:rPr>
              <w:fldChar w:fldCharType="separate"/>
            </w:r>
            <w:r w:rsidR="00742F5E">
              <w:rPr>
                <w:webHidden/>
              </w:rPr>
              <w:t>5</w:t>
            </w:r>
            <w:r w:rsidR="000541D5">
              <w:rPr>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46" w:history="1">
            <w:r w:rsidR="000541D5" w:rsidRPr="00DD29BF">
              <w:rPr>
                <w:rStyle w:val="Hipercze"/>
                <w:noProof/>
              </w:rPr>
              <w:t>Stan prawny</w:t>
            </w:r>
            <w:r w:rsidR="000541D5">
              <w:rPr>
                <w:noProof/>
                <w:webHidden/>
              </w:rPr>
              <w:tab/>
            </w:r>
            <w:r w:rsidR="000541D5">
              <w:rPr>
                <w:noProof/>
                <w:webHidden/>
              </w:rPr>
              <w:fldChar w:fldCharType="begin"/>
            </w:r>
            <w:r w:rsidR="000541D5">
              <w:rPr>
                <w:noProof/>
                <w:webHidden/>
              </w:rPr>
              <w:instrText xml:space="preserve"> PAGEREF _Toc237252346 \h </w:instrText>
            </w:r>
            <w:r w:rsidR="000541D5">
              <w:rPr>
                <w:noProof/>
                <w:webHidden/>
              </w:rPr>
            </w:r>
            <w:r w:rsidR="000541D5">
              <w:rPr>
                <w:noProof/>
                <w:webHidden/>
              </w:rPr>
              <w:fldChar w:fldCharType="separate"/>
            </w:r>
            <w:r w:rsidR="00742F5E">
              <w:rPr>
                <w:noProof/>
                <w:webHidden/>
              </w:rPr>
              <w:t>5</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47" w:history="1">
            <w:r w:rsidR="000541D5" w:rsidRPr="00DD29BF">
              <w:rPr>
                <w:rStyle w:val="Hipercze"/>
                <w:noProof/>
              </w:rPr>
              <w:t>Doświadczenia z realizacji Programu Ochrony Ludności i Obrony Cywilnej na lata 2025–2026</w:t>
            </w:r>
            <w:r w:rsidR="000541D5">
              <w:rPr>
                <w:noProof/>
                <w:webHidden/>
              </w:rPr>
              <w:tab/>
            </w:r>
            <w:r w:rsidR="000541D5">
              <w:rPr>
                <w:noProof/>
                <w:webHidden/>
              </w:rPr>
              <w:fldChar w:fldCharType="begin"/>
            </w:r>
            <w:r w:rsidR="000541D5">
              <w:rPr>
                <w:noProof/>
                <w:webHidden/>
              </w:rPr>
              <w:instrText xml:space="preserve"> PAGEREF _Toc237252347 \h </w:instrText>
            </w:r>
            <w:r w:rsidR="000541D5">
              <w:rPr>
                <w:noProof/>
                <w:webHidden/>
              </w:rPr>
            </w:r>
            <w:r w:rsidR="000541D5">
              <w:rPr>
                <w:noProof/>
                <w:webHidden/>
              </w:rPr>
              <w:fldChar w:fldCharType="separate"/>
            </w:r>
            <w:r w:rsidR="00742F5E">
              <w:rPr>
                <w:noProof/>
                <w:webHidden/>
              </w:rPr>
              <w:t>6</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48" w:history="1">
            <w:r w:rsidR="000541D5" w:rsidRPr="00DD29BF">
              <w:rPr>
                <w:rStyle w:val="Hipercze"/>
                <w:noProof/>
              </w:rPr>
              <w:t xml:space="preserve">Diagnoza systemu ochrony ludności i obrony cywilnej </w:t>
            </w:r>
            <w:r w:rsidR="000541D5">
              <w:rPr>
                <w:noProof/>
                <w:webHidden/>
              </w:rPr>
              <w:tab/>
            </w:r>
            <w:r w:rsidR="000541D5">
              <w:rPr>
                <w:noProof/>
                <w:webHidden/>
              </w:rPr>
              <w:fldChar w:fldCharType="begin"/>
            </w:r>
            <w:r w:rsidR="000541D5">
              <w:rPr>
                <w:noProof/>
                <w:webHidden/>
              </w:rPr>
              <w:instrText xml:space="preserve"> PAGEREF _Toc237252348 \h </w:instrText>
            </w:r>
            <w:r w:rsidR="000541D5">
              <w:rPr>
                <w:noProof/>
                <w:webHidden/>
              </w:rPr>
            </w:r>
            <w:r w:rsidR="000541D5">
              <w:rPr>
                <w:noProof/>
                <w:webHidden/>
              </w:rPr>
              <w:fldChar w:fldCharType="separate"/>
            </w:r>
            <w:r w:rsidR="00742F5E">
              <w:rPr>
                <w:noProof/>
                <w:webHidden/>
              </w:rPr>
              <w:t>10</w:t>
            </w:r>
            <w:r w:rsidR="000541D5">
              <w:rPr>
                <w:noProof/>
                <w:webHidden/>
              </w:rPr>
              <w:fldChar w:fldCharType="end"/>
            </w:r>
          </w:hyperlink>
        </w:p>
        <w:p w:rsidR="000541D5" w:rsidRDefault="00B448CE">
          <w:pPr>
            <w:pStyle w:val="Spistreci1"/>
            <w:rPr>
              <w:rFonts w:eastAsiaTheme="minorEastAsia" w:cstheme="minorBidi"/>
              <w:b w:val="0"/>
              <w:sz w:val="22"/>
              <w:lang w:eastAsia="pl-PL"/>
            </w:rPr>
          </w:pPr>
          <w:hyperlink w:anchor="_Toc237252349" w:history="1">
            <w:r w:rsidR="000541D5" w:rsidRPr="00DD29BF">
              <w:rPr>
                <w:rStyle w:val="Hipercze"/>
              </w:rPr>
              <w:t>Część II – Kierunki rozwoju</w:t>
            </w:r>
            <w:r w:rsidR="000541D5">
              <w:rPr>
                <w:webHidden/>
              </w:rPr>
              <w:tab/>
            </w:r>
            <w:r w:rsidR="000541D5">
              <w:rPr>
                <w:webHidden/>
              </w:rPr>
              <w:fldChar w:fldCharType="begin"/>
            </w:r>
            <w:r w:rsidR="000541D5">
              <w:rPr>
                <w:webHidden/>
              </w:rPr>
              <w:instrText xml:space="preserve"> PAGEREF _Toc237252349 \h </w:instrText>
            </w:r>
            <w:r w:rsidR="000541D5">
              <w:rPr>
                <w:webHidden/>
              </w:rPr>
            </w:r>
            <w:r w:rsidR="000541D5">
              <w:rPr>
                <w:webHidden/>
              </w:rPr>
              <w:fldChar w:fldCharType="separate"/>
            </w:r>
            <w:r w:rsidR="00742F5E">
              <w:rPr>
                <w:webHidden/>
              </w:rPr>
              <w:t>20</w:t>
            </w:r>
            <w:r w:rsidR="000541D5">
              <w:rPr>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0" w:history="1">
            <w:r w:rsidR="000541D5" w:rsidRPr="00DD29BF">
              <w:rPr>
                <w:rStyle w:val="Hipercze"/>
                <w:noProof/>
              </w:rPr>
              <w:t>Wymiary rozwoju systemu ochrony ludności i obrony cywilnej</w:t>
            </w:r>
            <w:r w:rsidR="000541D5">
              <w:rPr>
                <w:noProof/>
                <w:webHidden/>
              </w:rPr>
              <w:tab/>
            </w:r>
            <w:r w:rsidR="000541D5">
              <w:rPr>
                <w:noProof/>
                <w:webHidden/>
              </w:rPr>
              <w:fldChar w:fldCharType="begin"/>
            </w:r>
            <w:r w:rsidR="000541D5">
              <w:rPr>
                <w:noProof/>
                <w:webHidden/>
              </w:rPr>
              <w:instrText xml:space="preserve"> PAGEREF _Toc237252350 \h </w:instrText>
            </w:r>
            <w:r w:rsidR="000541D5">
              <w:rPr>
                <w:noProof/>
                <w:webHidden/>
              </w:rPr>
            </w:r>
            <w:r w:rsidR="000541D5">
              <w:rPr>
                <w:noProof/>
                <w:webHidden/>
              </w:rPr>
              <w:fldChar w:fldCharType="separate"/>
            </w:r>
            <w:r w:rsidR="00742F5E">
              <w:rPr>
                <w:noProof/>
                <w:webHidden/>
              </w:rPr>
              <w:t>20</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1" w:history="1">
            <w:r w:rsidR="000541D5" w:rsidRPr="00DD29BF">
              <w:rPr>
                <w:rStyle w:val="Hipercze"/>
                <w:noProof/>
              </w:rPr>
              <w:t>Cel strategiczny i kierunki jego realizacji</w:t>
            </w:r>
            <w:r w:rsidR="000541D5">
              <w:rPr>
                <w:noProof/>
                <w:webHidden/>
              </w:rPr>
              <w:tab/>
            </w:r>
            <w:r w:rsidR="000541D5">
              <w:rPr>
                <w:noProof/>
                <w:webHidden/>
              </w:rPr>
              <w:fldChar w:fldCharType="begin"/>
            </w:r>
            <w:r w:rsidR="000541D5">
              <w:rPr>
                <w:noProof/>
                <w:webHidden/>
              </w:rPr>
              <w:instrText xml:space="preserve"> PAGEREF _Toc237252351 \h </w:instrText>
            </w:r>
            <w:r w:rsidR="000541D5">
              <w:rPr>
                <w:noProof/>
                <w:webHidden/>
              </w:rPr>
            </w:r>
            <w:r w:rsidR="000541D5">
              <w:rPr>
                <w:noProof/>
                <w:webHidden/>
              </w:rPr>
              <w:fldChar w:fldCharType="separate"/>
            </w:r>
            <w:r w:rsidR="00742F5E">
              <w:rPr>
                <w:noProof/>
                <w:webHidden/>
              </w:rPr>
              <w:t>21</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2" w:history="1">
            <w:r w:rsidR="000541D5" w:rsidRPr="00DD29BF">
              <w:rPr>
                <w:rStyle w:val="Hipercze"/>
                <w:noProof/>
              </w:rPr>
              <w:t>Współpraca z sektorem społecznym w systemie ochrony ludności i obrony cywilnej</w:t>
            </w:r>
            <w:r w:rsidR="000541D5">
              <w:rPr>
                <w:noProof/>
                <w:webHidden/>
              </w:rPr>
              <w:tab/>
            </w:r>
            <w:r w:rsidR="000541D5">
              <w:rPr>
                <w:noProof/>
                <w:webHidden/>
              </w:rPr>
              <w:fldChar w:fldCharType="begin"/>
            </w:r>
            <w:r w:rsidR="000541D5">
              <w:rPr>
                <w:noProof/>
                <w:webHidden/>
              </w:rPr>
              <w:instrText xml:space="preserve"> PAGEREF _Toc237252352 \h </w:instrText>
            </w:r>
            <w:r w:rsidR="000541D5">
              <w:rPr>
                <w:noProof/>
                <w:webHidden/>
              </w:rPr>
            </w:r>
            <w:r w:rsidR="000541D5">
              <w:rPr>
                <w:noProof/>
                <w:webHidden/>
              </w:rPr>
              <w:fldChar w:fldCharType="separate"/>
            </w:r>
            <w:r w:rsidR="00742F5E">
              <w:rPr>
                <w:noProof/>
                <w:webHidden/>
              </w:rPr>
              <w:t>23</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3" w:history="1">
            <w:r w:rsidR="000541D5" w:rsidRPr="00DD29BF">
              <w:rPr>
                <w:rStyle w:val="Hipercze"/>
                <w:noProof/>
              </w:rPr>
              <w:t>Zasady Programu ochrony ludności i obrony cywilnej</w:t>
            </w:r>
            <w:r w:rsidR="000541D5">
              <w:rPr>
                <w:noProof/>
                <w:webHidden/>
              </w:rPr>
              <w:tab/>
            </w:r>
            <w:r w:rsidR="000541D5">
              <w:rPr>
                <w:noProof/>
                <w:webHidden/>
              </w:rPr>
              <w:fldChar w:fldCharType="begin"/>
            </w:r>
            <w:r w:rsidR="000541D5">
              <w:rPr>
                <w:noProof/>
                <w:webHidden/>
              </w:rPr>
              <w:instrText xml:space="preserve"> PAGEREF _Toc237252353 \h </w:instrText>
            </w:r>
            <w:r w:rsidR="000541D5">
              <w:rPr>
                <w:noProof/>
                <w:webHidden/>
              </w:rPr>
            </w:r>
            <w:r w:rsidR="000541D5">
              <w:rPr>
                <w:noProof/>
                <w:webHidden/>
              </w:rPr>
              <w:fldChar w:fldCharType="separate"/>
            </w:r>
            <w:r w:rsidR="00742F5E">
              <w:rPr>
                <w:noProof/>
                <w:webHidden/>
              </w:rPr>
              <w:t>25</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4" w:history="1">
            <w:r w:rsidR="000541D5" w:rsidRPr="00DD29BF">
              <w:rPr>
                <w:rStyle w:val="Hipercze"/>
                <w:noProof/>
              </w:rPr>
              <w:t>Obszary Programu Ochrony Ludności i Obrony Cywilnej</w:t>
            </w:r>
            <w:r w:rsidR="000541D5">
              <w:rPr>
                <w:noProof/>
                <w:webHidden/>
              </w:rPr>
              <w:tab/>
            </w:r>
            <w:r w:rsidR="000541D5">
              <w:rPr>
                <w:noProof/>
                <w:webHidden/>
              </w:rPr>
              <w:fldChar w:fldCharType="begin"/>
            </w:r>
            <w:r w:rsidR="000541D5">
              <w:rPr>
                <w:noProof/>
                <w:webHidden/>
              </w:rPr>
              <w:instrText xml:space="preserve"> PAGEREF _Toc237252354 \h </w:instrText>
            </w:r>
            <w:r w:rsidR="000541D5">
              <w:rPr>
                <w:noProof/>
                <w:webHidden/>
              </w:rPr>
            </w:r>
            <w:r w:rsidR="000541D5">
              <w:rPr>
                <w:noProof/>
                <w:webHidden/>
              </w:rPr>
              <w:fldChar w:fldCharType="separate"/>
            </w:r>
            <w:r w:rsidR="00742F5E">
              <w:rPr>
                <w:noProof/>
                <w:webHidden/>
              </w:rPr>
              <w:t>27</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5" w:history="1">
            <w:r w:rsidR="000541D5" w:rsidRPr="00DD29BF">
              <w:rPr>
                <w:rStyle w:val="Hipercze"/>
                <w:noProof/>
              </w:rPr>
              <w:t>Główne etapy realizacji Programu</w:t>
            </w:r>
            <w:r w:rsidR="000541D5">
              <w:rPr>
                <w:noProof/>
                <w:webHidden/>
              </w:rPr>
              <w:tab/>
            </w:r>
            <w:r w:rsidR="000541D5">
              <w:rPr>
                <w:noProof/>
                <w:webHidden/>
              </w:rPr>
              <w:fldChar w:fldCharType="begin"/>
            </w:r>
            <w:r w:rsidR="000541D5">
              <w:rPr>
                <w:noProof/>
                <w:webHidden/>
              </w:rPr>
              <w:instrText xml:space="preserve"> PAGEREF _Toc237252355 \h </w:instrText>
            </w:r>
            <w:r w:rsidR="000541D5">
              <w:rPr>
                <w:noProof/>
                <w:webHidden/>
              </w:rPr>
            </w:r>
            <w:r w:rsidR="000541D5">
              <w:rPr>
                <w:noProof/>
                <w:webHidden/>
              </w:rPr>
              <w:fldChar w:fldCharType="separate"/>
            </w:r>
            <w:r w:rsidR="00742F5E">
              <w:rPr>
                <w:noProof/>
                <w:webHidden/>
              </w:rPr>
              <w:t>32</w:t>
            </w:r>
            <w:r w:rsidR="000541D5">
              <w:rPr>
                <w:noProof/>
                <w:webHidden/>
              </w:rPr>
              <w:fldChar w:fldCharType="end"/>
            </w:r>
          </w:hyperlink>
        </w:p>
        <w:p w:rsidR="000541D5" w:rsidRDefault="00B448CE">
          <w:pPr>
            <w:pStyle w:val="Spistreci1"/>
            <w:rPr>
              <w:rFonts w:eastAsiaTheme="minorEastAsia" w:cstheme="minorBidi"/>
              <w:b w:val="0"/>
              <w:sz w:val="22"/>
              <w:lang w:eastAsia="pl-PL"/>
            </w:rPr>
          </w:pPr>
          <w:hyperlink w:anchor="_Toc237252356" w:history="1">
            <w:r w:rsidR="000541D5" w:rsidRPr="00DD29BF">
              <w:rPr>
                <w:rStyle w:val="Hipercze"/>
              </w:rPr>
              <w:t>Część III – Realizacja</w:t>
            </w:r>
            <w:r w:rsidR="000541D5">
              <w:rPr>
                <w:webHidden/>
              </w:rPr>
              <w:tab/>
            </w:r>
            <w:r w:rsidR="000541D5">
              <w:rPr>
                <w:webHidden/>
              </w:rPr>
              <w:fldChar w:fldCharType="begin"/>
            </w:r>
            <w:r w:rsidR="000541D5">
              <w:rPr>
                <w:webHidden/>
              </w:rPr>
              <w:instrText xml:space="preserve"> PAGEREF _Toc237252356 \h </w:instrText>
            </w:r>
            <w:r w:rsidR="000541D5">
              <w:rPr>
                <w:webHidden/>
              </w:rPr>
            </w:r>
            <w:r w:rsidR="000541D5">
              <w:rPr>
                <w:webHidden/>
              </w:rPr>
              <w:fldChar w:fldCharType="separate"/>
            </w:r>
            <w:r w:rsidR="00742F5E">
              <w:rPr>
                <w:webHidden/>
              </w:rPr>
              <w:t>36</w:t>
            </w:r>
            <w:r w:rsidR="000541D5">
              <w:rPr>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7" w:history="1">
            <w:r w:rsidR="000541D5" w:rsidRPr="00DD29BF">
              <w:rPr>
                <w:rStyle w:val="Hipercze"/>
                <w:noProof/>
              </w:rPr>
              <w:t>Podział środków finansowych</w:t>
            </w:r>
            <w:r w:rsidR="000541D5">
              <w:rPr>
                <w:noProof/>
                <w:webHidden/>
              </w:rPr>
              <w:tab/>
            </w:r>
            <w:r w:rsidR="000541D5">
              <w:rPr>
                <w:noProof/>
                <w:webHidden/>
              </w:rPr>
              <w:fldChar w:fldCharType="begin"/>
            </w:r>
            <w:r w:rsidR="000541D5">
              <w:rPr>
                <w:noProof/>
                <w:webHidden/>
              </w:rPr>
              <w:instrText xml:space="preserve"> PAGEREF _Toc237252357 \h </w:instrText>
            </w:r>
            <w:r w:rsidR="000541D5">
              <w:rPr>
                <w:noProof/>
                <w:webHidden/>
              </w:rPr>
            </w:r>
            <w:r w:rsidR="000541D5">
              <w:rPr>
                <w:noProof/>
                <w:webHidden/>
              </w:rPr>
              <w:fldChar w:fldCharType="separate"/>
            </w:r>
            <w:r w:rsidR="00742F5E">
              <w:rPr>
                <w:noProof/>
                <w:webHidden/>
              </w:rPr>
              <w:t>36</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8" w:history="1">
            <w:r w:rsidR="000541D5" w:rsidRPr="00DD29BF">
              <w:rPr>
                <w:rStyle w:val="Hipercze"/>
                <w:noProof/>
              </w:rPr>
              <w:t>Realizacja programu ochrony ludności i obrony cywilnej w województwie</w:t>
            </w:r>
            <w:r w:rsidR="000541D5">
              <w:rPr>
                <w:noProof/>
                <w:webHidden/>
              </w:rPr>
              <w:tab/>
            </w:r>
            <w:r w:rsidR="000541D5">
              <w:rPr>
                <w:noProof/>
                <w:webHidden/>
              </w:rPr>
              <w:fldChar w:fldCharType="begin"/>
            </w:r>
            <w:r w:rsidR="000541D5">
              <w:rPr>
                <w:noProof/>
                <w:webHidden/>
              </w:rPr>
              <w:instrText xml:space="preserve"> PAGEREF _Toc237252358 \h </w:instrText>
            </w:r>
            <w:r w:rsidR="000541D5">
              <w:rPr>
                <w:noProof/>
                <w:webHidden/>
              </w:rPr>
            </w:r>
            <w:r w:rsidR="000541D5">
              <w:rPr>
                <w:noProof/>
                <w:webHidden/>
              </w:rPr>
              <w:fldChar w:fldCharType="separate"/>
            </w:r>
            <w:r w:rsidR="00742F5E">
              <w:rPr>
                <w:noProof/>
                <w:webHidden/>
              </w:rPr>
              <w:t>44</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59" w:history="1">
            <w:r w:rsidR="000541D5" w:rsidRPr="00DD29BF">
              <w:rPr>
                <w:rStyle w:val="Hipercze"/>
                <w:noProof/>
              </w:rPr>
              <w:t>Zasady realizacji inwestycji</w:t>
            </w:r>
            <w:r w:rsidR="000541D5">
              <w:rPr>
                <w:noProof/>
                <w:webHidden/>
              </w:rPr>
              <w:tab/>
            </w:r>
            <w:r w:rsidR="000541D5">
              <w:rPr>
                <w:noProof/>
                <w:webHidden/>
              </w:rPr>
              <w:fldChar w:fldCharType="begin"/>
            </w:r>
            <w:r w:rsidR="000541D5">
              <w:rPr>
                <w:noProof/>
                <w:webHidden/>
              </w:rPr>
              <w:instrText xml:space="preserve"> PAGEREF _Toc237252359 \h </w:instrText>
            </w:r>
            <w:r w:rsidR="000541D5">
              <w:rPr>
                <w:noProof/>
                <w:webHidden/>
              </w:rPr>
            </w:r>
            <w:r w:rsidR="000541D5">
              <w:rPr>
                <w:noProof/>
                <w:webHidden/>
              </w:rPr>
              <w:fldChar w:fldCharType="separate"/>
            </w:r>
            <w:r w:rsidR="00742F5E">
              <w:rPr>
                <w:noProof/>
                <w:webHidden/>
              </w:rPr>
              <w:t>47</w:t>
            </w:r>
            <w:r w:rsidR="000541D5">
              <w:rPr>
                <w:noProof/>
                <w:webHidden/>
              </w:rPr>
              <w:fldChar w:fldCharType="end"/>
            </w:r>
          </w:hyperlink>
        </w:p>
        <w:p w:rsidR="000541D5" w:rsidRDefault="00B448CE">
          <w:pPr>
            <w:pStyle w:val="Spistreci2"/>
            <w:tabs>
              <w:tab w:val="right" w:leader="dot" w:pos="9060"/>
            </w:tabs>
            <w:rPr>
              <w:rFonts w:eastAsiaTheme="minorEastAsia"/>
              <w:noProof/>
              <w:lang w:eastAsia="pl-PL"/>
            </w:rPr>
          </w:pPr>
          <w:hyperlink w:anchor="_Toc237252360" w:history="1">
            <w:r w:rsidR="000541D5" w:rsidRPr="00DD29BF">
              <w:rPr>
                <w:rStyle w:val="Hipercze"/>
                <w:noProof/>
              </w:rPr>
              <w:t>Monitorowanie realizacji programu</w:t>
            </w:r>
            <w:r w:rsidR="000541D5">
              <w:rPr>
                <w:noProof/>
                <w:webHidden/>
              </w:rPr>
              <w:tab/>
            </w:r>
            <w:r w:rsidR="000541D5">
              <w:rPr>
                <w:noProof/>
                <w:webHidden/>
              </w:rPr>
              <w:fldChar w:fldCharType="begin"/>
            </w:r>
            <w:r w:rsidR="000541D5">
              <w:rPr>
                <w:noProof/>
                <w:webHidden/>
              </w:rPr>
              <w:instrText xml:space="preserve"> PAGEREF _Toc237252360 \h </w:instrText>
            </w:r>
            <w:r w:rsidR="000541D5">
              <w:rPr>
                <w:noProof/>
                <w:webHidden/>
              </w:rPr>
            </w:r>
            <w:r w:rsidR="000541D5">
              <w:rPr>
                <w:noProof/>
                <w:webHidden/>
              </w:rPr>
              <w:fldChar w:fldCharType="separate"/>
            </w:r>
            <w:r w:rsidR="00742F5E">
              <w:rPr>
                <w:noProof/>
                <w:webHidden/>
              </w:rPr>
              <w:t>53</w:t>
            </w:r>
            <w:r w:rsidR="000541D5">
              <w:rPr>
                <w:noProof/>
                <w:webHidden/>
              </w:rPr>
              <w:fldChar w:fldCharType="end"/>
            </w:r>
          </w:hyperlink>
        </w:p>
        <w:p w:rsidR="000541D5" w:rsidRDefault="00B448CE">
          <w:pPr>
            <w:pStyle w:val="Spistreci1"/>
            <w:rPr>
              <w:rFonts w:eastAsiaTheme="minorEastAsia" w:cstheme="minorBidi"/>
              <w:b w:val="0"/>
              <w:sz w:val="22"/>
              <w:lang w:eastAsia="pl-PL"/>
            </w:rPr>
          </w:pPr>
          <w:hyperlink w:anchor="_Toc237252361" w:history="1">
            <w:r w:rsidR="000541D5" w:rsidRPr="00DD29BF">
              <w:rPr>
                <w:rStyle w:val="Hipercze"/>
              </w:rPr>
              <w:t>Załączniki</w:t>
            </w:r>
            <w:r w:rsidR="000541D5">
              <w:rPr>
                <w:webHidden/>
              </w:rPr>
              <w:tab/>
            </w:r>
            <w:r w:rsidR="000541D5">
              <w:rPr>
                <w:webHidden/>
              </w:rPr>
              <w:fldChar w:fldCharType="begin"/>
            </w:r>
            <w:r w:rsidR="000541D5">
              <w:rPr>
                <w:webHidden/>
              </w:rPr>
              <w:instrText xml:space="preserve"> PAGEREF _Toc237252361 \h </w:instrText>
            </w:r>
            <w:r w:rsidR="000541D5">
              <w:rPr>
                <w:webHidden/>
              </w:rPr>
            </w:r>
            <w:r w:rsidR="000541D5">
              <w:rPr>
                <w:webHidden/>
              </w:rPr>
              <w:fldChar w:fldCharType="separate"/>
            </w:r>
            <w:r w:rsidR="00742F5E">
              <w:rPr>
                <w:webHidden/>
              </w:rPr>
              <w:t>55</w:t>
            </w:r>
            <w:r w:rsidR="000541D5">
              <w:rPr>
                <w:webHidden/>
              </w:rPr>
              <w:fldChar w:fldCharType="end"/>
            </w:r>
          </w:hyperlink>
        </w:p>
        <w:p w:rsidR="000541D5" w:rsidRDefault="00B448CE" w:rsidP="000541D5">
          <w:pPr>
            <w:pStyle w:val="Spistreci2"/>
            <w:tabs>
              <w:tab w:val="right" w:leader="dot" w:pos="9060"/>
            </w:tabs>
            <w:rPr>
              <w:rFonts w:eastAsiaTheme="minorEastAsia"/>
              <w:noProof/>
              <w:lang w:eastAsia="pl-PL"/>
            </w:rPr>
          </w:pPr>
          <w:hyperlink w:anchor="_Toc237252362" w:history="1">
            <w:r w:rsidR="000541D5" w:rsidRPr="00DD29BF">
              <w:rPr>
                <w:rStyle w:val="Hipercze"/>
                <w:noProof/>
              </w:rPr>
              <w:t>Załącznik 1</w:t>
            </w:r>
            <w:r w:rsidR="000541D5">
              <w:rPr>
                <w:noProof/>
                <w:webHidden/>
              </w:rPr>
              <w:t>.</w:t>
            </w:r>
          </w:hyperlink>
          <w:r w:rsidR="000541D5">
            <w:rPr>
              <w:rFonts w:eastAsiaTheme="minorEastAsia"/>
              <w:noProof/>
              <w:lang w:eastAsia="pl-PL"/>
            </w:rPr>
            <w:t xml:space="preserve"> </w:t>
          </w:r>
          <w:hyperlink w:anchor="_Toc237252363" w:history="1">
            <w:r w:rsidR="000541D5" w:rsidRPr="000541D5">
              <w:rPr>
                <w:rStyle w:val="Hipercze"/>
                <w:noProof/>
                <w:sz w:val="21"/>
                <w:szCs w:val="21"/>
              </w:rPr>
              <w:t>Tabela obszarów, podobszarów i zadań Programu Ochrony Ludności i Obrony Cywilnej</w:t>
            </w:r>
            <w:r w:rsidR="000541D5">
              <w:rPr>
                <w:noProof/>
                <w:webHidden/>
              </w:rPr>
              <w:tab/>
            </w:r>
            <w:r w:rsidR="000541D5">
              <w:rPr>
                <w:noProof/>
                <w:webHidden/>
              </w:rPr>
              <w:fldChar w:fldCharType="begin"/>
            </w:r>
            <w:r w:rsidR="000541D5">
              <w:rPr>
                <w:noProof/>
                <w:webHidden/>
              </w:rPr>
              <w:instrText xml:space="preserve"> PAGEREF _Toc237252363 \h </w:instrText>
            </w:r>
            <w:r w:rsidR="000541D5">
              <w:rPr>
                <w:noProof/>
                <w:webHidden/>
              </w:rPr>
            </w:r>
            <w:r w:rsidR="000541D5">
              <w:rPr>
                <w:noProof/>
                <w:webHidden/>
              </w:rPr>
              <w:fldChar w:fldCharType="separate"/>
            </w:r>
            <w:r w:rsidR="00742F5E">
              <w:rPr>
                <w:noProof/>
                <w:webHidden/>
              </w:rPr>
              <w:t>55</w:t>
            </w:r>
            <w:r w:rsidR="000541D5">
              <w:rPr>
                <w:noProof/>
                <w:webHidden/>
              </w:rPr>
              <w:fldChar w:fldCharType="end"/>
            </w:r>
          </w:hyperlink>
        </w:p>
        <w:p w:rsidR="000541D5" w:rsidRDefault="00B448CE" w:rsidP="000541D5">
          <w:pPr>
            <w:pStyle w:val="Spistreci2"/>
            <w:tabs>
              <w:tab w:val="right" w:leader="dot" w:pos="9060"/>
            </w:tabs>
            <w:rPr>
              <w:rFonts w:eastAsiaTheme="minorEastAsia"/>
              <w:noProof/>
              <w:lang w:eastAsia="pl-PL"/>
            </w:rPr>
          </w:pPr>
          <w:hyperlink w:anchor="_Toc237252364" w:history="1">
            <w:r w:rsidR="000541D5" w:rsidRPr="00DD29BF">
              <w:rPr>
                <w:rStyle w:val="Hipercze"/>
                <w:noProof/>
              </w:rPr>
              <w:t>Załącznik 2</w:t>
            </w:r>
            <w:r w:rsidR="000541D5">
              <w:rPr>
                <w:noProof/>
                <w:webHidden/>
              </w:rPr>
              <w:t>.</w:t>
            </w:r>
          </w:hyperlink>
          <w:r w:rsidR="000541D5">
            <w:rPr>
              <w:rFonts w:eastAsiaTheme="minorEastAsia"/>
              <w:noProof/>
              <w:lang w:eastAsia="pl-PL"/>
            </w:rPr>
            <w:t xml:space="preserve"> </w:t>
          </w:r>
          <w:hyperlink w:anchor="_Toc237252365" w:history="1">
            <w:r w:rsidR="000541D5" w:rsidRPr="00DD29BF">
              <w:rPr>
                <w:rStyle w:val="Hipercze"/>
                <w:noProof/>
              </w:rPr>
              <w:t>Podział środków finansowych</w:t>
            </w:r>
            <w:r w:rsidR="000541D5">
              <w:rPr>
                <w:noProof/>
                <w:webHidden/>
              </w:rPr>
              <w:tab/>
            </w:r>
            <w:r w:rsidR="000541D5">
              <w:rPr>
                <w:noProof/>
                <w:webHidden/>
              </w:rPr>
              <w:fldChar w:fldCharType="begin"/>
            </w:r>
            <w:r w:rsidR="000541D5">
              <w:rPr>
                <w:noProof/>
                <w:webHidden/>
              </w:rPr>
              <w:instrText xml:space="preserve"> PAGEREF _Toc237252365 \h </w:instrText>
            </w:r>
            <w:r w:rsidR="000541D5">
              <w:rPr>
                <w:noProof/>
                <w:webHidden/>
              </w:rPr>
            </w:r>
            <w:r w:rsidR="000541D5">
              <w:rPr>
                <w:noProof/>
                <w:webHidden/>
              </w:rPr>
              <w:fldChar w:fldCharType="separate"/>
            </w:r>
            <w:r w:rsidR="00742F5E">
              <w:rPr>
                <w:noProof/>
                <w:webHidden/>
              </w:rPr>
              <w:t>67</w:t>
            </w:r>
            <w:r w:rsidR="000541D5">
              <w:rPr>
                <w:noProof/>
                <w:webHidden/>
              </w:rPr>
              <w:fldChar w:fldCharType="end"/>
            </w:r>
          </w:hyperlink>
        </w:p>
        <w:p w:rsidR="000541D5" w:rsidRDefault="00B448CE" w:rsidP="000541D5">
          <w:pPr>
            <w:pStyle w:val="Spistreci2"/>
            <w:tabs>
              <w:tab w:val="right" w:leader="dot" w:pos="9060"/>
            </w:tabs>
            <w:rPr>
              <w:rFonts w:eastAsiaTheme="minorEastAsia"/>
              <w:noProof/>
              <w:lang w:eastAsia="pl-PL"/>
            </w:rPr>
          </w:pPr>
          <w:hyperlink w:anchor="_Toc237252366" w:history="1">
            <w:r w:rsidR="000541D5" w:rsidRPr="00DD29BF">
              <w:rPr>
                <w:rStyle w:val="Hipercze"/>
                <w:noProof/>
              </w:rPr>
              <w:t>Załącznik 3</w:t>
            </w:r>
          </w:hyperlink>
          <w:r w:rsidR="000541D5">
            <w:rPr>
              <w:rFonts w:eastAsiaTheme="minorEastAsia"/>
              <w:noProof/>
              <w:lang w:eastAsia="pl-PL"/>
            </w:rPr>
            <w:t xml:space="preserve">. </w:t>
          </w:r>
          <w:hyperlink w:anchor="_Toc237252367" w:history="1">
            <w:r w:rsidR="000541D5" w:rsidRPr="00DD29BF">
              <w:rPr>
                <w:rStyle w:val="Hipercze"/>
                <w:noProof/>
              </w:rPr>
              <w:t>Tabela kwalifikowalnych zakupów</w:t>
            </w:r>
            <w:r w:rsidR="000541D5">
              <w:rPr>
                <w:noProof/>
                <w:webHidden/>
              </w:rPr>
              <w:tab/>
            </w:r>
            <w:r w:rsidR="000541D5">
              <w:rPr>
                <w:noProof/>
                <w:webHidden/>
              </w:rPr>
              <w:fldChar w:fldCharType="begin"/>
            </w:r>
            <w:r w:rsidR="000541D5">
              <w:rPr>
                <w:noProof/>
                <w:webHidden/>
              </w:rPr>
              <w:instrText xml:space="preserve"> PAGEREF _Toc237252367 \h </w:instrText>
            </w:r>
            <w:r w:rsidR="000541D5">
              <w:rPr>
                <w:noProof/>
                <w:webHidden/>
              </w:rPr>
            </w:r>
            <w:r w:rsidR="000541D5">
              <w:rPr>
                <w:noProof/>
                <w:webHidden/>
              </w:rPr>
              <w:fldChar w:fldCharType="separate"/>
            </w:r>
            <w:r w:rsidR="00742F5E">
              <w:rPr>
                <w:noProof/>
                <w:webHidden/>
              </w:rPr>
              <w:t>78</w:t>
            </w:r>
            <w:r w:rsidR="000541D5">
              <w:rPr>
                <w:noProof/>
                <w:webHidden/>
              </w:rPr>
              <w:fldChar w:fldCharType="end"/>
            </w:r>
          </w:hyperlink>
        </w:p>
        <w:p w:rsidR="00626C47" w:rsidRDefault="00D06B71">
          <w:pPr>
            <w:rPr>
              <w:rFonts w:cstheme="minorHAnsi"/>
              <w:sz w:val="36"/>
              <w:szCs w:val="36"/>
            </w:rPr>
          </w:pPr>
          <w:r w:rsidRPr="00D06B71">
            <w:rPr>
              <w:b/>
              <w:bCs/>
              <w:sz w:val="24"/>
              <w:szCs w:val="24"/>
            </w:rPr>
            <w:fldChar w:fldCharType="end"/>
          </w:r>
        </w:p>
      </w:sdtContent>
    </w:sdt>
    <w:tbl>
      <w:tblPr>
        <w:tblStyle w:val="Tabela-Siatka"/>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39"/>
        <w:gridCol w:w="1701"/>
      </w:tblGrid>
      <w:tr w:rsidR="00B406A7" w:rsidTr="00434AC4">
        <w:tc>
          <w:tcPr>
            <w:tcW w:w="7939" w:type="dxa"/>
          </w:tcPr>
          <w:p w:rsidR="00B406A7" w:rsidRPr="009D0B1E" w:rsidRDefault="00B406A7" w:rsidP="00F51484">
            <w:pPr>
              <w:pStyle w:val="Nagwek1"/>
              <w:spacing w:before="0" w:after="60" w:line="276" w:lineRule="auto"/>
              <w:jc w:val="both"/>
              <w:outlineLvl w:val="0"/>
              <w:rPr>
                <w:rFonts w:cstheme="minorHAnsi"/>
                <w:color w:val="000000" w:themeColor="text1"/>
              </w:rPr>
            </w:pPr>
            <w:bookmarkStart w:id="0" w:name="_Toc237252344"/>
            <w:r>
              <w:rPr>
                <w:rFonts w:cstheme="minorHAnsi"/>
                <w:color w:val="000000" w:themeColor="text1"/>
              </w:rPr>
              <w:lastRenderedPageBreak/>
              <w:t>Wstęp</w:t>
            </w:r>
            <w:bookmarkEnd w:id="0"/>
          </w:p>
          <w:p w:rsidR="00B406A7" w:rsidRPr="00C776F0" w:rsidRDefault="00B406A7" w:rsidP="00F51484">
            <w:pPr>
              <w:spacing w:after="60" w:line="276" w:lineRule="auto"/>
              <w:jc w:val="both"/>
              <w:rPr>
                <w:rFonts w:cstheme="minorHAnsi"/>
                <w:sz w:val="12"/>
                <w:szCs w:val="24"/>
              </w:rPr>
            </w:pPr>
          </w:p>
          <w:p w:rsidR="006129AA" w:rsidRDefault="006129AA" w:rsidP="00F51484">
            <w:pPr>
              <w:spacing w:after="60" w:line="276" w:lineRule="auto"/>
              <w:jc w:val="both"/>
              <w:rPr>
                <w:rFonts w:cstheme="minorHAnsi"/>
                <w:sz w:val="24"/>
                <w:szCs w:val="24"/>
              </w:rPr>
            </w:pPr>
            <w:r>
              <w:rPr>
                <w:rFonts w:cstheme="minorHAnsi"/>
                <w:sz w:val="24"/>
                <w:szCs w:val="24"/>
              </w:rPr>
              <w:t>P</w:t>
            </w:r>
            <w:r w:rsidR="00B406A7">
              <w:rPr>
                <w:rFonts w:cstheme="minorHAnsi"/>
                <w:sz w:val="24"/>
                <w:szCs w:val="24"/>
              </w:rPr>
              <w:t>rogram</w:t>
            </w:r>
            <w:r w:rsidR="00E90646">
              <w:rPr>
                <w:rFonts w:cstheme="minorHAnsi"/>
                <w:sz w:val="24"/>
                <w:szCs w:val="24"/>
              </w:rPr>
              <w:t xml:space="preserve"> Ochrony Ludności i</w:t>
            </w:r>
            <w:r w:rsidR="00014B9E">
              <w:rPr>
                <w:rFonts w:cstheme="minorHAnsi"/>
                <w:sz w:val="24"/>
                <w:szCs w:val="24"/>
              </w:rPr>
              <w:t xml:space="preserve"> Obrony Cywilnej na lata 2027–</w:t>
            </w:r>
            <w:r w:rsidR="00E90646">
              <w:rPr>
                <w:rFonts w:cstheme="minorHAnsi"/>
                <w:sz w:val="24"/>
                <w:szCs w:val="24"/>
              </w:rPr>
              <w:t>2031</w:t>
            </w:r>
            <w:r w:rsidR="00B406A7">
              <w:rPr>
                <w:rFonts w:cstheme="minorHAnsi"/>
                <w:sz w:val="24"/>
                <w:szCs w:val="24"/>
              </w:rPr>
              <w:t xml:space="preserve"> stanowi dokument rządowy określający kierunki, cele i</w:t>
            </w:r>
            <w:r>
              <w:rPr>
                <w:rFonts w:cstheme="minorHAnsi"/>
                <w:sz w:val="24"/>
                <w:szCs w:val="24"/>
              </w:rPr>
              <w:t> </w:t>
            </w:r>
            <w:r w:rsidR="00B406A7">
              <w:rPr>
                <w:rFonts w:cstheme="minorHAnsi"/>
                <w:sz w:val="24"/>
                <w:szCs w:val="24"/>
              </w:rPr>
              <w:t xml:space="preserve">przedsięwzięcia w zakresie rozwoju systemu ochrony ludności i obrony cywilnej. Nie zastępuje on aktów prawa powszechnie obowiązującego, lecz stanowi podstawę koordynacji działań administracji publicznej oraz planowania przedsięwzięć organizacyjnych, rzeczowych </w:t>
            </w:r>
            <w:r>
              <w:rPr>
                <w:rFonts w:cstheme="minorHAnsi"/>
                <w:sz w:val="24"/>
                <w:szCs w:val="24"/>
              </w:rPr>
              <w:t>oraz</w:t>
            </w:r>
            <w:r w:rsidR="00B406A7">
              <w:rPr>
                <w:rFonts w:cstheme="minorHAnsi"/>
                <w:sz w:val="24"/>
                <w:szCs w:val="24"/>
              </w:rPr>
              <w:t xml:space="preserve"> finansowych. Program jest istotnym elementem systemu bezpieczeństwa państwa, </w:t>
            </w:r>
            <w:r w:rsidR="00A87728" w:rsidRPr="00A87728">
              <w:rPr>
                <w:rFonts w:cstheme="minorHAnsi"/>
                <w:sz w:val="24"/>
                <w:szCs w:val="24"/>
              </w:rPr>
              <w:t xml:space="preserve">którego nadrzędnym celem jest zapewnienie skutecznej ochrony życia, zdrowia oraz mienia obywateli. </w:t>
            </w:r>
          </w:p>
          <w:p w:rsidR="00A87728" w:rsidRDefault="00A87728" w:rsidP="00F51484">
            <w:pPr>
              <w:spacing w:after="60" w:line="276" w:lineRule="auto"/>
              <w:jc w:val="both"/>
              <w:rPr>
                <w:rFonts w:cstheme="minorHAnsi"/>
                <w:sz w:val="24"/>
                <w:szCs w:val="24"/>
              </w:rPr>
            </w:pPr>
            <w:r w:rsidRPr="00A87728">
              <w:rPr>
                <w:rFonts w:cstheme="minorHAnsi"/>
                <w:sz w:val="24"/>
                <w:szCs w:val="24"/>
              </w:rPr>
              <w:t>Dokument określa kierunki działań, zasady współpracy oraz zadania podmiotów odpowiedzialnych za przygotowanie i realiz</w:t>
            </w:r>
            <w:r w:rsidR="006129AA">
              <w:rPr>
                <w:rFonts w:cstheme="minorHAnsi"/>
                <w:sz w:val="24"/>
                <w:szCs w:val="24"/>
              </w:rPr>
              <w:t>ację przedsięwzięć związanych z </w:t>
            </w:r>
            <w:r w:rsidRPr="00A87728">
              <w:rPr>
                <w:rFonts w:cstheme="minorHAnsi"/>
                <w:sz w:val="24"/>
                <w:szCs w:val="24"/>
              </w:rPr>
              <w:t>zapobieganiem zagrożeniom, reagowa</w:t>
            </w:r>
            <w:r w:rsidR="006129AA">
              <w:rPr>
                <w:rFonts w:cstheme="minorHAnsi"/>
                <w:sz w:val="24"/>
                <w:szCs w:val="24"/>
              </w:rPr>
              <w:t>niem na sytuacje kryzysowe oraz </w:t>
            </w:r>
            <w:r w:rsidRPr="00A87728">
              <w:rPr>
                <w:rFonts w:cstheme="minorHAnsi"/>
                <w:sz w:val="24"/>
                <w:szCs w:val="24"/>
              </w:rPr>
              <w:t>ograniczaniem ich skutków. Program Ochrony Ludności i Obrony Cywilnej na lata 2027-2031 stanowi podstawę planowania i koordynacji działań państwa w obszarze ochrony ludności, wzmacniając zdolność Rzeczypospolitej Polskiej do skutecznego przeciwdziałania zagrożeniom oraz zapewnienia bezpieczeństwa obywatelom. Realizacja założeń programu ma na celu wzmocnienie odporności społeczeństwa, roz</w:t>
            </w:r>
            <w:r>
              <w:rPr>
                <w:rFonts w:cstheme="minorHAnsi"/>
                <w:sz w:val="24"/>
                <w:szCs w:val="24"/>
              </w:rPr>
              <w:t>wój zdolności organizacyjnych i </w:t>
            </w:r>
            <w:r w:rsidRPr="00A87728">
              <w:rPr>
                <w:rFonts w:cstheme="minorHAnsi"/>
                <w:sz w:val="24"/>
                <w:szCs w:val="24"/>
              </w:rPr>
              <w:t>operacyjnych służb oraz instytucji odpowi</w:t>
            </w:r>
            <w:r>
              <w:rPr>
                <w:rFonts w:cstheme="minorHAnsi"/>
                <w:sz w:val="24"/>
                <w:szCs w:val="24"/>
              </w:rPr>
              <w:t>edzialnych za bezpieczeństwo, a </w:t>
            </w:r>
            <w:r w:rsidRPr="00A87728">
              <w:rPr>
                <w:rFonts w:cstheme="minorHAnsi"/>
                <w:sz w:val="24"/>
                <w:szCs w:val="24"/>
              </w:rPr>
              <w:t>także podnoszenie świadomości obywateli w zakresie właściwego postępowania w sytuacjach nadzwyczajnych. Program uwzględnia współczesne wyzwania i zagrożenia wymagające kompleksowego podejścia oraz ścisłej współpracy administracji publicznej, służb ratowniczych, jednostek samorządu terytorialnego</w:t>
            </w:r>
            <w:r w:rsidR="00E90646">
              <w:rPr>
                <w:rFonts w:cstheme="minorHAnsi"/>
                <w:sz w:val="24"/>
                <w:szCs w:val="24"/>
              </w:rPr>
              <w:t xml:space="preserve">, </w:t>
            </w:r>
            <w:r w:rsidRPr="00A87728">
              <w:rPr>
                <w:rFonts w:cstheme="minorHAnsi"/>
                <w:sz w:val="24"/>
                <w:szCs w:val="24"/>
              </w:rPr>
              <w:t>społeczności lokalnych</w:t>
            </w:r>
            <w:r w:rsidR="00E90646">
              <w:rPr>
                <w:rFonts w:cstheme="minorHAnsi"/>
                <w:sz w:val="24"/>
                <w:szCs w:val="24"/>
              </w:rPr>
              <w:t xml:space="preserve"> i organizacji pozarządowych</w:t>
            </w:r>
          </w:p>
          <w:p w:rsidR="00B406A7" w:rsidRPr="00C6780E" w:rsidRDefault="00A87728" w:rsidP="00F51484">
            <w:pPr>
              <w:spacing w:after="60" w:line="276" w:lineRule="auto"/>
              <w:jc w:val="both"/>
              <w:rPr>
                <w:rFonts w:cstheme="minorHAnsi"/>
                <w:sz w:val="24"/>
                <w:szCs w:val="24"/>
              </w:rPr>
            </w:pPr>
            <w:r w:rsidRPr="00A87728">
              <w:rPr>
                <w:rFonts w:cstheme="minorHAnsi"/>
                <w:sz w:val="24"/>
                <w:szCs w:val="24"/>
              </w:rPr>
              <w:t xml:space="preserve">Ponadto w Programie wskazano jego cele, zasady finansowania przedsięwzięć związanych z ochroną ludności i obroną cywilną, </w:t>
            </w:r>
            <w:r w:rsidR="00E90646">
              <w:rPr>
                <w:rFonts w:cstheme="minorHAnsi"/>
                <w:sz w:val="24"/>
                <w:szCs w:val="24"/>
              </w:rPr>
              <w:t xml:space="preserve">etapy </w:t>
            </w:r>
            <w:r w:rsidR="003267AC">
              <w:rPr>
                <w:rFonts w:cstheme="minorHAnsi"/>
                <w:sz w:val="24"/>
                <w:szCs w:val="24"/>
              </w:rPr>
              <w:t xml:space="preserve"> ich realizacji</w:t>
            </w:r>
            <w:r w:rsidRPr="00A87728">
              <w:rPr>
                <w:rFonts w:cstheme="minorHAnsi"/>
                <w:sz w:val="24"/>
                <w:szCs w:val="24"/>
              </w:rPr>
              <w:t xml:space="preserve">. </w:t>
            </w:r>
            <w:r w:rsidR="00E90646">
              <w:rPr>
                <w:rFonts w:cstheme="minorHAnsi"/>
                <w:sz w:val="24"/>
                <w:szCs w:val="24"/>
              </w:rPr>
              <w:t>Progra</w:t>
            </w:r>
            <w:r w:rsidR="003267AC">
              <w:rPr>
                <w:rFonts w:cstheme="minorHAnsi"/>
                <w:sz w:val="24"/>
                <w:szCs w:val="24"/>
              </w:rPr>
              <w:t>m</w:t>
            </w:r>
            <w:r w:rsidR="00E90646">
              <w:rPr>
                <w:rFonts w:cstheme="minorHAnsi"/>
                <w:sz w:val="24"/>
                <w:szCs w:val="24"/>
              </w:rPr>
              <w:t xml:space="preserve"> będzie podlegał </w:t>
            </w:r>
            <w:r w:rsidR="003267AC">
              <w:rPr>
                <w:rFonts w:cstheme="minorHAnsi"/>
                <w:sz w:val="24"/>
                <w:szCs w:val="24"/>
              </w:rPr>
              <w:t>monitorowaniu</w:t>
            </w:r>
            <w:r w:rsidR="00E90646">
              <w:rPr>
                <w:rFonts w:cstheme="minorHAnsi"/>
                <w:sz w:val="24"/>
                <w:szCs w:val="24"/>
              </w:rPr>
              <w:t xml:space="preserve">, które </w:t>
            </w:r>
            <w:r w:rsidRPr="00A87728">
              <w:rPr>
                <w:rFonts w:cstheme="minorHAnsi"/>
                <w:sz w:val="24"/>
                <w:szCs w:val="24"/>
              </w:rPr>
              <w:t xml:space="preserve"> umożliwi ocenę skuteczności podejmowanych działań, identyfikację nowych potrzeb oraz aktual</w:t>
            </w:r>
            <w:r>
              <w:rPr>
                <w:rFonts w:cstheme="minorHAnsi"/>
                <w:sz w:val="24"/>
                <w:szCs w:val="24"/>
              </w:rPr>
              <w:t>izację Programu w odpowiedzi na </w:t>
            </w:r>
            <w:r w:rsidRPr="00A87728">
              <w:rPr>
                <w:rFonts w:cstheme="minorHAnsi"/>
                <w:sz w:val="24"/>
                <w:szCs w:val="24"/>
              </w:rPr>
              <w:t>zmieniające się uwarunkowania bezpieczeństwa.</w:t>
            </w:r>
          </w:p>
          <w:p w:rsidR="00A87728" w:rsidRPr="00A87728" w:rsidRDefault="00A87728" w:rsidP="00F51484">
            <w:pPr>
              <w:spacing w:after="60" w:line="276" w:lineRule="auto"/>
              <w:jc w:val="both"/>
              <w:rPr>
                <w:rFonts w:cstheme="minorHAnsi"/>
                <w:color w:val="000000" w:themeColor="text1"/>
                <w:sz w:val="24"/>
              </w:rPr>
            </w:pPr>
            <w:r w:rsidRPr="00A87728">
              <w:rPr>
                <w:rFonts w:cstheme="minorHAnsi"/>
                <w:color w:val="000000" w:themeColor="text1"/>
                <w:sz w:val="24"/>
              </w:rPr>
              <w:t>Program jest dokumentem podlegającym okresowej ocenie oraz aktualizacji wynikającej ze zmian środowiska bezpieczeństwa, uwarunkowań społeczno-gospodarczych, postępu technologicznego oraz doświadczeń z sytuacji kryzysowych.</w:t>
            </w:r>
          </w:p>
          <w:p w:rsidR="00A87728" w:rsidRPr="00C776F0" w:rsidRDefault="00A87728" w:rsidP="00F51484">
            <w:pPr>
              <w:spacing w:after="60" w:line="276" w:lineRule="auto"/>
              <w:jc w:val="both"/>
              <w:rPr>
                <w:rFonts w:cstheme="minorHAnsi"/>
                <w:color w:val="000000" w:themeColor="text1"/>
                <w:sz w:val="24"/>
              </w:rPr>
            </w:pPr>
            <w:r w:rsidRPr="00A87728">
              <w:rPr>
                <w:rFonts w:cstheme="minorHAnsi"/>
                <w:color w:val="000000" w:themeColor="text1"/>
                <w:sz w:val="24"/>
              </w:rPr>
              <w:t>Program uwzględnia również doświadczenia i dobre praktyki państw europejskich dotyczące organizacji systemów ochrony ludności, rozwoju infrastruktury ochronnej, edukacji społeczeństwa oraz przygotowania administracji publicznej.</w:t>
            </w:r>
          </w:p>
        </w:tc>
        <w:tc>
          <w:tcPr>
            <w:tcW w:w="1701" w:type="dxa"/>
            <w:shd w:val="clear" w:color="auto" w:fill="FCC770"/>
          </w:tcPr>
          <w:p w:rsidR="00B406A7" w:rsidRDefault="00B406A7" w:rsidP="00B406A7">
            <w:pPr>
              <w:rPr>
                <w:rFonts w:cstheme="minorHAnsi"/>
                <w:b/>
                <w:i/>
                <w:smallCaps/>
                <w:color w:val="000000" w:themeColor="text1"/>
                <w:sz w:val="18"/>
                <w:szCs w:val="18"/>
              </w:rPr>
            </w:pPr>
          </w:p>
          <w:p w:rsidR="00B406A7" w:rsidRDefault="00B406A7" w:rsidP="00B406A7">
            <w:pPr>
              <w:rPr>
                <w:rFonts w:cstheme="minorHAnsi"/>
                <w:b/>
                <w:i/>
                <w:smallCaps/>
                <w:color w:val="000000" w:themeColor="text1"/>
                <w:sz w:val="18"/>
                <w:szCs w:val="18"/>
              </w:rPr>
            </w:pPr>
          </w:p>
          <w:p w:rsidR="00B406A7" w:rsidRPr="00C26AA8" w:rsidRDefault="00B406A7" w:rsidP="00B406A7">
            <w:pPr>
              <w:rPr>
                <w:rFonts w:cstheme="minorHAnsi"/>
                <w:b/>
                <w:i/>
                <w:smallCaps/>
                <w:color w:val="000000" w:themeColor="text1"/>
                <w:sz w:val="18"/>
                <w:szCs w:val="18"/>
              </w:rPr>
            </w:pPr>
            <w:r>
              <w:rPr>
                <w:rFonts w:cstheme="minorHAnsi"/>
                <w:b/>
                <w:i/>
                <w:smallCaps/>
                <w:color w:val="000000" w:themeColor="text1"/>
                <w:sz w:val="18"/>
                <w:szCs w:val="18"/>
              </w:rPr>
              <w:t>Wprowadzenie do Programu</w:t>
            </w:r>
          </w:p>
          <w:p w:rsidR="00B406A7" w:rsidRPr="00C26AA8" w:rsidRDefault="00B406A7" w:rsidP="00484DC3">
            <w:pPr>
              <w:rPr>
                <w:rFonts w:cstheme="minorHAnsi"/>
                <w:b/>
                <w:i/>
                <w:smallCaps/>
                <w:color w:val="000000" w:themeColor="text1"/>
                <w:sz w:val="18"/>
                <w:szCs w:val="18"/>
              </w:rPr>
            </w:pPr>
          </w:p>
        </w:tc>
      </w:tr>
      <w:tr w:rsidR="003F6E7E" w:rsidTr="00434AC4">
        <w:tc>
          <w:tcPr>
            <w:tcW w:w="7939" w:type="dxa"/>
          </w:tcPr>
          <w:p w:rsidR="00C26AA8" w:rsidRPr="009D0B1E" w:rsidRDefault="00C26AA8" w:rsidP="00F51484">
            <w:pPr>
              <w:pStyle w:val="Nagwek1"/>
              <w:spacing w:before="0" w:after="60" w:line="276" w:lineRule="auto"/>
              <w:jc w:val="both"/>
              <w:outlineLvl w:val="0"/>
              <w:rPr>
                <w:rFonts w:cstheme="minorHAnsi"/>
                <w:color w:val="000000" w:themeColor="text1"/>
              </w:rPr>
            </w:pPr>
            <w:bookmarkStart w:id="1" w:name="_Toc237252345"/>
            <w:bookmarkStart w:id="2" w:name="_Hlk235622704"/>
            <w:r w:rsidRPr="009D0B1E">
              <w:rPr>
                <w:rFonts w:cstheme="minorHAnsi"/>
                <w:color w:val="000000" w:themeColor="text1"/>
              </w:rPr>
              <w:lastRenderedPageBreak/>
              <w:t>Część I – Diagnoza</w:t>
            </w:r>
            <w:bookmarkEnd w:id="1"/>
          </w:p>
          <w:p w:rsidR="00C26AA8" w:rsidRPr="009D0B1E" w:rsidRDefault="00C26AA8" w:rsidP="00F51484">
            <w:pPr>
              <w:spacing w:after="60" w:line="276" w:lineRule="auto"/>
              <w:jc w:val="both"/>
              <w:rPr>
                <w:rFonts w:cstheme="minorHAnsi"/>
                <w:b/>
                <w:smallCaps/>
                <w:sz w:val="12"/>
                <w:szCs w:val="36"/>
              </w:rPr>
            </w:pPr>
          </w:p>
          <w:p w:rsidR="008B0B0B" w:rsidRDefault="008B380B" w:rsidP="00F51484">
            <w:pPr>
              <w:pStyle w:val="Nagwek2"/>
              <w:spacing w:line="276" w:lineRule="auto"/>
              <w:jc w:val="both"/>
              <w:outlineLvl w:val="1"/>
              <w:rPr>
                <w:sz w:val="24"/>
                <w:szCs w:val="24"/>
              </w:rPr>
            </w:pPr>
            <w:bookmarkStart w:id="3" w:name="_Toc237252346"/>
            <w:r>
              <w:t>Stan</w:t>
            </w:r>
            <w:r w:rsidR="008B0B0B">
              <w:t xml:space="preserve"> prawn</w:t>
            </w:r>
            <w:r>
              <w:t>y</w:t>
            </w:r>
            <w:bookmarkEnd w:id="3"/>
          </w:p>
          <w:p w:rsidR="00867BBA" w:rsidRPr="00C27408" w:rsidRDefault="000C4231" w:rsidP="00F51484">
            <w:pPr>
              <w:spacing w:after="60" w:line="276" w:lineRule="auto"/>
              <w:jc w:val="both"/>
              <w:rPr>
                <w:rFonts w:cstheme="minorHAnsi"/>
                <w:sz w:val="24"/>
                <w:szCs w:val="24"/>
              </w:rPr>
            </w:pPr>
            <w:r>
              <w:rPr>
                <w:rFonts w:cstheme="minorHAnsi"/>
                <w:sz w:val="24"/>
                <w:szCs w:val="24"/>
              </w:rPr>
              <w:t>A</w:t>
            </w:r>
            <w:r w:rsidR="00867BBA" w:rsidRPr="00C27408">
              <w:rPr>
                <w:rFonts w:cstheme="minorHAnsi"/>
                <w:sz w:val="24"/>
                <w:szCs w:val="24"/>
              </w:rPr>
              <w:t>ktem prawnym regulujący</w:t>
            </w:r>
            <w:r w:rsidR="00867BBA">
              <w:rPr>
                <w:rFonts w:cstheme="minorHAnsi"/>
                <w:sz w:val="24"/>
                <w:szCs w:val="24"/>
              </w:rPr>
              <w:t>m</w:t>
            </w:r>
            <w:r w:rsidR="00867BBA" w:rsidRPr="00C27408">
              <w:rPr>
                <w:rFonts w:cstheme="minorHAnsi"/>
                <w:sz w:val="24"/>
                <w:szCs w:val="24"/>
              </w:rPr>
              <w:t xml:space="preserve"> funkcjonowani</w:t>
            </w:r>
            <w:r w:rsidR="00867BBA">
              <w:rPr>
                <w:rFonts w:cstheme="minorHAnsi"/>
                <w:sz w:val="24"/>
                <w:szCs w:val="24"/>
              </w:rPr>
              <w:t>e</w:t>
            </w:r>
            <w:r w:rsidR="00867BBA" w:rsidRPr="00C27408">
              <w:rPr>
                <w:rFonts w:cstheme="minorHAnsi"/>
                <w:sz w:val="24"/>
                <w:szCs w:val="24"/>
              </w:rPr>
              <w:t xml:space="preserve"> systemu ochrony ludności i</w:t>
            </w:r>
            <w:r w:rsidR="00867BBA">
              <w:rPr>
                <w:rFonts w:cstheme="minorHAnsi"/>
                <w:sz w:val="24"/>
                <w:szCs w:val="24"/>
              </w:rPr>
              <w:t> </w:t>
            </w:r>
            <w:r w:rsidR="00867BBA" w:rsidRPr="00C27408">
              <w:rPr>
                <w:rFonts w:cstheme="minorHAnsi"/>
                <w:sz w:val="24"/>
                <w:szCs w:val="24"/>
              </w:rPr>
              <w:t>obrony cywilnej w kraju jest ustawa z dnia 5 grudnia 2024 r. o ochronie ludności i obronie cywilnej (Dz. U. poz. 1907, z 2025 r. poz. 1705 oraz z 2026 r</w:t>
            </w:r>
            <w:r w:rsidR="00867BBA" w:rsidRPr="00244334">
              <w:rPr>
                <w:rFonts w:cstheme="minorHAnsi"/>
                <w:sz w:val="24"/>
                <w:szCs w:val="24"/>
              </w:rPr>
              <w:t xml:space="preserve">. poz. </w:t>
            </w:r>
            <w:r w:rsidR="00867BBA">
              <w:rPr>
                <w:rFonts w:cstheme="minorHAnsi"/>
                <w:sz w:val="24"/>
                <w:szCs w:val="24"/>
              </w:rPr>
              <w:t>646</w:t>
            </w:r>
            <w:r w:rsidR="000A1872">
              <w:rPr>
                <w:rFonts w:cstheme="minorHAnsi"/>
                <w:sz w:val="24"/>
                <w:szCs w:val="24"/>
              </w:rPr>
              <w:t xml:space="preserve"> i 815</w:t>
            </w:r>
            <w:r w:rsidR="00867BBA" w:rsidRPr="00244334">
              <w:rPr>
                <w:rFonts w:cstheme="minorHAnsi"/>
                <w:sz w:val="24"/>
                <w:szCs w:val="24"/>
              </w:rPr>
              <w:t xml:space="preserve">). </w:t>
            </w:r>
            <w:r w:rsidR="008B0B0B">
              <w:rPr>
                <w:rFonts w:cstheme="minorHAnsi"/>
                <w:sz w:val="24"/>
                <w:szCs w:val="24"/>
              </w:rPr>
              <w:t>Ustawa</w:t>
            </w:r>
            <w:r w:rsidR="00867BBA" w:rsidRPr="00C27408">
              <w:rPr>
                <w:rFonts w:cstheme="minorHAnsi"/>
                <w:sz w:val="24"/>
                <w:szCs w:val="24"/>
              </w:rPr>
              <w:t xml:space="preserve"> weszła w</w:t>
            </w:r>
            <w:r w:rsidR="00867BBA">
              <w:rPr>
                <w:rFonts w:cstheme="minorHAnsi"/>
                <w:sz w:val="24"/>
                <w:szCs w:val="24"/>
              </w:rPr>
              <w:t> </w:t>
            </w:r>
            <w:r w:rsidR="00867BBA" w:rsidRPr="00C27408">
              <w:rPr>
                <w:rFonts w:cstheme="minorHAnsi"/>
                <w:sz w:val="24"/>
                <w:szCs w:val="24"/>
              </w:rPr>
              <w:t xml:space="preserve">życie </w:t>
            </w:r>
            <w:r w:rsidR="00867BBA">
              <w:rPr>
                <w:rFonts w:cstheme="minorHAnsi"/>
                <w:sz w:val="24"/>
                <w:szCs w:val="24"/>
              </w:rPr>
              <w:t xml:space="preserve">z dniem 1 stycznia 2025 r. </w:t>
            </w:r>
            <w:r w:rsidR="00014B9E">
              <w:rPr>
                <w:rFonts w:cstheme="minorHAnsi"/>
                <w:sz w:val="24"/>
                <w:szCs w:val="24"/>
              </w:rPr>
              <w:t>W</w:t>
            </w:r>
            <w:r w:rsidR="00867BBA" w:rsidRPr="00C27408">
              <w:rPr>
                <w:rFonts w:cstheme="minorHAnsi"/>
                <w:sz w:val="24"/>
                <w:szCs w:val="24"/>
              </w:rPr>
              <w:t xml:space="preserve"> art. 2 </w:t>
            </w:r>
            <w:r w:rsidR="00014B9E">
              <w:rPr>
                <w:rFonts w:cstheme="minorHAnsi"/>
                <w:sz w:val="24"/>
                <w:szCs w:val="24"/>
              </w:rPr>
              <w:t xml:space="preserve">ustawa </w:t>
            </w:r>
            <w:r w:rsidR="00867BBA" w:rsidRPr="00C27408">
              <w:rPr>
                <w:rFonts w:cstheme="minorHAnsi"/>
                <w:sz w:val="24"/>
                <w:szCs w:val="24"/>
              </w:rPr>
              <w:t>definiuje ochron</w:t>
            </w:r>
            <w:r w:rsidR="00867BBA">
              <w:rPr>
                <w:rFonts w:cstheme="minorHAnsi"/>
                <w:sz w:val="24"/>
                <w:szCs w:val="24"/>
              </w:rPr>
              <w:t>ę</w:t>
            </w:r>
            <w:r w:rsidR="00867BBA" w:rsidRPr="00C27408">
              <w:rPr>
                <w:rFonts w:cstheme="minorHAnsi"/>
                <w:sz w:val="24"/>
                <w:szCs w:val="24"/>
              </w:rPr>
              <w:t xml:space="preserve"> ludności</w:t>
            </w:r>
            <w:r w:rsidR="00867BBA">
              <w:rPr>
                <w:rFonts w:cstheme="minorHAnsi"/>
                <w:sz w:val="24"/>
                <w:szCs w:val="24"/>
              </w:rPr>
              <w:t xml:space="preserve"> jako</w:t>
            </w:r>
            <w:r w:rsidR="00867BBA" w:rsidRPr="00C27408">
              <w:rPr>
                <w:rFonts w:cstheme="minorHAnsi"/>
                <w:sz w:val="24"/>
                <w:szCs w:val="24"/>
              </w:rPr>
              <w:t xml:space="preserve"> system składający się z organów administracji publicznej wykonujących zadania mające na celu zapewnienie bezpieczeństwa</w:t>
            </w:r>
            <w:r w:rsidR="000C0ACA">
              <w:rPr>
                <w:rFonts w:cstheme="minorHAnsi"/>
                <w:sz w:val="24"/>
                <w:szCs w:val="24"/>
              </w:rPr>
              <w:t xml:space="preserve"> </w:t>
            </w:r>
            <w:r w:rsidR="00867BBA" w:rsidRPr="00C27408">
              <w:rPr>
                <w:rFonts w:cstheme="minorHAnsi"/>
                <w:sz w:val="24"/>
                <w:szCs w:val="24"/>
              </w:rPr>
              <w:t>ludności</w:t>
            </w:r>
            <w:r w:rsidR="000C0ACA">
              <w:rPr>
                <w:rFonts w:cstheme="minorHAnsi"/>
                <w:sz w:val="24"/>
                <w:szCs w:val="24"/>
              </w:rPr>
              <w:t xml:space="preserve"> </w:t>
            </w:r>
            <w:r w:rsidR="00867BBA" w:rsidRPr="00C27408">
              <w:rPr>
                <w:rFonts w:cstheme="minorHAnsi"/>
                <w:sz w:val="24"/>
                <w:szCs w:val="24"/>
              </w:rPr>
              <w:t>przez</w:t>
            </w:r>
            <w:r w:rsidR="000C0ACA">
              <w:rPr>
                <w:rFonts w:cstheme="minorHAnsi"/>
                <w:sz w:val="24"/>
                <w:szCs w:val="24"/>
              </w:rPr>
              <w:t xml:space="preserve"> </w:t>
            </w:r>
            <w:r w:rsidR="00867BBA" w:rsidRPr="00C27408">
              <w:rPr>
                <w:rFonts w:cstheme="minorHAnsi"/>
                <w:sz w:val="24"/>
                <w:szCs w:val="24"/>
              </w:rPr>
              <w:t>ochronę</w:t>
            </w:r>
            <w:r w:rsidR="000C0ACA">
              <w:rPr>
                <w:rFonts w:cstheme="minorHAnsi"/>
                <w:sz w:val="24"/>
                <w:szCs w:val="24"/>
              </w:rPr>
              <w:t xml:space="preserve"> </w:t>
            </w:r>
            <w:r w:rsidR="00867BBA" w:rsidRPr="00C27408">
              <w:rPr>
                <w:rFonts w:cstheme="minorHAnsi"/>
                <w:sz w:val="24"/>
                <w:szCs w:val="24"/>
              </w:rPr>
              <w:t>życia</w:t>
            </w:r>
            <w:r w:rsidR="000C0ACA">
              <w:rPr>
                <w:rFonts w:cstheme="minorHAnsi"/>
                <w:sz w:val="24"/>
                <w:szCs w:val="24"/>
              </w:rPr>
              <w:t xml:space="preserve"> </w:t>
            </w:r>
            <w:r w:rsidR="00867BBA" w:rsidRPr="00C27408">
              <w:rPr>
                <w:rFonts w:cstheme="minorHAnsi"/>
                <w:sz w:val="24"/>
                <w:szCs w:val="24"/>
              </w:rPr>
              <w:t>i</w:t>
            </w:r>
            <w:r w:rsidR="000C0ACA">
              <w:rPr>
                <w:rFonts w:cstheme="minorHAnsi"/>
                <w:sz w:val="24"/>
                <w:szCs w:val="24"/>
              </w:rPr>
              <w:t xml:space="preserve"> </w:t>
            </w:r>
            <w:r w:rsidR="00867BBA" w:rsidRPr="00C27408">
              <w:rPr>
                <w:rFonts w:cstheme="minorHAnsi"/>
                <w:sz w:val="24"/>
                <w:szCs w:val="24"/>
              </w:rPr>
              <w:t>zdrowia ludzi, mienia, w tym zwierząt, infrastruktury niezbędnej do zaspokojenia potrzeb bytowych, dóbr kultury i środowiska w</w:t>
            </w:r>
            <w:r w:rsidR="00867BBA">
              <w:rPr>
                <w:rFonts w:cstheme="minorHAnsi"/>
                <w:sz w:val="24"/>
                <w:szCs w:val="24"/>
              </w:rPr>
              <w:t> </w:t>
            </w:r>
            <w:r w:rsidR="00867BBA" w:rsidRPr="00C27408">
              <w:rPr>
                <w:rFonts w:cstheme="minorHAnsi"/>
                <w:sz w:val="24"/>
                <w:szCs w:val="24"/>
              </w:rPr>
              <w:t>sytuacji zagrożenia, zwanych dalej „organami</w:t>
            </w:r>
            <w:r w:rsidR="008B0B0B">
              <w:rPr>
                <w:rFonts w:cstheme="minorHAnsi"/>
                <w:sz w:val="24"/>
                <w:szCs w:val="24"/>
              </w:rPr>
              <w:t xml:space="preserve"> </w:t>
            </w:r>
            <w:r w:rsidR="00867BBA" w:rsidRPr="00C27408">
              <w:rPr>
                <w:rFonts w:cstheme="minorHAnsi"/>
                <w:sz w:val="24"/>
                <w:szCs w:val="24"/>
              </w:rPr>
              <w:t>ochrony ludności”, podmiotów wykonujących te zadania, zwanych dalej „podmiotami ochrony ludności”, oraz zasobów ochrony ludności.</w:t>
            </w:r>
          </w:p>
          <w:p w:rsidR="00867BBA" w:rsidRPr="00C27408" w:rsidRDefault="00867BBA" w:rsidP="00F51484">
            <w:pPr>
              <w:spacing w:after="60" w:line="276" w:lineRule="auto"/>
              <w:jc w:val="both"/>
              <w:rPr>
                <w:rFonts w:cstheme="minorHAnsi"/>
                <w:sz w:val="24"/>
                <w:szCs w:val="24"/>
              </w:rPr>
            </w:pPr>
            <w:r w:rsidRPr="00C27408">
              <w:rPr>
                <w:rFonts w:cstheme="minorHAnsi"/>
                <w:sz w:val="24"/>
                <w:szCs w:val="24"/>
              </w:rPr>
              <w:t>Zgodnie z art. 7 ustawy podstawą finansowania realizacji zadań ochrony ludności i obrony cywilnej jest Program Ochrony Ludności i Obrony Cywilnej</w:t>
            </w:r>
            <w:r w:rsidR="005E7C17">
              <w:rPr>
                <w:rFonts w:cstheme="minorHAnsi"/>
                <w:sz w:val="24"/>
                <w:szCs w:val="24"/>
              </w:rPr>
              <w:t xml:space="preserve">, </w:t>
            </w:r>
            <w:r w:rsidR="00014B9E">
              <w:rPr>
                <w:rFonts w:cstheme="minorHAnsi"/>
                <w:sz w:val="24"/>
                <w:szCs w:val="24"/>
              </w:rPr>
              <w:t>zwany dalej „P</w:t>
            </w:r>
            <w:r w:rsidR="005E7C17">
              <w:rPr>
                <w:rFonts w:cstheme="minorHAnsi"/>
                <w:sz w:val="24"/>
                <w:szCs w:val="24"/>
              </w:rPr>
              <w:t>rogram</w:t>
            </w:r>
            <w:r w:rsidR="00014B9E">
              <w:rPr>
                <w:rFonts w:cstheme="minorHAnsi"/>
                <w:sz w:val="24"/>
                <w:szCs w:val="24"/>
              </w:rPr>
              <w:t>em”</w:t>
            </w:r>
            <w:r w:rsidRPr="00C27408">
              <w:rPr>
                <w:rFonts w:cstheme="minorHAnsi"/>
                <w:sz w:val="24"/>
                <w:szCs w:val="24"/>
              </w:rPr>
              <w:t>. Program jest najważniejszym dokumentem wykonawczym, zapewniającym prawidłowe finansowanie realizacji zadań ochrony ludności i</w:t>
            </w:r>
            <w:r w:rsidR="000A1872">
              <w:rPr>
                <w:rFonts w:cstheme="minorHAnsi"/>
                <w:sz w:val="24"/>
                <w:szCs w:val="24"/>
              </w:rPr>
              <w:t> </w:t>
            </w:r>
            <w:r w:rsidRPr="00C27408">
              <w:rPr>
                <w:rFonts w:cstheme="minorHAnsi"/>
                <w:sz w:val="24"/>
                <w:szCs w:val="24"/>
              </w:rPr>
              <w:t xml:space="preserve">obrony cywilnej. </w:t>
            </w:r>
          </w:p>
          <w:p w:rsidR="00867BBA" w:rsidRDefault="00867BBA" w:rsidP="00F51484">
            <w:pPr>
              <w:spacing w:after="60" w:line="276" w:lineRule="auto"/>
              <w:jc w:val="both"/>
              <w:rPr>
                <w:rFonts w:cstheme="minorHAnsi"/>
                <w:sz w:val="24"/>
                <w:szCs w:val="24"/>
              </w:rPr>
            </w:pPr>
            <w:r w:rsidRPr="00C27408">
              <w:rPr>
                <w:rFonts w:cstheme="minorHAnsi"/>
                <w:sz w:val="24"/>
                <w:szCs w:val="24"/>
              </w:rPr>
              <w:t>Ustawa w art. 156 reguluje zasady opracowywania i przyjmowania Programu Ochrony Ludności i Obrony Cywilnej. Program jest opracowywany przez ministra właściwego</w:t>
            </w:r>
            <w:r>
              <w:rPr>
                <w:rFonts w:cstheme="minorHAnsi"/>
                <w:sz w:val="24"/>
                <w:szCs w:val="24"/>
              </w:rPr>
              <w:t xml:space="preserve"> do spraw wewnętrznych </w:t>
            </w:r>
            <w:r w:rsidRPr="00C27408">
              <w:rPr>
                <w:rFonts w:cstheme="minorHAnsi"/>
                <w:sz w:val="24"/>
                <w:szCs w:val="24"/>
              </w:rPr>
              <w:t xml:space="preserve">i przyjmowany w drodze uchwały Rady Ministrów. </w:t>
            </w:r>
            <w:r>
              <w:rPr>
                <w:rFonts w:cstheme="minorHAnsi"/>
                <w:sz w:val="24"/>
                <w:szCs w:val="24"/>
              </w:rPr>
              <w:t xml:space="preserve">Projekt Programu </w:t>
            </w:r>
            <w:r w:rsidR="00160885">
              <w:rPr>
                <w:rFonts w:cstheme="minorHAnsi"/>
                <w:sz w:val="24"/>
                <w:szCs w:val="24"/>
              </w:rPr>
              <w:t xml:space="preserve">zgodnie z art. 156 ust. 4 ustawy </w:t>
            </w:r>
            <w:r>
              <w:rPr>
                <w:rFonts w:cstheme="minorHAnsi"/>
                <w:sz w:val="24"/>
                <w:szCs w:val="24"/>
              </w:rPr>
              <w:t>podlega szczególnej procedurze uzgodnieniowej. Po opracowaniu przez ministra właściwego do spraw wewnętrznych projekt Programu jest uzgadniany z</w:t>
            </w:r>
            <w:r w:rsidR="00A42E75">
              <w:rPr>
                <w:rFonts w:cstheme="minorHAnsi"/>
                <w:sz w:val="24"/>
                <w:szCs w:val="24"/>
              </w:rPr>
              <w:t> </w:t>
            </w:r>
            <w:r>
              <w:rPr>
                <w:rFonts w:cstheme="minorHAnsi"/>
                <w:sz w:val="24"/>
                <w:szCs w:val="24"/>
              </w:rPr>
              <w:t xml:space="preserve">Ministrem Obrony Narodowej oraz opiniowany przez Komisję Wspólną Rządu i Samorządu Terytorialnego. Po dokonaniu przewidzianych w ustawie uzgodnień i opiniowania z głównymi współwykonawcami Programu, projekt jest procedowany jako załącznik do uchwały Rady Ministrów w trybie przewidzianym dla dokumentu rządowego zgodnie z uchwałą nr 190 Rady Ministrów z dnia 29 października 2013 r. – Regulamin pracy Rady Ministrów (M.P. z </w:t>
            </w:r>
            <w:r w:rsidR="00014B9E">
              <w:rPr>
                <w:rFonts w:cstheme="minorHAnsi"/>
                <w:sz w:val="24"/>
                <w:szCs w:val="24"/>
              </w:rPr>
              <w:t>2026 r. poz. 404</w:t>
            </w:r>
            <w:r>
              <w:rPr>
                <w:rFonts w:cstheme="minorHAnsi"/>
                <w:sz w:val="24"/>
                <w:szCs w:val="24"/>
              </w:rPr>
              <w:t xml:space="preserve">). </w:t>
            </w:r>
          </w:p>
          <w:p w:rsidR="00867BBA" w:rsidRDefault="00552128" w:rsidP="00F51484">
            <w:pPr>
              <w:spacing w:after="60" w:line="276" w:lineRule="auto"/>
              <w:jc w:val="both"/>
              <w:rPr>
                <w:rFonts w:cstheme="minorHAnsi"/>
                <w:sz w:val="24"/>
                <w:szCs w:val="24"/>
              </w:rPr>
            </w:pPr>
            <w:r>
              <w:rPr>
                <w:rFonts w:cstheme="minorHAnsi"/>
                <w:sz w:val="24"/>
                <w:szCs w:val="24"/>
              </w:rPr>
              <w:t xml:space="preserve">Ustawa określa źródła finansowania. Program wskazuje m.in. </w:t>
            </w:r>
            <w:r w:rsidR="00867BBA">
              <w:rPr>
                <w:rFonts w:cstheme="minorHAnsi"/>
                <w:sz w:val="24"/>
                <w:szCs w:val="24"/>
              </w:rPr>
              <w:t>środki w podziale na poszczególne lata i poszczególnych dysponentów, o których mowa w art. 155 ust. 2 ustawy, odrębnie dla</w:t>
            </w:r>
            <w:r w:rsidR="00160885">
              <w:rPr>
                <w:rFonts w:cstheme="minorHAnsi"/>
                <w:sz w:val="24"/>
                <w:szCs w:val="24"/>
              </w:rPr>
              <w:t xml:space="preserve"> każdego z</w:t>
            </w:r>
            <w:r w:rsidR="00867BBA">
              <w:rPr>
                <w:rFonts w:cstheme="minorHAnsi"/>
                <w:sz w:val="24"/>
                <w:szCs w:val="24"/>
              </w:rPr>
              <w:t xml:space="preserve"> dysponentów</w:t>
            </w:r>
            <w:r w:rsidR="00867BBA" w:rsidRPr="00244334">
              <w:rPr>
                <w:rFonts w:cstheme="minorHAnsi"/>
                <w:sz w:val="24"/>
                <w:szCs w:val="24"/>
              </w:rPr>
              <w:t>. Szczegółową zawartość Programu określa rozporządzenie Rady Ministrów</w:t>
            </w:r>
            <w:r w:rsidR="00867BBA">
              <w:rPr>
                <w:rFonts w:cstheme="minorHAnsi"/>
                <w:sz w:val="24"/>
                <w:szCs w:val="24"/>
              </w:rPr>
              <w:t xml:space="preserve"> z dnia 13 lipca 2026 r.</w:t>
            </w:r>
            <w:r w:rsidR="00867BBA" w:rsidRPr="00244334">
              <w:rPr>
                <w:rFonts w:cstheme="minorHAnsi"/>
                <w:sz w:val="24"/>
                <w:szCs w:val="24"/>
              </w:rPr>
              <w:t xml:space="preserve"> w</w:t>
            </w:r>
            <w:r w:rsidR="00160885">
              <w:rPr>
                <w:rFonts w:cstheme="minorHAnsi"/>
                <w:sz w:val="24"/>
                <w:szCs w:val="24"/>
              </w:rPr>
              <w:t> </w:t>
            </w:r>
            <w:r w:rsidR="00867BBA" w:rsidRPr="00244334">
              <w:rPr>
                <w:rFonts w:cstheme="minorHAnsi"/>
                <w:sz w:val="24"/>
                <w:szCs w:val="24"/>
              </w:rPr>
              <w:t>sprawie szczegółowej zawartości Programu Ochrony Ludności i</w:t>
            </w:r>
            <w:r w:rsidR="000F4C38">
              <w:rPr>
                <w:rFonts w:cstheme="minorHAnsi"/>
                <w:sz w:val="24"/>
                <w:szCs w:val="24"/>
              </w:rPr>
              <w:t> </w:t>
            </w:r>
            <w:r w:rsidR="00867BBA" w:rsidRPr="00244334">
              <w:rPr>
                <w:rFonts w:cstheme="minorHAnsi"/>
                <w:sz w:val="24"/>
                <w:szCs w:val="24"/>
              </w:rPr>
              <w:t>Obrony Cywilnej</w:t>
            </w:r>
            <w:r w:rsidR="00867BBA">
              <w:rPr>
                <w:rFonts w:cstheme="minorHAnsi"/>
                <w:sz w:val="24"/>
                <w:szCs w:val="24"/>
              </w:rPr>
              <w:t xml:space="preserve"> (Dz. U. poz. 946)</w:t>
            </w:r>
            <w:r w:rsidR="00867BBA" w:rsidRPr="00244334">
              <w:rPr>
                <w:rFonts w:cstheme="minorHAnsi"/>
                <w:sz w:val="24"/>
                <w:szCs w:val="24"/>
              </w:rPr>
              <w:t>. Perspektywa czas</w:t>
            </w:r>
            <w:r w:rsidR="00867BBA">
              <w:rPr>
                <w:rFonts w:cstheme="minorHAnsi"/>
                <w:sz w:val="24"/>
                <w:szCs w:val="24"/>
              </w:rPr>
              <w:t xml:space="preserve">owa Programu została określona </w:t>
            </w:r>
            <w:r w:rsidR="00867BBA">
              <w:rPr>
                <w:rFonts w:cstheme="minorHAnsi"/>
                <w:sz w:val="24"/>
                <w:szCs w:val="24"/>
              </w:rPr>
              <w:lastRenderedPageBreak/>
              <w:t>w</w:t>
            </w:r>
            <w:r w:rsidR="00A42E75">
              <w:rPr>
                <w:rFonts w:cstheme="minorHAnsi"/>
                <w:sz w:val="24"/>
                <w:szCs w:val="24"/>
              </w:rPr>
              <w:t> </w:t>
            </w:r>
            <w:r w:rsidR="00867BBA">
              <w:rPr>
                <w:rFonts w:cstheme="minorHAnsi"/>
                <w:sz w:val="24"/>
                <w:szCs w:val="24"/>
              </w:rPr>
              <w:t>ustawie na 5 lat. Oznacza to, że Program</w:t>
            </w:r>
            <w:r w:rsidR="00CB7FD1">
              <w:rPr>
                <w:rFonts w:cstheme="minorHAnsi"/>
                <w:sz w:val="24"/>
                <w:szCs w:val="24"/>
              </w:rPr>
              <w:t xml:space="preserve"> ten</w:t>
            </w:r>
            <w:r w:rsidR="00867BBA">
              <w:rPr>
                <w:rFonts w:cstheme="minorHAnsi"/>
                <w:sz w:val="24"/>
                <w:szCs w:val="24"/>
              </w:rPr>
              <w:t xml:space="preserve"> obowiązuje od 1 stycznia 2027 r. do 31 grudnia 2031 r. </w:t>
            </w:r>
          </w:p>
          <w:p w:rsidR="00867BBA" w:rsidRDefault="000A1872" w:rsidP="00F51484">
            <w:pPr>
              <w:spacing w:after="60" w:line="276" w:lineRule="auto"/>
              <w:jc w:val="both"/>
              <w:rPr>
                <w:rFonts w:cstheme="minorHAnsi"/>
                <w:sz w:val="24"/>
                <w:szCs w:val="24"/>
              </w:rPr>
            </w:pPr>
            <w:r>
              <w:rPr>
                <w:rFonts w:cstheme="minorHAnsi"/>
                <w:sz w:val="24"/>
                <w:szCs w:val="24"/>
              </w:rPr>
              <w:t xml:space="preserve">Program umożliwia </w:t>
            </w:r>
            <w:r w:rsidR="00AD57B8">
              <w:rPr>
                <w:rFonts w:cstheme="minorHAnsi"/>
                <w:sz w:val="24"/>
                <w:szCs w:val="24"/>
              </w:rPr>
              <w:t>p</w:t>
            </w:r>
            <w:r w:rsidR="00867BBA">
              <w:rPr>
                <w:rFonts w:cstheme="minorHAnsi"/>
                <w:sz w:val="24"/>
                <w:szCs w:val="24"/>
              </w:rPr>
              <w:t>lanowanie i</w:t>
            </w:r>
            <w:r w:rsidR="008B0B0B">
              <w:rPr>
                <w:rFonts w:cstheme="minorHAnsi"/>
                <w:sz w:val="24"/>
                <w:szCs w:val="24"/>
              </w:rPr>
              <w:t> </w:t>
            </w:r>
            <w:r w:rsidR="00867BBA">
              <w:rPr>
                <w:rFonts w:cstheme="minorHAnsi"/>
                <w:sz w:val="24"/>
                <w:szCs w:val="24"/>
              </w:rPr>
              <w:t>finansowanie inwestycji budowlanych o</w:t>
            </w:r>
            <w:r>
              <w:rPr>
                <w:rFonts w:cstheme="minorHAnsi"/>
                <w:sz w:val="24"/>
                <w:szCs w:val="24"/>
              </w:rPr>
              <w:t> </w:t>
            </w:r>
            <w:r w:rsidR="00867BBA">
              <w:rPr>
                <w:rFonts w:cstheme="minorHAnsi"/>
                <w:sz w:val="24"/>
                <w:szCs w:val="24"/>
              </w:rPr>
              <w:t xml:space="preserve">charakterze wieloletnim </w:t>
            </w:r>
            <w:r w:rsidR="00AD57B8">
              <w:rPr>
                <w:rFonts w:cstheme="minorHAnsi"/>
                <w:sz w:val="24"/>
                <w:szCs w:val="24"/>
              </w:rPr>
              <w:t xml:space="preserve">na podstawie </w:t>
            </w:r>
            <w:r w:rsidR="00867BBA">
              <w:rPr>
                <w:rFonts w:cstheme="minorHAnsi"/>
                <w:sz w:val="24"/>
                <w:szCs w:val="24"/>
              </w:rPr>
              <w:t xml:space="preserve"> art.</w:t>
            </w:r>
            <w:r w:rsidR="008B0B0B">
              <w:rPr>
                <w:rFonts w:cstheme="minorHAnsi"/>
                <w:sz w:val="24"/>
                <w:szCs w:val="24"/>
              </w:rPr>
              <w:t> </w:t>
            </w:r>
            <w:r w:rsidR="00867BBA">
              <w:rPr>
                <w:rFonts w:cstheme="minorHAnsi"/>
                <w:sz w:val="24"/>
                <w:szCs w:val="24"/>
              </w:rPr>
              <w:t>156a ustawy z dnia 5 grudnia 2024</w:t>
            </w:r>
            <w:r>
              <w:rPr>
                <w:rFonts w:cstheme="minorHAnsi"/>
                <w:sz w:val="24"/>
                <w:szCs w:val="24"/>
              </w:rPr>
              <w:t> </w:t>
            </w:r>
            <w:r w:rsidR="00867BBA">
              <w:rPr>
                <w:rFonts w:cstheme="minorHAnsi"/>
                <w:sz w:val="24"/>
                <w:szCs w:val="24"/>
              </w:rPr>
              <w:t>r. o ochronie ludności i obronie cywilnej.</w:t>
            </w:r>
          </w:p>
          <w:p w:rsidR="009D0B1E" w:rsidRPr="00160885" w:rsidRDefault="000825C9" w:rsidP="00F51484">
            <w:pPr>
              <w:spacing w:after="60" w:line="276" w:lineRule="auto"/>
              <w:jc w:val="both"/>
              <w:rPr>
                <w:rFonts w:cstheme="minorHAnsi"/>
                <w:sz w:val="24"/>
                <w:szCs w:val="24"/>
              </w:rPr>
            </w:pPr>
            <w:r>
              <w:rPr>
                <w:rFonts w:cstheme="minorHAnsi"/>
                <w:sz w:val="24"/>
                <w:szCs w:val="24"/>
              </w:rPr>
              <w:t>Dokumentami z obszaru ochrony ludności i obrony cywilnej uzupełniającymi Program są m.in. strategia rozwoju jednostek ochrony przeciwpożarowej, strategia rozwoju ochotniczych straży pożarnych</w:t>
            </w:r>
            <w:r w:rsidR="00285014">
              <w:rPr>
                <w:rFonts w:cstheme="minorHAnsi"/>
                <w:sz w:val="24"/>
                <w:szCs w:val="24"/>
              </w:rPr>
              <w:t xml:space="preserve"> „Florian 2050”</w:t>
            </w:r>
            <w:r>
              <w:rPr>
                <w:rFonts w:cstheme="minorHAnsi"/>
                <w:sz w:val="24"/>
                <w:szCs w:val="24"/>
              </w:rPr>
              <w:t>, strategia współpracy z</w:t>
            </w:r>
            <w:r w:rsidR="000C0ACA">
              <w:rPr>
                <w:rFonts w:cstheme="minorHAnsi"/>
                <w:sz w:val="24"/>
                <w:szCs w:val="24"/>
              </w:rPr>
              <w:t> </w:t>
            </w:r>
            <w:r>
              <w:rPr>
                <w:rFonts w:cstheme="minorHAnsi"/>
                <w:sz w:val="24"/>
                <w:szCs w:val="24"/>
              </w:rPr>
              <w:t>organizacjami pozarządowymi</w:t>
            </w:r>
            <w:r w:rsidR="00160885">
              <w:rPr>
                <w:rFonts w:cstheme="minorHAnsi"/>
                <w:sz w:val="24"/>
                <w:szCs w:val="24"/>
              </w:rPr>
              <w:t xml:space="preserve">, </w:t>
            </w:r>
            <w:r w:rsidR="00285014">
              <w:rPr>
                <w:rFonts w:cstheme="minorHAnsi"/>
                <w:sz w:val="24"/>
                <w:szCs w:val="24"/>
              </w:rPr>
              <w:t>R</w:t>
            </w:r>
            <w:r w:rsidR="00160885">
              <w:rPr>
                <w:rFonts w:cstheme="minorHAnsi"/>
                <w:sz w:val="24"/>
                <w:szCs w:val="24"/>
              </w:rPr>
              <w:t xml:space="preserve">ządowy </w:t>
            </w:r>
            <w:r w:rsidR="00285014">
              <w:rPr>
                <w:rFonts w:cstheme="minorHAnsi"/>
                <w:sz w:val="24"/>
                <w:szCs w:val="24"/>
              </w:rPr>
              <w:t>P</w:t>
            </w:r>
            <w:r w:rsidR="00160885">
              <w:rPr>
                <w:rFonts w:cstheme="minorHAnsi"/>
                <w:sz w:val="24"/>
                <w:szCs w:val="24"/>
              </w:rPr>
              <w:t xml:space="preserve">rogram </w:t>
            </w:r>
            <w:r w:rsidR="00285014">
              <w:rPr>
                <w:rFonts w:cstheme="minorHAnsi"/>
                <w:sz w:val="24"/>
                <w:szCs w:val="24"/>
              </w:rPr>
              <w:t>R</w:t>
            </w:r>
            <w:r w:rsidR="00160885">
              <w:rPr>
                <w:rFonts w:cstheme="minorHAnsi"/>
                <w:sz w:val="24"/>
                <w:szCs w:val="24"/>
              </w:rPr>
              <w:t xml:space="preserve">ezerw </w:t>
            </w:r>
            <w:r w:rsidR="00285014">
              <w:rPr>
                <w:rFonts w:cstheme="minorHAnsi"/>
                <w:sz w:val="24"/>
                <w:szCs w:val="24"/>
              </w:rPr>
              <w:t>S</w:t>
            </w:r>
            <w:r w:rsidR="00160885">
              <w:rPr>
                <w:rFonts w:cstheme="minorHAnsi"/>
                <w:sz w:val="24"/>
                <w:szCs w:val="24"/>
              </w:rPr>
              <w:t>trategicznych</w:t>
            </w:r>
            <w:r>
              <w:rPr>
                <w:rFonts w:cstheme="minorHAnsi"/>
                <w:sz w:val="24"/>
                <w:szCs w:val="24"/>
              </w:rPr>
              <w:t xml:space="preserve"> oraz rozdzielniki Komendanta Głównego Państwowej Straży Pożarnej realizacji zadań Państwowej Straży Pożarnej, ochotniczych straży pożarnych oraz Wojskowej Ochrony Przeciwpożarowej.  </w:t>
            </w:r>
          </w:p>
        </w:tc>
        <w:tc>
          <w:tcPr>
            <w:tcW w:w="1701" w:type="dxa"/>
            <w:shd w:val="clear" w:color="auto" w:fill="FCC770"/>
          </w:tcPr>
          <w:p w:rsidR="008B0B0B" w:rsidRPr="00C26AA8" w:rsidRDefault="008B0B0B" w:rsidP="00484DC3">
            <w:pPr>
              <w:rPr>
                <w:rFonts w:cstheme="minorHAnsi"/>
                <w:b/>
                <w:i/>
                <w:smallCaps/>
                <w:color w:val="000000" w:themeColor="text1"/>
                <w:sz w:val="18"/>
                <w:szCs w:val="18"/>
              </w:rPr>
            </w:pPr>
          </w:p>
          <w:p w:rsidR="008B0B0B" w:rsidRPr="00C26AA8" w:rsidRDefault="008B0B0B" w:rsidP="00C50FB7">
            <w:pPr>
              <w:jc w:val="center"/>
              <w:rPr>
                <w:rFonts w:cstheme="minorHAnsi"/>
                <w:b/>
                <w:i/>
                <w:smallCaps/>
                <w:color w:val="000000" w:themeColor="text1"/>
                <w:sz w:val="18"/>
                <w:szCs w:val="18"/>
              </w:rPr>
            </w:pPr>
          </w:p>
          <w:p w:rsidR="008B0B0B" w:rsidRDefault="008B0B0B" w:rsidP="00C50FB7">
            <w:pPr>
              <w:jc w:val="center"/>
              <w:rPr>
                <w:rFonts w:cstheme="minorHAnsi"/>
                <w:b/>
                <w:i/>
                <w:smallCaps/>
                <w:color w:val="000000" w:themeColor="text1"/>
                <w:sz w:val="18"/>
                <w:szCs w:val="18"/>
              </w:rPr>
            </w:pPr>
          </w:p>
          <w:p w:rsidR="00C26AA8" w:rsidRDefault="00C26AA8" w:rsidP="00C50FB7">
            <w:pPr>
              <w:jc w:val="center"/>
              <w:rPr>
                <w:rFonts w:cstheme="minorHAnsi"/>
                <w:b/>
                <w:i/>
                <w:smallCaps/>
                <w:color w:val="000000" w:themeColor="text1"/>
                <w:sz w:val="18"/>
                <w:szCs w:val="18"/>
              </w:rPr>
            </w:pPr>
          </w:p>
          <w:p w:rsidR="00C26AA8" w:rsidRDefault="00C26AA8" w:rsidP="00C50FB7">
            <w:pPr>
              <w:jc w:val="center"/>
              <w:rPr>
                <w:rFonts w:cstheme="minorHAnsi"/>
                <w:b/>
                <w:i/>
                <w:smallCaps/>
                <w:color w:val="000000" w:themeColor="text1"/>
                <w:sz w:val="18"/>
                <w:szCs w:val="18"/>
              </w:rPr>
            </w:pPr>
          </w:p>
          <w:p w:rsidR="00195481" w:rsidRPr="00432E92" w:rsidRDefault="00195481" w:rsidP="00C50FB7">
            <w:pPr>
              <w:jc w:val="center"/>
              <w:rPr>
                <w:rFonts w:cstheme="minorHAnsi"/>
                <w:b/>
                <w:i/>
                <w:smallCaps/>
                <w:color w:val="000000" w:themeColor="text1"/>
                <w:szCs w:val="18"/>
              </w:rPr>
            </w:pPr>
          </w:p>
          <w:p w:rsidR="00C26AA8" w:rsidRPr="00432E92" w:rsidRDefault="00C26AA8" w:rsidP="00434AC4">
            <w:pPr>
              <w:rPr>
                <w:rFonts w:cstheme="minorHAnsi"/>
                <w:b/>
                <w:i/>
                <w:smallCaps/>
                <w:color w:val="000000" w:themeColor="text1"/>
                <w:sz w:val="14"/>
                <w:szCs w:val="18"/>
              </w:rPr>
            </w:pPr>
          </w:p>
          <w:p w:rsidR="00867BBA" w:rsidRPr="00C26AA8" w:rsidRDefault="000C0ACA" w:rsidP="00B67CD0">
            <w:pPr>
              <w:rPr>
                <w:rFonts w:cstheme="minorHAnsi"/>
                <w:b/>
                <w:i/>
                <w:smallCaps/>
                <w:color w:val="000000" w:themeColor="text1"/>
                <w:sz w:val="18"/>
                <w:szCs w:val="18"/>
              </w:rPr>
            </w:pPr>
            <w:r w:rsidRPr="00C26AA8">
              <w:rPr>
                <w:rFonts w:cstheme="minorHAnsi"/>
                <w:b/>
                <w:i/>
                <w:smallCaps/>
                <w:color w:val="000000" w:themeColor="text1"/>
                <w:sz w:val="18"/>
                <w:szCs w:val="18"/>
              </w:rPr>
              <w:t>ustawa o ochronie ludności i obronie cywilnej</w:t>
            </w: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67BBA" w:rsidP="00484DC3">
            <w:pPr>
              <w:rPr>
                <w:rFonts w:cstheme="minorHAnsi"/>
                <w:b/>
                <w:i/>
                <w:smallCaps/>
                <w:color w:val="000000" w:themeColor="text1"/>
                <w:sz w:val="18"/>
                <w:szCs w:val="18"/>
              </w:rPr>
            </w:pPr>
          </w:p>
          <w:p w:rsidR="00867BBA" w:rsidRPr="00C26AA8" w:rsidRDefault="008B0B0B" w:rsidP="00B67CD0">
            <w:pPr>
              <w:rPr>
                <w:rFonts w:cstheme="minorHAnsi"/>
                <w:b/>
                <w:i/>
                <w:smallCaps/>
                <w:color w:val="000000" w:themeColor="text1"/>
                <w:sz w:val="18"/>
                <w:szCs w:val="18"/>
              </w:rPr>
            </w:pPr>
            <w:r w:rsidRPr="00C26AA8">
              <w:rPr>
                <w:rFonts w:cstheme="minorHAnsi"/>
                <w:b/>
                <w:i/>
                <w:smallCaps/>
                <w:color w:val="000000" w:themeColor="text1"/>
                <w:sz w:val="18"/>
                <w:szCs w:val="18"/>
              </w:rPr>
              <w:t>program ochrony ludności i obrony cywilnej</w:t>
            </w: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p>
          <w:p w:rsidR="00867BBA" w:rsidRDefault="00867BBA" w:rsidP="00B67CD0">
            <w:pPr>
              <w:rPr>
                <w:rFonts w:cstheme="minorHAnsi"/>
                <w:b/>
                <w:i/>
                <w:smallCaps/>
                <w:color w:val="000000" w:themeColor="text1"/>
                <w:sz w:val="18"/>
                <w:szCs w:val="18"/>
              </w:rPr>
            </w:pPr>
          </w:p>
          <w:p w:rsidR="00BE5BA5" w:rsidRPr="00C26AA8" w:rsidRDefault="00BE5BA5" w:rsidP="00B67CD0">
            <w:pPr>
              <w:rPr>
                <w:rFonts w:cstheme="minorHAnsi"/>
                <w:b/>
                <w:i/>
                <w:smallCaps/>
                <w:color w:val="000000" w:themeColor="text1"/>
                <w:sz w:val="18"/>
                <w:szCs w:val="18"/>
              </w:rPr>
            </w:pPr>
          </w:p>
          <w:p w:rsidR="008B0B0B" w:rsidRPr="00C26AA8" w:rsidRDefault="008B0B0B" w:rsidP="00B67CD0">
            <w:pPr>
              <w:rPr>
                <w:rFonts w:cstheme="minorHAnsi"/>
                <w:b/>
                <w:i/>
                <w:smallCaps/>
                <w:color w:val="000000" w:themeColor="text1"/>
                <w:sz w:val="18"/>
                <w:szCs w:val="18"/>
              </w:rPr>
            </w:pPr>
          </w:p>
          <w:p w:rsidR="00867BBA" w:rsidRPr="00C26AA8" w:rsidRDefault="00867BBA" w:rsidP="00B67CD0">
            <w:pPr>
              <w:rPr>
                <w:rFonts w:cstheme="minorHAnsi"/>
                <w:b/>
                <w:i/>
                <w:smallCaps/>
                <w:color w:val="000000" w:themeColor="text1"/>
                <w:sz w:val="18"/>
                <w:szCs w:val="18"/>
              </w:rPr>
            </w:pPr>
            <w:r w:rsidRPr="00C26AA8">
              <w:rPr>
                <w:rFonts w:cstheme="minorHAnsi"/>
                <w:b/>
                <w:i/>
                <w:smallCaps/>
                <w:color w:val="000000" w:themeColor="text1"/>
                <w:sz w:val="18"/>
                <w:szCs w:val="18"/>
              </w:rPr>
              <w:t>zawartość programu</w:t>
            </w:r>
          </w:p>
          <w:p w:rsidR="000C0ACA" w:rsidRPr="00C26AA8" w:rsidRDefault="000C0ACA" w:rsidP="00B67CD0">
            <w:pPr>
              <w:rPr>
                <w:rFonts w:cstheme="minorHAnsi"/>
                <w:b/>
                <w:i/>
                <w:smallCaps/>
                <w:color w:val="000000" w:themeColor="text1"/>
                <w:sz w:val="18"/>
                <w:szCs w:val="18"/>
              </w:rPr>
            </w:pPr>
          </w:p>
          <w:p w:rsidR="000C0ACA" w:rsidRPr="00C26AA8" w:rsidRDefault="000C0ACA" w:rsidP="00B67CD0">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C0ACA" w:rsidRPr="00C26AA8" w:rsidRDefault="000C0ACA" w:rsidP="00484DC3">
            <w:pPr>
              <w:rPr>
                <w:rFonts w:cstheme="minorHAnsi"/>
                <w:b/>
                <w:i/>
                <w:smallCaps/>
                <w:color w:val="000000" w:themeColor="text1"/>
                <w:sz w:val="18"/>
                <w:szCs w:val="18"/>
              </w:rPr>
            </w:pPr>
          </w:p>
          <w:p w:rsidR="000A1872" w:rsidRDefault="000A1872" w:rsidP="00484DC3">
            <w:pPr>
              <w:rPr>
                <w:rFonts w:cstheme="minorHAnsi"/>
                <w:b/>
                <w:i/>
                <w:smallCaps/>
                <w:color w:val="000000" w:themeColor="text1"/>
                <w:sz w:val="18"/>
                <w:szCs w:val="18"/>
              </w:rPr>
            </w:pPr>
          </w:p>
          <w:p w:rsidR="000C0ACA" w:rsidRPr="00C26AA8" w:rsidRDefault="00047C51" w:rsidP="00484DC3">
            <w:pPr>
              <w:rPr>
                <w:rFonts w:cstheme="minorHAnsi"/>
                <w:b/>
                <w:i/>
                <w:smallCaps/>
                <w:color w:val="000000" w:themeColor="text1"/>
                <w:sz w:val="18"/>
                <w:szCs w:val="18"/>
              </w:rPr>
            </w:pPr>
            <w:r w:rsidRPr="00B67CD0">
              <w:rPr>
                <w:rFonts w:cstheme="minorHAnsi"/>
                <w:b/>
                <w:i/>
                <w:smallCaps/>
                <w:color w:val="000000" w:themeColor="text1"/>
                <w:sz w:val="18"/>
                <w:szCs w:val="18"/>
              </w:rPr>
              <w:t xml:space="preserve">dokumenty </w:t>
            </w:r>
            <w:r w:rsidR="000C0ACA" w:rsidRPr="00B67CD0">
              <w:rPr>
                <w:rFonts w:cstheme="minorHAnsi"/>
                <w:b/>
                <w:i/>
                <w:smallCaps/>
                <w:color w:val="000000" w:themeColor="text1"/>
                <w:sz w:val="18"/>
                <w:szCs w:val="18"/>
              </w:rPr>
              <w:t>pomocnicze</w:t>
            </w:r>
          </w:p>
        </w:tc>
      </w:tr>
      <w:tr w:rsidR="003F6E7E" w:rsidTr="00432E92">
        <w:trPr>
          <w:trHeight w:val="562"/>
        </w:trPr>
        <w:tc>
          <w:tcPr>
            <w:tcW w:w="7939" w:type="dxa"/>
          </w:tcPr>
          <w:p w:rsidR="006719ED" w:rsidRPr="007B6529" w:rsidRDefault="006719ED" w:rsidP="00F51484">
            <w:pPr>
              <w:pStyle w:val="Nagwek2"/>
              <w:spacing w:line="276" w:lineRule="auto"/>
              <w:jc w:val="both"/>
              <w:outlineLvl w:val="1"/>
            </w:pPr>
            <w:bookmarkStart w:id="4" w:name="_Toc237252347"/>
            <w:r w:rsidRPr="007B6529">
              <w:lastRenderedPageBreak/>
              <w:t>Doświadczenia z realizacji Programu Ochrony Ludności i Obrony Cywilnej na lata 2025–2026</w:t>
            </w:r>
            <w:bookmarkEnd w:id="4"/>
          </w:p>
          <w:p w:rsidR="008B0B0B" w:rsidRPr="00E17D1F" w:rsidRDefault="00160885" w:rsidP="00F51484">
            <w:pPr>
              <w:spacing w:after="60" w:line="276" w:lineRule="auto"/>
              <w:jc w:val="both"/>
              <w:rPr>
                <w:rFonts w:cstheme="minorHAnsi"/>
                <w:sz w:val="24"/>
                <w:szCs w:val="24"/>
              </w:rPr>
            </w:pPr>
            <w:r>
              <w:rPr>
                <w:rFonts w:cstheme="minorHAnsi"/>
                <w:sz w:val="24"/>
                <w:szCs w:val="24"/>
              </w:rPr>
              <w:t>Do czasu wejścia w życie</w:t>
            </w:r>
            <w:r w:rsidR="008B0B0B" w:rsidRPr="00E17D1F">
              <w:rPr>
                <w:rFonts w:cstheme="minorHAnsi"/>
                <w:sz w:val="24"/>
                <w:szCs w:val="24"/>
              </w:rPr>
              <w:t xml:space="preserve"> niniejszego Programu, realizacja zadań ochrony ludności i</w:t>
            </w:r>
            <w:r w:rsidR="008B0B0B">
              <w:rPr>
                <w:rFonts w:cstheme="minorHAnsi"/>
                <w:sz w:val="24"/>
                <w:szCs w:val="24"/>
              </w:rPr>
              <w:t> </w:t>
            </w:r>
            <w:r w:rsidR="008B0B0B" w:rsidRPr="00E17D1F">
              <w:rPr>
                <w:rFonts w:cstheme="minorHAnsi"/>
                <w:sz w:val="24"/>
                <w:szCs w:val="24"/>
              </w:rPr>
              <w:t>obrony cywilnej odbywała się na podstawie Programu Ochrony Ludności i</w:t>
            </w:r>
            <w:r w:rsidR="008B0B0B">
              <w:rPr>
                <w:rFonts w:cstheme="minorHAnsi"/>
                <w:sz w:val="24"/>
                <w:szCs w:val="24"/>
              </w:rPr>
              <w:t> </w:t>
            </w:r>
            <w:r w:rsidR="008B0B0B" w:rsidRPr="00E17D1F">
              <w:rPr>
                <w:rFonts w:cstheme="minorHAnsi"/>
                <w:sz w:val="24"/>
                <w:szCs w:val="24"/>
              </w:rPr>
              <w:t xml:space="preserve">Obrony Cywilnej na lata 2025-2026, przyjętego uchwałą Rady Ministrów z dnia 27 maja 2025 r. w sprawie zatwierdzenia Programu Ochrony Ludności i Obrony Cywilnej na lata 2025-2026 (M.P. poz. 541 </w:t>
            </w:r>
            <w:r w:rsidR="008B0B0B">
              <w:rPr>
                <w:rFonts w:cstheme="minorHAnsi"/>
                <w:sz w:val="24"/>
                <w:szCs w:val="24"/>
              </w:rPr>
              <w:t>i</w:t>
            </w:r>
            <w:r w:rsidR="008B0B0B" w:rsidRPr="00E17D1F">
              <w:rPr>
                <w:rFonts w:cstheme="minorHAnsi"/>
                <w:sz w:val="24"/>
                <w:szCs w:val="24"/>
              </w:rPr>
              <w:t xml:space="preserve"> 1143). Program na lata 2025-2026 wszedł w życie w dniu 5 czerwca 2025 r. i </w:t>
            </w:r>
            <w:r w:rsidR="008B0B0B">
              <w:rPr>
                <w:rFonts w:cstheme="minorHAnsi"/>
                <w:sz w:val="24"/>
                <w:szCs w:val="24"/>
              </w:rPr>
              <w:t>obowiązuje</w:t>
            </w:r>
            <w:r w:rsidR="00CE0303">
              <w:rPr>
                <w:rFonts w:cstheme="minorHAnsi"/>
                <w:sz w:val="24"/>
                <w:szCs w:val="24"/>
              </w:rPr>
              <w:t xml:space="preserve"> do 31 </w:t>
            </w:r>
            <w:r w:rsidR="008B0B0B" w:rsidRPr="00E17D1F">
              <w:rPr>
                <w:rFonts w:cstheme="minorHAnsi"/>
                <w:sz w:val="24"/>
                <w:szCs w:val="24"/>
              </w:rPr>
              <w:t xml:space="preserve">grudnia 2026 r. </w:t>
            </w:r>
          </w:p>
          <w:p w:rsidR="008B0B0B" w:rsidRPr="00E17D1F" w:rsidRDefault="008B0B0B" w:rsidP="00F51484">
            <w:pPr>
              <w:spacing w:after="60" w:line="276" w:lineRule="auto"/>
              <w:jc w:val="both"/>
              <w:rPr>
                <w:rFonts w:cstheme="minorHAnsi"/>
                <w:sz w:val="24"/>
                <w:szCs w:val="24"/>
              </w:rPr>
            </w:pPr>
            <w:r w:rsidRPr="00E17D1F">
              <w:rPr>
                <w:rFonts w:cstheme="minorHAnsi"/>
                <w:sz w:val="24"/>
                <w:szCs w:val="24"/>
              </w:rPr>
              <w:t xml:space="preserve">W Programie na lata 2025-2026 wydatkowanie odbywało się w 6 obszarach: </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Obiekty zbiorowej ochrony</w:t>
            </w:r>
            <w:r w:rsidR="005E7C17">
              <w:rPr>
                <w:rFonts w:cstheme="minorHAnsi"/>
                <w:sz w:val="24"/>
                <w:szCs w:val="24"/>
              </w:rPr>
              <w:t>.</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Zabezpieczenie logistyczne i zapewnienie ciągłości dostaw</w:t>
            </w:r>
            <w:r w:rsidR="005E7C17">
              <w:rPr>
                <w:rFonts w:cstheme="minorHAnsi"/>
                <w:sz w:val="24"/>
                <w:szCs w:val="24"/>
              </w:rPr>
              <w:t>.</w:t>
            </w:r>
            <w:r w:rsidRPr="008B0B0B">
              <w:rPr>
                <w:rFonts w:cstheme="minorHAnsi"/>
                <w:sz w:val="24"/>
                <w:szCs w:val="24"/>
              </w:rPr>
              <w:t xml:space="preserve"> </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Utrzymanie i rozwój podmiotów ochrony ludności i organizacji pozarządowych, w tym krajowego systemu ratowniczo-gaśniczego, Państwowego Ratownictwa Medycznego i jednostek ochrony przeciwpożarowej</w:t>
            </w:r>
            <w:r w:rsidR="005E7C17">
              <w:rPr>
                <w:rFonts w:cstheme="minorHAnsi"/>
                <w:sz w:val="24"/>
                <w:szCs w:val="24"/>
              </w:rPr>
              <w:t>.</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Edukacja, szkolenia oraz baza i zaplecze szkoleniowe</w:t>
            </w:r>
            <w:r w:rsidR="005E7C17">
              <w:rPr>
                <w:rFonts w:cstheme="minorHAnsi"/>
                <w:sz w:val="24"/>
                <w:szCs w:val="24"/>
              </w:rPr>
              <w:t>.</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Bezpieczna Łączność Państwowa oraz alarmowanie, ostrzeganie i</w:t>
            </w:r>
            <w:r>
              <w:rPr>
                <w:rFonts w:cstheme="minorHAnsi"/>
                <w:sz w:val="24"/>
                <w:szCs w:val="24"/>
              </w:rPr>
              <w:t> </w:t>
            </w:r>
            <w:r w:rsidRPr="008B0B0B">
              <w:rPr>
                <w:rFonts w:cstheme="minorHAnsi"/>
                <w:sz w:val="24"/>
                <w:szCs w:val="24"/>
              </w:rPr>
              <w:t>powiadamianie</w:t>
            </w:r>
            <w:r w:rsidR="005E7C17">
              <w:rPr>
                <w:rFonts w:cstheme="minorHAnsi"/>
                <w:sz w:val="24"/>
                <w:szCs w:val="24"/>
              </w:rPr>
              <w:t>.</w:t>
            </w:r>
          </w:p>
          <w:p w:rsidR="008B0B0B" w:rsidRPr="008B0B0B" w:rsidRDefault="008B0B0B" w:rsidP="003924EC">
            <w:pPr>
              <w:pStyle w:val="Akapitzlist"/>
              <w:numPr>
                <w:ilvl w:val="0"/>
                <w:numId w:val="16"/>
              </w:numPr>
              <w:spacing w:after="60" w:line="276" w:lineRule="auto"/>
              <w:jc w:val="both"/>
              <w:rPr>
                <w:rFonts w:cstheme="minorHAnsi"/>
                <w:sz w:val="24"/>
                <w:szCs w:val="24"/>
              </w:rPr>
            </w:pPr>
            <w:r w:rsidRPr="008B0B0B">
              <w:rPr>
                <w:rFonts w:cstheme="minorHAnsi"/>
                <w:sz w:val="24"/>
                <w:szCs w:val="24"/>
              </w:rPr>
              <w:t>Korpus obrony cywilnej.</w:t>
            </w:r>
          </w:p>
          <w:p w:rsidR="008B0B0B" w:rsidRPr="00E17D1F" w:rsidRDefault="008B0B0B" w:rsidP="00F51484">
            <w:pPr>
              <w:spacing w:after="60" w:line="276" w:lineRule="auto"/>
              <w:jc w:val="both"/>
              <w:rPr>
                <w:rFonts w:cstheme="minorHAnsi"/>
                <w:sz w:val="24"/>
                <w:szCs w:val="24"/>
              </w:rPr>
            </w:pPr>
            <w:r w:rsidRPr="00E17D1F">
              <w:rPr>
                <w:rFonts w:cstheme="minorHAnsi"/>
                <w:sz w:val="24"/>
                <w:szCs w:val="24"/>
              </w:rPr>
              <w:t>Po wejściu w życie Programu Ochrony Ludności i Obrony Cywilnej na lata 2025-2026 w</w:t>
            </w:r>
            <w:r w:rsidR="000C0ACA">
              <w:rPr>
                <w:rFonts w:cstheme="minorHAnsi"/>
                <w:sz w:val="24"/>
                <w:szCs w:val="24"/>
              </w:rPr>
              <w:t xml:space="preserve"> </w:t>
            </w:r>
            <w:r w:rsidRPr="00E17D1F">
              <w:rPr>
                <w:rFonts w:cstheme="minorHAnsi"/>
                <w:sz w:val="24"/>
                <w:szCs w:val="24"/>
              </w:rPr>
              <w:t>czerwcu 2025 r. bezzwłocznie rozpoczęto jego realizację. Zgodnie z</w:t>
            </w:r>
            <w:r w:rsidR="00D93E0C">
              <w:rPr>
                <w:rFonts w:cstheme="minorHAnsi"/>
                <w:sz w:val="24"/>
                <w:szCs w:val="24"/>
              </w:rPr>
              <w:t> </w:t>
            </w:r>
            <w:r w:rsidRPr="00E17D1F">
              <w:rPr>
                <w:rFonts w:cstheme="minorHAnsi"/>
                <w:sz w:val="24"/>
                <w:szCs w:val="24"/>
              </w:rPr>
              <w:t>art.</w:t>
            </w:r>
            <w:r w:rsidR="00D93E0C">
              <w:rPr>
                <w:rFonts w:cstheme="minorHAnsi"/>
                <w:sz w:val="24"/>
                <w:szCs w:val="24"/>
              </w:rPr>
              <w:t> </w:t>
            </w:r>
            <w:r w:rsidRPr="00E17D1F">
              <w:rPr>
                <w:rFonts w:cstheme="minorHAnsi"/>
                <w:sz w:val="24"/>
                <w:szCs w:val="24"/>
              </w:rPr>
              <w:t xml:space="preserve">199 ust. 3 ustawy  z dnia 5 grudnia 2024 r. o ochronie ludności i obronie cywilnej w terminie 60 dni od dnia zatwierdzenia pierwszego Programu Ochrony Ludności i Obrony Cywilnej minister właściwy do spraw finansów publicznych, na zgodny wniosek ministra właściwego do spraw wewnętrznych i Ministra Obrony Narodowej, dokonał przeniesień wydatków zaplanowanych w dziale </w:t>
            </w:r>
            <w:r w:rsidRPr="00E17D1F">
              <w:rPr>
                <w:rFonts w:cstheme="minorHAnsi"/>
                <w:sz w:val="24"/>
                <w:szCs w:val="24"/>
              </w:rPr>
              <w:lastRenderedPageBreak/>
              <w:t>„obrona narodowa” między częściami budżetu państwa</w:t>
            </w:r>
            <w:r w:rsidR="00CB7FD1">
              <w:rPr>
                <w:rFonts w:cstheme="minorHAnsi"/>
                <w:sz w:val="24"/>
                <w:szCs w:val="24"/>
              </w:rPr>
              <w:t>, co dało możliwość finansowania zadań Programu</w:t>
            </w:r>
            <w:r w:rsidRPr="00E17D1F">
              <w:rPr>
                <w:rFonts w:cstheme="minorHAnsi"/>
                <w:sz w:val="24"/>
                <w:szCs w:val="24"/>
              </w:rPr>
              <w:t>.</w:t>
            </w:r>
          </w:p>
          <w:p w:rsidR="008B0B0B" w:rsidRPr="00E17D1F" w:rsidRDefault="00014B9E" w:rsidP="00F51484">
            <w:pPr>
              <w:spacing w:after="60" w:line="276" w:lineRule="auto"/>
              <w:jc w:val="both"/>
              <w:rPr>
                <w:rFonts w:cstheme="minorHAnsi"/>
                <w:sz w:val="24"/>
                <w:szCs w:val="24"/>
              </w:rPr>
            </w:pPr>
            <w:r>
              <w:rPr>
                <w:rFonts w:cstheme="minorHAnsi"/>
                <w:sz w:val="24"/>
                <w:szCs w:val="24"/>
              </w:rPr>
              <w:t xml:space="preserve">W dniu </w:t>
            </w:r>
            <w:r w:rsidR="008B0B0B" w:rsidRPr="00E17D1F">
              <w:rPr>
                <w:rFonts w:cstheme="minorHAnsi"/>
                <w:sz w:val="24"/>
                <w:szCs w:val="24"/>
              </w:rPr>
              <w:t>26 czerwca 2025 r. Minister Spraw Wewnętrznych i Administracji oraz Minister Obrony Narodowej uzgodnili podział środków finansowych na zadania ochrony ludności i obrony cywilnej w 2025 r. na podstawie art. 155 w związku z</w:t>
            </w:r>
            <w:r>
              <w:rPr>
                <w:rFonts w:cstheme="minorHAnsi"/>
                <w:sz w:val="24"/>
                <w:szCs w:val="24"/>
              </w:rPr>
              <w:t> </w:t>
            </w:r>
            <w:r w:rsidR="008B0B0B" w:rsidRPr="00E17D1F">
              <w:rPr>
                <w:rFonts w:cstheme="minorHAnsi"/>
                <w:sz w:val="24"/>
                <w:szCs w:val="24"/>
              </w:rPr>
              <w:t>art. 199 ustawy z dnia 5 grudnia 202</w:t>
            </w:r>
            <w:r w:rsidR="00F759EB">
              <w:rPr>
                <w:rFonts w:cstheme="minorHAnsi"/>
                <w:sz w:val="24"/>
                <w:szCs w:val="24"/>
              </w:rPr>
              <w:t>4</w:t>
            </w:r>
            <w:r w:rsidR="008B0B0B" w:rsidRPr="00E17D1F">
              <w:rPr>
                <w:rFonts w:cstheme="minorHAnsi"/>
                <w:sz w:val="24"/>
                <w:szCs w:val="24"/>
              </w:rPr>
              <w:t xml:space="preserve"> r. o ochronie ludności i obronie cywilnej. </w:t>
            </w:r>
            <w:r>
              <w:rPr>
                <w:rFonts w:cstheme="minorHAnsi"/>
                <w:sz w:val="24"/>
                <w:szCs w:val="24"/>
              </w:rPr>
              <w:t xml:space="preserve">W dniu </w:t>
            </w:r>
            <w:r w:rsidR="008B0B0B" w:rsidRPr="00E17D1F">
              <w:rPr>
                <w:rFonts w:cstheme="minorHAnsi"/>
                <w:sz w:val="24"/>
                <w:szCs w:val="24"/>
              </w:rPr>
              <w:t>3 lipca 2025 r. Minister Spraw Wewnętrznych i</w:t>
            </w:r>
            <w:r w:rsidR="008B0B0B">
              <w:rPr>
                <w:rFonts w:cstheme="minorHAnsi"/>
                <w:sz w:val="24"/>
                <w:szCs w:val="24"/>
              </w:rPr>
              <w:t> </w:t>
            </w:r>
            <w:r w:rsidR="008B0B0B" w:rsidRPr="00E17D1F">
              <w:rPr>
                <w:rFonts w:cstheme="minorHAnsi"/>
                <w:sz w:val="24"/>
                <w:szCs w:val="24"/>
              </w:rPr>
              <w:t>Administracji zwrócił się do Ministra Finansów o dokonanie przen</w:t>
            </w:r>
            <w:r>
              <w:rPr>
                <w:rFonts w:cstheme="minorHAnsi"/>
                <w:sz w:val="24"/>
                <w:szCs w:val="24"/>
              </w:rPr>
              <w:t>iesień wydatków zaplanowanych w </w:t>
            </w:r>
            <w:r w:rsidR="008B0B0B" w:rsidRPr="00E17D1F">
              <w:rPr>
                <w:rFonts w:cstheme="minorHAnsi"/>
                <w:sz w:val="24"/>
                <w:szCs w:val="24"/>
              </w:rPr>
              <w:t xml:space="preserve">dziale „obrona narodowa” między częściami budżetu państwa. </w:t>
            </w:r>
            <w:r>
              <w:rPr>
                <w:rFonts w:cstheme="minorHAnsi"/>
                <w:sz w:val="24"/>
                <w:szCs w:val="24"/>
              </w:rPr>
              <w:t>W dniu 11 </w:t>
            </w:r>
            <w:r w:rsidR="008B0B0B" w:rsidRPr="00E17D1F">
              <w:rPr>
                <w:rFonts w:cstheme="minorHAnsi"/>
                <w:sz w:val="24"/>
                <w:szCs w:val="24"/>
              </w:rPr>
              <w:t>lipca 2025 r. Minister Spraw Wewnętrznych i Administracji przedstawił wojewodom podział przyznanych im środków. Przy podziale środków przedstawiono Zalecenia w sprawie podziału i</w:t>
            </w:r>
            <w:r w:rsidR="008B0B0B">
              <w:rPr>
                <w:rFonts w:cstheme="minorHAnsi"/>
                <w:sz w:val="24"/>
                <w:szCs w:val="24"/>
              </w:rPr>
              <w:t> </w:t>
            </w:r>
            <w:r w:rsidR="008B0B0B" w:rsidRPr="00E17D1F">
              <w:rPr>
                <w:rFonts w:cstheme="minorHAnsi"/>
                <w:sz w:val="24"/>
                <w:szCs w:val="24"/>
              </w:rPr>
              <w:t xml:space="preserve">rozliczenia środków przez wojewodów z Programu ochrony ludności i obrony cywilnej w roku 2025 dla jednostek samorządu terytorialnego. </w:t>
            </w:r>
            <w:r>
              <w:rPr>
                <w:rFonts w:cstheme="minorHAnsi"/>
                <w:sz w:val="24"/>
                <w:szCs w:val="24"/>
              </w:rPr>
              <w:t xml:space="preserve">W dniu </w:t>
            </w:r>
            <w:r w:rsidR="008B0B0B" w:rsidRPr="00E17D1F">
              <w:rPr>
                <w:rFonts w:cstheme="minorHAnsi"/>
                <w:sz w:val="24"/>
                <w:szCs w:val="24"/>
              </w:rPr>
              <w:t>20 sierpnia 2025</w:t>
            </w:r>
            <w:r w:rsidR="000C0ACA">
              <w:rPr>
                <w:rFonts w:cstheme="minorHAnsi"/>
                <w:sz w:val="24"/>
                <w:szCs w:val="24"/>
              </w:rPr>
              <w:t> </w:t>
            </w:r>
            <w:r w:rsidR="008B0B0B" w:rsidRPr="00E17D1F">
              <w:rPr>
                <w:rFonts w:cstheme="minorHAnsi"/>
                <w:sz w:val="24"/>
                <w:szCs w:val="24"/>
              </w:rPr>
              <w:t xml:space="preserve">r. Minister Spraw Wewnętrznych i Administracji zwrócił się do Ministra Finansów o ujęcie limitów wydatków poszczególnych dysponentów w projekcie budżetu państwa na rok 2026 r. Środki </w:t>
            </w:r>
            <w:r w:rsidR="00F759EB">
              <w:rPr>
                <w:rFonts w:cstheme="minorHAnsi"/>
                <w:sz w:val="24"/>
                <w:szCs w:val="24"/>
              </w:rPr>
              <w:t>na rok</w:t>
            </w:r>
            <w:r w:rsidR="008B0B0B" w:rsidRPr="00E17D1F">
              <w:rPr>
                <w:rFonts w:cstheme="minorHAnsi"/>
                <w:sz w:val="24"/>
                <w:szCs w:val="24"/>
              </w:rPr>
              <w:t xml:space="preserve"> 2026 zostały rozdysponowane zgodnie z zasadami planowania budżetowego.</w:t>
            </w:r>
          </w:p>
          <w:p w:rsidR="00307A52" w:rsidRDefault="00160885" w:rsidP="00F51484">
            <w:pPr>
              <w:spacing w:after="60" w:line="276" w:lineRule="auto"/>
              <w:jc w:val="both"/>
              <w:rPr>
                <w:rFonts w:cstheme="minorHAnsi"/>
                <w:sz w:val="24"/>
                <w:szCs w:val="24"/>
              </w:rPr>
            </w:pPr>
            <w:r>
              <w:rPr>
                <w:rFonts w:cstheme="minorHAnsi"/>
                <w:sz w:val="24"/>
                <w:szCs w:val="24"/>
              </w:rPr>
              <w:t>W</w:t>
            </w:r>
            <w:r w:rsidR="008B0B0B" w:rsidRPr="00E17D1F">
              <w:rPr>
                <w:rFonts w:cstheme="minorHAnsi"/>
                <w:sz w:val="24"/>
                <w:szCs w:val="24"/>
              </w:rPr>
              <w:t xml:space="preserve"> Programie Ochrony Ludności i Obrony Cywilnej na lata 2025-2026 </w:t>
            </w:r>
            <w:r>
              <w:rPr>
                <w:rFonts w:cstheme="minorHAnsi"/>
                <w:sz w:val="24"/>
                <w:szCs w:val="24"/>
              </w:rPr>
              <w:t>przyjęto następujący podział środków</w:t>
            </w:r>
            <w:r w:rsidR="008B0B0B" w:rsidRPr="00E17D1F">
              <w:rPr>
                <w:rFonts w:cstheme="minorHAnsi"/>
                <w:sz w:val="24"/>
                <w:szCs w:val="24"/>
              </w:rPr>
              <w:t>:</w:t>
            </w:r>
          </w:p>
          <w:p w:rsidR="007B6529" w:rsidRPr="007B6529" w:rsidRDefault="007B6529" w:rsidP="00F51484">
            <w:pPr>
              <w:spacing w:after="60" w:line="276" w:lineRule="auto"/>
              <w:jc w:val="both"/>
              <w:rPr>
                <w:rFonts w:cstheme="minorHAnsi"/>
                <w:sz w:val="6"/>
                <w:szCs w:val="24"/>
              </w:rPr>
            </w:pPr>
          </w:p>
          <w:tbl>
            <w:tblPr>
              <w:tblStyle w:val="Tabela-Siatka"/>
              <w:tblW w:w="0" w:type="auto"/>
              <w:tblLayout w:type="fixed"/>
              <w:tblLook w:val="04A0" w:firstRow="1" w:lastRow="0" w:firstColumn="1" w:lastColumn="0" w:noHBand="0" w:noVBand="1"/>
            </w:tblPr>
            <w:tblGrid>
              <w:gridCol w:w="1439"/>
              <w:gridCol w:w="2829"/>
              <w:gridCol w:w="1719"/>
              <w:gridCol w:w="1720"/>
            </w:tblGrid>
            <w:tr w:rsidR="00831404" w:rsidTr="00432E92">
              <w:tc>
                <w:tcPr>
                  <w:tcW w:w="7707" w:type="dxa"/>
                  <w:gridSpan w:val="4"/>
                  <w:tcBorders>
                    <w:top w:val="nil"/>
                    <w:left w:val="nil"/>
                    <w:right w:val="nil"/>
                  </w:tcBorders>
                  <w:vAlign w:val="center"/>
                </w:tcPr>
                <w:p w:rsidR="00831404" w:rsidRPr="000D4A3A" w:rsidRDefault="00831404" w:rsidP="00F51484">
                  <w:pPr>
                    <w:spacing w:after="60"/>
                    <w:rPr>
                      <w:rFonts w:cstheme="minorHAnsi"/>
                      <w:b/>
                      <w:szCs w:val="23"/>
                    </w:rPr>
                  </w:pPr>
                  <w:r w:rsidRPr="00432E92">
                    <w:rPr>
                      <w:rFonts w:cstheme="minorHAnsi"/>
                      <w:b/>
                      <w:color w:val="0070C0"/>
                      <w:sz w:val="20"/>
                      <w:szCs w:val="23"/>
                    </w:rPr>
                    <w:t xml:space="preserve">Tabela 1. </w:t>
                  </w:r>
                  <w:r w:rsidRPr="00432E92">
                    <w:rPr>
                      <w:rFonts w:cstheme="minorHAnsi"/>
                      <w:sz w:val="20"/>
                      <w:szCs w:val="23"/>
                    </w:rPr>
                    <w:t>Podział środków na lata 2025-2026</w:t>
                  </w:r>
                </w:p>
              </w:tc>
            </w:tr>
            <w:tr w:rsidR="00D93E0C" w:rsidTr="00744186">
              <w:tc>
                <w:tcPr>
                  <w:tcW w:w="1439" w:type="dxa"/>
                  <w:vAlign w:val="center"/>
                </w:tcPr>
                <w:p w:rsidR="00D93E0C" w:rsidRPr="00C776F0" w:rsidRDefault="00D93E0C" w:rsidP="00F51484">
                  <w:pPr>
                    <w:jc w:val="center"/>
                    <w:rPr>
                      <w:rFonts w:cstheme="minorHAnsi"/>
                      <w:b/>
                      <w:sz w:val="18"/>
                      <w:szCs w:val="18"/>
                    </w:rPr>
                  </w:pPr>
                  <w:r w:rsidRPr="00C776F0">
                    <w:rPr>
                      <w:rFonts w:cstheme="minorHAnsi"/>
                      <w:b/>
                      <w:sz w:val="18"/>
                      <w:szCs w:val="18"/>
                    </w:rPr>
                    <w:t>Nr części budżetowej</w:t>
                  </w:r>
                </w:p>
              </w:tc>
              <w:tc>
                <w:tcPr>
                  <w:tcW w:w="2829" w:type="dxa"/>
                  <w:vAlign w:val="center"/>
                </w:tcPr>
                <w:p w:rsidR="00D93E0C" w:rsidRPr="00C776F0" w:rsidRDefault="00D93E0C" w:rsidP="00F51484">
                  <w:pPr>
                    <w:jc w:val="center"/>
                    <w:rPr>
                      <w:rFonts w:cstheme="minorHAnsi"/>
                      <w:b/>
                      <w:sz w:val="18"/>
                      <w:szCs w:val="18"/>
                    </w:rPr>
                  </w:pPr>
                  <w:r w:rsidRPr="00C776F0">
                    <w:rPr>
                      <w:rFonts w:cstheme="minorHAnsi"/>
                      <w:b/>
                      <w:sz w:val="18"/>
                      <w:szCs w:val="18"/>
                    </w:rPr>
                    <w:t>Województwo/dysponent</w:t>
                  </w:r>
                </w:p>
              </w:tc>
              <w:tc>
                <w:tcPr>
                  <w:tcW w:w="1719" w:type="dxa"/>
                  <w:vAlign w:val="center"/>
                </w:tcPr>
                <w:p w:rsidR="00D93E0C" w:rsidRPr="00C776F0" w:rsidRDefault="00D93E0C" w:rsidP="00F51484">
                  <w:pPr>
                    <w:jc w:val="center"/>
                    <w:rPr>
                      <w:rFonts w:cstheme="minorHAnsi"/>
                      <w:b/>
                      <w:sz w:val="18"/>
                      <w:szCs w:val="18"/>
                    </w:rPr>
                  </w:pPr>
                  <w:r w:rsidRPr="00C776F0">
                    <w:rPr>
                      <w:rFonts w:cstheme="minorHAnsi"/>
                      <w:b/>
                      <w:sz w:val="18"/>
                      <w:szCs w:val="18"/>
                    </w:rPr>
                    <w:t xml:space="preserve">Kwoty w 2025 roku </w:t>
                  </w:r>
                  <w:r w:rsidRPr="00C776F0">
                    <w:rPr>
                      <w:rFonts w:cstheme="minorHAnsi"/>
                      <w:b/>
                      <w:sz w:val="18"/>
                      <w:szCs w:val="18"/>
                    </w:rPr>
                    <w:br/>
                    <w:t>(w tys. zł)</w:t>
                  </w:r>
                </w:p>
              </w:tc>
              <w:tc>
                <w:tcPr>
                  <w:tcW w:w="1720" w:type="dxa"/>
                  <w:vAlign w:val="center"/>
                </w:tcPr>
                <w:p w:rsidR="00D93E0C" w:rsidRPr="00C776F0" w:rsidRDefault="00D93E0C" w:rsidP="00F51484">
                  <w:pPr>
                    <w:jc w:val="center"/>
                    <w:rPr>
                      <w:rFonts w:cstheme="minorHAnsi"/>
                      <w:b/>
                      <w:sz w:val="18"/>
                      <w:szCs w:val="18"/>
                    </w:rPr>
                  </w:pPr>
                  <w:r w:rsidRPr="00C776F0">
                    <w:rPr>
                      <w:rFonts w:cstheme="minorHAnsi"/>
                      <w:b/>
                      <w:sz w:val="18"/>
                      <w:szCs w:val="18"/>
                    </w:rPr>
                    <w:t xml:space="preserve">Kwoty w 2026 roku </w:t>
                  </w:r>
                  <w:r w:rsidRPr="00C776F0">
                    <w:rPr>
                      <w:rFonts w:cstheme="minorHAnsi"/>
                      <w:b/>
                      <w:sz w:val="18"/>
                      <w:szCs w:val="18"/>
                    </w:rPr>
                    <w:br/>
                    <w:t>(w tys. zł)</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85/02</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dolnośląskie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356 905</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381 092</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85/04</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kujawsko-pomorskie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239 084</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255 287</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85/06</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lubelskie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277 733</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296 554</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85/08</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lubuskie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118 900</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126 957</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85/10</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łódzkie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282 831</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301 998</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85/12</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małopolskie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388 514</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414 844</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85/14</w:t>
                  </w:r>
                </w:p>
              </w:tc>
              <w:tc>
                <w:tcPr>
                  <w:tcW w:w="2829" w:type="dxa"/>
                  <w:vAlign w:val="center"/>
                </w:tcPr>
                <w:p w:rsidR="00D93E0C" w:rsidRPr="00C776F0" w:rsidRDefault="00F759EB" w:rsidP="00F51484">
                  <w:pPr>
                    <w:jc w:val="center"/>
                    <w:rPr>
                      <w:rFonts w:cstheme="minorHAnsi"/>
                      <w:sz w:val="18"/>
                      <w:szCs w:val="18"/>
                    </w:rPr>
                  </w:pPr>
                  <w:r w:rsidRPr="00C776F0">
                    <w:rPr>
                      <w:rFonts w:cstheme="minorHAnsi"/>
                      <w:sz w:val="18"/>
                      <w:szCs w:val="18"/>
                    </w:rPr>
                    <w:t>m</w:t>
                  </w:r>
                  <w:r w:rsidR="00CE0303" w:rsidRPr="00C776F0">
                    <w:rPr>
                      <w:rFonts w:cstheme="minorHAnsi"/>
                      <w:sz w:val="18"/>
                      <w:szCs w:val="18"/>
                    </w:rPr>
                    <w:t>azowieckie (bez </w:t>
                  </w:r>
                  <w:r w:rsidR="00D93E0C" w:rsidRPr="00C776F0">
                    <w:rPr>
                      <w:rFonts w:cstheme="minorHAnsi"/>
                      <w:sz w:val="18"/>
                      <w:szCs w:val="18"/>
                    </w:rPr>
                    <w:t>Warszawy)</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451 975</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482 606</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85/16</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opolskie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108 194</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115 526</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85/18</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podkarpackie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278 777</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297 669</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85/20</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podlaskie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161 132</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172 051</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85/22</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pomorskie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283 792</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303 025</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85/24</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śląskie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528 862</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564 703</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85/26</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świętokrzyskie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132 368</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141 338</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85/28</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warmińsko-mazurskie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191 350</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204 318</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85/30</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wielkopolskie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410 093</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437 884</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85/32</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zachodniopomorskie</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203 704</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217 509</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85/14</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Warszawa</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213 412</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227 875</w:t>
                  </w:r>
                </w:p>
              </w:tc>
            </w:tr>
            <w:tr w:rsidR="00D93E0C" w:rsidTr="00744186">
              <w:tc>
                <w:tcPr>
                  <w:tcW w:w="1439" w:type="dxa"/>
                  <w:vAlign w:val="center"/>
                </w:tcPr>
                <w:p w:rsidR="00D93E0C" w:rsidRPr="00C776F0" w:rsidRDefault="00D93E0C" w:rsidP="00F51484">
                  <w:pPr>
                    <w:jc w:val="center"/>
                    <w:rPr>
                      <w:rFonts w:cstheme="minorHAnsi"/>
                      <w:sz w:val="18"/>
                      <w:szCs w:val="18"/>
                    </w:rPr>
                  </w:pPr>
                  <w:r w:rsidRPr="00C776F0">
                    <w:rPr>
                      <w:rFonts w:cstheme="minorHAnsi"/>
                      <w:sz w:val="18"/>
                      <w:szCs w:val="18"/>
                    </w:rPr>
                    <w:t>42</w:t>
                  </w:r>
                </w:p>
              </w:tc>
              <w:tc>
                <w:tcPr>
                  <w:tcW w:w="2829" w:type="dxa"/>
                  <w:vAlign w:val="center"/>
                </w:tcPr>
                <w:p w:rsidR="00D93E0C" w:rsidRPr="00C776F0" w:rsidRDefault="00D93E0C" w:rsidP="00F51484">
                  <w:pPr>
                    <w:jc w:val="center"/>
                    <w:rPr>
                      <w:rFonts w:cstheme="minorHAnsi"/>
                      <w:sz w:val="18"/>
                      <w:szCs w:val="18"/>
                    </w:rPr>
                  </w:pPr>
                  <w:r w:rsidRPr="00C776F0">
                    <w:rPr>
                      <w:rFonts w:cstheme="minorHAnsi"/>
                      <w:sz w:val="18"/>
                      <w:szCs w:val="18"/>
                    </w:rPr>
                    <w:t>MSWiA</w:t>
                  </w:r>
                </w:p>
              </w:tc>
              <w:tc>
                <w:tcPr>
                  <w:tcW w:w="1719" w:type="dxa"/>
                  <w:vAlign w:val="center"/>
                </w:tcPr>
                <w:p w:rsidR="00D93E0C" w:rsidRPr="00C776F0" w:rsidRDefault="00D93E0C" w:rsidP="00F51484">
                  <w:pPr>
                    <w:jc w:val="center"/>
                    <w:rPr>
                      <w:rFonts w:cstheme="minorHAnsi"/>
                      <w:sz w:val="18"/>
                      <w:szCs w:val="18"/>
                    </w:rPr>
                  </w:pPr>
                  <w:r w:rsidRPr="00C776F0">
                    <w:rPr>
                      <w:rFonts w:cstheme="minorHAnsi"/>
                      <w:sz w:val="18"/>
                      <w:szCs w:val="18"/>
                    </w:rPr>
                    <w:t>487 517</w:t>
                  </w:r>
                </w:p>
              </w:tc>
              <w:tc>
                <w:tcPr>
                  <w:tcW w:w="1720" w:type="dxa"/>
                  <w:vAlign w:val="center"/>
                </w:tcPr>
                <w:p w:rsidR="00D93E0C" w:rsidRPr="00C776F0" w:rsidRDefault="00D93E0C" w:rsidP="00F51484">
                  <w:pPr>
                    <w:jc w:val="center"/>
                    <w:rPr>
                      <w:rFonts w:cstheme="minorHAnsi"/>
                      <w:sz w:val="18"/>
                      <w:szCs w:val="18"/>
                    </w:rPr>
                  </w:pPr>
                  <w:r w:rsidRPr="00C776F0">
                    <w:rPr>
                      <w:rFonts w:cstheme="minorHAnsi"/>
                      <w:sz w:val="18"/>
                      <w:szCs w:val="18"/>
                    </w:rPr>
                    <w:t>520 564</w:t>
                  </w:r>
                </w:p>
              </w:tc>
            </w:tr>
            <w:tr w:rsidR="00D93E0C" w:rsidTr="00C776F0">
              <w:tc>
                <w:tcPr>
                  <w:tcW w:w="4268" w:type="dxa"/>
                  <w:gridSpan w:val="2"/>
                  <w:tcBorders>
                    <w:bottom w:val="single" w:sz="4" w:space="0" w:color="auto"/>
                  </w:tcBorders>
                  <w:vAlign w:val="center"/>
                </w:tcPr>
                <w:p w:rsidR="00D93E0C" w:rsidRPr="00C776F0" w:rsidRDefault="00D93E0C" w:rsidP="00F51484">
                  <w:pPr>
                    <w:jc w:val="center"/>
                    <w:rPr>
                      <w:rFonts w:cstheme="minorHAnsi"/>
                      <w:b/>
                      <w:sz w:val="18"/>
                      <w:szCs w:val="18"/>
                    </w:rPr>
                  </w:pPr>
                  <w:r w:rsidRPr="00C776F0">
                    <w:rPr>
                      <w:rFonts w:cstheme="minorHAnsi"/>
                      <w:b/>
                      <w:sz w:val="18"/>
                      <w:szCs w:val="18"/>
                    </w:rPr>
                    <w:t>Ogółem:</w:t>
                  </w:r>
                </w:p>
              </w:tc>
              <w:tc>
                <w:tcPr>
                  <w:tcW w:w="1719" w:type="dxa"/>
                  <w:tcBorders>
                    <w:bottom w:val="single" w:sz="4" w:space="0" w:color="auto"/>
                  </w:tcBorders>
                  <w:vAlign w:val="center"/>
                </w:tcPr>
                <w:p w:rsidR="00D93E0C" w:rsidRPr="00C776F0" w:rsidRDefault="00D93E0C" w:rsidP="00F51484">
                  <w:pPr>
                    <w:jc w:val="center"/>
                    <w:rPr>
                      <w:rFonts w:cstheme="minorHAnsi"/>
                      <w:sz w:val="18"/>
                      <w:szCs w:val="18"/>
                    </w:rPr>
                  </w:pPr>
                  <w:r w:rsidRPr="00C776F0">
                    <w:rPr>
                      <w:rFonts w:cstheme="minorHAnsi"/>
                      <w:sz w:val="18"/>
                      <w:szCs w:val="18"/>
                    </w:rPr>
                    <w:t>5 115</w:t>
                  </w:r>
                  <w:r w:rsidR="00513E3D" w:rsidRPr="00C776F0">
                    <w:rPr>
                      <w:rFonts w:cstheme="minorHAnsi"/>
                      <w:sz w:val="18"/>
                      <w:szCs w:val="18"/>
                    </w:rPr>
                    <w:t> </w:t>
                  </w:r>
                  <w:r w:rsidRPr="00C776F0">
                    <w:rPr>
                      <w:rFonts w:cstheme="minorHAnsi"/>
                      <w:sz w:val="18"/>
                      <w:szCs w:val="18"/>
                    </w:rPr>
                    <w:t>150</w:t>
                  </w:r>
                  <w:r w:rsidR="00513E3D" w:rsidRPr="00C776F0">
                    <w:rPr>
                      <w:rFonts w:cstheme="minorHAnsi"/>
                      <w:sz w:val="18"/>
                      <w:szCs w:val="18"/>
                    </w:rPr>
                    <w:t>*</w:t>
                  </w:r>
                </w:p>
              </w:tc>
              <w:tc>
                <w:tcPr>
                  <w:tcW w:w="1720" w:type="dxa"/>
                  <w:tcBorders>
                    <w:bottom w:val="single" w:sz="4" w:space="0" w:color="auto"/>
                  </w:tcBorders>
                  <w:vAlign w:val="center"/>
                </w:tcPr>
                <w:p w:rsidR="00D93E0C" w:rsidRPr="00C776F0" w:rsidRDefault="00D93E0C" w:rsidP="00F51484">
                  <w:pPr>
                    <w:jc w:val="center"/>
                    <w:rPr>
                      <w:rFonts w:cstheme="minorHAnsi"/>
                      <w:sz w:val="18"/>
                      <w:szCs w:val="18"/>
                    </w:rPr>
                  </w:pPr>
                  <w:r w:rsidRPr="00C776F0">
                    <w:rPr>
                      <w:rFonts w:cstheme="minorHAnsi"/>
                      <w:sz w:val="18"/>
                      <w:szCs w:val="18"/>
                    </w:rPr>
                    <w:t>5 491</w:t>
                  </w:r>
                  <w:r w:rsidR="00513E3D" w:rsidRPr="00C776F0">
                    <w:rPr>
                      <w:rFonts w:cstheme="minorHAnsi"/>
                      <w:sz w:val="18"/>
                      <w:szCs w:val="18"/>
                    </w:rPr>
                    <w:t> </w:t>
                  </w:r>
                  <w:r w:rsidRPr="00C776F0">
                    <w:rPr>
                      <w:rFonts w:cstheme="minorHAnsi"/>
                      <w:sz w:val="18"/>
                      <w:szCs w:val="18"/>
                    </w:rPr>
                    <w:t>800</w:t>
                  </w:r>
                  <w:r w:rsidR="00513E3D" w:rsidRPr="00C776F0">
                    <w:rPr>
                      <w:rFonts w:cstheme="minorHAnsi"/>
                      <w:sz w:val="18"/>
                      <w:szCs w:val="18"/>
                    </w:rPr>
                    <w:t>*</w:t>
                  </w:r>
                </w:p>
              </w:tc>
            </w:tr>
            <w:tr w:rsidR="00513E3D" w:rsidTr="00C776F0">
              <w:tc>
                <w:tcPr>
                  <w:tcW w:w="7707" w:type="dxa"/>
                  <w:gridSpan w:val="4"/>
                  <w:tcBorders>
                    <w:left w:val="nil"/>
                    <w:bottom w:val="nil"/>
                    <w:right w:val="nil"/>
                  </w:tcBorders>
                  <w:vAlign w:val="center"/>
                </w:tcPr>
                <w:p w:rsidR="00513E3D" w:rsidRDefault="00513E3D" w:rsidP="00F51484">
                  <w:pPr>
                    <w:rPr>
                      <w:rFonts w:cstheme="minorHAnsi"/>
                      <w:sz w:val="18"/>
                      <w:szCs w:val="20"/>
                    </w:rPr>
                  </w:pPr>
                  <w:r w:rsidRPr="00C776F0">
                    <w:rPr>
                      <w:rFonts w:cstheme="minorHAnsi"/>
                      <w:sz w:val="18"/>
                      <w:szCs w:val="20"/>
                    </w:rPr>
                    <w:t>*k</w:t>
                  </w:r>
                  <w:r w:rsidR="00552128">
                    <w:rPr>
                      <w:rFonts w:cstheme="minorHAnsi"/>
                      <w:sz w:val="18"/>
                      <w:szCs w:val="20"/>
                    </w:rPr>
                    <w:t xml:space="preserve">woty zostały zaokrąglone do tysiąca złotych </w:t>
                  </w:r>
                </w:p>
                <w:p w:rsidR="00513E3D" w:rsidRPr="00C776F0" w:rsidRDefault="00513E3D" w:rsidP="00F51484">
                  <w:pPr>
                    <w:rPr>
                      <w:rFonts w:cstheme="minorHAnsi"/>
                      <w:sz w:val="8"/>
                      <w:szCs w:val="20"/>
                    </w:rPr>
                  </w:pPr>
                </w:p>
              </w:tc>
            </w:tr>
            <w:tr w:rsidR="00831404" w:rsidTr="00C776F0">
              <w:tc>
                <w:tcPr>
                  <w:tcW w:w="7707" w:type="dxa"/>
                  <w:gridSpan w:val="4"/>
                  <w:tcBorders>
                    <w:top w:val="nil"/>
                    <w:left w:val="nil"/>
                    <w:bottom w:val="nil"/>
                    <w:right w:val="nil"/>
                  </w:tcBorders>
                  <w:vAlign w:val="center"/>
                </w:tcPr>
                <w:p w:rsidR="00831404" w:rsidRPr="00432E92" w:rsidRDefault="00831404" w:rsidP="00F51484">
                  <w:pPr>
                    <w:rPr>
                      <w:rFonts w:cstheme="minorHAnsi"/>
                      <w:sz w:val="20"/>
                      <w:szCs w:val="20"/>
                    </w:rPr>
                  </w:pPr>
                  <w:r w:rsidRPr="00432E92">
                    <w:rPr>
                      <w:rFonts w:cstheme="minorHAnsi"/>
                      <w:sz w:val="20"/>
                      <w:szCs w:val="20"/>
                    </w:rPr>
                    <w:t>Źródło: opracowanie własne</w:t>
                  </w:r>
                </w:p>
              </w:tc>
            </w:tr>
          </w:tbl>
          <w:p w:rsidR="00356AF2" w:rsidRDefault="00356AF2" w:rsidP="00F51484">
            <w:pPr>
              <w:spacing w:after="60" w:line="276" w:lineRule="auto"/>
              <w:jc w:val="both"/>
              <w:rPr>
                <w:rFonts w:cstheme="minorHAnsi"/>
                <w:sz w:val="24"/>
                <w:szCs w:val="24"/>
              </w:rPr>
            </w:pP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Kryterium wyjściowym podziału środków w ramach Programu w roku 2025</w:t>
            </w:r>
            <w:r w:rsidR="00160885">
              <w:rPr>
                <w:rFonts w:cstheme="minorHAnsi"/>
                <w:sz w:val="24"/>
                <w:szCs w:val="24"/>
              </w:rPr>
              <w:t xml:space="preserve"> i </w:t>
            </w:r>
            <w:r w:rsidRPr="008B0B0B">
              <w:rPr>
                <w:rFonts w:cstheme="minorHAnsi"/>
                <w:sz w:val="24"/>
                <w:szCs w:val="24"/>
              </w:rPr>
              <w:t xml:space="preserve">2026 było założenie, że </w:t>
            </w:r>
            <w:r w:rsidR="00160885">
              <w:rPr>
                <w:rFonts w:cstheme="minorHAnsi"/>
                <w:sz w:val="24"/>
                <w:szCs w:val="24"/>
              </w:rPr>
              <w:t xml:space="preserve">co najmniej </w:t>
            </w:r>
            <w:r w:rsidRPr="008B0B0B">
              <w:rPr>
                <w:rFonts w:cstheme="minorHAnsi"/>
                <w:sz w:val="24"/>
                <w:szCs w:val="24"/>
              </w:rPr>
              <w:t xml:space="preserve">90% zostanie przeznaczone dla </w:t>
            </w:r>
            <w:r w:rsidRPr="008B0B0B">
              <w:rPr>
                <w:rFonts w:cstheme="minorHAnsi"/>
                <w:sz w:val="24"/>
                <w:szCs w:val="24"/>
              </w:rPr>
              <w:lastRenderedPageBreak/>
              <w:t xml:space="preserve">województw, w tym 90% z tej kwoty na zadania realizowane przez samorządy. </w:t>
            </w:r>
            <w:r w:rsidR="008A4746">
              <w:rPr>
                <w:rFonts w:cstheme="minorHAnsi"/>
                <w:sz w:val="24"/>
                <w:szCs w:val="24"/>
              </w:rPr>
              <w:t xml:space="preserve">Pozostałe </w:t>
            </w:r>
            <w:r w:rsidRPr="008B0B0B">
              <w:rPr>
                <w:rFonts w:cstheme="minorHAnsi"/>
                <w:sz w:val="24"/>
                <w:szCs w:val="24"/>
              </w:rPr>
              <w:t xml:space="preserve"> 10% zostanie przeznaczone na zadania ponadlokalne, inwestycje pilotażowe oraz strategiczne (centralne).</w:t>
            </w:r>
          </w:p>
          <w:p w:rsidR="00744186" w:rsidRPr="008B0B0B" w:rsidRDefault="00744186" w:rsidP="00F51484">
            <w:pPr>
              <w:spacing w:after="60" w:line="276" w:lineRule="auto"/>
              <w:jc w:val="both"/>
              <w:rPr>
                <w:rFonts w:cstheme="minorHAnsi"/>
                <w:sz w:val="24"/>
                <w:szCs w:val="24"/>
              </w:rPr>
            </w:pPr>
            <w:r w:rsidRPr="008B0B0B">
              <w:rPr>
                <w:rFonts w:cstheme="minorHAnsi"/>
                <w:sz w:val="24"/>
                <w:szCs w:val="24"/>
              </w:rPr>
              <w:t>Następnie pula przeznaczona dla województw została podzielona według poniższych kryteriów:</w:t>
            </w:r>
          </w:p>
          <w:p w:rsidR="00744186" w:rsidRPr="008B0B0B" w:rsidRDefault="00744186" w:rsidP="00F51484">
            <w:pPr>
              <w:numPr>
                <w:ilvl w:val="0"/>
                <w:numId w:val="1"/>
              </w:numPr>
              <w:spacing w:after="60" w:line="276" w:lineRule="auto"/>
              <w:jc w:val="both"/>
              <w:rPr>
                <w:rFonts w:cstheme="minorHAnsi"/>
                <w:sz w:val="24"/>
                <w:szCs w:val="24"/>
              </w:rPr>
            </w:pPr>
            <w:r w:rsidRPr="008B0B0B">
              <w:rPr>
                <w:rFonts w:cstheme="minorHAnsi"/>
                <w:sz w:val="24"/>
                <w:szCs w:val="24"/>
              </w:rPr>
              <w:t>ogólna liczba mieszkańców w województwach;</w:t>
            </w:r>
          </w:p>
          <w:p w:rsidR="00744186" w:rsidRPr="008B0B0B" w:rsidRDefault="00744186" w:rsidP="00F51484">
            <w:pPr>
              <w:numPr>
                <w:ilvl w:val="0"/>
                <w:numId w:val="1"/>
              </w:numPr>
              <w:spacing w:after="60" w:line="276" w:lineRule="auto"/>
              <w:jc w:val="both"/>
              <w:rPr>
                <w:rFonts w:cstheme="minorHAnsi"/>
                <w:sz w:val="24"/>
                <w:szCs w:val="24"/>
              </w:rPr>
            </w:pPr>
            <w:r w:rsidRPr="008B0B0B">
              <w:rPr>
                <w:rFonts w:cstheme="minorHAnsi"/>
                <w:sz w:val="24"/>
                <w:szCs w:val="24"/>
              </w:rPr>
              <w:t>wskaźnik urbanizacji (liczba mieszkańców miast</w:t>
            </w:r>
            <w:r w:rsidR="00160885">
              <w:rPr>
                <w:rFonts w:cstheme="minorHAnsi"/>
                <w:sz w:val="24"/>
                <w:szCs w:val="24"/>
              </w:rPr>
              <w:t xml:space="preserve"> i wsi</w:t>
            </w:r>
            <w:r w:rsidRPr="008B0B0B">
              <w:rPr>
                <w:rFonts w:cstheme="minorHAnsi"/>
                <w:sz w:val="24"/>
                <w:szCs w:val="24"/>
              </w:rPr>
              <w:t xml:space="preserve"> do ogólnej liczby mieszkańców);</w:t>
            </w:r>
          </w:p>
          <w:p w:rsidR="00744186" w:rsidRPr="008B0B0B" w:rsidRDefault="00744186" w:rsidP="00F51484">
            <w:pPr>
              <w:numPr>
                <w:ilvl w:val="0"/>
                <w:numId w:val="1"/>
              </w:numPr>
              <w:spacing w:after="60" w:line="276" w:lineRule="auto"/>
              <w:jc w:val="both"/>
              <w:rPr>
                <w:rFonts w:cstheme="minorHAnsi"/>
                <w:sz w:val="24"/>
                <w:szCs w:val="24"/>
              </w:rPr>
            </w:pPr>
            <w:r w:rsidRPr="008B0B0B">
              <w:rPr>
                <w:rFonts w:cstheme="minorHAnsi"/>
                <w:sz w:val="24"/>
                <w:szCs w:val="24"/>
              </w:rPr>
              <w:t>wskaźnik zwiększonego bezpieczeństwa na wschodniej granicy Polski w</w:t>
            </w:r>
            <w:r>
              <w:rPr>
                <w:rFonts w:cstheme="minorHAnsi"/>
                <w:sz w:val="24"/>
                <w:szCs w:val="24"/>
              </w:rPr>
              <w:t> </w:t>
            </w:r>
            <w:r w:rsidRPr="008B0B0B">
              <w:rPr>
                <w:rFonts w:cstheme="minorHAnsi"/>
                <w:sz w:val="24"/>
                <w:szCs w:val="24"/>
              </w:rPr>
              <w:t>ramach Programu „Tarczy Wschód” dla województw: lubelskiego, podlaskiego, podkar</w:t>
            </w:r>
            <w:r w:rsidR="001127D6">
              <w:rPr>
                <w:rFonts w:cstheme="minorHAnsi"/>
                <w:sz w:val="24"/>
                <w:szCs w:val="24"/>
              </w:rPr>
              <w:t>packiego, warmińsko-mazurskiego</w:t>
            </w:r>
            <w:r w:rsidRPr="008B0B0B">
              <w:rPr>
                <w:rFonts w:cstheme="minorHAnsi"/>
                <w:sz w:val="24"/>
                <w:szCs w:val="24"/>
              </w:rPr>
              <w:t xml:space="preserve"> i części województwa mazowieckiego;</w:t>
            </w:r>
          </w:p>
          <w:p w:rsidR="00744186" w:rsidRPr="008B0B0B" w:rsidRDefault="00744186" w:rsidP="00F51484">
            <w:pPr>
              <w:numPr>
                <w:ilvl w:val="0"/>
                <w:numId w:val="1"/>
              </w:numPr>
              <w:spacing w:after="60" w:line="276" w:lineRule="auto"/>
              <w:jc w:val="both"/>
              <w:rPr>
                <w:rFonts w:cstheme="minorHAnsi"/>
                <w:sz w:val="24"/>
                <w:szCs w:val="24"/>
              </w:rPr>
            </w:pPr>
            <w:r w:rsidRPr="008B0B0B">
              <w:rPr>
                <w:rFonts w:cstheme="minorHAnsi"/>
                <w:sz w:val="24"/>
                <w:szCs w:val="24"/>
              </w:rPr>
              <w:t>miasto stołeczne Warszawa przy podziale środków traktowane było jak odrębne województwo z uwzględnieniem wskaźników: urbanizacji i</w:t>
            </w:r>
            <w:r>
              <w:rPr>
                <w:rFonts w:cstheme="minorHAnsi"/>
                <w:sz w:val="24"/>
                <w:szCs w:val="24"/>
              </w:rPr>
              <w:t> </w:t>
            </w:r>
            <w:r w:rsidRPr="008B0B0B">
              <w:rPr>
                <w:rFonts w:cstheme="minorHAnsi"/>
                <w:sz w:val="24"/>
                <w:szCs w:val="24"/>
              </w:rPr>
              <w:t>ogólnej liczby mieszkańców.</w:t>
            </w: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Program Ochrony Ludności i Obrony Cywilnej zo</w:t>
            </w:r>
            <w:r w:rsidR="00014B9E">
              <w:rPr>
                <w:rFonts w:cstheme="minorHAnsi"/>
                <w:sz w:val="24"/>
                <w:szCs w:val="24"/>
              </w:rPr>
              <w:t>stał jednokrotnie znowelizowany</w:t>
            </w:r>
            <w:r w:rsidRPr="008B0B0B">
              <w:rPr>
                <w:rFonts w:cstheme="minorHAnsi"/>
                <w:sz w:val="24"/>
                <w:szCs w:val="24"/>
              </w:rPr>
              <w:t xml:space="preserve"> uchwałą nr 151 Rady Ministrów z dnia 4 listopada 2025 r. zmieniającą uchwałę w sprawie zatwierdzenia Programu Ochrony Ludności i</w:t>
            </w:r>
            <w:r w:rsidR="00656E43">
              <w:rPr>
                <w:rFonts w:cstheme="minorHAnsi"/>
                <w:sz w:val="24"/>
                <w:szCs w:val="24"/>
              </w:rPr>
              <w:t> </w:t>
            </w:r>
            <w:r w:rsidR="00014B9E">
              <w:rPr>
                <w:rFonts w:cstheme="minorHAnsi"/>
                <w:sz w:val="24"/>
                <w:szCs w:val="24"/>
              </w:rPr>
              <w:t>Obrony Cywilnej na lata 2025–</w:t>
            </w:r>
            <w:r w:rsidRPr="008B0B0B">
              <w:rPr>
                <w:rFonts w:cstheme="minorHAnsi"/>
                <w:sz w:val="24"/>
                <w:szCs w:val="24"/>
              </w:rPr>
              <w:t xml:space="preserve">2026 (M.P. poz. 1143). Zmiana miała na celu usprawnienie wydatkowania środków </w:t>
            </w:r>
            <w:r w:rsidR="00160885">
              <w:rPr>
                <w:rFonts w:cstheme="minorHAnsi"/>
                <w:sz w:val="24"/>
                <w:szCs w:val="24"/>
              </w:rPr>
              <w:t>w</w:t>
            </w:r>
            <w:r w:rsidRPr="008B0B0B">
              <w:rPr>
                <w:rFonts w:cstheme="minorHAnsi"/>
                <w:sz w:val="24"/>
                <w:szCs w:val="24"/>
              </w:rPr>
              <w:t xml:space="preserve"> roku 2025.</w:t>
            </w: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Realizacja Programu w lata</w:t>
            </w:r>
            <w:r w:rsidR="00F759EB">
              <w:rPr>
                <w:rFonts w:cstheme="minorHAnsi"/>
                <w:sz w:val="24"/>
                <w:szCs w:val="24"/>
              </w:rPr>
              <w:t>ch</w:t>
            </w:r>
            <w:r w:rsidR="00014B9E">
              <w:rPr>
                <w:rFonts w:cstheme="minorHAnsi"/>
                <w:sz w:val="24"/>
                <w:szCs w:val="24"/>
              </w:rPr>
              <w:t xml:space="preserve"> 2025–</w:t>
            </w:r>
            <w:r w:rsidRPr="008B0B0B">
              <w:rPr>
                <w:rFonts w:cstheme="minorHAnsi"/>
                <w:sz w:val="24"/>
                <w:szCs w:val="24"/>
              </w:rPr>
              <w:t xml:space="preserve">2026 odbywała się przy ścisłej współpracy Ministerstwa Spraw Wewnętrznych i Administracji, Ministerstwa Obrony Narodowej, administracji rządowej w województwie, jednostek samorządu terytorialnego oraz innych organów administracji publicznej. Głównym instrumentem realizacji Programu było realizowanie inwestycji przez Ministra Spraw Wewnętrznych i Administracji, wojewodów oraz jednostki samorządu terytorialnego. Zgodnie z </w:t>
            </w:r>
            <w:r w:rsidR="005E7C17">
              <w:rPr>
                <w:rFonts w:cstheme="minorHAnsi"/>
                <w:sz w:val="24"/>
                <w:szCs w:val="24"/>
              </w:rPr>
              <w:t>uzgodnieniem pomiędzy</w:t>
            </w:r>
            <w:r w:rsidRPr="008B0B0B">
              <w:rPr>
                <w:rFonts w:cstheme="minorHAnsi"/>
                <w:sz w:val="24"/>
                <w:szCs w:val="24"/>
              </w:rPr>
              <w:t xml:space="preserve"> Minist</w:t>
            </w:r>
            <w:r w:rsidR="005E7C17">
              <w:rPr>
                <w:rFonts w:cstheme="minorHAnsi"/>
                <w:sz w:val="24"/>
                <w:szCs w:val="24"/>
              </w:rPr>
              <w:t>rem</w:t>
            </w:r>
            <w:r w:rsidRPr="008B0B0B">
              <w:rPr>
                <w:rFonts w:cstheme="minorHAnsi"/>
                <w:sz w:val="24"/>
                <w:szCs w:val="24"/>
              </w:rPr>
              <w:t xml:space="preserve"> Spraw Wewnętrznych i Administracji </w:t>
            </w:r>
            <w:r w:rsidR="005E7C17">
              <w:rPr>
                <w:rFonts w:cstheme="minorHAnsi"/>
                <w:sz w:val="24"/>
                <w:szCs w:val="24"/>
              </w:rPr>
              <w:t>a</w:t>
            </w:r>
            <w:r w:rsidRPr="008B0B0B">
              <w:rPr>
                <w:rFonts w:cstheme="minorHAnsi"/>
                <w:sz w:val="24"/>
                <w:szCs w:val="24"/>
              </w:rPr>
              <w:t xml:space="preserve"> Ministrem Obrony Narodowej, zakupy inwestycyjne o wartości powyżej 50 </w:t>
            </w:r>
            <w:r w:rsidR="009C0561">
              <w:rPr>
                <w:rFonts w:cstheme="minorHAnsi"/>
                <w:sz w:val="24"/>
                <w:szCs w:val="24"/>
              </w:rPr>
              <w:t>000</w:t>
            </w:r>
            <w:r w:rsidRPr="008B0B0B">
              <w:rPr>
                <w:rFonts w:cstheme="minorHAnsi"/>
                <w:sz w:val="24"/>
                <w:szCs w:val="24"/>
              </w:rPr>
              <w:t xml:space="preserve"> złotych oraz inwestycje budowlane finansowane ze środków Programu</w:t>
            </w:r>
            <w:r w:rsidR="00C6780E">
              <w:rPr>
                <w:rFonts w:cstheme="minorHAnsi"/>
                <w:sz w:val="24"/>
                <w:szCs w:val="24"/>
              </w:rPr>
              <w:t xml:space="preserve"> wymagają uzyskania pozytywnej opinii </w:t>
            </w:r>
            <w:r w:rsidR="008A4746">
              <w:rPr>
                <w:rFonts w:cstheme="minorHAnsi"/>
                <w:sz w:val="24"/>
                <w:szCs w:val="24"/>
              </w:rPr>
              <w:t xml:space="preserve">obu resortów </w:t>
            </w:r>
            <w:r w:rsidR="00C6780E">
              <w:rPr>
                <w:rFonts w:cstheme="minorHAnsi"/>
                <w:sz w:val="24"/>
                <w:szCs w:val="24"/>
              </w:rPr>
              <w:t>w zakresie ich realizacji</w:t>
            </w:r>
            <w:r w:rsidRPr="008B0B0B">
              <w:rPr>
                <w:rFonts w:cstheme="minorHAnsi"/>
                <w:sz w:val="24"/>
                <w:szCs w:val="24"/>
              </w:rPr>
              <w:t xml:space="preserve">. </w:t>
            </w:r>
          </w:p>
          <w:p w:rsidR="008B0B0B" w:rsidRPr="008B0B0B" w:rsidRDefault="00160885" w:rsidP="00F51484">
            <w:pPr>
              <w:spacing w:after="60" w:line="276" w:lineRule="auto"/>
              <w:jc w:val="both"/>
              <w:rPr>
                <w:rFonts w:cstheme="minorHAnsi"/>
                <w:sz w:val="24"/>
                <w:szCs w:val="24"/>
              </w:rPr>
            </w:pPr>
            <w:r>
              <w:rPr>
                <w:rFonts w:cstheme="minorHAnsi"/>
                <w:sz w:val="24"/>
                <w:szCs w:val="24"/>
              </w:rPr>
              <w:t>W</w:t>
            </w:r>
            <w:r w:rsidRPr="008B0B0B">
              <w:rPr>
                <w:rFonts w:cstheme="minorHAnsi"/>
                <w:sz w:val="24"/>
                <w:szCs w:val="24"/>
              </w:rPr>
              <w:t xml:space="preserve"> sprawozdaniu Rady Ministrów z</w:t>
            </w:r>
            <w:r>
              <w:rPr>
                <w:rFonts w:cstheme="minorHAnsi"/>
                <w:sz w:val="24"/>
                <w:szCs w:val="24"/>
              </w:rPr>
              <w:t> </w:t>
            </w:r>
            <w:r w:rsidRPr="008B0B0B">
              <w:rPr>
                <w:rFonts w:cstheme="minorHAnsi"/>
                <w:sz w:val="24"/>
                <w:szCs w:val="24"/>
              </w:rPr>
              <w:t>dnia 20 maja 2026 r. z wykonania ustawy z</w:t>
            </w:r>
            <w:r w:rsidR="00A42E75">
              <w:rPr>
                <w:rFonts w:cstheme="minorHAnsi"/>
                <w:sz w:val="24"/>
                <w:szCs w:val="24"/>
              </w:rPr>
              <w:t> </w:t>
            </w:r>
            <w:r w:rsidRPr="008B0B0B">
              <w:rPr>
                <w:rFonts w:cstheme="minorHAnsi"/>
                <w:sz w:val="24"/>
                <w:szCs w:val="24"/>
              </w:rPr>
              <w:t>dnia 5 grudnia 2024 r. o ochronie ludności i obronie cywilnej</w:t>
            </w:r>
            <w:r w:rsidR="005B1A2E">
              <w:rPr>
                <w:rFonts w:cstheme="minorHAnsi"/>
                <w:sz w:val="24"/>
                <w:szCs w:val="24"/>
              </w:rPr>
              <w:t xml:space="preserve"> zawarto</w:t>
            </w:r>
            <w:r w:rsidRPr="008B0B0B">
              <w:rPr>
                <w:rFonts w:cstheme="minorHAnsi"/>
                <w:sz w:val="24"/>
                <w:szCs w:val="24"/>
              </w:rPr>
              <w:t xml:space="preserve"> </w:t>
            </w:r>
            <w:r w:rsidR="005B1A2E">
              <w:rPr>
                <w:rFonts w:cstheme="minorHAnsi"/>
                <w:sz w:val="24"/>
                <w:szCs w:val="24"/>
              </w:rPr>
              <w:t>s</w:t>
            </w:r>
            <w:r w:rsidR="008B0B0B" w:rsidRPr="008B0B0B">
              <w:rPr>
                <w:rFonts w:cstheme="minorHAnsi"/>
                <w:sz w:val="24"/>
                <w:szCs w:val="24"/>
              </w:rPr>
              <w:t xml:space="preserve">zczegółowe dane dotyczące realizacji Programu Ochrony Ludności i Obrony Cywilnej </w:t>
            </w:r>
            <w:r>
              <w:rPr>
                <w:rFonts w:cstheme="minorHAnsi"/>
                <w:sz w:val="24"/>
                <w:szCs w:val="24"/>
              </w:rPr>
              <w:t>w</w:t>
            </w:r>
            <w:r w:rsidR="008B0B0B" w:rsidRPr="008B0B0B">
              <w:rPr>
                <w:rFonts w:cstheme="minorHAnsi"/>
                <w:sz w:val="24"/>
                <w:szCs w:val="24"/>
              </w:rPr>
              <w:t xml:space="preserve"> 2025, w tym informacje o zakupach, inwestycjach, wydatkowanych środkach, przeprowadzonych działaniach szkoleniowych oraz innych podejmowanych działaniach. </w:t>
            </w: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Ministerstwo Spraw Wewnętrznych i Administracji, w porozumieniu z</w:t>
            </w:r>
            <w:r w:rsidR="00D93E0C">
              <w:rPr>
                <w:rFonts w:cstheme="minorHAnsi"/>
                <w:sz w:val="24"/>
                <w:szCs w:val="24"/>
              </w:rPr>
              <w:t> </w:t>
            </w:r>
            <w:r w:rsidRPr="008B0B0B">
              <w:rPr>
                <w:rFonts w:cstheme="minorHAnsi"/>
                <w:sz w:val="24"/>
                <w:szCs w:val="24"/>
              </w:rPr>
              <w:t xml:space="preserve">Ministerstwem Obrony Narodowej oraz Rządowym Centrum Bezpieczeństwa </w:t>
            </w:r>
            <w:r w:rsidRPr="008B0B0B">
              <w:rPr>
                <w:rFonts w:cstheme="minorHAnsi"/>
                <w:sz w:val="24"/>
                <w:szCs w:val="24"/>
              </w:rPr>
              <w:lastRenderedPageBreak/>
              <w:t>opracowało, wydrukowało i rozesłało do wszystkich gospodarstw domowych w</w:t>
            </w:r>
            <w:r w:rsidR="00656E43">
              <w:rPr>
                <w:rFonts w:cstheme="minorHAnsi"/>
                <w:sz w:val="24"/>
                <w:szCs w:val="24"/>
              </w:rPr>
              <w:t> </w:t>
            </w:r>
            <w:r w:rsidRPr="008B0B0B">
              <w:rPr>
                <w:rFonts w:cstheme="minorHAnsi"/>
                <w:sz w:val="24"/>
                <w:szCs w:val="24"/>
              </w:rPr>
              <w:t xml:space="preserve">kraju Poradnik Bezpieczeństwa. </w:t>
            </w: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Minister Spraw Wewnętrznych i Administracji monitorował realizację programu oraz wspierał w tym zakresie administrację rządową w województwie i jednostki samorządu terytorialnego.</w:t>
            </w:r>
          </w:p>
          <w:p w:rsidR="006719ED" w:rsidRPr="007B6529" w:rsidRDefault="006719ED" w:rsidP="00F51484">
            <w:pPr>
              <w:spacing w:after="60" w:line="276" w:lineRule="auto"/>
              <w:jc w:val="both"/>
              <w:rPr>
                <w:sz w:val="24"/>
                <w:szCs w:val="24"/>
              </w:rPr>
            </w:pPr>
            <w:r w:rsidRPr="00356AF2">
              <w:rPr>
                <w:sz w:val="24"/>
                <w:szCs w:val="24"/>
              </w:rPr>
              <w:t>Ocena realizacji Programu w latach 2025 - 2026 pozwoliła wskazać następujące mocne strony:</w:t>
            </w:r>
          </w:p>
          <w:p w:rsidR="00532BD9" w:rsidRPr="007B6529" w:rsidRDefault="008B0B0B" w:rsidP="003924EC">
            <w:pPr>
              <w:pStyle w:val="Akapitzlist"/>
              <w:numPr>
                <w:ilvl w:val="0"/>
                <w:numId w:val="17"/>
              </w:numPr>
              <w:spacing w:after="60" w:line="276" w:lineRule="auto"/>
              <w:jc w:val="both"/>
              <w:rPr>
                <w:rFonts w:cstheme="minorHAnsi"/>
                <w:sz w:val="24"/>
                <w:szCs w:val="24"/>
              </w:rPr>
            </w:pPr>
            <w:r w:rsidRPr="007B6529">
              <w:rPr>
                <w:rFonts w:cstheme="minorHAnsi"/>
                <w:sz w:val="24"/>
                <w:szCs w:val="24"/>
              </w:rPr>
              <w:t xml:space="preserve">dostępność </w:t>
            </w:r>
            <w:r w:rsidR="001115D9" w:rsidRPr="007B6529">
              <w:rPr>
                <w:rFonts w:cstheme="minorHAnsi"/>
                <w:sz w:val="24"/>
                <w:szCs w:val="24"/>
              </w:rPr>
              <w:t xml:space="preserve">znacznych </w:t>
            </w:r>
            <w:r w:rsidRPr="007B6529">
              <w:rPr>
                <w:rFonts w:cstheme="minorHAnsi"/>
                <w:sz w:val="24"/>
                <w:szCs w:val="24"/>
              </w:rPr>
              <w:t>środków finansowych na najważniejsze zadania ochrony ludności i obrony cywilnej</w:t>
            </w:r>
            <w:r w:rsidR="00285014" w:rsidRPr="007B6529">
              <w:rPr>
                <w:rFonts w:cstheme="minorHAnsi"/>
                <w:sz w:val="24"/>
                <w:szCs w:val="24"/>
              </w:rPr>
              <w:t xml:space="preserve">, </w:t>
            </w:r>
            <w:r w:rsidR="001115D9" w:rsidRPr="007B6529">
              <w:rPr>
                <w:sz w:val="24"/>
                <w:szCs w:val="24"/>
              </w:rPr>
              <w:t>szczególnie na odtworzenie infrastruktury ochronnej,</w:t>
            </w:r>
            <w:r w:rsidR="00285014" w:rsidRPr="00356AF2">
              <w:rPr>
                <w:rFonts w:cstheme="minorHAnsi"/>
                <w:sz w:val="24"/>
                <w:szCs w:val="24"/>
              </w:rPr>
              <w:t xml:space="preserve"> </w:t>
            </w:r>
            <w:r w:rsidR="001115D9" w:rsidRPr="00356AF2">
              <w:rPr>
                <w:rFonts w:cstheme="minorHAnsi"/>
                <w:sz w:val="24"/>
                <w:szCs w:val="24"/>
              </w:rPr>
              <w:t xml:space="preserve">zakupy zasobów i </w:t>
            </w:r>
            <w:r w:rsidR="00285014" w:rsidRPr="00356AF2">
              <w:rPr>
                <w:rFonts w:cstheme="minorHAnsi"/>
                <w:sz w:val="24"/>
                <w:szCs w:val="24"/>
              </w:rPr>
              <w:t>dynamiczny rozwój bazy logistycznej</w:t>
            </w:r>
            <w:r w:rsidR="0011259A" w:rsidRPr="007B6529">
              <w:rPr>
                <w:rFonts w:cstheme="minorHAnsi"/>
                <w:sz w:val="24"/>
                <w:szCs w:val="24"/>
              </w:rPr>
              <w:t>;</w:t>
            </w:r>
            <w:r w:rsidRPr="007B6529">
              <w:rPr>
                <w:rFonts w:cstheme="minorHAnsi"/>
                <w:sz w:val="24"/>
                <w:szCs w:val="24"/>
              </w:rPr>
              <w:t xml:space="preserve"> </w:t>
            </w:r>
          </w:p>
          <w:p w:rsidR="00532BD9" w:rsidRPr="007B6529" w:rsidRDefault="008B0B0B" w:rsidP="003924EC">
            <w:pPr>
              <w:pStyle w:val="Akapitzlist"/>
              <w:numPr>
                <w:ilvl w:val="0"/>
                <w:numId w:val="17"/>
              </w:numPr>
              <w:spacing w:after="60" w:line="276" w:lineRule="auto"/>
              <w:jc w:val="both"/>
              <w:rPr>
                <w:rFonts w:cstheme="minorHAnsi"/>
                <w:sz w:val="24"/>
                <w:szCs w:val="24"/>
              </w:rPr>
            </w:pPr>
            <w:r w:rsidRPr="007B6529">
              <w:rPr>
                <w:rFonts w:cstheme="minorHAnsi"/>
                <w:sz w:val="24"/>
                <w:szCs w:val="24"/>
              </w:rPr>
              <w:t>zaangażowanie urzędów wojewódzkich i jednostek samorządu terytorialnego w proces inwestycyjny</w:t>
            </w:r>
            <w:r w:rsidR="0011259A" w:rsidRPr="007B6529">
              <w:rPr>
                <w:rFonts w:cstheme="minorHAnsi"/>
                <w:sz w:val="24"/>
                <w:szCs w:val="24"/>
              </w:rPr>
              <w:t>;</w:t>
            </w:r>
            <w:r w:rsidRPr="007B6529">
              <w:rPr>
                <w:rFonts w:cstheme="minorHAnsi"/>
                <w:sz w:val="24"/>
                <w:szCs w:val="24"/>
              </w:rPr>
              <w:t xml:space="preserve"> </w:t>
            </w:r>
          </w:p>
          <w:p w:rsidR="00285014" w:rsidRPr="007B6529" w:rsidRDefault="00285014" w:rsidP="003924EC">
            <w:pPr>
              <w:pStyle w:val="Akapitzlist"/>
              <w:numPr>
                <w:ilvl w:val="0"/>
                <w:numId w:val="17"/>
              </w:numPr>
              <w:spacing w:after="60" w:line="276" w:lineRule="auto"/>
              <w:jc w:val="both"/>
              <w:rPr>
                <w:rFonts w:cstheme="minorHAnsi"/>
                <w:sz w:val="24"/>
                <w:szCs w:val="24"/>
              </w:rPr>
            </w:pPr>
            <w:r w:rsidRPr="007B6529">
              <w:rPr>
                <w:rFonts w:cstheme="minorHAnsi"/>
                <w:sz w:val="24"/>
                <w:szCs w:val="24"/>
              </w:rPr>
              <w:t>rozpoczęcie tworzenia i zapewnienie systematycznego finansowania dla ogólnopolskiego systemu odporności społecznej z udziałem organów i</w:t>
            </w:r>
            <w:r w:rsidR="006A0CD3" w:rsidRPr="007B6529">
              <w:rPr>
                <w:rFonts w:cstheme="minorHAnsi"/>
                <w:sz w:val="24"/>
                <w:szCs w:val="24"/>
              </w:rPr>
              <w:t> </w:t>
            </w:r>
            <w:r w:rsidRPr="007B6529">
              <w:rPr>
                <w:rFonts w:cstheme="minorHAnsi"/>
                <w:sz w:val="24"/>
                <w:szCs w:val="24"/>
              </w:rPr>
              <w:t>podmiotów ochrony ludności, organizacji pozarządowych i obywateli</w:t>
            </w:r>
            <w:r w:rsidR="005E7C17" w:rsidRPr="007B6529">
              <w:rPr>
                <w:rFonts w:cstheme="minorHAnsi"/>
                <w:sz w:val="24"/>
                <w:szCs w:val="24"/>
              </w:rPr>
              <w:t>;</w:t>
            </w:r>
          </w:p>
          <w:p w:rsidR="006719ED" w:rsidRPr="007B6529" w:rsidRDefault="008B0B0B" w:rsidP="003924EC">
            <w:pPr>
              <w:pStyle w:val="Akapitzlist"/>
              <w:numPr>
                <w:ilvl w:val="0"/>
                <w:numId w:val="17"/>
              </w:numPr>
              <w:spacing w:after="60" w:line="276" w:lineRule="auto"/>
              <w:jc w:val="both"/>
              <w:rPr>
                <w:rFonts w:cstheme="minorHAnsi"/>
                <w:sz w:val="24"/>
                <w:szCs w:val="24"/>
              </w:rPr>
            </w:pPr>
            <w:r w:rsidRPr="007B6529">
              <w:rPr>
                <w:rFonts w:cstheme="minorHAnsi"/>
                <w:sz w:val="24"/>
                <w:szCs w:val="24"/>
              </w:rPr>
              <w:t>skuteczną współpracę i komunikację pomiędzy realizatorami Programu</w:t>
            </w:r>
            <w:r w:rsidR="00F759EB" w:rsidRPr="007B6529">
              <w:rPr>
                <w:rFonts w:cstheme="minorHAnsi"/>
                <w:sz w:val="24"/>
                <w:szCs w:val="24"/>
              </w:rPr>
              <w:t>;</w:t>
            </w:r>
          </w:p>
          <w:p w:rsidR="006719ED" w:rsidRPr="007B6529" w:rsidRDefault="006719ED" w:rsidP="003924EC">
            <w:pPr>
              <w:pStyle w:val="Akapitzlist"/>
              <w:numPr>
                <w:ilvl w:val="0"/>
                <w:numId w:val="17"/>
              </w:numPr>
              <w:spacing w:after="60" w:line="276" w:lineRule="auto"/>
              <w:jc w:val="both"/>
              <w:rPr>
                <w:rFonts w:cstheme="minorHAnsi"/>
                <w:sz w:val="24"/>
                <w:szCs w:val="24"/>
              </w:rPr>
            </w:pPr>
            <w:r w:rsidRPr="007B6529">
              <w:rPr>
                <w:sz w:val="24"/>
                <w:szCs w:val="24"/>
              </w:rPr>
              <w:t>rozwój nowych obszarów współpracy cywilno-wojskowej jako istotnego elementu budowy systemu bezpieczeństwa państwa;</w:t>
            </w:r>
          </w:p>
          <w:p w:rsidR="008B0B0B" w:rsidRPr="00356AF2" w:rsidRDefault="008B0B0B" w:rsidP="003924EC">
            <w:pPr>
              <w:pStyle w:val="Akapitzlist"/>
              <w:numPr>
                <w:ilvl w:val="0"/>
                <w:numId w:val="17"/>
              </w:numPr>
              <w:spacing w:after="60" w:line="276" w:lineRule="auto"/>
              <w:jc w:val="both"/>
              <w:rPr>
                <w:rFonts w:cstheme="minorHAnsi"/>
                <w:sz w:val="24"/>
                <w:szCs w:val="24"/>
              </w:rPr>
            </w:pPr>
            <w:r w:rsidRPr="00356AF2">
              <w:rPr>
                <w:rFonts w:cstheme="minorHAnsi"/>
                <w:sz w:val="24"/>
                <w:szCs w:val="24"/>
              </w:rPr>
              <w:t>dostosowani</w:t>
            </w:r>
            <w:r w:rsidR="00285014" w:rsidRPr="00356AF2">
              <w:rPr>
                <w:rFonts w:cstheme="minorHAnsi"/>
                <w:sz w:val="24"/>
                <w:szCs w:val="24"/>
              </w:rPr>
              <w:t>e</w:t>
            </w:r>
            <w:r w:rsidRPr="00356AF2">
              <w:rPr>
                <w:rFonts w:cstheme="minorHAnsi"/>
                <w:sz w:val="24"/>
                <w:szCs w:val="24"/>
              </w:rPr>
              <w:t xml:space="preserve"> inwestycji do lokalnych potrzeb.</w:t>
            </w:r>
          </w:p>
          <w:p w:rsidR="00532BD9" w:rsidRDefault="008B0B0B" w:rsidP="00F51484">
            <w:pPr>
              <w:spacing w:after="60" w:line="276" w:lineRule="auto"/>
              <w:jc w:val="both"/>
              <w:rPr>
                <w:rFonts w:cstheme="minorHAnsi"/>
                <w:sz w:val="24"/>
                <w:szCs w:val="24"/>
              </w:rPr>
            </w:pPr>
            <w:r w:rsidRPr="008B0B0B">
              <w:rPr>
                <w:rFonts w:cstheme="minorHAnsi"/>
                <w:sz w:val="24"/>
                <w:szCs w:val="24"/>
              </w:rPr>
              <w:t>Jako elementy utrudniające realizację Programu w latach 2025-2026, które wymagają poprawy zidentyfikowano</w:t>
            </w:r>
            <w:r w:rsidR="00F759EB">
              <w:rPr>
                <w:rFonts w:cstheme="minorHAnsi"/>
                <w:sz w:val="24"/>
                <w:szCs w:val="24"/>
              </w:rPr>
              <w:t xml:space="preserve"> następujące zagadnienia</w:t>
            </w:r>
            <w:r w:rsidRPr="008B0B0B">
              <w:rPr>
                <w:rFonts w:cstheme="minorHAnsi"/>
                <w:sz w:val="24"/>
                <w:szCs w:val="24"/>
              </w:rPr>
              <w:t xml:space="preserve">: </w:t>
            </w:r>
          </w:p>
          <w:p w:rsidR="00532BD9" w:rsidRPr="00532BD9" w:rsidRDefault="008B0B0B" w:rsidP="003924EC">
            <w:pPr>
              <w:pStyle w:val="Akapitzlist"/>
              <w:numPr>
                <w:ilvl w:val="0"/>
                <w:numId w:val="18"/>
              </w:numPr>
              <w:spacing w:after="60" w:line="276" w:lineRule="auto"/>
              <w:jc w:val="both"/>
              <w:rPr>
                <w:rFonts w:cstheme="minorHAnsi"/>
                <w:sz w:val="24"/>
                <w:szCs w:val="24"/>
              </w:rPr>
            </w:pPr>
            <w:r w:rsidRPr="00532BD9">
              <w:rPr>
                <w:rFonts w:cstheme="minorHAnsi"/>
                <w:sz w:val="24"/>
                <w:szCs w:val="24"/>
              </w:rPr>
              <w:t xml:space="preserve">brak możliwości </w:t>
            </w:r>
            <w:r w:rsidR="008A4746">
              <w:rPr>
                <w:rFonts w:cstheme="minorHAnsi"/>
                <w:sz w:val="24"/>
                <w:szCs w:val="24"/>
              </w:rPr>
              <w:t xml:space="preserve">finansowania </w:t>
            </w:r>
            <w:r w:rsidRPr="00532BD9">
              <w:rPr>
                <w:rFonts w:cstheme="minorHAnsi"/>
                <w:sz w:val="24"/>
                <w:szCs w:val="24"/>
              </w:rPr>
              <w:t xml:space="preserve"> inwestycji wieloletnich</w:t>
            </w:r>
            <w:r w:rsidR="0011259A">
              <w:rPr>
                <w:rFonts w:cstheme="minorHAnsi"/>
                <w:sz w:val="24"/>
                <w:szCs w:val="24"/>
              </w:rPr>
              <w:t>;</w:t>
            </w:r>
            <w:r w:rsidRPr="00532BD9">
              <w:rPr>
                <w:rFonts w:cstheme="minorHAnsi"/>
                <w:sz w:val="24"/>
                <w:szCs w:val="24"/>
              </w:rPr>
              <w:t xml:space="preserve"> </w:t>
            </w:r>
          </w:p>
          <w:p w:rsidR="00532BD9" w:rsidRPr="00532BD9" w:rsidRDefault="0011259A" w:rsidP="003924EC">
            <w:pPr>
              <w:pStyle w:val="Akapitzlist"/>
              <w:numPr>
                <w:ilvl w:val="0"/>
                <w:numId w:val="18"/>
              </w:numPr>
              <w:spacing w:after="60" w:line="276" w:lineRule="auto"/>
              <w:jc w:val="both"/>
              <w:rPr>
                <w:rFonts w:cstheme="minorHAnsi"/>
                <w:sz w:val="24"/>
                <w:szCs w:val="24"/>
              </w:rPr>
            </w:pPr>
            <w:r>
              <w:rPr>
                <w:rFonts w:cstheme="minorHAnsi"/>
                <w:sz w:val="24"/>
                <w:szCs w:val="24"/>
              </w:rPr>
              <w:t xml:space="preserve">konieczność </w:t>
            </w:r>
            <w:r w:rsidR="008B0B0B" w:rsidRPr="00532BD9">
              <w:rPr>
                <w:rFonts w:cstheme="minorHAnsi"/>
                <w:sz w:val="24"/>
                <w:szCs w:val="24"/>
              </w:rPr>
              <w:t>większe</w:t>
            </w:r>
            <w:r>
              <w:rPr>
                <w:rFonts w:cstheme="minorHAnsi"/>
                <w:sz w:val="24"/>
                <w:szCs w:val="24"/>
              </w:rPr>
              <w:t>go</w:t>
            </w:r>
            <w:r w:rsidR="008B0B0B" w:rsidRPr="00532BD9">
              <w:rPr>
                <w:rFonts w:cstheme="minorHAnsi"/>
                <w:sz w:val="24"/>
                <w:szCs w:val="24"/>
              </w:rPr>
              <w:t xml:space="preserve"> wykorzystani</w:t>
            </w:r>
            <w:r>
              <w:rPr>
                <w:rFonts w:cstheme="minorHAnsi"/>
                <w:sz w:val="24"/>
                <w:szCs w:val="24"/>
              </w:rPr>
              <w:t>a</w:t>
            </w:r>
            <w:r w:rsidR="008B0B0B" w:rsidRPr="00532BD9">
              <w:rPr>
                <w:rFonts w:cstheme="minorHAnsi"/>
                <w:sz w:val="24"/>
                <w:szCs w:val="24"/>
              </w:rPr>
              <w:t xml:space="preserve"> środków teleinformatycznych i oprogramowania do przetwarzania wniosków</w:t>
            </w:r>
            <w:r>
              <w:rPr>
                <w:rFonts w:cstheme="minorHAnsi"/>
                <w:sz w:val="24"/>
                <w:szCs w:val="24"/>
              </w:rPr>
              <w:t>;</w:t>
            </w:r>
            <w:r w:rsidR="008B0B0B" w:rsidRPr="00532BD9">
              <w:rPr>
                <w:rFonts w:cstheme="minorHAnsi"/>
                <w:sz w:val="24"/>
                <w:szCs w:val="24"/>
              </w:rPr>
              <w:t xml:space="preserve"> </w:t>
            </w:r>
          </w:p>
          <w:p w:rsidR="00532BD9" w:rsidRPr="00532BD9" w:rsidRDefault="008B0B0B" w:rsidP="003924EC">
            <w:pPr>
              <w:pStyle w:val="Akapitzlist"/>
              <w:numPr>
                <w:ilvl w:val="0"/>
                <w:numId w:val="18"/>
              </w:numPr>
              <w:spacing w:after="60" w:line="276" w:lineRule="auto"/>
              <w:jc w:val="both"/>
              <w:rPr>
                <w:rFonts w:cstheme="minorHAnsi"/>
                <w:sz w:val="24"/>
                <w:szCs w:val="24"/>
              </w:rPr>
            </w:pPr>
            <w:r w:rsidRPr="00532BD9">
              <w:rPr>
                <w:rFonts w:cstheme="minorHAnsi"/>
                <w:sz w:val="24"/>
                <w:szCs w:val="24"/>
              </w:rPr>
              <w:t xml:space="preserve">stworzenie jednolitych kryteriów i mierników </w:t>
            </w:r>
            <w:r w:rsidR="005B1A2E">
              <w:rPr>
                <w:rFonts w:cstheme="minorHAnsi"/>
                <w:sz w:val="24"/>
                <w:szCs w:val="24"/>
              </w:rPr>
              <w:t>osiągania</w:t>
            </w:r>
            <w:r w:rsidRPr="00532BD9">
              <w:rPr>
                <w:rFonts w:cstheme="minorHAnsi"/>
                <w:sz w:val="24"/>
                <w:szCs w:val="24"/>
              </w:rPr>
              <w:t xml:space="preserve"> celów</w:t>
            </w:r>
            <w:r w:rsidR="0011259A">
              <w:rPr>
                <w:rFonts w:cstheme="minorHAnsi"/>
                <w:sz w:val="24"/>
                <w:szCs w:val="24"/>
              </w:rPr>
              <w:t>;</w:t>
            </w:r>
          </w:p>
          <w:p w:rsidR="008B0B0B" w:rsidRPr="00532BD9" w:rsidRDefault="008B0B0B" w:rsidP="003924EC">
            <w:pPr>
              <w:pStyle w:val="Akapitzlist"/>
              <w:numPr>
                <w:ilvl w:val="0"/>
                <w:numId w:val="18"/>
              </w:numPr>
              <w:spacing w:after="60" w:line="276" w:lineRule="auto"/>
              <w:jc w:val="both"/>
              <w:rPr>
                <w:rFonts w:cstheme="minorHAnsi"/>
                <w:sz w:val="24"/>
                <w:szCs w:val="24"/>
              </w:rPr>
            </w:pPr>
            <w:r w:rsidRPr="00532BD9">
              <w:rPr>
                <w:rFonts w:cstheme="minorHAnsi"/>
                <w:sz w:val="24"/>
                <w:szCs w:val="24"/>
              </w:rPr>
              <w:t>konieczność opiniowania inwestycji z uwzględnieniem czynników geograficznej dyslokacji zasobów i zgodności z planowaniem obronnym.</w:t>
            </w:r>
          </w:p>
          <w:p w:rsidR="008B0B0B" w:rsidRPr="008B0B0B" w:rsidRDefault="008B0B0B" w:rsidP="00F51484">
            <w:pPr>
              <w:spacing w:after="60" w:line="276" w:lineRule="auto"/>
              <w:jc w:val="both"/>
              <w:rPr>
                <w:rFonts w:cstheme="minorHAnsi"/>
                <w:sz w:val="24"/>
                <w:szCs w:val="24"/>
              </w:rPr>
            </w:pPr>
            <w:r w:rsidRPr="008B0B0B">
              <w:rPr>
                <w:rFonts w:cstheme="minorHAnsi"/>
                <w:sz w:val="24"/>
                <w:szCs w:val="24"/>
              </w:rPr>
              <w:t>W dniu 20 maja 2026 r. Rada Ministrów przyjęła sprawozdanie z wykonani</w:t>
            </w:r>
            <w:r w:rsidR="00F759EB">
              <w:rPr>
                <w:rFonts w:cstheme="minorHAnsi"/>
                <w:sz w:val="24"/>
                <w:szCs w:val="24"/>
              </w:rPr>
              <w:t>a</w:t>
            </w:r>
            <w:r w:rsidRPr="008B0B0B">
              <w:rPr>
                <w:rFonts w:cstheme="minorHAnsi"/>
                <w:sz w:val="24"/>
                <w:szCs w:val="24"/>
              </w:rPr>
              <w:t xml:space="preserve"> ustawy o ochronie ludności i obronie cywilnej. Minister Spraw Wewnętrznych i</w:t>
            </w:r>
            <w:r w:rsidR="0011259A">
              <w:rPr>
                <w:rFonts w:cstheme="minorHAnsi"/>
                <w:sz w:val="24"/>
                <w:szCs w:val="24"/>
              </w:rPr>
              <w:t> </w:t>
            </w:r>
            <w:r w:rsidRPr="008B0B0B">
              <w:rPr>
                <w:rFonts w:cstheme="minorHAnsi"/>
                <w:sz w:val="24"/>
                <w:szCs w:val="24"/>
              </w:rPr>
              <w:t>Administracji przedstawił sprawozdanie w Sejmie w dniu 1 lipca 2026 r.</w:t>
            </w:r>
          </w:p>
          <w:p w:rsidR="008B0B0B" w:rsidRPr="00744186" w:rsidRDefault="008B0B0B" w:rsidP="006F2282">
            <w:pPr>
              <w:spacing w:after="60" w:line="276" w:lineRule="auto"/>
              <w:jc w:val="both"/>
              <w:rPr>
                <w:rFonts w:cstheme="minorHAnsi"/>
                <w:sz w:val="24"/>
                <w:szCs w:val="24"/>
              </w:rPr>
            </w:pPr>
            <w:r w:rsidRPr="008B0B0B">
              <w:rPr>
                <w:rFonts w:cstheme="minorHAnsi"/>
                <w:sz w:val="24"/>
                <w:szCs w:val="24"/>
              </w:rPr>
              <w:t xml:space="preserve">Doświadczenia z realizacji Programu </w:t>
            </w:r>
            <w:r w:rsidR="005E7C17">
              <w:rPr>
                <w:rFonts w:cstheme="minorHAnsi"/>
                <w:sz w:val="24"/>
                <w:szCs w:val="24"/>
              </w:rPr>
              <w:t xml:space="preserve">na lata 2025-2026 </w:t>
            </w:r>
            <w:r w:rsidRPr="008B0B0B">
              <w:rPr>
                <w:rFonts w:cstheme="minorHAnsi"/>
                <w:sz w:val="24"/>
                <w:szCs w:val="24"/>
              </w:rPr>
              <w:t xml:space="preserve">wykorzystano przy tworzeniu niniejszego Programu, między innymi przez </w:t>
            </w:r>
            <w:r w:rsidR="006F2282">
              <w:rPr>
                <w:rFonts w:cstheme="minorHAnsi"/>
                <w:sz w:val="24"/>
                <w:szCs w:val="24"/>
              </w:rPr>
              <w:t>określenie kategorii</w:t>
            </w:r>
            <w:r w:rsidRPr="008B0B0B">
              <w:rPr>
                <w:rFonts w:cstheme="minorHAnsi"/>
                <w:sz w:val="24"/>
                <w:szCs w:val="24"/>
              </w:rPr>
              <w:t xml:space="preserve"> zakupów kwalifikowanych oraz </w:t>
            </w:r>
            <w:r w:rsidR="006F2282">
              <w:rPr>
                <w:rFonts w:cstheme="minorHAnsi"/>
                <w:sz w:val="24"/>
                <w:szCs w:val="24"/>
              </w:rPr>
              <w:t xml:space="preserve">usprawnienie </w:t>
            </w:r>
            <w:r w:rsidRPr="008B0B0B">
              <w:rPr>
                <w:rFonts w:cstheme="minorHAnsi"/>
                <w:sz w:val="24"/>
                <w:szCs w:val="24"/>
              </w:rPr>
              <w:t xml:space="preserve"> procesu opiniowania inwestycji i</w:t>
            </w:r>
            <w:r w:rsidR="00A93DB3">
              <w:rPr>
                <w:rFonts w:cstheme="minorHAnsi"/>
                <w:sz w:val="24"/>
                <w:szCs w:val="24"/>
              </w:rPr>
              <w:t> </w:t>
            </w:r>
            <w:r w:rsidRPr="008B0B0B">
              <w:rPr>
                <w:rFonts w:cstheme="minorHAnsi"/>
                <w:sz w:val="24"/>
                <w:szCs w:val="24"/>
              </w:rPr>
              <w:t>zakupów inwestycyjnych.</w:t>
            </w:r>
          </w:p>
        </w:tc>
        <w:tc>
          <w:tcPr>
            <w:tcW w:w="1701" w:type="dxa"/>
            <w:shd w:val="clear" w:color="auto" w:fill="FCC770"/>
          </w:tcPr>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B67CD0">
            <w:pPr>
              <w:rPr>
                <w:rFonts w:cstheme="minorHAnsi"/>
                <w:b/>
                <w:i/>
                <w:smallCaps/>
                <w:color w:val="000000" w:themeColor="text1"/>
                <w:sz w:val="18"/>
                <w:szCs w:val="18"/>
              </w:rPr>
            </w:pPr>
            <w:r w:rsidRPr="00C26AA8">
              <w:rPr>
                <w:rFonts w:cstheme="minorHAnsi"/>
                <w:b/>
                <w:i/>
                <w:smallCaps/>
                <w:color w:val="000000" w:themeColor="text1"/>
                <w:sz w:val="18"/>
                <w:szCs w:val="18"/>
              </w:rPr>
              <w:t>Program 2025-2026</w:t>
            </w: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8B0B0B" w:rsidRPr="00C26AA8" w:rsidRDefault="008B0B0B" w:rsidP="008B0B0B">
            <w:pPr>
              <w:rPr>
                <w:rFonts w:cstheme="minorHAnsi"/>
                <w:b/>
                <w:i/>
                <w:smallCaps/>
                <w:color w:val="000000" w:themeColor="text1"/>
                <w:sz w:val="18"/>
                <w:szCs w:val="18"/>
              </w:rPr>
            </w:pPr>
          </w:p>
          <w:p w:rsidR="00160885" w:rsidRDefault="00160885" w:rsidP="00B67CD0">
            <w:pPr>
              <w:rPr>
                <w:rFonts w:cstheme="minorHAnsi"/>
                <w:b/>
                <w:i/>
                <w:smallCaps/>
                <w:color w:val="000000" w:themeColor="text1"/>
                <w:sz w:val="18"/>
                <w:szCs w:val="18"/>
              </w:rPr>
            </w:pPr>
          </w:p>
          <w:p w:rsidR="008B0B0B" w:rsidRPr="00C26AA8" w:rsidRDefault="0093778B" w:rsidP="00B67CD0">
            <w:pPr>
              <w:rPr>
                <w:rFonts w:cstheme="minorHAnsi"/>
                <w:b/>
                <w:i/>
                <w:smallCaps/>
                <w:color w:val="000000" w:themeColor="text1"/>
                <w:sz w:val="18"/>
                <w:szCs w:val="18"/>
              </w:rPr>
            </w:pPr>
            <w:r>
              <w:rPr>
                <w:rFonts w:cstheme="minorHAnsi"/>
                <w:b/>
                <w:i/>
                <w:smallCaps/>
                <w:color w:val="000000" w:themeColor="text1"/>
                <w:sz w:val="18"/>
                <w:szCs w:val="18"/>
              </w:rPr>
              <w:t>O</w:t>
            </w:r>
            <w:r w:rsidR="008B0B0B" w:rsidRPr="00C26AA8">
              <w:rPr>
                <w:rFonts w:cstheme="minorHAnsi"/>
                <w:b/>
                <w:i/>
                <w:smallCaps/>
                <w:color w:val="000000" w:themeColor="text1"/>
                <w:sz w:val="18"/>
                <w:szCs w:val="18"/>
              </w:rPr>
              <w:t>bszary Programu 2025-2026</w:t>
            </w:r>
          </w:p>
          <w:p w:rsidR="008B0B0B" w:rsidRPr="00C26AA8" w:rsidRDefault="008B0B0B"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D93E0C" w:rsidRPr="00C26AA8" w:rsidRDefault="00D93E0C" w:rsidP="008B0B0B">
            <w:pPr>
              <w:rPr>
                <w:rFonts w:cstheme="minorHAnsi"/>
                <w:b/>
                <w:i/>
                <w:smallCaps/>
                <w:color w:val="000000" w:themeColor="text1"/>
                <w:sz w:val="18"/>
                <w:szCs w:val="18"/>
              </w:rPr>
            </w:pPr>
          </w:p>
          <w:p w:rsidR="00513E3D" w:rsidRPr="00C776F0" w:rsidRDefault="00513E3D" w:rsidP="008B0B0B">
            <w:pPr>
              <w:rPr>
                <w:rFonts w:cstheme="minorHAnsi"/>
                <w:b/>
                <w:i/>
                <w:smallCaps/>
                <w:color w:val="000000" w:themeColor="text1"/>
                <w:szCs w:val="18"/>
              </w:rPr>
            </w:pPr>
          </w:p>
          <w:p w:rsidR="000C0ACA" w:rsidRPr="00C776F0" w:rsidRDefault="000C0ACA" w:rsidP="00D93E0C">
            <w:pPr>
              <w:rPr>
                <w:rFonts w:cstheme="minorHAnsi"/>
                <w:b/>
                <w:i/>
                <w:smallCaps/>
                <w:color w:val="000000" w:themeColor="text1"/>
                <w:sz w:val="2"/>
                <w:szCs w:val="18"/>
              </w:rPr>
            </w:pPr>
          </w:p>
          <w:p w:rsidR="00D93E0C" w:rsidRPr="00C26AA8" w:rsidRDefault="00D93E0C" w:rsidP="00B67CD0">
            <w:pPr>
              <w:rPr>
                <w:rFonts w:cstheme="minorHAnsi"/>
                <w:b/>
                <w:i/>
                <w:smallCaps/>
                <w:color w:val="000000" w:themeColor="text1"/>
                <w:sz w:val="18"/>
                <w:szCs w:val="18"/>
              </w:rPr>
            </w:pPr>
            <w:r w:rsidRPr="00C26AA8">
              <w:rPr>
                <w:rFonts w:cstheme="minorHAnsi"/>
                <w:b/>
                <w:i/>
                <w:smallCaps/>
                <w:color w:val="000000" w:themeColor="text1"/>
                <w:sz w:val="18"/>
                <w:szCs w:val="18"/>
              </w:rPr>
              <w:t>podział środków na województwa w</w:t>
            </w:r>
            <w:r w:rsidR="008866C0">
              <w:rPr>
                <w:rFonts w:cstheme="minorHAnsi"/>
                <w:b/>
                <w:i/>
                <w:smallCaps/>
                <w:color w:val="000000" w:themeColor="text1"/>
                <w:sz w:val="18"/>
                <w:szCs w:val="18"/>
              </w:rPr>
              <w:t> </w:t>
            </w:r>
            <w:r w:rsidRPr="00C26AA8">
              <w:rPr>
                <w:rFonts w:cstheme="minorHAnsi"/>
                <w:b/>
                <w:i/>
                <w:smallCaps/>
                <w:color w:val="000000" w:themeColor="text1"/>
                <w:sz w:val="18"/>
                <w:szCs w:val="18"/>
              </w:rPr>
              <w:t xml:space="preserve">programie </w:t>
            </w:r>
            <w:r w:rsidR="008866C0">
              <w:rPr>
                <w:rFonts w:cstheme="minorHAnsi"/>
                <w:b/>
                <w:i/>
                <w:smallCaps/>
                <w:color w:val="000000" w:themeColor="text1"/>
                <w:sz w:val="18"/>
                <w:szCs w:val="18"/>
              </w:rPr>
              <w:br/>
            </w:r>
            <w:r w:rsidRPr="00C26AA8">
              <w:rPr>
                <w:rFonts w:cstheme="minorHAnsi"/>
                <w:b/>
                <w:i/>
                <w:smallCaps/>
                <w:color w:val="000000" w:themeColor="text1"/>
                <w:sz w:val="18"/>
                <w:szCs w:val="18"/>
              </w:rPr>
              <w:t>2025-2026</w:t>
            </w: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Default="00D93E0C" w:rsidP="00D93E0C">
            <w:pPr>
              <w:rPr>
                <w:rFonts w:cstheme="minorHAnsi"/>
                <w:b/>
                <w:i/>
                <w:smallCaps/>
                <w:color w:val="000000" w:themeColor="text1"/>
                <w:sz w:val="18"/>
                <w:szCs w:val="18"/>
              </w:rPr>
            </w:pPr>
          </w:p>
          <w:p w:rsidR="00BF4CF4" w:rsidRPr="00C26AA8" w:rsidRDefault="00BF4CF4"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195481" w:rsidRDefault="00195481" w:rsidP="00D93E0C">
            <w:pPr>
              <w:rPr>
                <w:rFonts w:cstheme="minorHAnsi"/>
                <w:b/>
                <w:i/>
                <w:smallCaps/>
                <w:color w:val="000000" w:themeColor="text1"/>
                <w:sz w:val="18"/>
                <w:szCs w:val="18"/>
              </w:rPr>
            </w:pPr>
          </w:p>
          <w:p w:rsidR="00195481" w:rsidRDefault="00195481" w:rsidP="00D93E0C">
            <w:pPr>
              <w:rPr>
                <w:rFonts w:cstheme="minorHAnsi"/>
                <w:b/>
                <w:i/>
                <w:smallCaps/>
                <w:color w:val="000000" w:themeColor="text1"/>
                <w:sz w:val="12"/>
                <w:szCs w:val="18"/>
              </w:rPr>
            </w:pPr>
          </w:p>
          <w:p w:rsidR="00FD07C1" w:rsidRDefault="00FD07C1" w:rsidP="00D93E0C">
            <w:pPr>
              <w:rPr>
                <w:rFonts w:cstheme="minorHAnsi"/>
                <w:b/>
                <w:i/>
                <w:smallCaps/>
                <w:color w:val="000000" w:themeColor="text1"/>
                <w:sz w:val="12"/>
                <w:szCs w:val="18"/>
              </w:rPr>
            </w:pPr>
          </w:p>
          <w:p w:rsidR="00FD07C1" w:rsidRDefault="00FD07C1" w:rsidP="00D93E0C">
            <w:pPr>
              <w:rPr>
                <w:rFonts w:cstheme="minorHAnsi"/>
                <w:b/>
                <w:i/>
                <w:smallCaps/>
                <w:color w:val="000000" w:themeColor="text1"/>
                <w:sz w:val="12"/>
                <w:szCs w:val="18"/>
              </w:rPr>
            </w:pPr>
          </w:p>
          <w:p w:rsidR="00FD07C1" w:rsidRPr="00432E92" w:rsidRDefault="00FD07C1" w:rsidP="00D93E0C">
            <w:pPr>
              <w:rPr>
                <w:rFonts w:cstheme="minorHAnsi"/>
                <w:b/>
                <w:i/>
                <w:smallCaps/>
                <w:color w:val="000000" w:themeColor="text1"/>
                <w:sz w:val="12"/>
                <w:szCs w:val="18"/>
              </w:rPr>
            </w:pPr>
          </w:p>
          <w:p w:rsidR="003F6E7E" w:rsidRPr="00C26AA8" w:rsidRDefault="003F6E7E" w:rsidP="00D93E0C">
            <w:pPr>
              <w:rPr>
                <w:rFonts w:cstheme="minorHAnsi"/>
                <w:b/>
                <w:i/>
                <w:smallCaps/>
                <w:color w:val="000000" w:themeColor="text1"/>
                <w:sz w:val="18"/>
                <w:szCs w:val="18"/>
              </w:rPr>
            </w:pPr>
          </w:p>
          <w:p w:rsidR="003B2102" w:rsidRDefault="003B2102" w:rsidP="00D93E0C">
            <w:pPr>
              <w:rPr>
                <w:rFonts w:cstheme="minorHAnsi"/>
                <w:b/>
                <w:i/>
                <w:smallCaps/>
                <w:color w:val="000000" w:themeColor="text1"/>
                <w:sz w:val="18"/>
                <w:szCs w:val="18"/>
              </w:rPr>
            </w:pPr>
          </w:p>
          <w:p w:rsidR="00D93E0C" w:rsidRPr="00C26AA8" w:rsidRDefault="000C0ACA" w:rsidP="00D93E0C">
            <w:pPr>
              <w:rPr>
                <w:rFonts w:cstheme="minorHAnsi"/>
                <w:b/>
                <w:i/>
                <w:smallCaps/>
                <w:color w:val="000000" w:themeColor="text1"/>
                <w:sz w:val="18"/>
                <w:szCs w:val="18"/>
              </w:rPr>
            </w:pPr>
            <w:r w:rsidRPr="00C26AA8">
              <w:rPr>
                <w:rFonts w:cstheme="minorHAnsi"/>
                <w:b/>
                <w:i/>
                <w:smallCaps/>
                <w:color w:val="000000" w:themeColor="text1"/>
                <w:sz w:val="18"/>
                <w:szCs w:val="18"/>
              </w:rPr>
              <w:t>realizacja Programu 2025-2026</w:t>
            </w: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5E7C17" w:rsidRDefault="005E7C17" w:rsidP="00D93E0C">
            <w:pPr>
              <w:rPr>
                <w:rFonts w:cstheme="minorHAnsi"/>
                <w:b/>
                <w:i/>
                <w:smallCaps/>
                <w:color w:val="000000" w:themeColor="text1"/>
                <w:sz w:val="18"/>
                <w:szCs w:val="18"/>
              </w:rPr>
            </w:pPr>
          </w:p>
          <w:p w:rsidR="000A1872" w:rsidRDefault="000A1872" w:rsidP="00D93E0C">
            <w:pPr>
              <w:rPr>
                <w:rFonts w:cstheme="minorHAnsi"/>
                <w:b/>
                <w:i/>
                <w:smallCaps/>
                <w:color w:val="000000" w:themeColor="text1"/>
                <w:sz w:val="18"/>
                <w:szCs w:val="18"/>
              </w:rPr>
            </w:pPr>
          </w:p>
          <w:p w:rsidR="00D93E0C" w:rsidRPr="00C26AA8" w:rsidRDefault="00451AD9" w:rsidP="00D93E0C">
            <w:pPr>
              <w:rPr>
                <w:rFonts w:cstheme="minorHAnsi"/>
                <w:b/>
                <w:i/>
                <w:smallCaps/>
                <w:color w:val="000000" w:themeColor="text1"/>
                <w:sz w:val="18"/>
                <w:szCs w:val="18"/>
              </w:rPr>
            </w:pPr>
            <w:r w:rsidRPr="00C26AA8">
              <w:rPr>
                <w:rFonts w:cstheme="minorHAnsi"/>
                <w:b/>
                <w:i/>
                <w:smallCaps/>
                <w:color w:val="000000" w:themeColor="text1"/>
                <w:sz w:val="18"/>
                <w:szCs w:val="18"/>
              </w:rPr>
              <w:t>Poradnik Bezpieczeństwa</w:t>
            </w: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Default="00D93E0C" w:rsidP="00D93E0C">
            <w:pPr>
              <w:rPr>
                <w:rFonts w:cstheme="minorHAnsi"/>
                <w:b/>
                <w:i/>
                <w:smallCaps/>
                <w:color w:val="000000" w:themeColor="text1"/>
                <w:sz w:val="18"/>
                <w:szCs w:val="18"/>
              </w:rPr>
            </w:pPr>
          </w:p>
          <w:p w:rsidR="000A1872" w:rsidRDefault="000A1872" w:rsidP="00D93E0C">
            <w:pPr>
              <w:rPr>
                <w:rFonts w:cstheme="minorHAnsi"/>
                <w:b/>
                <w:i/>
                <w:smallCaps/>
                <w:color w:val="000000" w:themeColor="text1"/>
                <w:sz w:val="18"/>
                <w:szCs w:val="18"/>
              </w:rPr>
            </w:pPr>
          </w:p>
          <w:p w:rsidR="000A1872" w:rsidRDefault="000A1872" w:rsidP="00D93E0C">
            <w:pPr>
              <w:rPr>
                <w:rFonts w:cstheme="minorHAnsi"/>
                <w:b/>
                <w:i/>
                <w:smallCaps/>
                <w:color w:val="000000" w:themeColor="text1"/>
                <w:sz w:val="18"/>
                <w:szCs w:val="18"/>
              </w:rPr>
            </w:pPr>
          </w:p>
          <w:p w:rsidR="000A1872" w:rsidRDefault="000A1872" w:rsidP="00D93E0C">
            <w:pPr>
              <w:rPr>
                <w:rFonts w:cstheme="minorHAnsi"/>
                <w:b/>
                <w:i/>
                <w:smallCaps/>
                <w:color w:val="000000" w:themeColor="text1"/>
                <w:sz w:val="18"/>
                <w:szCs w:val="18"/>
              </w:rPr>
            </w:pPr>
          </w:p>
          <w:p w:rsidR="000A1872" w:rsidRDefault="000A1872"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r w:rsidRPr="00C26AA8">
              <w:rPr>
                <w:rFonts w:cstheme="minorHAnsi"/>
                <w:b/>
                <w:i/>
                <w:smallCaps/>
                <w:color w:val="000000" w:themeColor="text1"/>
                <w:sz w:val="18"/>
                <w:szCs w:val="18"/>
              </w:rPr>
              <w:t>mocne i słabe strony programu 2025-2026</w:t>
            </w: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D93E0C" w:rsidRPr="00C26AA8" w:rsidRDefault="00D93E0C" w:rsidP="00D93E0C">
            <w:pPr>
              <w:rPr>
                <w:rFonts w:cstheme="minorHAnsi"/>
                <w:b/>
                <w:i/>
                <w:smallCaps/>
                <w:color w:val="000000" w:themeColor="text1"/>
                <w:sz w:val="18"/>
                <w:szCs w:val="18"/>
              </w:rPr>
            </w:pPr>
          </w:p>
          <w:p w:rsidR="00532BD9" w:rsidRPr="00C26AA8" w:rsidRDefault="00532BD9" w:rsidP="00D93E0C">
            <w:pPr>
              <w:rPr>
                <w:rFonts w:cstheme="minorHAnsi"/>
                <w:b/>
                <w:i/>
                <w:smallCaps/>
                <w:color w:val="000000" w:themeColor="text1"/>
                <w:sz w:val="18"/>
                <w:szCs w:val="18"/>
              </w:rPr>
            </w:pPr>
          </w:p>
          <w:p w:rsidR="00532BD9" w:rsidRPr="00C26AA8" w:rsidRDefault="00532BD9" w:rsidP="00D93E0C">
            <w:pPr>
              <w:rPr>
                <w:rFonts w:cstheme="minorHAnsi"/>
                <w:b/>
                <w:i/>
                <w:smallCaps/>
                <w:color w:val="000000" w:themeColor="text1"/>
                <w:sz w:val="18"/>
                <w:szCs w:val="18"/>
              </w:rPr>
            </w:pPr>
          </w:p>
          <w:p w:rsidR="00532BD9" w:rsidRPr="00C26AA8" w:rsidRDefault="00532BD9" w:rsidP="00D93E0C">
            <w:pPr>
              <w:rPr>
                <w:rFonts w:cstheme="minorHAnsi"/>
                <w:b/>
                <w:i/>
                <w:smallCaps/>
                <w:color w:val="000000" w:themeColor="text1"/>
                <w:sz w:val="18"/>
                <w:szCs w:val="18"/>
              </w:rPr>
            </w:pPr>
          </w:p>
          <w:p w:rsidR="00532BD9" w:rsidRPr="00C26AA8" w:rsidRDefault="00532BD9" w:rsidP="00D93E0C">
            <w:pPr>
              <w:rPr>
                <w:rFonts w:cstheme="minorHAnsi"/>
                <w:b/>
                <w:i/>
                <w:smallCaps/>
                <w:color w:val="000000" w:themeColor="text1"/>
                <w:sz w:val="18"/>
                <w:szCs w:val="18"/>
              </w:rPr>
            </w:pPr>
          </w:p>
          <w:p w:rsidR="00532BD9" w:rsidRPr="00C26AA8" w:rsidRDefault="00532BD9" w:rsidP="00D93E0C">
            <w:pPr>
              <w:rPr>
                <w:rFonts w:cstheme="minorHAnsi"/>
                <w:b/>
                <w:i/>
                <w:smallCaps/>
                <w:color w:val="000000" w:themeColor="text1"/>
                <w:sz w:val="18"/>
                <w:szCs w:val="18"/>
              </w:rPr>
            </w:pPr>
          </w:p>
          <w:p w:rsidR="001A3929" w:rsidRDefault="001A3929" w:rsidP="008B0B0B">
            <w:pPr>
              <w:rPr>
                <w:rFonts w:cstheme="minorHAnsi"/>
                <w:b/>
                <w:i/>
                <w:smallCaps/>
                <w:color w:val="000000" w:themeColor="text1"/>
                <w:sz w:val="18"/>
                <w:szCs w:val="18"/>
              </w:rPr>
            </w:pPr>
          </w:p>
          <w:p w:rsidR="00285014" w:rsidRDefault="00285014" w:rsidP="008B0B0B">
            <w:pPr>
              <w:rPr>
                <w:rFonts w:cstheme="minorHAnsi"/>
                <w:b/>
                <w:i/>
                <w:smallCaps/>
                <w:color w:val="000000" w:themeColor="text1"/>
                <w:sz w:val="18"/>
                <w:szCs w:val="18"/>
              </w:rPr>
            </w:pPr>
          </w:p>
          <w:p w:rsidR="00285014" w:rsidRDefault="00285014" w:rsidP="008B0B0B">
            <w:pPr>
              <w:rPr>
                <w:rFonts w:cstheme="minorHAnsi"/>
                <w:b/>
                <w:i/>
                <w:smallCaps/>
                <w:color w:val="000000" w:themeColor="text1"/>
                <w:sz w:val="18"/>
                <w:szCs w:val="18"/>
              </w:rPr>
            </w:pPr>
          </w:p>
          <w:p w:rsidR="00285014" w:rsidRDefault="00285014" w:rsidP="008B0B0B">
            <w:pPr>
              <w:rPr>
                <w:rFonts w:cstheme="minorHAnsi"/>
                <w:b/>
                <w:i/>
                <w:smallCaps/>
                <w:color w:val="000000" w:themeColor="text1"/>
                <w:sz w:val="18"/>
                <w:szCs w:val="18"/>
              </w:rPr>
            </w:pPr>
          </w:p>
          <w:p w:rsidR="00285014" w:rsidRDefault="00285014" w:rsidP="008B0B0B">
            <w:pPr>
              <w:rPr>
                <w:rFonts w:cstheme="minorHAnsi"/>
                <w:b/>
                <w:i/>
                <w:smallCaps/>
                <w:color w:val="000000" w:themeColor="text1"/>
                <w:sz w:val="18"/>
                <w:szCs w:val="18"/>
              </w:rPr>
            </w:pPr>
          </w:p>
          <w:p w:rsidR="00285014" w:rsidRDefault="00285014" w:rsidP="008B0B0B">
            <w:pPr>
              <w:rPr>
                <w:rFonts w:cstheme="minorHAnsi"/>
                <w:b/>
                <w:i/>
                <w:smallCaps/>
                <w:color w:val="000000" w:themeColor="text1"/>
                <w:sz w:val="18"/>
                <w:szCs w:val="18"/>
              </w:rPr>
            </w:pPr>
          </w:p>
          <w:p w:rsidR="008B0B0B" w:rsidRPr="00C26AA8" w:rsidRDefault="00D93E0C" w:rsidP="008B0B0B">
            <w:pPr>
              <w:rPr>
                <w:rFonts w:cstheme="minorHAnsi"/>
                <w:b/>
                <w:i/>
                <w:smallCaps/>
                <w:color w:val="000000" w:themeColor="text1"/>
                <w:sz w:val="18"/>
                <w:szCs w:val="18"/>
              </w:rPr>
            </w:pPr>
            <w:r w:rsidRPr="00C26AA8">
              <w:rPr>
                <w:rFonts w:cstheme="minorHAnsi"/>
                <w:b/>
                <w:i/>
                <w:smallCaps/>
                <w:color w:val="000000" w:themeColor="text1"/>
                <w:sz w:val="18"/>
                <w:szCs w:val="18"/>
              </w:rPr>
              <w:t xml:space="preserve">sprawozdanie </w:t>
            </w:r>
            <w:r w:rsidR="00744186" w:rsidRPr="00C26AA8">
              <w:rPr>
                <w:rFonts w:cstheme="minorHAnsi"/>
                <w:b/>
                <w:i/>
                <w:smallCaps/>
                <w:color w:val="000000" w:themeColor="text1"/>
                <w:sz w:val="18"/>
                <w:szCs w:val="18"/>
              </w:rPr>
              <w:t>z realizacji Programu 2025-2026</w:t>
            </w:r>
          </w:p>
        </w:tc>
      </w:tr>
      <w:tr w:rsidR="003F6E7E" w:rsidRPr="00867BBA" w:rsidTr="00432E92">
        <w:tc>
          <w:tcPr>
            <w:tcW w:w="7939" w:type="dxa"/>
          </w:tcPr>
          <w:p w:rsidR="00C92C36" w:rsidRPr="00C92C36" w:rsidRDefault="00656E43" w:rsidP="00F51484">
            <w:pPr>
              <w:pStyle w:val="Nagwek2"/>
              <w:spacing w:line="276" w:lineRule="auto"/>
              <w:jc w:val="both"/>
              <w:outlineLvl w:val="1"/>
              <w:rPr>
                <w:color w:val="000000" w:themeColor="text1"/>
              </w:rPr>
            </w:pPr>
            <w:bookmarkStart w:id="5" w:name="_Toc237252348"/>
            <w:r w:rsidRPr="00C22FAF">
              <w:rPr>
                <w:color w:val="000000" w:themeColor="text1"/>
              </w:rPr>
              <w:lastRenderedPageBreak/>
              <w:t>Diagnoza systemu ochrony ludności i obrony cywilnej</w:t>
            </w:r>
            <w:r w:rsidR="00AB64AF">
              <w:rPr>
                <w:rStyle w:val="Odwoanieprzypisudolnego"/>
                <w:color w:val="000000" w:themeColor="text1"/>
              </w:rPr>
              <w:footnoteReference w:id="1"/>
            </w:r>
            <w:bookmarkEnd w:id="5"/>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System ochrony ludności i obrony cywilnej znajduje się w okresie intensywnego rozwoju zdolności organizacyjnych, infrastrukturalnych i operacyjnych. Ustawa z dnia 5 grudnia 2024 r. o ochronie ludności i obronie cywilnej ustanowiła wspólne ramy prawne dla tego obszaru. Określiła zadania organów i podmiotów ochrony ludności. Uregulowała zasady planowania, wykrywania zagrożeń, ostrzegania i alarmowania oraz funkcjonowania obiektów zbiorowej ochrony. Określiła również zasady organizacji obrony cywilnej i finansowania zadań.</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Przyjęty model wykorzystuje istniejące struktury administracji publicznej, służb i podmiotów ratowniczych. </w:t>
            </w:r>
            <w:r w:rsidR="006F2282">
              <w:rPr>
                <w:rFonts w:ascii="Calibri" w:hAnsi="Calibri" w:cs="Calibri"/>
                <w:sz w:val="24"/>
                <w:szCs w:val="24"/>
              </w:rPr>
              <w:t>Kluczową</w:t>
            </w:r>
            <w:r w:rsidRPr="007B6529">
              <w:rPr>
                <w:rFonts w:ascii="Calibri" w:hAnsi="Calibri" w:cs="Calibri"/>
                <w:sz w:val="24"/>
                <w:szCs w:val="24"/>
              </w:rPr>
              <w:t xml:space="preserve"> rolę </w:t>
            </w:r>
            <w:r w:rsidR="006F2282">
              <w:rPr>
                <w:rFonts w:ascii="Calibri" w:hAnsi="Calibri" w:cs="Calibri"/>
                <w:sz w:val="24"/>
                <w:szCs w:val="24"/>
              </w:rPr>
              <w:t xml:space="preserve">w systemie </w:t>
            </w:r>
            <w:r w:rsidRPr="007B6529">
              <w:rPr>
                <w:rFonts w:ascii="Calibri" w:hAnsi="Calibri" w:cs="Calibri"/>
                <w:sz w:val="24"/>
                <w:szCs w:val="24"/>
              </w:rPr>
              <w:t>pełnią Państwowa Straż Pożarna, ochotnicze straże pożarne, struktury zarządzania kryzysowego, Państwowe Ratownictwo Medyczne oraz organizacje pozarządowe. Pozwala to wykorzystywać istniejące zasoby kadrowe, organizacyjne i techniczne oraz rozwijać je zgodnie z zadaniami określonymi w ustawie.</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Dotychczasowe wdrażanie ustawy objęło równolegle budownictwo ochronne, zabezpieczenie logistyczne, rozwój podmiotów ochrony ludności, edukację </w:t>
            </w:r>
            <w:r w:rsidR="001115D9" w:rsidRPr="007B6529">
              <w:rPr>
                <w:rFonts w:ascii="Calibri" w:hAnsi="Calibri" w:cs="Calibri"/>
                <w:sz w:val="24"/>
                <w:szCs w:val="24"/>
              </w:rPr>
              <w:br/>
            </w:r>
            <w:r w:rsidRPr="007B6529">
              <w:rPr>
                <w:rFonts w:ascii="Calibri" w:hAnsi="Calibri" w:cs="Calibri"/>
                <w:sz w:val="24"/>
                <w:szCs w:val="24"/>
              </w:rPr>
              <w:t xml:space="preserve">i szkolenia, bezpieczną łączność oraz system ostrzegania i alarmowania. Według stanu na 1 stycznia 2026 r. wydano 20 aktów wykonawczych związanych </w:t>
            </w:r>
            <w:r w:rsidR="001115D9" w:rsidRPr="007B6529">
              <w:rPr>
                <w:rFonts w:ascii="Calibri" w:hAnsi="Calibri" w:cs="Calibri"/>
                <w:sz w:val="24"/>
                <w:szCs w:val="24"/>
              </w:rPr>
              <w:br/>
            </w:r>
            <w:r w:rsidRPr="007B6529">
              <w:rPr>
                <w:rFonts w:ascii="Calibri" w:hAnsi="Calibri" w:cs="Calibri"/>
                <w:sz w:val="24"/>
                <w:szCs w:val="24"/>
              </w:rPr>
              <w:t>z realizacją ustawy. Ukształtowano tym samym podstawy prawne wykonywania zadań na poziomie centralnym, wojewódzkim i lokalnym.</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Poszczególne zdolności systemu osiągnęły </w:t>
            </w:r>
            <w:r w:rsidR="006F2282">
              <w:rPr>
                <w:rFonts w:ascii="Calibri" w:hAnsi="Calibri" w:cs="Calibri"/>
                <w:sz w:val="24"/>
                <w:szCs w:val="24"/>
              </w:rPr>
              <w:t>zróż</w:t>
            </w:r>
            <w:r w:rsidR="000A1872">
              <w:rPr>
                <w:rFonts w:ascii="Calibri" w:hAnsi="Calibri" w:cs="Calibri"/>
                <w:sz w:val="24"/>
                <w:szCs w:val="24"/>
              </w:rPr>
              <w:t xml:space="preserve">nicowany stopień zaawansowania. </w:t>
            </w:r>
            <w:r w:rsidR="006F2282">
              <w:rPr>
                <w:rFonts w:ascii="Calibri" w:hAnsi="Calibri" w:cs="Calibri"/>
                <w:sz w:val="24"/>
                <w:szCs w:val="24"/>
              </w:rPr>
              <w:t xml:space="preserve">Zbudowane zostały ramy </w:t>
            </w:r>
            <w:r w:rsidRPr="007B6529">
              <w:rPr>
                <w:rFonts w:ascii="Calibri" w:hAnsi="Calibri" w:cs="Calibri"/>
                <w:sz w:val="24"/>
                <w:szCs w:val="24"/>
              </w:rPr>
              <w:t>prawne, organizacyjne i finansowe</w:t>
            </w:r>
            <w:r w:rsidR="006F2282">
              <w:rPr>
                <w:rFonts w:ascii="Calibri" w:hAnsi="Calibri" w:cs="Calibri"/>
                <w:sz w:val="24"/>
                <w:szCs w:val="24"/>
              </w:rPr>
              <w:t xml:space="preserve"> dla realizacji Programu</w:t>
            </w:r>
            <w:r w:rsidRPr="007B6529">
              <w:rPr>
                <w:rFonts w:ascii="Calibri" w:hAnsi="Calibri" w:cs="Calibri"/>
                <w:sz w:val="24"/>
                <w:szCs w:val="24"/>
              </w:rPr>
              <w:t>. Znaczny postęp nastąpił  w  wyposażeni</w:t>
            </w:r>
            <w:r w:rsidR="006F2282">
              <w:rPr>
                <w:rFonts w:ascii="Calibri" w:hAnsi="Calibri" w:cs="Calibri"/>
                <w:sz w:val="24"/>
                <w:szCs w:val="24"/>
              </w:rPr>
              <w:t>u</w:t>
            </w:r>
            <w:r w:rsidRPr="007B6529">
              <w:rPr>
                <w:rFonts w:ascii="Calibri" w:hAnsi="Calibri" w:cs="Calibri"/>
                <w:sz w:val="24"/>
                <w:szCs w:val="24"/>
              </w:rPr>
              <w:t xml:space="preserve"> służb, inwentaryzacji zasobów, zabezpieczeni</w:t>
            </w:r>
            <w:r w:rsidR="006F2282">
              <w:rPr>
                <w:rFonts w:ascii="Calibri" w:hAnsi="Calibri" w:cs="Calibri"/>
                <w:sz w:val="24"/>
                <w:szCs w:val="24"/>
              </w:rPr>
              <w:t>u</w:t>
            </w:r>
            <w:r w:rsidRPr="007B6529">
              <w:rPr>
                <w:rFonts w:ascii="Calibri" w:hAnsi="Calibri" w:cs="Calibri"/>
                <w:sz w:val="24"/>
                <w:szCs w:val="24"/>
              </w:rPr>
              <w:t xml:space="preserve"> energetyczn</w:t>
            </w:r>
            <w:r w:rsidR="006F2282">
              <w:rPr>
                <w:rFonts w:ascii="Calibri" w:hAnsi="Calibri" w:cs="Calibri"/>
                <w:sz w:val="24"/>
                <w:szCs w:val="24"/>
              </w:rPr>
              <w:t>ym</w:t>
            </w:r>
            <w:r w:rsidRPr="007B6529">
              <w:rPr>
                <w:rFonts w:ascii="Calibri" w:hAnsi="Calibri" w:cs="Calibri"/>
                <w:sz w:val="24"/>
                <w:szCs w:val="24"/>
              </w:rPr>
              <w:t xml:space="preserve"> oraz uruchamiani</w:t>
            </w:r>
            <w:r w:rsidR="006F2282">
              <w:rPr>
                <w:rFonts w:ascii="Calibri" w:hAnsi="Calibri" w:cs="Calibri"/>
                <w:sz w:val="24"/>
                <w:szCs w:val="24"/>
              </w:rPr>
              <w:t>u</w:t>
            </w:r>
            <w:r w:rsidRPr="007B6529">
              <w:rPr>
                <w:rFonts w:ascii="Calibri" w:hAnsi="Calibri" w:cs="Calibri"/>
                <w:sz w:val="24"/>
                <w:szCs w:val="24"/>
              </w:rPr>
              <w:t xml:space="preserve"> systemów ewidencyjnych. Dalszego rozwoju wymagają przede wszystkim infrastruktura ochronna, lokalne zdolności logistyczne, zasoby kadrowe, integracja systemów oraz przygotowanie ludności.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Rozwój poszczególnych zdolności jest prowadzony równolegle i w sposób wzajemnie powiązany. Rozpoznanie infrastruktury ochronnej jest łączone </w:t>
            </w:r>
            <w:r w:rsidR="001115D9" w:rsidRPr="007B6529">
              <w:rPr>
                <w:rFonts w:ascii="Calibri" w:hAnsi="Calibri" w:cs="Calibri"/>
                <w:sz w:val="24"/>
                <w:szCs w:val="24"/>
              </w:rPr>
              <w:br/>
            </w:r>
            <w:r w:rsidRPr="007B6529">
              <w:rPr>
                <w:rFonts w:ascii="Calibri" w:hAnsi="Calibri" w:cs="Calibri"/>
                <w:sz w:val="24"/>
                <w:szCs w:val="24"/>
              </w:rPr>
              <w:t xml:space="preserve">z informowaniem mieszkańców o miejscach schronienia. Rozbudowie zaplecza magazynowego towarzyszy zwiększanie autonomii energetycznej </w:t>
            </w:r>
            <w:r w:rsidR="001115D9" w:rsidRPr="007B6529">
              <w:rPr>
                <w:rFonts w:ascii="Calibri" w:hAnsi="Calibri" w:cs="Calibri"/>
                <w:sz w:val="24"/>
                <w:szCs w:val="24"/>
              </w:rPr>
              <w:br/>
            </w:r>
            <w:r w:rsidRPr="007B6529">
              <w:rPr>
                <w:rFonts w:ascii="Calibri" w:hAnsi="Calibri" w:cs="Calibri"/>
                <w:sz w:val="24"/>
                <w:szCs w:val="24"/>
              </w:rPr>
              <w:t xml:space="preserve">i bezpieczeństwa wodnego. Doposażanie służb jest powiązane z rozszerzaniem sieci podmiotów ochrony ludności. Rozwój łączności i systemów alarmowania wspiera przygotowanie ewakuacji oraz współpracę cywilno-wojskową. Takie </w:t>
            </w:r>
            <w:r w:rsidRPr="007B6529">
              <w:rPr>
                <w:rFonts w:ascii="Calibri" w:hAnsi="Calibri" w:cs="Calibri"/>
                <w:sz w:val="24"/>
                <w:szCs w:val="24"/>
              </w:rPr>
              <w:lastRenderedPageBreak/>
              <w:t>podejście służy stopniowemu zwiększaniu zdolności całego systemu, a nie wyłącznie jego poszczególnych elementów.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Ustawa określiła strukturę organów i podmiotów realizujących zadania ochrony ludności i obrony cywilnej. Koordynacja na poziomie krajowym została powierzona ministrowi właściwemu do spraw wewnętrznych. Na poziomie wojewódzkim zadania koordynacyjne wykonują wojewodowie. Istotna część zadań wykonawczych została powierzona jednostkom samorządu terytorialnego.</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Dotychczas rozbudowano formalną sieć podmiotów ochrony ludności. W</w:t>
            </w:r>
            <w:r w:rsidR="003F3A06">
              <w:rPr>
                <w:rFonts w:ascii="Calibri" w:hAnsi="Calibri" w:cs="Calibri"/>
                <w:sz w:val="24"/>
                <w:szCs w:val="24"/>
              </w:rPr>
              <w:t> </w:t>
            </w:r>
            <w:r w:rsidRPr="007B6529">
              <w:rPr>
                <w:rFonts w:ascii="Calibri" w:hAnsi="Calibri" w:cs="Calibri"/>
                <w:sz w:val="24"/>
                <w:szCs w:val="24"/>
              </w:rPr>
              <w:t>2025</w:t>
            </w:r>
            <w:r w:rsidR="003F3A06">
              <w:rPr>
                <w:rFonts w:ascii="Calibri" w:hAnsi="Calibri" w:cs="Calibri"/>
                <w:sz w:val="24"/>
                <w:szCs w:val="24"/>
              </w:rPr>
              <w:t> </w:t>
            </w:r>
            <w:r w:rsidRPr="007B6529">
              <w:rPr>
                <w:rFonts w:ascii="Calibri" w:hAnsi="Calibri" w:cs="Calibri"/>
                <w:sz w:val="24"/>
                <w:szCs w:val="24"/>
              </w:rPr>
              <w:t>r. zawarto 960 porozumień o wykonywaniu zadań ochrony ludności lub obrony cywilnej. Wydano także 823 decyzje o uznaniu jednostek za podmioty ochrony ludności. Rozwiązania te umożliwiają określenie zakresu powierzanych zadań oraz odpowiedzialności poszczególnych podmiotów.</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Rozwijano również współpracę z organizacjami pozarządowymi. Wojewodowie oraz organy samorządu terytorialnego zawarli 556 umów dotacyjnych </w:t>
            </w:r>
            <w:r w:rsidR="001115D9" w:rsidRPr="007B6529">
              <w:rPr>
                <w:rFonts w:ascii="Calibri" w:hAnsi="Calibri" w:cs="Calibri"/>
                <w:sz w:val="24"/>
                <w:szCs w:val="24"/>
              </w:rPr>
              <w:br/>
            </w:r>
            <w:r w:rsidRPr="007B6529">
              <w:rPr>
                <w:rFonts w:ascii="Calibri" w:hAnsi="Calibri" w:cs="Calibri"/>
                <w:sz w:val="24"/>
                <w:szCs w:val="24"/>
              </w:rPr>
              <w:t>z podmiotami ochrony ludności. Łączna wartość tych umów przekroczyła 356,7</w:t>
            </w:r>
            <w:r w:rsidR="009F3BF2">
              <w:rPr>
                <w:rFonts w:ascii="Calibri" w:hAnsi="Calibri" w:cs="Calibri"/>
                <w:sz w:val="24"/>
                <w:szCs w:val="24"/>
              </w:rPr>
              <w:t> </w:t>
            </w:r>
            <w:r w:rsidRPr="007B6529">
              <w:rPr>
                <w:rFonts w:ascii="Calibri" w:hAnsi="Calibri" w:cs="Calibri"/>
                <w:sz w:val="24"/>
                <w:szCs w:val="24"/>
              </w:rPr>
              <w:t>mln zł. Środki wspierały realizację zadań oraz rozwój zdolności organizacyjnych i wykonawczych.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Podstawowe mechanizmy koordynacji pomiędzy poziomem centralnym, wojewódzkim i lokalnym funkcjonują. Szczególne znaczenie ma rola wojewody oraz bieżący przepływ informacji dotyczących zmian prawnych i realizacji zadań. Dalszego rozwijania wymagają mechanizmy współpracy poziomej. Dotyczy to wymiany informacji, doświadczeń i rozwiązań stosowanych przez poszczególne jednostki oraz podmioty systemu.</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Dotychczasowe działania stworzyły podstawy funkcjonowania systemu w</w:t>
            </w:r>
            <w:r w:rsidR="00A1662F">
              <w:rPr>
                <w:rFonts w:ascii="Calibri" w:hAnsi="Calibri" w:cs="Calibri"/>
                <w:sz w:val="24"/>
                <w:szCs w:val="24"/>
              </w:rPr>
              <w:t> </w:t>
            </w:r>
            <w:r w:rsidRPr="007B6529">
              <w:rPr>
                <w:rFonts w:ascii="Calibri" w:hAnsi="Calibri" w:cs="Calibri"/>
                <w:sz w:val="24"/>
                <w:szCs w:val="24"/>
              </w:rPr>
              <w:t>układzie wielopoziomowym. W latach 2027–2031 istotne będzie dalsze wzmacnianie współdziałania operacyjnego</w:t>
            </w:r>
            <w:r w:rsidR="009F3BF2">
              <w:rPr>
                <w:rFonts w:ascii="Calibri" w:hAnsi="Calibri" w:cs="Calibri"/>
                <w:sz w:val="24"/>
                <w:szCs w:val="24"/>
              </w:rPr>
              <w:t xml:space="preserve"> oraz</w:t>
            </w:r>
            <w:r w:rsidRPr="007B6529">
              <w:rPr>
                <w:rFonts w:ascii="Calibri" w:hAnsi="Calibri" w:cs="Calibri"/>
                <w:sz w:val="24"/>
                <w:szCs w:val="24"/>
              </w:rPr>
              <w:t xml:space="preserve"> rozwijanie procedur współpracy pomiędzy administracją, służbami i podmiotami wspierającymi.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Budownictwo ochronne stanowi jeden z głównych obszarów rozwoju systemu. Dotychczasowe działania koncentrowały się na rozpoznaniu istniejących zasobów oraz przygotowaniu podstaw do modernizacji i</w:t>
            </w:r>
            <w:r w:rsidR="0009691F">
              <w:rPr>
                <w:rFonts w:ascii="Calibri" w:hAnsi="Calibri" w:cs="Calibri"/>
                <w:sz w:val="24"/>
                <w:szCs w:val="24"/>
              </w:rPr>
              <w:t xml:space="preserve"> realizacji</w:t>
            </w:r>
            <w:r w:rsidRPr="007B6529">
              <w:rPr>
                <w:rFonts w:ascii="Calibri" w:hAnsi="Calibri" w:cs="Calibri"/>
                <w:sz w:val="24"/>
                <w:szCs w:val="24"/>
              </w:rPr>
              <w:t xml:space="preserve"> nowych inwestycji.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Organy ochrony ludności zleciły jednostkom Państwowej Straży Pożarnej sprawdzenie 6936 budowli ochronnych. </w:t>
            </w:r>
            <w:r w:rsidR="009F3BF2">
              <w:rPr>
                <w:rFonts w:ascii="Calibri" w:hAnsi="Calibri" w:cs="Calibri"/>
                <w:sz w:val="24"/>
                <w:szCs w:val="24"/>
              </w:rPr>
              <w:t>Przeprowadzono 4852 sprawdzenia</w:t>
            </w:r>
            <w:r w:rsidRPr="007B6529">
              <w:rPr>
                <w:rFonts w:ascii="Calibri" w:hAnsi="Calibri" w:cs="Calibri"/>
                <w:sz w:val="24"/>
                <w:szCs w:val="24"/>
              </w:rPr>
              <w:t>. W</w:t>
            </w:r>
            <w:r w:rsidR="009F3BF2">
              <w:rPr>
                <w:rFonts w:ascii="Calibri" w:hAnsi="Calibri" w:cs="Calibri"/>
                <w:sz w:val="24"/>
                <w:szCs w:val="24"/>
              </w:rPr>
              <w:t> </w:t>
            </w:r>
            <w:r w:rsidRPr="007B6529">
              <w:rPr>
                <w:rFonts w:ascii="Calibri" w:hAnsi="Calibri" w:cs="Calibri"/>
                <w:sz w:val="24"/>
                <w:szCs w:val="24"/>
              </w:rPr>
              <w:t xml:space="preserve">przypadku 2568 budowli stwierdzono spełnianie albo możliwość spełnienia wymagań w zakresie ocenianym przez Państwową Straż Pożarną. Ocenie pod kątem możliwości pełnienia funkcji punktu schronienia poddano 5185 obiektów.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Równolegle prowadzono ocenę obiektów przez organy nadzoru budowlanego. Otrzymały one 4794 zlecenia sprawdzenia dotychczasowych budowli ochronnych. Sprawdzono 3710 obiektów. Prace te pozwoliły określić stan części </w:t>
            </w:r>
            <w:r w:rsidRPr="007B6529">
              <w:rPr>
                <w:rFonts w:ascii="Calibri" w:hAnsi="Calibri" w:cs="Calibri"/>
                <w:sz w:val="24"/>
                <w:szCs w:val="24"/>
              </w:rPr>
              <w:lastRenderedPageBreak/>
              <w:t>istniejącej infrastruktury oraz zakres potrzebnych ekspertyz, dokumentacji projektowej i działań technicznych.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Proces rozpoznawania zasobów został powiązany z udostępnieniem informacji mieszkańcom. W grudniu 2025 r. uruchomiono aplikację „Gdzie się ukryć”. Według stanu na 2 marca 2026 r. zawierała ona 81 823 punkty schronienia. Ich szacunkowa pojemność wynosiła 23 338 227 osób. Odpowiadało to 62,8% liczby mieszkańców Polski. Baza jest </w:t>
            </w:r>
            <w:r w:rsidR="008B0FE9">
              <w:rPr>
                <w:rFonts w:ascii="Calibri" w:hAnsi="Calibri" w:cs="Calibri"/>
                <w:sz w:val="24"/>
                <w:szCs w:val="24"/>
              </w:rPr>
              <w:t xml:space="preserve">systematycznie </w:t>
            </w:r>
            <w:r w:rsidRPr="007B6529">
              <w:rPr>
                <w:rFonts w:ascii="Calibri" w:hAnsi="Calibri" w:cs="Calibri"/>
                <w:sz w:val="24"/>
                <w:szCs w:val="24"/>
              </w:rPr>
              <w:t>rozwijana wraz z weryfikacją kolejnych obiektów.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W 2025 r. przeprowadzono 7613 przedsięwzięć dotyczących miejsc doraźnego schronienia. Kolejne 627 przedsięwzięć dotyczyło ukryć, a 661 schronów. Zakres prac obejmował między innymi ekspertyzy techniczne oraz przygotowanie dokumentacji projektowej. Działania te przygotowują realizację modernizacji </w:t>
            </w:r>
            <w:r w:rsidR="001115D9" w:rsidRPr="007B6529">
              <w:rPr>
                <w:rFonts w:ascii="Calibri" w:hAnsi="Calibri" w:cs="Calibri"/>
                <w:sz w:val="24"/>
                <w:szCs w:val="24"/>
              </w:rPr>
              <w:br/>
            </w:r>
            <w:r w:rsidRPr="007B6529">
              <w:rPr>
                <w:rFonts w:ascii="Calibri" w:hAnsi="Calibri" w:cs="Calibri"/>
                <w:sz w:val="24"/>
                <w:szCs w:val="24"/>
              </w:rPr>
              <w:t>i inwestycji budowlanych.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Utworzono również Centralną Ewidencję Obiektów Zbiorowej Ochrony. System został uruchomiony pod względem technicznym </w:t>
            </w:r>
            <w:r w:rsidR="00014B9E">
              <w:rPr>
                <w:rFonts w:ascii="Calibri" w:hAnsi="Calibri" w:cs="Calibri"/>
                <w:sz w:val="24"/>
                <w:szCs w:val="24"/>
              </w:rPr>
              <w:t xml:space="preserve">w dniu </w:t>
            </w:r>
            <w:r w:rsidRPr="007B6529">
              <w:rPr>
                <w:rFonts w:ascii="Calibri" w:hAnsi="Calibri" w:cs="Calibri"/>
                <w:sz w:val="24"/>
                <w:szCs w:val="24"/>
              </w:rPr>
              <w:t>31 grudnia 2025 r. Ewidencja umożliwia systematyczne gromadzenie oraz aktualizowanie informacji o obiektach ochronnych.</w:t>
            </w:r>
          </w:p>
          <w:p w:rsidR="0093596F" w:rsidRPr="00AD57B8"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Dotychczasowe działania znacząco zwiększyły wiedzę o istniejących zasobach. Zasadniczym kierunkiem na lata 2027–2031 pozostaje modernizacja istniejącej infrastruktury oraz zwiększanie liczby obiektów posiadających potwierdzone właściwości ochronne. Znaczenie ma również poprawa dostępności </w:t>
            </w:r>
            <w:r w:rsidR="009F3BF2">
              <w:rPr>
                <w:rFonts w:ascii="Calibri" w:hAnsi="Calibri" w:cs="Calibri"/>
                <w:sz w:val="24"/>
                <w:szCs w:val="24"/>
              </w:rPr>
              <w:t>infrastruktury ochronnej</w:t>
            </w:r>
            <w:r w:rsidRPr="007B6529">
              <w:rPr>
                <w:rFonts w:ascii="Calibri" w:hAnsi="Calibri" w:cs="Calibri"/>
                <w:sz w:val="24"/>
                <w:szCs w:val="24"/>
              </w:rPr>
              <w:t xml:space="preserve"> na poziomie lokalnym.</w:t>
            </w:r>
            <w:r w:rsidR="008B0FE9">
              <w:rPr>
                <w:rFonts w:ascii="Calibri" w:hAnsi="Calibri" w:cs="Calibri"/>
                <w:sz w:val="24"/>
                <w:szCs w:val="24"/>
              </w:rPr>
              <w:t xml:space="preserve"> </w:t>
            </w:r>
            <w:r w:rsidR="005158FE" w:rsidRPr="00AD57B8">
              <w:rPr>
                <w:rFonts w:ascii="Calibri" w:hAnsi="Calibri" w:cs="Calibri"/>
                <w:sz w:val="24"/>
                <w:szCs w:val="24"/>
              </w:rPr>
              <w:t>Dalszego rozwijania wymaga system wymiany informacji i ustalenia zasad dostępu do budowli ochronnych.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Rozwój budownictwa ochronnego wymaga perspektywy wieloletniej. Część rozpoczętych przedsięwzięć obejmuje przygotowanie techniczne i projektowe. Ich efekty będą następowały wraz z realizacją kolejnych etapów inwestycji.</w:t>
            </w:r>
          </w:p>
          <w:p w:rsidR="0093596F" w:rsidRPr="00CD1249" w:rsidRDefault="0093596F" w:rsidP="00F51484">
            <w:pPr>
              <w:spacing w:after="60" w:line="276" w:lineRule="auto"/>
              <w:jc w:val="both"/>
              <w:rPr>
                <w:rFonts w:ascii="Calibri" w:hAnsi="Calibri" w:cs="Calibri"/>
                <w:color w:val="EE0000"/>
                <w:sz w:val="24"/>
                <w:szCs w:val="24"/>
              </w:rPr>
            </w:pPr>
            <w:r w:rsidRPr="007B6529">
              <w:rPr>
                <w:rFonts w:ascii="Calibri" w:hAnsi="Calibri" w:cs="Calibri"/>
                <w:sz w:val="24"/>
                <w:szCs w:val="24"/>
              </w:rPr>
              <w:t xml:space="preserve">Zabezpieczenie logistyczne warunkuje zdolność administracji, służb </w:t>
            </w:r>
            <w:r w:rsidR="001115D9" w:rsidRPr="007B6529">
              <w:rPr>
                <w:rFonts w:ascii="Calibri" w:hAnsi="Calibri" w:cs="Calibri"/>
                <w:sz w:val="24"/>
                <w:szCs w:val="24"/>
              </w:rPr>
              <w:br/>
            </w:r>
            <w:r w:rsidRPr="007B6529">
              <w:rPr>
                <w:rFonts w:ascii="Calibri" w:hAnsi="Calibri" w:cs="Calibri"/>
                <w:sz w:val="24"/>
                <w:szCs w:val="24"/>
              </w:rPr>
              <w:t>i podmiotów ochrony ludności do działania podczas zagrożenia. Dotychczasowe działania objęły rozwój magazynów, zasobów materiałowych, zabezpieczenia energetycznego, dostępu do wody oraz zasobów podmiotów leczniczych</w:t>
            </w:r>
            <w:r w:rsidRPr="00CD1249">
              <w:rPr>
                <w:rFonts w:ascii="Calibri" w:hAnsi="Calibri" w:cs="Calibri"/>
                <w:color w:val="EE0000"/>
                <w:sz w:val="24"/>
                <w:szCs w:val="24"/>
              </w:rPr>
              <w:t>.</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Powstało, zostało wyremontowanych lub zmodernizowanych 1159 magazynów. Przeprowadzono również 17 312 przedsięwzięć dotyczących wyposażenia baz magazynowych. Zakupy obejmowały sprzęt ratowniczy, przeciwpowodziowy, transportowy i oświetleniowy. Pozyskiwano także namioty, łóżka polowe, kuchnie polowe oraz inne wyposażenie potrzebne podczas działań ochronnych.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Wzmocniono zaplecze podmiotów leczniczych. Zrealizowano 1382 inwestycje dotyczące zasobów szpitalnych. Działania te służą zwiększaniu zdolności placówek do funkcjonowania podczas zakłóceń w dostawach podstawowych mediów.</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lastRenderedPageBreak/>
              <w:t>Istotny zakres przedsięwzięć dotyczył</w:t>
            </w:r>
            <w:r w:rsidR="006C38FB">
              <w:rPr>
                <w:rFonts w:ascii="Calibri" w:hAnsi="Calibri" w:cs="Calibri"/>
                <w:sz w:val="24"/>
                <w:szCs w:val="24"/>
              </w:rPr>
              <w:t xml:space="preserve"> osiągania</w:t>
            </w:r>
            <w:r w:rsidRPr="007B6529">
              <w:rPr>
                <w:rFonts w:ascii="Calibri" w:hAnsi="Calibri" w:cs="Calibri"/>
                <w:sz w:val="24"/>
                <w:szCs w:val="24"/>
              </w:rPr>
              <w:t xml:space="preserve"> autonomii energetycznej. Wojewodowie wykazali 3286 budynków dostosowanych do uzyskania takiej zdolności. Zakupy obejmowały agregaty prądotwórcze, urządzenia do przechowywania paliwa oraz środki łączności satelitarnej i radiowej.</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Rozwijano również rozwiązania zapewniające dostęp do wody. W 2025 r. zrealizowano 2748 przedsięwzięć w tym obszarze. Obejmowały one modernizację ujęć, przygotowanie alternatywnych źródeł zaopatrzenia oraz zakup urządzeń do transportu, przechowywania i uzdatniania wody.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Ważnym elementem zarządzania zasobami jest Centralna Ewidencja Zasobów Ochrony Ludności i Obrony Cywilnej. System został uruchomiony pod względem technicznym pod koniec 2025 r. W okresie wdrożeniowym wojewodowie prowadzili sprawozdania rzeczowe. Na koniec 2025 r. obejmowały one ponad 47 tys. pozycji.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Dotychczasowa rozbudowa zaplecza logistycznego zwiększyła zasoby dostępne na potrzeby ochrony ludności. Widoczny jest postęp w zakresie zabezpieczenia energetycznego oraz infrastruktury </w:t>
            </w:r>
            <w:r w:rsidR="003F3A06">
              <w:rPr>
                <w:rFonts w:ascii="Calibri" w:hAnsi="Calibri" w:cs="Calibri"/>
                <w:sz w:val="24"/>
                <w:szCs w:val="24"/>
              </w:rPr>
              <w:t>zaopatrzenia w wodę</w:t>
            </w:r>
            <w:r w:rsidRPr="007B6529">
              <w:rPr>
                <w:rFonts w:ascii="Calibri" w:hAnsi="Calibri" w:cs="Calibri"/>
                <w:sz w:val="24"/>
                <w:szCs w:val="24"/>
              </w:rPr>
              <w:t>. Zróżnicowany pozostaje poziom lokalnego zabezpieczenia materiałowego i magazynowego. Szczególnego znaczenia nabiera zdolność do zabezpieczenia podstawowych potrzeb ludności w pierwszych 72 godzinach zakłócenia.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 latach 2027–2031 rozwój logistyki powinien obejmować dalsze zwiększanie zasobów oraz ich właściwe rozmieszczenie. Istotne będzie także powiązanie magazynowania z transportem i dystrybucją. Działania te powinny wspierać ciągłość dostaw wody, żywności, energii oraz innych podstawowych dóbr.</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Rozwój systemu obejmuje wzmacnianie podmiotów odpowiedzialnych za wykonywanie zadań. Dotychczas znaczący zakres działań dotyczył wyposażenia Państwowej Straży Pożarnej oraz innych podmiotów ochrony ludności.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Zakupiono 1932 komplety umundurowania specjalnego i wyposażenia osobistego</w:t>
            </w:r>
            <w:r w:rsidR="007327E6">
              <w:rPr>
                <w:rFonts w:ascii="Calibri" w:hAnsi="Calibri" w:cs="Calibri"/>
                <w:sz w:val="24"/>
                <w:szCs w:val="24"/>
              </w:rPr>
              <w:t xml:space="preserve"> (sk</w:t>
            </w:r>
            <w:r w:rsidR="00AD57B8">
              <w:rPr>
                <w:rFonts w:ascii="Calibri" w:hAnsi="Calibri" w:cs="Calibri"/>
                <w:sz w:val="24"/>
                <w:szCs w:val="24"/>
              </w:rPr>
              <w:t>ł</w:t>
            </w:r>
            <w:r w:rsidR="007327E6">
              <w:rPr>
                <w:rFonts w:ascii="Calibri" w:hAnsi="Calibri" w:cs="Calibri"/>
                <w:sz w:val="24"/>
                <w:szCs w:val="24"/>
              </w:rPr>
              <w:t>adające się z</w:t>
            </w:r>
            <w:r w:rsidRPr="007B6529">
              <w:rPr>
                <w:rFonts w:ascii="Calibri" w:hAnsi="Calibri" w:cs="Calibri"/>
                <w:sz w:val="24"/>
                <w:szCs w:val="24"/>
              </w:rPr>
              <w:t xml:space="preserve"> niemal 20 tys. </w:t>
            </w:r>
            <w:r w:rsidR="009C1B1E">
              <w:rPr>
                <w:rFonts w:ascii="Calibri" w:hAnsi="Calibri" w:cs="Calibri"/>
                <w:sz w:val="24"/>
                <w:szCs w:val="24"/>
              </w:rPr>
              <w:t>e</w:t>
            </w:r>
            <w:r w:rsidRPr="007B6529">
              <w:rPr>
                <w:rFonts w:ascii="Calibri" w:hAnsi="Calibri" w:cs="Calibri"/>
                <w:sz w:val="24"/>
                <w:szCs w:val="24"/>
              </w:rPr>
              <w:t>lementów</w:t>
            </w:r>
            <w:r w:rsidR="007327E6">
              <w:rPr>
                <w:rFonts w:ascii="Calibri" w:hAnsi="Calibri" w:cs="Calibri"/>
                <w:sz w:val="24"/>
                <w:szCs w:val="24"/>
              </w:rPr>
              <w:t>)</w:t>
            </w:r>
            <w:r w:rsidRPr="007B6529">
              <w:rPr>
                <w:rFonts w:ascii="Calibri" w:hAnsi="Calibri" w:cs="Calibri"/>
                <w:sz w:val="24"/>
                <w:szCs w:val="24"/>
              </w:rPr>
              <w:t>. Utworzono także rezerwę wyposażenia ratowników oraz pozyskano środki ochrony przeznaczone do działań obrony cywilnej.</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Na potrzeby działań ratowniczych i ewakuacyjnych zakupiono 737 jednostek sprzętu. Obejmowały one samochody ratowniczo-gaśnicze, pojazdy specjalistyczne, łodzie, mikrobusy ewakuacyjne oraz wyposażenie ratownictwa medycznego. Dodatkowo zakupiono 148 jednostek sprzętu logistycznego oraz sprzętu przeznaczonego do działań związanych z zagrożeniami chemicznymi, biologicznymi, radiologicznymi i jądrowymi.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System wykorzystuje również potencjał Państwowego Ratownictwa Medycznego. W 2025 r. funkcjonowało 1711 zespołów ratownictwa medycznego. Wykonały one 3 295 393 wyjazdy. Lotnicze zespoły ratownictwa </w:t>
            </w:r>
            <w:r w:rsidRPr="007B6529">
              <w:rPr>
                <w:rFonts w:ascii="Calibri" w:hAnsi="Calibri" w:cs="Calibri"/>
                <w:sz w:val="24"/>
                <w:szCs w:val="24"/>
              </w:rPr>
              <w:lastRenderedPageBreak/>
              <w:t>medycznego wykonały 11 257 wylotów. Lotnicze zespoły transportu sanitarnego wykonały 1644 wyloty.</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Rozszerzenie zakresu zadań zwiększa zapotrzebowanie na odpowiednio przygotowany personel. Dotychczas uruchomiono szeroki proces szkoleniowy. Akademia Pożarnicza przeszkoliła 1397 osób. Szkolenia objęły przedstawicieli administracji publicznej oraz kadrę Państwowej Straży Pożarnej.</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Równolegle rozwijano system zapewniania jednolitych wymagań wobec podmiotów prowadzących szkolenia. W 2025 r. do Akademii Pożarniczej wpłynęło 139 wniosków dotyczących weryfikacji podmiotów prowadzących szkolenia z zakresu ochrony ludności i obrony cywilnej. Proces ten służy zapewnieniu odpowiedniego poziomu i porównywalności prowadzonych szkoleń</w:t>
            </w:r>
            <w:r w:rsidR="0020066A">
              <w:rPr>
                <w:rFonts w:ascii="Calibri" w:hAnsi="Calibri" w:cs="Calibri"/>
                <w:sz w:val="24"/>
                <w:szCs w:val="24"/>
              </w:rPr>
              <w:t>, a także ich profesjonalizację</w:t>
            </w:r>
            <w:r w:rsidRPr="007B6529">
              <w:rPr>
                <w:rFonts w:ascii="Calibri" w:hAnsi="Calibri" w:cs="Calibri"/>
                <w:sz w:val="24"/>
                <w:szCs w:val="24"/>
              </w:rPr>
              <w:t>.</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Wojewodowie i organy samorządu terytorialnego zorganizowali ponad 5 tys. szkoleń. Uczestniczyło w nich ponad 182 tys. osób. Przeprowadzono również ponad 9 tys. przedsięwzięć edukacyjnych i informacyjnych.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Dotychczasowy rozwój systemu przyniósł wzrost zasobów rzeczowych oraz rozszerzenie działań szkoleniowych. Dalszego wzmacniania wymagają zasoby kadrowe. Szczególne znaczenie mają kompetencje związane z planowaniem, koordynacją, logistyką i obsługą systemów technicznych. Potrzebne jest również zapewnienie odpowiedniej liczby osób do wykonywania nowych obowiązków.</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W latach 2027–2031 rozwój kadr powinien postępować równolegle z rozwojem infrastruktury i wyposażenia. Istotne będzie prowadzenie regularnych szkoleń </w:t>
            </w:r>
            <w:r w:rsidR="001115D9" w:rsidRPr="007B6529">
              <w:rPr>
                <w:rFonts w:ascii="Calibri" w:hAnsi="Calibri" w:cs="Calibri"/>
                <w:sz w:val="24"/>
                <w:szCs w:val="24"/>
              </w:rPr>
              <w:br/>
            </w:r>
            <w:r w:rsidRPr="007B6529">
              <w:rPr>
                <w:rFonts w:ascii="Calibri" w:hAnsi="Calibri" w:cs="Calibri"/>
                <w:sz w:val="24"/>
                <w:szCs w:val="24"/>
              </w:rPr>
              <w:t xml:space="preserve">i ćwiczeń. Pozwoli to </w:t>
            </w:r>
            <w:r w:rsidR="0020066A">
              <w:rPr>
                <w:rFonts w:ascii="Calibri" w:hAnsi="Calibri" w:cs="Calibri"/>
                <w:sz w:val="24"/>
                <w:szCs w:val="24"/>
              </w:rPr>
              <w:t xml:space="preserve">nabywać i </w:t>
            </w:r>
            <w:r w:rsidRPr="007B6529">
              <w:rPr>
                <w:rFonts w:ascii="Calibri" w:hAnsi="Calibri" w:cs="Calibri"/>
                <w:sz w:val="24"/>
                <w:szCs w:val="24"/>
              </w:rPr>
              <w:t>utrwalać kompetencje oraz sprawdzać zdolność współdziałania wielu podmiotów.</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System ostrzegania i alarmowania posiada funkcjonujące mechanizmy operacyjne. Rządowe Centrum Bezpieczeństwa zapewnia całodobowe monitorowanie zagrożeń oraz obieg informacji. W 2025 r. rozesłano 306 alertów dotyczących między innymi zagrożeń pogodowych, sanitarnych i pożarowych.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W ramach procedury ostrzegania i alarmowania wojsk oraz ludności cywilnej </w:t>
            </w:r>
            <w:r w:rsidR="001115D9" w:rsidRPr="007B6529">
              <w:rPr>
                <w:rFonts w:ascii="Calibri" w:hAnsi="Calibri" w:cs="Calibri"/>
                <w:sz w:val="24"/>
                <w:szCs w:val="24"/>
              </w:rPr>
              <w:br/>
            </w:r>
            <w:r w:rsidRPr="007B6529">
              <w:rPr>
                <w:rFonts w:ascii="Calibri" w:hAnsi="Calibri" w:cs="Calibri"/>
                <w:sz w:val="24"/>
                <w:szCs w:val="24"/>
              </w:rPr>
              <w:t>o zagrożeniu uderzeniami z powietrza właściwe działania uruchamiano w</w:t>
            </w:r>
            <w:r w:rsidR="00A1662F">
              <w:rPr>
                <w:rFonts w:ascii="Calibri" w:hAnsi="Calibri" w:cs="Calibri"/>
                <w:sz w:val="24"/>
                <w:szCs w:val="24"/>
              </w:rPr>
              <w:t> </w:t>
            </w:r>
            <w:r w:rsidRPr="007B6529">
              <w:rPr>
                <w:rFonts w:ascii="Calibri" w:hAnsi="Calibri" w:cs="Calibri"/>
                <w:sz w:val="24"/>
                <w:szCs w:val="24"/>
              </w:rPr>
              <w:t>2025</w:t>
            </w:r>
            <w:r w:rsidR="003F3A06">
              <w:rPr>
                <w:rFonts w:ascii="Calibri" w:hAnsi="Calibri" w:cs="Calibri"/>
                <w:sz w:val="24"/>
                <w:szCs w:val="24"/>
              </w:rPr>
              <w:t> </w:t>
            </w:r>
            <w:r w:rsidRPr="007B6529">
              <w:rPr>
                <w:rFonts w:ascii="Calibri" w:hAnsi="Calibri" w:cs="Calibri"/>
                <w:sz w:val="24"/>
                <w:szCs w:val="24"/>
              </w:rPr>
              <w:t>r. 64 razy. Mechanizm ten stanowi element bieżącej zdolności państwa do przekazywania informacji o zagrożeniach.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Równolegle rozwijany jest System Bezpiecznej Łączności Państwowej. Jego zadaniem jest zapewnienie bezpiecznej i odpornej komunikacji administracji publicznej i służb. System ma również zapewniać współdziałanie różnych sieci oraz rozwiązań wykorzystywanych przez podmioty bezpieczeństwa państwa.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W 2025 r. na realizację zadań w tym obszarze przeznaczono około 303 mln zł. Rozwijano sieć </w:t>
            </w:r>
            <w:proofErr w:type="spellStart"/>
            <w:r w:rsidRPr="007B6529">
              <w:rPr>
                <w:rFonts w:ascii="Calibri" w:hAnsi="Calibri" w:cs="Calibri"/>
                <w:sz w:val="24"/>
                <w:szCs w:val="24"/>
              </w:rPr>
              <w:t>GovNet</w:t>
            </w:r>
            <w:proofErr w:type="spellEnd"/>
            <w:r w:rsidRPr="007B6529">
              <w:rPr>
                <w:rFonts w:ascii="Calibri" w:hAnsi="Calibri" w:cs="Calibri"/>
                <w:sz w:val="24"/>
                <w:szCs w:val="24"/>
              </w:rPr>
              <w:t xml:space="preserve"> oraz infrastrukturę TETRA. Zakupiono również 1070 </w:t>
            </w:r>
            <w:r w:rsidRPr="007B6529">
              <w:rPr>
                <w:rFonts w:ascii="Calibri" w:hAnsi="Calibri" w:cs="Calibri"/>
                <w:sz w:val="24"/>
                <w:szCs w:val="24"/>
              </w:rPr>
              <w:lastRenderedPageBreak/>
              <w:t>mobilnych węzłów dostępowych. Dalsze przedsięwzięcia zostały zaplanowane na 2026 r.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Na poziomie lokalnym funkcjonują systemy powiadamiania, ostrzegania i</w:t>
            </w:r>
            <w:r w:rsidR="00E0466F">
              <w:rPr>
                <w:rFonts w:ascii="Calibri" w:hAnsi="Calibri" w:cs="Calibri"/>
                <w:sz w:val="24"/>
                <w:szCs w:val="24"/>
              </w:rPr>
              <w:t> </w:t>
            </w:r>
            <w:r w:rsidRPr="007B6529">
              <w:rPr>
                <w:rFonts w:ascii="Calibri" w:hAnsi="Calibri" w:cs="Calibri"/>
                <w:sz w:val="24"/>
                <w:szCs w:val="24"/>
              </w:rPr>
              <w:t>alarmowania. Dalszego rozwoju wymaga ich integracja z rozwiązaniami wojewódzkimi i centralnymi. Znaczenie ma interoperacyjność urządzeń oraz ciągłość łączności. Istotna jest także możliwość przekazywania komunikatów różnymi kanałami.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 perspektywie lat 2027–2031 dalsza rozbudowa bezpiecznej łączności powinna zwiększać odporność całego systemu komunikacyjnego. Szczególne znaczenie będzie miało zapewnienie zdolności działania podczas rozległych zdarzeń oraz zakłóceń infrastruktury telekomunikacyjnej.</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Planowanie ewakuacji stanowi ważny element przygotowania systemu. W</w:t>
            </w:r>
            <w:r w:rsidR="00A1662F">
              <w:rPr>
                <w:rFonts w:ascii="Calibri" w:hAnsi="Calibri" w:cs="Calibri"/>
                <w:sz w:val="24"/>
                <w:szCs w:val="24"/>
              </w:rPr>
              <w:t> </w:t>
            </w:r>
            <w:r w:rsidRPr="007B6529">
              <w:rPr>
                <w:rFonts w:ascii="Calibri" w:hAnsi="Calibri" w:cs="Calibri"/>
                <w:sz w:val="24"/>
                <w:szCs w:val="24"/>
              </w:rPr>
              <w:t>2025</w:t>
            </w:r>
            <w:r w:rsidR="003F3A06">
              <w:rPr>
                <w:rFonts w:ascii="Calibri" w:hAnsi="Calibri" w:cs="Calibri"/>
                <w:sz w:val="24"/>
                <w:szCs w:val="24"/>
              </w:rPr>
              <w:t> </w:t>
            </w:r>
            <w:r w:rsidRPr="007B6529">
              <w:rPr>
                <w:rFonts w:ascii="Calibri" w:hAnsi="Calibri" w:cs="Calibri"/>
                <w:sz w:val="24"/>
                <w:szCs w:val="24"/>
              </w:rPr>
              <w:t xml:space="preserve">r. opracowano wytyczne do wojewódzkich planów ewakuacji. Zostały one uzgodnione ze Sztabem Generalnym Wojska Polskiego i przekazane wojewodom. Wojewódzkie plany </w:t>
            </w:r>
            <w:r w:rsidR="00E0466F">
              <w:rPr>
                <w:rFonts w:ascii="Calibri" w:hAnsi="Calibri" w:cs="Calibri"/>
                <w:sz w:val="24"/>
                <w:szCs w:val="24"/>
              </w:rPr>
              <w:t>stanowiły</w:t>
            </w:r>
            <w:r w:rsidRPr="007B6529">
              <w:rPr>
                <w:rFonts w:ascii="Calibri" w:hAnsi="Calibri" w:cs="Calibri"/>
                <w:sz w:val="24"/>
                <w:szCs w:val="24"/>
              </w:rPr>
              <w:t xml:space="preserve"> podstawę do opracowania Krajowego Planu Ewakuacji.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Proces planowania został powiązany ze współpracą administracji cywilnej i Sił Zbrojnych Rzeczypospolitej Polskiej. Dotychczas rozwijano rozwiązania dotyczące przemieszczania ludności i wojsk. Działania obejmowały także wykorzystanie infrastruktury transportowej, wsparcie logistyczne oraz przygotowanie obiektów ochronnych.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Współpraca cywilno-wojskowa obejmuje również ciągłość funkcjonowania państwa. Rozwijane są rozwiązania dotyczące zapasowej łączności oraz zasilania. Ważnym elementem pozostaje udział Polski w pracach dotyczących odporności prowadzonych w ramach Organizacji Traktatu Północnoatlantyckiego i Unii Europejskiej.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 latach 2027–2031 istotne będzie dalsze rozwijanie planowania ewakuacji oraz praktyczne sprawdzanie przyjętych rozwiązań. Dotyczy to transportu, miejsc przyjęcia ludności, zabezpieczenia logistycznego oraz współdziałania administracji cywilnej i wojska.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Przygotowanie społeczeństwa stanowi integralny element systemu ochrony ludności. Dotychczas znacząco zwiększono skalę działań informacyjnych, edukacyjnych i szkoleniowych. Rozwijane są zarówno rozwiązania o szerokim zasięgu, jak i formy służące praktycznemu przygotowaniu mieszkańców do działania w sytuacjach zagrożenia.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Jednym z głównych przedsięwzięć było przygotowanie i dystrybucja Poradnika Bezpieczeństwa. Publikację przekazano do 16 321 144 gospodarstw domowych. Materiał obejmował</w:t>
            </w:r>
            <w:r w:rsidR="00C10498">
              <w:rPr>
                <w:rFonts w:ascii="Calibri" w:hAnsi="Calibri" w:cs="Calibri"/>
                <w:sz w:val="24"/>
                <w:szCs w:val="24"/>
              </w:rPr>
              <w:t xml:space="preserve"> m.in.</w:t>
            </w:r>
            <w:r w:rsidRPr="007B6529">
              <w:rPr>
                <w:rFonts w:ascii="Calibri" w:hAnsi="Calibri" w:cs="Calibri"/>
                <w:sz w:val="24"/>
                <w:szCs w:val="24"/>
              </w:rPr>
              <w:t xml:space="preserve"> informacje dotyczące przygotowania do zagrożeń, </w:t>
            </w:r>
            <w:r w:rsidRPr="007B6529">
              <w:rPr>
                <w:rFonts w:ascii="Calibri" w:hAnsi="Calibri" w:cs="Calibri"/>
                <w:sz w:val="24"/>
                <w:szCs w:val="24"/>
              </w:rPr>
              <w:lastRenderedPageBreak/>
              <w:t>ewakuacji, sygnałów alarmowych, miejsc schronienia oraz podstawowego zabezpieczenia potrzeb.</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Działania praktyczne realizowano także we współpracy z Polskim Czerwonym Krzyżem. Powszechne kursy przeprowadzono w 161 miejscowościach. </w:t>
            </w:r>
            <w:r w:rsidR="001115D9" w:rsidRPr="007B6529">
              <w:rPr>
                <w:rFonts w:ascii="Calibri" w:hAnsi="Calibri" w:cs="Calibri"/>
                <w:sz w:val="24"/>
                <w:szCs w:val="24"/>
              </w:rPr>
              <w:br/>
            </w:r>
            <w:r w:rsidRPr="007B6529">
              <w:rPr>
                <w:rFonts w:ascii="Calibri" w:hAnsi="Calibri" w:cs="Calibri"/>
                <w:sz w:val="24"/>
                <w:szCs w:val="24"/>
              </w:rPr>
              <w:t>Z pierwszej pomocy przeszkolono 11 213 osób. Z pierwszej pomocy psychologicznej przeszkolono 1323 osoby. Zakupiono również 140 tys. autonomicznych czujek dymu i tlenku węgla przeznaczonych dla mieszkańców wymagających wsparcia.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Dalsze rozwinięcie systemu edukacji powszechnej stanowi Akademia Ochrony Ludności i Obrony Cywilnej. Jest to ogólnopolski program ukierunkowany na praktyczne przygotowanie obywateli do działania w sytuacjach zagrożenia. Program rozwija treści Poradnika Bezpieczeństwa poprzez działania edukacyjne, treningi i ćwiczenia prowadzone w całym kraju. Według stanu na dzień opracowania diagnozy w działaniach realizowanych w ramach Akademii </w:t>
            </w:r>
            <w:proofErr w:type="spellStart"/>
            <w:r w:rsidRPr="007B6529">
              <w:rPr>
                <w:rFonts w:ascii="Calibri" w:hAnsi="Calibri" w:cs="Calibri"/>
                <w:sz w:val="24"/>
                <w:szCs w:val="24"/>
              </w:rPr>
              <w:t>OLiOC</w:t>
            </w:r>
            <w:proofErr w:type="spellEnd"/>
            <w:r w:rsidRPr="007B6529">
              <w:rPr>
                <w:rFonts w:ascii="Calibri" w:hAnsi="Calibri" w:cs="Calibri"/>
                <w:sz w:val="24"/>
                <w:szCs w:val="24"/>
              </w:rPr>
              <w:t xml:space="preserve"> uczestniczyło około 290 tys. osób.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Praktyczny komponent przygotowania mieszkańców tworzą również Powszechne Warsztaty Ochrony Ludności. Są to stacjonarne zajęcia prowadzone na terenie całego kraju. Warsztaty służą ćwiczeniu </w:t>
            </w:r>
            <w:proofErr w:type="spellStart"/>
            <w:r w:rsidRPr="007B6529">
              <w:rPr>
                <w:rFonts w:ascii="Calibri" w:hAnsi="Calibri" w:cs="Calibri"/>
                <w:sz w:val="24"/>
                <w:szCs w:val="24"/>
              </w:rPr>
              <w:t>zachowań</w:t>
            </w:r>
            <w:proofErr w:type="spellEnd"/>
            <w:r w:rsidRPr="007B6529">
              <w:rPr>
                <w:rFonts w:ascii="Calibri" w:hAnsi="Calibri" w:cs="Calibri"/>
                <w:sz w:val="24"/>
                <w:szCs w:val="24"/>
              </w:rPr>
              <w:t xml:space="preserve"> i czynności, które mogą być wykorzystane przez mieszkańców przed uzyskaniem pomocy ze strony służb.</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Dalszego rozwoju wymaga praktyczne przygotowani</w:t>
            </w:r>
            <w:r w:rsidR="00E0466F">
              <w:rPr>
                <w:rFonts w:ascii="Calibri" w:hAnsi="Calibri" w:cs="Calibri"/>
                <w:sz w:val="24"/>
                <w:szCs w:val="24"/>
              </w:rPr>
              <w:t>e</w:t>
            </w:r>
            <w:r w:rsidRPr="007B6529">
              <w:rPr>
                <w:rFonts w:ascii="Calibri" w:hAnsi="Calibri" w:cs="Calibri"/>
                <w:sz w:val="24"/>
                <w:szCs w:val="24"/>
              </w:rPr>
              <w:t xml:space="preserve"> mieszkańców. Dotyczy to przede wszystkim zasad alarmowania i ewakuacji, pierwszej pomocy oraz samodzielnego funkcjonowania podczas czasowych zakłóceń podstawowych usług. Szczególne znaczenie ma przygotowanie gospodarstw domowych do pierwszych 72 godzin sytuacji kryzysowej.</w:t>
            </w:r>
          </w:p>
          <w:p w:rsidR="0093596F"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W perspektywie lat 2027–2031 istotne będzie utrzymanie powszechnego charakteru edukacji oraz zwiększanie udziału praktycznych form przygotowania. Działania powinny tworzyć ciągły proces rozwijania wiedzy i umiejętności mieszkańców. Szczególne znaczenie będzie miało dalsze rozwijanie Akademii </w:t>
            </w:r>
            <w:proofErr w:type="spellStart"/>
            <w:r w:rsidRPr="007B6529">
              <w:rPr>
                <w:rFonts w:ascii="Calibri" w:hAnsi="Calibri" w:cs="Calibri"/>
                <w:sz w:val="24"/>
                <w:szCs w:val="24"/>
              </w:rPr>
              <w:t>OLiOC</w:t>
            </w:r>
            <w:proofErr w:type="spellEnd"/>
            <w:r w:rsidRPr="007B6529">
              <w:rPr>
                <w:rFonts w:ascii="Calibri" w:hAnsi="Calibri" w:cs="Calibri"/>
                <w:sz w:val="24"/>
                <w:szCs w:val="24"/>
              </w:rPr>
              <w:t>, Powszechnych Warsztatów Ochrony Ludności oraz innych form ćwiczeń prowadzonych z udziałem administracji, służb, szkół, uczelni i organizacji społecznych. </w:t>
            </w:r>
          </w:p>
          <w:p w:rsidR="00E86062" w:rsidRPr="00AD57B8" w:rsidRDefault="00CB7B90" w:rsidP="00F51484">
            <w:pPr>
              <w:spacing w:after="60" w:line="276" w:lineRule="auto"/>
              <w:jc w:val="both"/>
              <w:rPr>
                <w:rFonts w:ascii="Calibri" w:hAnsi="Calibri" w:cs="Calibri"/>
                <w:sz w:val="24"/>
                <w:szCs w:val="24"/>
              </w:rPr>
            </w:pPr>
            <w:r w:rsidRPr="00AD57B8">
              <w:rPr>
                <w:rFonts w:ascii="Calibri" w:hAnsi="Calibri" w:cs="Calibri"/>
                <w:sz w:val="24"/>
                <w:szCs w:val="24"/>
              </w:rPr>
              <w:t xml:space="preserve">Zasadne jest zintensyfikowanie działań informacyjnych skierowanych do mieszkańców </w:t>
            </w:r>
            <w:r w:rsidR="00E86062" w:rsidRPr="00AD57B8">
              <w:rPr>
                <w:rFonts w:ascii="Calibri" w:hAnsi="Calibri" w:cs="Calibri"/>
                <w:sz w:val="24"/>
                <w:szCs w:val="24"/>
              </w:rPr>
              <w:t xml:space="preserve">o aktualnym stanie </w:t>
            </w:r>
            <w:r w:rsidRPr="00AD57B8">
              <w:rPr>
                <w:rFonts w:ascii="Calibri" w:hAnsi="Calibri" w:cs="Calibri"/>
                <w:sz w:val="24"/>
                <w:szCs w:val="24"/>
              </w:rPr>
              <w:t xml:space="preserve">dostępności i funkcjonalności </w:t>
            </w:r>
            <w:r w:rsidR="00E86062" w:rsidRPr="00AD57B8">
              <w:rPr>
                <w:rFonts w:ascii="Calibri" w:hAnsi="Calibri" w:cs="Calibri"/>
                <w:sz w:val="24"/>
                <w:szCs w:val="24"/>
              </w:rPr>
              <w:t>potencjału ochronnego</w:t>
            </w:r>
            <w:r w:rsidRPr="00AD57B8">
              <w:rPr>
                <w:rFonts w:ascii="Calibri" w:hAnsi="Calibri" w:cs="Calibri"/>
                <w:sz w:val="24"/>
                <w:szCs w:val="24"/>
              </w:rPr>
              <w:t xml:space="preserve">. </w:t>
            </w:r>
            <w:r w:rsidR="00E86062" w:rsidRPr="00AD57B8">
              <w:rPr>
                <w:rFonts w:ascii="Calibri" w:hAnsi="Calibri" w:cs="Calibri"/>
                <w:sz w:val="24"/>
                <w:szCs w:val="24"/>
              </w:rPr>
              <w:t>Istotne jest</w:t>
            </w:r>
            <w:r w:rsidR="001127D6">
              <w:rPr>
                <w:rFonts w:ascii="Calibri" w:hAnsi="Calibri" w:cs="Calibri"/>
                <w:sz w:val="24"/>
                <w:szCs w:val="24"/>
              </w:rPr>
              <w:t>,</w:t>
            </w:r>
            <w:r w:rsidR="00E86062" w:rsidRPr="00AD57B8">
              <w:rPr>
                <w:rFonts w:ascii="Calibri" w:hAnsi="Calibri" w:cs="Calibri"/>
                <w:sz w:val="24"/>
                <w:szCs w:val="24"/>
              </w:rPr>
              <w:t xml:space="preserve"> aby społeczność lokalna była świadoma miejsc, które w razie potrzeby</w:t>
            </w:r>
            <w:r w:rsidRPr="00AD57B8">
              <w:rPr>
                <w:rFonts w:ascii="Calibri" w:hAnsi="Calibri" w:cs="Calibri"/>
                <w:sz w:val="24"/>
                <w:szCs w:val="24"/>
              </w:rPr>
              <w:t xml:space="preserve"> lub zagrożenia</w:t>
            </w:r>
            <w:r w:rsidR="00E86062" w:rsidRPr="00AD57B8">
              <w:rPr>
                <w:rFonts w:ascii="Calibri" w:hAnsi="Calibri" w:cs="Calibri"/>
                <w:sz w:val="24"/>
                <w:szCs w:val="24"/>
              </w:rPr>
              <w:t xml:space="preserve"> zostaną uruchomione i będą oferowały dostęp do </w:t>
            </w:r>
            <w:r w:rsidRPr="00AD57B8">
              <w:rPr>
                <w:rFonts w:ascii="Calibri" w:hAnsi="Calibri" w:cs="Calibri"/>
                <w:sz w:val="24"/>
                <w:szCs w:val="24"/>
              </w:rPr>
              <w:t xml:space="preserve">podstawowych świadczeń i zasobów (np. </w:t>
            </w:r>
            <w:r w:rsidR="00E86062" w:rsidRPr="00AD57B8">
              <w:rPr>
                <w:rFonts w:ascii="Calibri" w:hAnsi="Calibri" w:cs="Calibri"/>
                <w:sz w:val="24"/>
                <w:szCs w:val="24"/>
              </w:rPr>
              <w:t>energii elektrycznej, wody czy usług medycznych</w:t>
            </w:r>
            <w:r w:rsidRPr="00AD57B8">
              <w:rPr>
                <w:rFonts w:ascii="Calibri" w:hAnsi="Calibri" w:cs="Calibri"/>
                <w:sz w:val="24"/>
                <w:szCs w:val="24"/>
              </w:rPr>
              <w:t>)</w:t>
            </w:r>
            <w:r w:rsidR="00E86062" w:rsidRPr="00AD57B8">
              <w:rPr>
                <w:rFonts w:ascii="Calibri" w:hAnsi="Calibri" w:cs="Calibri"/>
                <w:sz w:val="24"/>
                <w:szCs w:val="24"/>
              </w:rPr>
              <w:t>.</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Ustawa zapewniła stałe źródło finansowania ochrony ludności i obrony cywilnej. Na realizację zadań przeznacza się corocznie środki w wysokości co najmniej </w:t>
            </w:r>
            <w:r w:rsidRPr="007B6529">
              <w:rPr>
                <w:rFonts w:ascii="Calibri" w:hAnsi="Calibri" w:cs="Calibri"/>
                <w:sz w:val="24"/>
                <w:szCs w:val="24"/>
              </w:rPr>
              <w:lastRenderedPageBreak/>
              <w:t>0,3% produktu krajowego brutto. Program Ochrony Ludności i Obrony Cywilnej określa sposób ich wykorzystania.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Plan finansowy na 2025 r. wynosił około 16,7 mld zł. Wydatki poniesione na realizację zadań Programu osiągnęły ponad 16,1 mld zł. Na 2026 r. przewidziano ponad 17,1 mld zł. Skala finansowania umożliwiła równoległe uruchomienie inwestycji, zakupów sprzętu, rozwoju systemów teleinformatycznych oraz szkoleń.</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Znaczna część finansowania została skierowana na poziom wojewódzki i</w:t>
            </w:r>
            <w:r w:rsidR="00E0466F">
              <w:rPr>
                <w:rFonts w:ascii="Calibri" w:hAnsi="Calibri" w:cs="Calibri"/>
                <w:sz w:val="24"/>
                <w:szCs w:val="24"/>
              </w:rPr>
              <w:t> </w:t>
            </w:r>
            <w:r w:rsidRPr="007B6529">
              <w:rPr>
                <w:rFonts w:ascii="Calibri" w:hAnsi="Calibri" w:cs="Calibri"/>
                <w:sz w:val="24"/>
                <w:szCs w:val="24"/>
              </w:rPr>
              <w:t>samorządowy. Przy podziale środków uwzględniano liczbę mieszkańców, poziom urbanizacji oraz szczególne uwarunkowania bezpieczeństwa. Przyjęty model zapewnia samorządom szeroki udział w realizacji przedsięwzięć.</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 2025 r. rozpatrzono około 1995 wniosków dotyczących inwestycji budowlanych. Pozytywnie oceniono 1752 wnioski o łącznej wartości około 825</w:t>
            </w:r>
            <w:r w:rsidR="00E0466F">
              <w:rPr>
                <w:rFonts w:ascii="Calibri" w:hAnsi="Calibri" w:cs="Calibri"/>
                <w:sz w:val="24"/>
                <w:szCs w:val="24"/>
              </w:rPr>
              <w:t> </w:t>
            </w:r>
            <w:r w:rsidRPr="007B6529">
              <w:rPr>
                <w:rFonts w:ascii="Calibri" w:hAnsi="Calibri" w:cs="Calibri"/>
                <w:sz w:val="24"/>
                <w:szCs w:val="24"/>
              </w:rPr>
              <w:t>mln zł. Rozpatrzono również 9746 wniosków dotyczących zakupów inwestycyjnych o wartości około 2,93 mld zł.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Dotychczasowe doświadczenia wdrożeniowe wskazują na znaczenie odpowiedniego harmonogramu finansowania. Inwestycje budowlane </w:t>
            </w:r>
            <w:r w:rsidR="001115D9" w:rsidRPr="007B6529">
              <w:rPr>
                <w:rFonts w:ascii="Calibri" w:hAnsi="Calibri" w:cs="Calibri"/>
                <w:sz w:val="24"/>
                <w:szCs w:val="24"/>
              </w:rPr>
              <w:br/>
            </w:r>
            <w:r w:rsidRPr="007B6529">
              <w:rPr>
                <w:rFonts w:ascii="Calibri" w:hAnsi="Calibri" w:cs="Calibri"/>
                <w:sz w:val="24"/>
                <w:szCs w:val="24"/>
              </w:rPr>
              <w:t>i specjalistyczne zakupy wymagają czasu na przygotowanie dokumentacji oraz przeprowadzenie postępowań. Istotna jest także możliwość planowania przedsięwzięć wieloletnich. Dotyczy to przede wszystkim budownictwa ochronnego, infrastruktury magazynowej oraz systemów łączności.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W latach 2027–2031 szczególne znaczenie będzie miała przewidywalność finansowania. Pozwoli ona lepiej powiązać dostępność środków z cyklem przygotowania i realizacji inwestycji. Stabilne finansowanie pozostaje podstawowym warunkiem dalszego zwiększania zdolności systemu.</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Dotychczasowe wdrażanie ustawy doprowadziło do istotnego wzmocnienia systemu ochrony ludności i obrony cywilnej. Ustanowiono podstawy prawne </w:t>
            </w:r>
            <w:r w:rsidR="001115D9" w:rsidRPr="007B6529">
              <w:rPr>
                <w:rFonts w:ascii="Calibri" w:hAnsi="Calibri" w:cs="Calibri"/>
                <w:sz w:val="24"/>
                <w:szCs w:val="24"/>
              </w:rPr>
              <w:br/>
            </w:r>
            <w:r w:rsidRPr="007B6529">
              <w:rPr>
                <w:rFonts w:ascii="Calibri" w:hAnsi="Calibri" w:cs="Calibri"/>
                <w:sz w:val="24"/>
                <w:szCs w:val="24"/>
              </w:rPr>
              <w:t>i organizacyjne. Zapewniono stałe źródło finansowania. Uruchomiono szeroki proces inwestycyjny i zakupowy. Rozpoczęto systematyczną inwentaryzację infrastruktury i zasobów. Zwiększono wyposażenie służb oraz podmiotów ochrony ludności. Rozbudowano zaplecze logistyczne. Rozpoczęto także rozwój zintegrowanych systemów łączności i ewidencji.</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Największy poziom zaawansowania osiągnęły rozwiązania prawne, organizacyjne i finansowe. Funkcjonują również mechanizmy bieżącego ostrzegania i alarmowania. Widoczny jest postęp w rozpoznawaniu infrastruktury ochronnej oraz zasobów materialnych.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Infrastruktura ochronna znajduje się w fazie intensywnej inwentaryzacji, przygotowania technicznego i realizacji inwestycji. W latach 2027–2031 istotna </w:t>
            </w:r>
            <w:r w:rsidRPr="007B6529">
              <w:rPr>
                <w:rFonts w:ascii="Calibri" w:hAnsi="Calibri" w:cs="Calibri"/>
                <w:sz w:val="24"/>
                <w:szCs w:val="24"/>
              </w:rPr>
              <w:lastRenderedPageBreak/>
              <w:t>będzie dalsza modernizacja istniejących obiektów. Znaczenie ma również zwiększanie liczby miejsc o potwierdzonych właściwościach ochronnych.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Znaczny postęp nastąpił w rozwoju zaplecza logistycznego. Rozbudowano magazyny oraz zasoby materiałowe. Wzmocniono zabezpieczenie energetyczne i wodne. Dalsze działania powinny zwiększać zdolności lokalne. Szczególne znaczenie ma zabezpieczenie podstawowych potrzeb ludności w pierwszych godzinach i dniach sytuacji kryzysowej.</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Rozwój kadr powinien postępować wraz ze wzrostem zakresu zadań systemu. Dotychczas rozszerzono skalę szkoleń oraz rozpoczęto tworzenie mechanizmów zapewniania ich odpowiedniego poziomu. W dalszej perspektywie istotne będzie utrwalanie kompetencji oraz regularne prowadzenie ćwiczeń. Dotyczy to szczególnie planowania, koordynacji, logistyki i obsługi systemów technicznych.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System ostrzegania posiada funkcjonujące mechanizmy operacyjne. Rozbudowa Systemu Bezpiecznej Łączności Państwowej zwiększa możliwości zapewnienia komunikacji podczas poważnych zakłóceń. W latach 2027–2031 dalszego rozwoju wymaga interoperacyjność rozwiązań lokalnych, wojewódzkich </w:t>
            </w:r>
            <w:r w:rsidR="001115D9" w:rsidRPr="007B6529">
              <w:rPr>
                <w:rFonts w:ascii="Calibri" w:hAnsi="Calibri" w:cs="Calibri"/>
                <w:sz w:val="24"/>
                <w:szCs w:val="24"/>
              </w:rPr>
              <w:br/>
            </w:r>
            <w:r w:rsidRPr="007B6529">
              <w:rPr>
                <w:rFonts w:ascii="Calibri" w:hAnsi="Calibri" w:cs="Calibri"/>
                <w:sz w:val="24"/>
                <w:szCs w:val="24"/>
              </w:rPr>
              <w:t>i centralnych.</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Przygotowanie społeczeństwa zostało włączone do działań systemowych na szeroką skalę. Powszechne działania informacyjne są uzupełniane szkoleniami oraz praktycznymi formami przygotowania. Rozwój Akademii </w:t>
            </w:r>
            <w:proofErr w:type="spellStart"/>
            <w:r w:rsidRPr="007B6529">
              <w:rPr>
                <w:rFonts w:ascii="Calibri" w:hAnsi="Calibri" w:cs="Calibri"/>
                <w:sz w:val="24"/>
                <w:szCs w:val="24"/>
              </w:rPr>
              <w:t>OLiOC</w:t>
            </w:r>
            <w:proofErr w:type="spellEnd"/>
            <w:r w:rsidRPr="007B6529">
              <w:rPr>
                <w:rFonts w:ascii="Calibri" w:hAnsi="Calibri" w:cs="Calibri"/>
                <w:sz w:val="24"/>
                <w:szCs w:val="24"/>
              </w:rPr>
              <w:t xml:space="preserve"> oraz Powszechnych Warsztatów Ochrony Ludności rozszerza możliwości docierania do mieszkańców i kształtowania praktycznych umiejętności. Dalsze działania powinny zwiększać regularność edukacji i ćwiczeń. Szczególne znaczenie ma przygotowanie do alarmowania, ewakuacji, udzielania pierwszej pomocy oraz samodzielnego funkcjonowania w początkowej fazie kryzysu. </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 xml:space="preserve">Stan systemu można określić jako etap intensywnego budowania i rozwijania zdolności. Podstawowe mechanizmy zostały ustanowione i uruchomione. </w:t>
            </w:r>
            <w:r w:rsidR="001115D9" w:rsidRPr="007B6529">
              <w:rPr>
                <w:rFonts w:ascii="Calibri" w:hAnsi="Calibri" w:cs="Calibri"/>
                <w:sz w:val="24"/>
                <w:szCs w:val="24"/>
              </w:rPr>
              <w:br/>
            </w:r>
            <w:r w:rsidRPr="007B6529">
              <w:rPr>
                <w:rFonts w:ascii="Calibri" w:hAnsi="Calibri" w:cs="Calibri"/>
                <w:sz w:val="24"/>
                <w:szCs w:val="24"/>
              </w:rPr>
              <w:t>W perspektywie lat 2027–2031 zasadnicze znaczenie będzie miało zwiększanie skali, dostępności i integracji poszczególnych zdolności. Dotyczy to przede wszystkim budownictwa ochronnego, logistyki, zasobów kadrowych, bezpiecznej łączności oraz przygotowania społeczeństwa.</w:t>
            </w:r>
          </w:p>
          <w:p w:rsidR="0093596F" w:rsidRPr="007B6529" w:rsidRDefault="0093596F" w:rsidP="00F51484">
            <w:pPr>
              <w:spacing w:after="60" w:line="276" w:lineRule="auto"/>
              <w:jc w:val="both"/>
              <w:rPr>
                <w:rFonts w:ascii="Calibri" w:hAnsi="Calibri" w:cs="Calibri"/>
                <w:sz w:val="24"/>
                <w:szCs w:val="24"/>
              </w:rPr>
            </w:pPr>
            <w:r w:rsidRPr="007B6529">
              <w:rPr>
                <w:rFonts w:ascii="Calibri" w:hAnsi="Calibri" w:cs="Calibri"/>
                <w:sz w:val="24"/>
                <w:szCs w:val="24"/>
              </w:rPr>
              <w:t>Przyjęte kierunki rozwoju pozostają aktualne. Kontynuacji wymagają inwestycje w infrastrukturę ochronną i zasoby logistyczne. Istotne jest także dalsze wzmacnianie systemów alarmowania i łączności oraz rozwijanie działań szkoleniowych i edukacyjnych.</w:t>
            </w:r>
          </w:p>
          <w:p w:rsidR="006719ED" w:rsidRPr="007B6529" w:rsidRDefault="006719ED" w:rsidP="00F51484">
            <w:pPr>
              <w:spacing w:after="60" w:line="276" w:lineRule="auto"/>
              <w:jc w:val="both"/>
              <w:rPr>
                <w:sz w:val="24"/>
                <w:szCs w:val="24"/>
              </w:rPr>
            </w:pPr>
            <w:r w:rsidRPr="007B6529">
              <w:rPr>
                <w:sz w:val="24"/>
                <w:szCs w:val="24"/>
              </w:rPr>
              <w:t xml:space="preserve">Dotychczasowe działania stworzyły podstawy do dalszego rozwoju systemu. </w:t>
            </w:r>
            <w:r w:rsidR="001115D9" w:rsidRPr="007B6529">
              <w:rPr>
                <w:sz w:val="24"/>
                <w:szCs w:val="24"/>
              </w:rPr>
              <w:br/>
            </w:r>
            <w:r w:rsidRPr="007B6529">
              <w:rPr>
                <w:sz w:val="24"/>
                <w:szCs w:val="24"/>
              </w:rPr>
              <w:t>W perspektywie Programu na lata 2027 - 2031 głównym kierunkiem będzie przekształcanie rozwijanych zasobów i rozwiązań organizacyjnych w trwałe, dostępne i wzajemnie powiązane zdolności operacyjne.</w:t>
            </w:r>
          </w:p>
          <w:p w:rsidR="008B739F" w:rsidRPr="00F261BC" w:rsidRDefault="006719ED" w:rsidP="00C776F0">
            <w:pPr>
              <w:spacing w:after="60" w:line="276" w:lineRule="auto"/>
              <w:jc w:val="both"/>
              <w:rPr>
                <w:sz w:val="24"/>
                <w:szCs w:val="24"/>
              </w:rPr>
            </w:pPr>
            <w:r w:rsidRPr="007B6529">
              <w:rPr>
                <w:sz w:val="24"/>
                <w:szCs w:val="24"/>
              </w:rPr>
              <w:lastRenderedPageBreak/>
              <w:t>Planowanie przedsięwzięć powinno opierać się na ocenie ryzyka, monitorowaniu, stanie posiadanych zasobów, potrzebach terytorialnych oraz wymaganiach wynikających z zadań ochrony ludności i obrony cywilnej. Pozwoli to powiązać finansowanie i inwestyc</w:t>
            </w:r>
            <w:r w:rsidR="00F261BC">
              <w:rPr>
                <w:sz w:val="24"/>
                <w:szCs w:val="24"/>
              </w:rPr>
              <w:t>je z rozwojem zdolności systemu</w:t>
            </w:r>
          </w:p>
        </w:tc>
        <w:tc>
          <w:tcPr>
            <w:tcW w:w="1701" w:type="dxa"/>
            <w:shd w:val="clear" w:color="auto" w:fill="FCC770"/>
          </w:tcPr>
          <w:p w:rsidR="00195481" w:rsidRDefault="00195481" w:rsidP="00C74694">
            <w:pPr>
              <w:rPr>
                <w:rFonts w:cstheme="minorHAnsi"/>
                <w:b/>
                <w:i/>
                <w:smallCaps/>
                <w:color w:val="000000" w:themeColor="text1"/>
                <w:sz w:val="18"/>
                <w:szCs w:val="18"/>
              </w:rPr>
            </w:pPr>
          </w:p>
          <w:p w:rsidR="00195481" w:rsidRDefault="00195481" w:rsidP="00C74694">
            <w:pPr>
              <w:rPr>
                <w:rFonts w:cstheme="minorHAnsi"/>
                <w:b/>
                <w:i/>
                <w:smallCaps/>
                <w:color w:val="000000" w:themeColor="text1"/>
                <w:sz w:val="18"/>
                <w:szCs w:val="18"/>
              </w:rPr>
            </w:pPr>
          </w:p>
          <w:p w:rsidR="00195481" w:rsidRPr="00432E92" w:rsidRDefault="00195481" w:rsidP="00C74694">
            <w:pPr>
              <w:rPr>
                <w:rFonts w:cstheme="minorHAnsi"/>
                <w:b/>
                <w:i/>
                <w:smallCaps/>
                <w:color w:val="000000" w:themeColor="text1"/>
                <w:sz w:val="24"/>
                <w:szCs w:val="18"/>
              </w:rPr>
            </w:pPr>
          </w:p>
          <w:p w:rsidR="00195481" w:rsidRDefault="0019548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r w:rsidRPr="00A642E0">
              <w:rPr>
                <w:rFonts w:cstheme="minorHAnsi"/>
                <w:b/>
                <w:i/>
                <w:smallCaps/>
                <w:color w:val="000000" w:themeColor="text1"/>
                <w:sz w:val="18"/>
                <w:szCs w:val="18"/>
              </w:rPr>
              <w:t>system ochrony ludności i obrony cywilnej</w:t>
            </w: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656E43" w:rsidRPr="00A642E0" w:rsidRDefault="00656E43" w:rsidP="00C74694">
            <w:pPr>
              <w:rPr>
                <w:rFonts w:cstheme="minorHAnsi"/>
                <w:b/>
                <w:i/>
                <w:smallCaps/>
                <w:color w:val="000000" w:themeColor="text1"/>
                <w:sz w:val="18"/>
                <w:szCs w:val="18"/>
              </w:rPr>
            </w:pPr>
          </w:p>
          <w:p w:rsidR="003F6E7E" w:rsidRPr="00A642E0" w:rsidRDefault="003F6E7E" w:rsidP="00C74694">
            <w:pPr>
              <w:rPr>
                <w:rFonts w:cstheme="minorHAnsi"/>
                <w:b/>
                <w:i/>
                <w:smallCaps/>
                <w:color w:val="000000" w:themeColor="text1"/>
                <w:sz w:val="18"/>
                <w:szCs w:val="18"/>
              </w:rPr>
            </w:pPr>
          </w:p>
          <w:p w:rsidR="003F6E7E" w:rsidRPr="00A642E0" w:rsidRDefault="003F6E7E" w:rsidP="00C74694">
            <w:pPr>
              <w:rPr>
                <w:rFonts w:cstheme="minorHAnsi"/>
                <w:b/>
                <w:i/>
                <w:smallCaps/>
                <w:color w:val="000000" w:themeColor="text1"/>
                <w:sz w:val="18"/>
                <w:szCs w:val="18"/>
              </w:rPr>
            </w:pPr>
          </w:p>
          <w:p w:rsidR="00195481" w:rsidRDefault="00195481" w:rsidP="00C74694">
            <w:pPr>
              <w:rPr>
                <w:rFonts w:cstheme="minorHAnsi"/>
                <w:b/>
                <w:i/>
                <w:smallCaps/>
                <w:color w:val="000000" w:themeColor="text1"/>
                <w:sz w:val="28"/>
                <w:szCs w:val="18"/>
              </w:rPr>
            </w:pPr>
          </w:p>
          <w:p w:rsidR="002478D5" w:rsidRDefault="002478D5" w:rsidP="00C74694">
            <w:pPr>
              <w:rPr>
                <w:rFonts w:cstheme="minorHAnsi"/>
                <w:b/>
                <w:i/>
                <w:smallCaps/>
                <w:color w:val="000000" w:themeColor="text1"/>
                <w:sz w:val="28"/>
                <w:szCs w:val="18"/>
              </w:rPr>
            </w:pPr>
          </w:p>
          <w:p w:rsidR="00FD07C1" w:rsidRPr="00432E92" w:rsidRDefault="00FD07C1" w:rsidP="00C74694">
            <w:pPr>
              <w:rPr>
                <w:rFonts w:cstheme="minorHAnsi"/>
                <w:b/>
                <w:i/>
                <w:smallCaps/>
                <w:color w:val="000000" w:themeColor="text1"/>
                <w:sz w:val="28"/>
                <w:szCs w:val="18"/>
              </w:rPr>
            </w:pPr>
          </w:p>
          <w:p w:rsidR="002478D5" w:rsidRPr="00C776F0" w:rsidRDefault="002478D5" w:rsidP="00C74694">
            <w:pPr>
              <w:rPr>
                <w:rFonts w:cstheme="minorHAnsi"/>
                <w:b/>
                <w:i/>
                <w:smallCaps/>
                <w:color w:val="000000" w:themeColor="text1"/>
                <w:sz w:val="12"/>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p>
          <w:p w:rsidR="00FD07C1" w:rsidRDefault="00FD07C1" w:rsidP="00C74694">
            <w:pPr>
              <w:rPr>
                <w:rFonts w:cstheme="minorHAnsi"/>
                <w:b/>
                <w:i/>
                <w:smallCaps/>
                <w:color w:val="000000" w:themeColor="text1"/>
                <w:sz w:val="18"/>
                <w:szCs w:val="18"/>
              </w:rPr>
            </w:pPr>
            <w:r>
              <w:rPr>
                <w:rFonts w:cstheme="minorHAnsi"/>
                <w:b/>
                <w:i/>
                <w:smallCaps/>
                <w:color w:val="000000" w:themeColor="text1"/>
                <w:sz w:val="18"/>
                <w:szCs w:val="18"/>
              </w:rPr>
              <w:t>Organizacja i koordynacja systemu</w:t>
            </w: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FD07C1" w:rsidRDefault="00FD07C1" w:rsidP="00FD07C1">
            <w:pPr>
              <w:rPr>
                <w:rFonts w:cstheme="minorHAnsi"/>
                <w:b/>
                <w:i/>
                <w:smallCaps/>
                <w:color w:val="000000" w:themeColor="text1"/>
                <w:sz w:val="18"/>
                <w:szCs w:val="18"/>
              </w:rPr>
            </w:pPr>
            <w:r>
              <w:rPr>
                <w:rFonts w:cstheme="minorHAnsi"/>
                <w:b/>
                <w:i/>
                <w:smallCaps/>
                <w:color w:val="000000" w:themeColor="text1"/>
                <w:sz w:val="18"/>
                <w:szCs w:val="18"/>
              </w:rPr>
              <w:t>Infrastruktura ochronna</w:t>
            </w: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9F3BF2" w:rsidRDefault="009F3BF2" w:rsidP="00F261BC">
            <w:pPr>
              <w:rPr>
                <w:rFonts w:cstheme="minorHAnsi"/>
                <w:b/>
                <w:i/>
                <w:smallCaps/>
                <w:color w:val="000000" w:themeColor="text1"/>
                <w:sz w:val="18"/>
                <w:szCs w:val="18"/>
              </w:rPr>
            </w:pPr>
          </w:p>
          <w:p w:rsidR="00F261BC" w:rsidRDefault="00F261BC" w:rsidP="00F261BC">
            <w:pPr>
              <w:rPr>
                <w:rFonts w:cstheme="minorHAnsi"/>
                <w:b/>
                <w:i/>
                <w:smallCaps/>
                <w:color w:val="000000" w:themeColor="text1"/>
                <w:sz w:val="18"/>
                <w:szCs w:val="18"/>
              </w:rPr>
            </w:pPr>
            <w:r>
              <w:rPr>
                <w:rFonts w:cstheme="minorHAnsi"/>
                <w:b/>
                <w:i/>
                <w:smallCaps/>
                <w:color w:val="000000" w:themeColor="text1"/>
                <w:sz w:val="18"/>
                <w:szCs w:val="18"/>
              </w:rPr>
              <w:t>Zabezpieczenie logistyczne i ciągłość dostaw</w:t>
            </w:r>
          </w:p>
          <w:p w:rsidR="002478D5" w:rsidRDefault="002478D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r>
              <w:rPr>
                <w:rFonts w:cstheme="minorHAnsi"/>
                <w:b/>
                <w:i/>
                <w:smallCaps/>
                <w:color w:val="000000" w:themeColor="text1"/>
                <w:sz w:val="18"/>
                <w:szCs w:val="18"/>
              </w:rPr>
              <w:t>Podmioty ochrony ludności i zasoby kadrowe</w:t>
            </w:r>
          </w:p>
          <w:p w:rsidR="002478D5" w:rsidRDefault="002478D5" w:rsidP="00C74694">
            <w:pPr>
              <w:rPr>
                <w:rFonts w:cstheme="minorHAnsi"/>
                <w:b/>
                <w:i/>
                <w:smallCaps/>
                <w:color w:val="000000" w:themeColor="text1"/>
                <w:sz w:val="18"/>
                <w:szCs w:val="18"/>
              </w:rPr>
            </w:pPr>
          </w:p>
          <w:p w:rsidR="002478D5" w:rsidRDefault="002478D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E0466F" w:rsidP="00C74694">
            <w:pPr>
              <w:rPr>
                <w:rFonts w:cstheme="minorHAnsi"/>
                <w:b/>
                <w:i/>
                <w:smallCaps/>
                <w:color w:val="000000" w:themeColor="text1"/>
                <w:sz w:val="18"/>
                <w:szCs w:val="18"/>
              </w:rPr>
            </w:pPr>
            <w:r>
              <w:rPr>
                <w:rFonts w:cstheme="minorHAnsi"/>
                <w:b/>
                <w:i/>
                <w:smallCaps/>
                <w:color w:val="000000" w:themeColor="text1"/>
                <w:sz w:val="18"/>
                <w:szCs w:val="18"/>
              </w:rPr>
              <w:t xml:space="preserve">Szkolenia </w:t>
            </w: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6A05E5" w:rsidRDefault="00F261BC" w:rsidP="00C74694">
            <w:pPr>
              <w:rPr>
                <w:rFonts w:cstheme="minorHAnsi"/>
                <w:b/>
                <w:i/>
                <w:smallCaps/>
                <w:color w:val="000000" w:themeColor="text1"/>
                <w:sz w:val="18"/>
                <w:szCs w:val="18"/>
              </w:rPr>
            </w:pPr>
            <w:r>
              <w:rPr>
                <w:rFonts w:cstheme="minorHAnsi"/>
                <w:b/>
                <w:i/>
                <w:smallCaps/>
                <w:color w:val="000000" w:themeColor="text1"/>
                <w:sz w:val="18"/>
                <w:szCs w:val="18"/>
              </w:rPr>
              <w:t>Ostrzeganie, alarmowanie i bezpieczna łączność</w:t>
            </w: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6A05E5" w:rsidRPr="00F261BC" w:rsidRDefault="006A05E5" w:rsidP="00C74694">
            <w:pPr>
              <w:rPr>
                <w:rFonts w:cstheme="minorHAnsi"/>
                <w:b/>
                <w:i/>
                <w:smallCaps/>
                <w:color w:val="000000" w:themeColor="text1"/>
                <w:sz w:val="12"/>
                <w:szCs w:val="18"/>
              </w:rPr>
            </w:pPr>
          </w:p>
          <w:p w:rsidR="006A05E5" w:rsidRDefault="006A05E5" w:rsidP="00C74694">
            <w:pPr>
              <w:rPr>
                <w:rFonts w:cstheme="minorHAnsi"/>
                <w:b/>
                <w:i/>
                <w:smallCaps/>
                <w:color w:val="000000" w:themeColor="text1"/>
                <w:sz w:val="18"/>
                <w:szCs w:val="18"/>
              </w:rPr>
            </w:pPr>
            <w:r>
              <w:rPr>
                <w:rFonts w:cstheme="minorHAnsi"/>
                <w:b/>
                <w:i/>
                <w:smallCaps/>
                <w:color w:val="000000" w:themeColor="text1"/>
                <w:sz w:val="18"/>
                <w:szCs w:val="18"/>
              </w:rPr>
              <w:t>Współpraca cywilno-wojskowa</w:t>
            </w: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F261BC" w:rsidRPr="00F261BC" w:rsidRDefault="00F261BC" w:rsidP="00C74694">
            <w:pPr>
              <w:rPr>
                <w:rFonts w:cstheme="minorHAnsi"/>
                <w:b/>
                <w:i/>
                <w:smallCaps/>
                <w:color w:val="000000" w:themeColor="text1"/>
                <w:sz w:val="10"/>
                <w:szCs w:val="18"/>
              </w:rPr>
            </w:pPr>
          </w:p>
          <w:p w:rsidR="006A05E5" w:rsidRDefault="00F261BC" w:rsidP="00C74694">
            <w:pPr>
              <w:rPr>
                <w:rFonts w:cstheme="minorHAnsi"/>
                <w:b/>
                <w:i/>
                <w:smallCaps/>
                <w:color w:val="000000" w:themeColor="text1"/>
                <w:sz w:val="18"/>
                <w:szCs w:val="18"/>
              </w:rPr>
            </w:pPr>
            <w:r>
              <w:rPr>
                <w:rFonts w:cstheme="minorHAnsi"/>
                <w:b/>
                <w:i/>
                <w:smallCaps/>
                <w:color w:val="000000" w:themeColor="text1"/>
                <w:sz w:val="18"/>
                <w:szCs w:val="18"/>
              </w:rPr>
              <w:t>Przygotowanie społeczeństwa</w:t>
            </w: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Pr="00C776F0" w:rsidRDefault="006A05E5" w:rsidP="00C74694">
            <w:pPr>
              <w:rPr>
                <w:rFonts w:cstheme="minorHAnsi"/>
                <w:b/>
                <w:i/>
                <w:smallCaps/>
                <w:color w:val="000000" w:themeColor="text1"/>
                <w:sz w:val="24"/>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E0466F" w:rsidRDefault="00E0466F" w:rsidP="00C74694">
            <w:pPr>
              <w:rPr>
                <w:rFonts w:cstheme="minorHAnsi"/>
                <w:b/>
                <w:i/>
                <w:smallCaps/>
                <w:color w:val="000000" w:themeColor="text1"/>
                <w:sz w:val="18"/>
                <w:szCs w:val="18"/>
              </w:rPr>
            </w:pPr>
          </w:p>
          <w:p w:rsidR="00E0466F" w:rsidRDefault="00E0466F" w:rsidP="00C74694">
            <w:pPr>
              <w:rPr>
                <w:rFonts w:cstheme="minorHAnsi"/>
                <w:b/>
                <w:i/>
                <w:smallCaps/>
                <w:color w:val="000000" w:themeColor="text1"/>
                <w:sz w:val="18"/>
                <w:szCs w:val="18"/>
              </w:rPr>
            </w:pPr>
          </w:p>
          <w:p w:rsidR="00E0466F" w:rsidRDefault="00E0466F" w:rsidP="00C74694">
            <w:pPr>
              <w:rPr>
                <w:rFonts w:cstheme="minorHAnsi"/>
                <w:b/>
                <w:i/>
                <w:smallCaps/>
                <w:color w:val="000000" w:themeColor="text1"/>
                <w:sz w:val="18"/>
                <w:szCs w:val="18"/>
              </w:rPr>
            </w:pPr>
          </w:p>
          <w:p w:rsidR="006A05E5" w:rsidRDefault="00F261BC" w:rsidP="00C74694">
            <w:pPr>
              <w:rPr>
                <w:rFonts w:cstheme="minorHAnsi"/>
                <w:b/>
                <w:i/>
                <w:smallCaps/>
                <w:color w:val="000000" w:themeColor="text1"/>
                <w:sz w:val="18"/>
                <w:szCs w:val="18"/>
              </w:rPr>
            </w:pPr>
            <w:r>
              <w:rPr>
                <w:rFonts w:cstheme="minorHAnsi"/>
                <w:b/>
                <w:i/>
                <w:smallCaps/>
                <w:color w:val="000000" w:themeColor="text1"/>
                <w:sz w:val="18"/>
                <w:szCs w:val="18"/>
              </w:rPr>
              <w:t>Finansowanie systemu</w:t>
            </w: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091F8D" w:rsidRDefault="00091F8D" w:rsidP="00F261BC">
            <w:pPr>
              <w:rPr>
                <w:rFonts w:cstheme="minorHAnsi"/>
                <w:b/>
                <w:bCs/>
                <w:i/>
                <w:smallCaps/>
                <w:color w:val="000000" w:themeColor="text1"/>
                <w:sz w:val="18"/>
                <w:szCs w:val="18"/>
              </w:rPr>
            </w:pPr>
          </w:p>
          <w:p w:rsidR="00F261BC" w:rsidRPr="00F261BC" w:rsidRDefault="00F261BC" w:rsidP="00F261BC">
            <w:pPr>
              <w:rPr>
                <w:rFonts w:cstheme="minorHAnsi"/>
                <w:b/>
                <w:bCs/>
                <w:i/>
                <w:smallCaps/>
                <w:color w:val="000000" w:themeColor="text1"/>
                <w:sz w:val="18"/>
                <w:szCs w:val="18"/>
              </w:rPr>
            </w:pPr>
            <w:r w:rsidRPr="00F261BC">
              <w:rPr>
                <w:rFonts w:cstheme="minorHAnsi"/>
                <w:b/>
                <w:bCs/>
                <w:i/>
                <w:smallCaps/>
                <w:color w:val="000000" w:themeColor="text1"/>
                <w:sz w:val="18"/>
                <w:szCs w:val="18"/>
              </w:rPr>
              <w:t>Podsumowanie</w:t>
            </w: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6A05E5" w:rsidRDefault="006A05E5"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F261BC" w:rsidRDefault="00F261BC" w:rsidP="00C74694">
            <w:pPr>
              <w:rPr>
                <w:rFonts w:cstheme="minorHAnsi"/>
                <w:b/>
                <w:i/>
                <w:smallCaps/>
                <w:color w:val="000000" w:themeColor="text1"/>
                <w:sz w:val="18"/>
                <w:szCs w:val="18"/>
              </w:rPr>
            </w:pPr>
          </w:p>
          <w:p w:rsidR="003C0937" w:rsidRDefault="003C0937" w:rsidP="00C74694">
            <w:pPr>
              <w:rPr>
                <w:rFonts w:cstheme="minorHAnsi"/>
                <w:b/>
                <w:i/>
                <w:smallCaps/>
                <w:color w:val="000000" w:themeColor="text1"/>
                <w:sz w:val="18"/>
                <w:szCs w:val="18"/>
              </w:rPr>
            </w:pPr>
          </w:p>
          <w:p w:rsidR="006A05E5" w:rsidRPr="00F261BC" w:rsidRDefault="00F261BC" w:rsidP="00C74694">
            <w:pPr>
              <w:rPr>
                <w:rFonts w:cstheme="minorHAnsi"/>
                <w:b/>
                <w:bCs/>
                <w:i/>
                <w:smallCaps/>
                <w:color w:val="000000" w:themeColor="text1"/>
                <w:sz w:val="18"/>
                <w:szCs w:val="18"/>
              </w:rPr>
            </w:pPr>
            <w:r w:rsidRPr="00F261BC">
              <w:rPr>
                <w:rFonts w:cstheme="minorHAnsi"/>
                <w:b/>
                <w:bCs/>
                <w:i/>
                <w:smallCaps/>
                <w:color w:val="000000" w:themeColor="text1"/>
                <w:sz w:val="18"/>
                <w:szCs w:val="18"/>
              </w:rPr>
              <w:t>Wnioski z diagnozy dla Programu na lata 2027 - 2031</w:t>
            </w:r>
          </w:p>
        </w:tc>
      </w:tr>
      <w:tr w:rsidR="003F6E7E" w:rsidRPr="00867BBA" w:rsidTr="00432E92">
        <w:trPr>
          <w:trHeight w:val="3109"/>
        </w:trPr>
        <w:tc>
          <w:tcPr>
            <w:tcW w:w="7939" w:type="dxa"/>
          </w:tcPr>
          <w:p w:rsidR="00CE1049" w:rsidRDefault="009D0B1E" w:rsidP="00CE1049">
            <w:pPr>
              <w:pStyle w:val="Nagwek1"/>
              <w:jc w:val="both"/>
              <w:outlineLvl w:val="0"/>
              <w:rPr>
                <w:color w:val="000000" w:themeColor="text1"/>
              </w:rPr>
            </w:pPr>
            <w:bookmarkStart w:id="6" w:name="_Toc237252349"/>
            <w:r w:rsidRPr="00A642E0">
              <w:rPr>
                <w:color w:val="000000" w:themeColor="text1"/>
              </w:rPr>
              <w:lastRenderedPageBreak/>
              <w:t xml:space="preserve">Część II </w:t>
            </w:r>
            <w:r w:rsidR="001B22C8">
              <w:rPr>
                <w:color w:val="000000" w:themeColor="text1"/>
              </w:rPr>
              <w:t>–</w:t>
            </w:r>
            <w:r w:rsidRPr="00A642E0">
              <w:rPr>
                <w:color w:val="000000" w:themeColor="text1"/>
              </w:rPr>
              <w:t xml:space="preserve"> </w:t>
            </w:r>
            <w:r w:rsidR="001B22C8">
              <w:rPr>
                <w:color w:val="000000" w:themeColor="text1"/>
              </w:rPr>
              <w:t>Kierunki rozwoju</w:t>
            </w:r>
            <w:bookmarkEnd w:id="6"/>
            <w:r w:rsidR="001B22C8">
              <w:rPr>
                <w:color w:val="000000" w:themeColor="text1"/>
              </w:rPr>
              <w:t xml:space="preserve"> </w:t>
            </w:r>
          </w:p>
          <w:p w:rsidR="00CE1049" w:rsidRPr="007B6529" w:rsidRDefault="00CE1049" w:rsidP="00CE1049">
            <w:pPr>
              <w:pStyle w:val="Nagwek2"/>
              <w:outlineLvl w:val="1"/>
            </w:pPr>
            <w:bookmarkStart w:id="7" w:name="_Toc237252350"/>
            <w:r w:rsidRPr="007B6529">
              <w:t>Wymiary rozwoju systemu ochrony ludności i obrony cywilnej</w:t>
            </w:r>
            <w:bookmarkEnd w:id="7"/>
          </w:p>
          <w:p w:rsidR="00CE1049" w:rsidRPr="007B6529" w:rsidRDefault="00CE1049" w:rsidP="00F51484">
            <w:pPr>
              <w:spacing w:after="60" w:line="276" w:lineRule="auto"/>
              <w:jc w:val="both"/>
              <w:rPr>
                <w:sz w:val="24"/>
                <w:szCs w:val="24"/>
              </w:rPr>
            </w:pPr>
            <w:r w:rsidRPr="007B6529">
              <w:rPr>
                <w:sz w:val="24"/>
                <w:szCs w:val="24"/>
              </w:rPr>
              <w:t>System ochrony ludności i obrony cywilnej obejmuje komponenty państwowe, samorządowe oraz pozarządowe. Ustawa z dnia 5 grudnia 2024 r. o ochronie ludności i obronie cywilnej włącza do katalogu podmiotów ochrony ludności liczne organizacje oraz umożliwia włączanie kolejnych podmiotów przez organy ochrony ludności. Włączenie społeczeństwa obywatelskiego zwiększa odporność systemu oraz możliwości realizacji zadań ochrony ludności i obrony cywilnej.</w:t>
            </w:r>
          </w:p>
          <w:p w:rsidR="001B22C8" w:rsidRPr="007B6529" w:rsidRDefault="001B22C8" w:rsidP="00F51484">
            <w:pPr>
              <w:spacing w:after="60" w:line="276" w:lineRule="auto"/>
              <w:jc w:val="both"/>
              <w:rPr>
                <w:rFonts w:cstheme="minorHAnsi"/>
                <w:sz w:val="24"/>
                <w:szCs w:val="24"/>
              </w:rPr>
            </w:pPr>
            <w:r w:rsidRPr="007B6529">
              <w:rPr>
                <w:rFonts w:cstheme="minorHAnsi"/>
                <w:sz w:val="24"/>
                <w:szCs w:val="24"/>
              </w:rPr>
              <w:t xml:space="preserve">Dlatego też, przy realizacji Programu należy całościowo uwzględniać współdziałanie wszystkich elementów systemu ochrony ludności: organów ochrony ludności, podmiotów ochrony ludności (zarówno publicznych, jak i organizacji pozarządowych oraz przedsiębiorców), a także społeczeństwa. </w:t>
            </w:r>
          </w:p>
          <w:p w:rsidR="00CE1049" w:rsidRPr="007B6529" w:rsidRDefault="00CE1049" w:rsidP="00F51484">
            <w:pPr>
              <w:spacing w:after="60" w:line="276" w:lineRule="auto"/>
              <w:jc w:val="both"/>
              <w:rPr>
                <w:sz w:val="24"/>
                <w:szCs w:val="24"/>
              </w:rPr>
            </w:pPr>
            <w:r w:rsidRPr="007B6529">
              <w:rPr>
                <w:sz w:val="24"/>
                <w:szCs w:val="24"/>
              </w:rPr>
              <w:t>W wieloletniej perspektywie Program będzie dążył do równoległego rozwijania i utrzymywania trzech wzajemnie uzupełniających się wymiarów</w:t>
            </w:r>
            <w:r w:rsidR="00332963" w:rsidRPr="007B6529">
              <w:rPr>
                <w:sz w:val="24"/>
                <w:szCs w:val="24"/>
              </w:rPr>
              <w:t xml:space="preserve"> (filarów)</w:t>
            </w:r>
            <w:r w:rsidRPr="007B6529">
              <w:rPr>
                <w:sz w:val="24"/>
                <w:szCs w:val="24"/>
              </w:rPr>
              <w:t>:</w:t>
            </w:r>
          </w:p>
          <w:p w:rsidR="00CE1049" w:rsidRPr="007B6529" w:rsidRDefault="00CE1049" w:rsidP="003924EC">
            <w:pPr>
              <w:pStyle w:val="Akapitzlist"/>
              <w:numPr>
                <w:ilvl w:val="0"/>
                <w:numId w:val="35"/>
              </w:numPr>
              <w:spacing w:after="60" w:line="276" w:lineRule="auto"/>
              <w:jc w:val="both"/>
              <w:rPr>
                <w:sz w:val="24"/>
                <w:szCs w:val="24"/>
              </w:rPr>
            </w:pPr>
            <w:r w:rsidRPr="007B6529">
              <w:rPr>
                <w:sz w:val="24"/>
                <w:szCs w:val="24"/>
              </w:rPr>
              <w:t>wymiar społeczny: obejmuje przygotowanie oraz edukowanie ludności do właściwego postępowania w sytuacji zagrożenia, solidarności społecznej oraz do współdziałania z organami i podmiotami realizującymi zadania ochrony ludności;</w:t>
            </w:r>
          </w:p>
          <w:p w:rsidR="00CE1049" w:rsidRPr="007B6529" w:rsidRDefault="00CE1049" w:rsidP="003924EC">
            <w:pPr>
              <w:pStyle w:val="Akapitzlist"/>
              <w:numPr>
                <w:ilvl w:val="0"/>
                <w:numId w:val="35"/>
              </w:numPr>
              <w:spacing w:after="60" w:line="276" w:lineRule="auto"/>
              <w:jc w:val="both"/>
              <w:rPr>
                <w:sz w:val="24"/>
                <w:szCs w:val="24"/>
              </w:rPr>
            </w:pPr>
            <w:r w:rsidRPr="007B6529">
              <w:rPr>
                <w:sz w:val="24"/>
                <w:szCs w:val="24"/>
              </w:rPr>
              <w:t>wymiar instytucjonalny: obejmuje wykonywanie zadań ustawowych przez organy i podmioty ochrony ludności i obrony cywilnej oraz działania zapewniające monitorowanie i spójność organizacyjną ich realizacji;</w:t>
            </w:r>
          </w:p>
          <w:p w:rsidR="00CE1049" w:rsidRPr="007B6529" w:rsidRDefault="00CE1049" w:rsidP="003924EC">
            <w:pPr>
              <w:pStyle w:val="Akapitzlist"/>
              <w:numPr>
                <w:ilvl w:val="0"/>
                <w:numId w:val="35"/>
              </w:numPr>
              <w:spacing w:after="60" w:line="276" w:lineRule="auto"/>
              <w:jc w:val="both"/>
              <w:rPr>
                <w:sz w:val="24"/>
                <w:szCs w:val="24"/>
              </w:rPr>
            </w:pPr>
            <w:r w:rsidRPr="007B6529">
              <w:rPr>
                <w:sz w:val="24"/>
                <w:szCs w:val="24"/>
              </w:rPr>
              <w:t>wymiar wsparcia: obejmuje współdziałanie organów z podmiotami wspierającymi wykonywanie zadań ochrony ludności, w szczególności w</w:t>
            </w:r>
            <w:r w:rsidR="00A1662F">
              <w:rPr>
                <w:sz w:val="24"/>
                <w:szCs w:val="24"/>
              </w:rPr>
              <w:t> </w:t>
            </w:r>
            <w:r w:rsidRPr="007B6529">
              <w:rPr>
                <w:sz w:val="24"/>
                <w:szCs w:val="24"/>
              </w:rPr>
              <w:t>zakresie pomocy doraźnej i pomocy humanitarnej. Do tego wymiaru zalicza się: organizacje pozarządowe oraz inne podmioty prowadzące działalność pożytku publicznego lub działalność społeczną, które współpracują z organami ochrony ludności albo zostały włączone do systemu ochrony ludności.</w:t>
            </w:r>
          </w:p>
          <w:p w:rsidR="000116D4" w:rsidRDefault="000116D4" w:rsidP="00CE1049">
            <w:pPr>
              <w:spacing w:line="276" w:lineRule="auto"/>
              <w:jc w:val="both"/>
              <w:rPr>
                <w:color w:val="EE0000"/>
                <w:sz w:val="24"/>
                <w:szCs w:val="24"/>
              </w:rPr>
            </w:pPr>
          </w:p>
          <w:p w:rsidR="00FD07C1" w:rsidRDefault="00FD07C1" w:rsidP="00CE1049">
            <w:pPr>
              <w:spacing w:line="276" w:lineRule="auto"/>
              <w:jc w:val="both"/>
              <w:rPr>
                <w:color w:val="EE0000"/>
                <w:sz w:val="24"/>
                <w:szCs w:val="24"/>
              </w:rPr>
            </w:pPr>
          </w:p>
          <w:p w:rsidR="00FD07C1" w:rsidRDefault="00FD07C1" w:rsidP="00CE1049">
            <w:pPr>
              <w:spacing w:line="276" w:lineRule="auto"/>
              <w:jc w:val="both"/>
              <w:rPr>
                <w:color w:val="EE0000"/>
                <w:sz w:val="24"/>
                <w:szCs w:val="24"/>
              </w:rPr>
            </w:pPr>
          </w:p>
          <w:p w:rsidR="00FD07C1" w:rsidRDefault="00FD07C1" w:rsidP="00CE1049">
            <w:pPr>
              <w:spacing w:line="276" w:lineRule="auto"/>
              <w:jc w:val="both"/>
              <w:rPr>
                <w:color w:val="EE0000"/>
                <w:sz w:val="24"/>
                <w:szCs w:val="24"/>
              </w:rPr>
            </w:pPr>
          </w:p>
          <w:p w:rsidR="00FD07C1" w:rsidRDefault="00FD07C1" w:rsidP="00CE1049">
            <w:pPr>
              <w:spacing w:line="276" w:lineRule="auto"/>
              <w:jc w:val="both"/>
              <w:rPr>
                <w:color w:val="EE0000"/>
                <w:sz w:val="24"/>
                <w:szCs w:val="24"/>
              </w:rPr>
            </w:pPr>
          </w:p>
          <w:p w:rsidR="00FD07C1" w:rsidRDefault="00FD07C1" w:rsidP="00CE1049">
            <w:pPr>
              <w:spacing w:line="276" w:lineRule="auto"/>
              <w:jc w:val="both"/>
              <w:rPr>
                <w:color w:val="EE0000"/>
                <w:sz w:val="24"/>
                <w:szCs w:val="24"/>
              </w:rPr>
            </w:pPr>
          </w:p>
          <w:p w:rsidR="00CE1049" w:rsidRPr="00F51484" w:rsidRDefault="00CE1049" w:rsidP="00CE1049">
            <w:pPr>
              <w:spacing w:line="276" w:lineRule="auto"/>
              <w:jc w:val="both"/>
              <w:rPr>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07"/>
            </w:tblGrid>
            <w:tr w:rsidR="00FD07C1" w:rsidTr="00FD07C1">
              <w:tc>
                <w:tcPr>
                  <w:tcW w:w="7707" w:type="dxa"/>
                </w:tcPr>
                <w:p w:rsidR="00FD07C1" w:rsidRDefault="00FD07C1" w:rsidP="001B22C8">
                  <w:pPr>
                    <w:spacing w:after="60" w:line="276" w:lineRule="auto"/>
                    <w:rPr>
                      <w:rFonts w:cstheme="minorHAnsi"/>
                      <w:b/>
                      <w:noProof/>
                      <w:color w:val="0070C0"/>
                      <w:sz w:val="20"/>
                      <w:szCs w:val="24"/>
                      <w:lang w:eastAsia="pl-PL"/>
                    </w:rPr>
                  </w:pPr>
                  <w:r>
                    <w:rPr>
                      <w:rFonts w:cstheme="minorHAnsi"/>
                      <w:b/>
                      <w:color w:val="0070C0"/>
                      <w:sz w:val="20"/>
                      <w:szCs w:val="20"/>
                    </w:rPr>
                    <w:lastRenderedPageBreak/>
                    <w:t>Rysunek 1</w:t>
                  </w:r>
                  <w:r w:rsidRPr="00F51484">
                    <w:rPr>
                      <w:rFonts w:cstheme="minorHAnsi"/>
                      <w:b/>
                      <w:color w:val="0070C0"/>
                      <w:sz w:val="20"/>
                      <w:szCs w:val="20"/>
                    </w:rPr>
                    <w:t>.</w:t>
                  </w:r>
                  <w:r w:rsidRPr="00F51484">
                    <w:rPr>
                      <w:rFonts w:cstheme="minorHAnsi"/>
                      <w:color w:val="0070C0"/>
                      <w:sz w:val="20"/>
                      <w:szCs w:val="20"/>
                    </w:rPr>
                    <w:t xml:space="preserve"> </w:t>
                  </w:r>
                  <w:r w:rsidRPr="00F51484">
                    <w:rPr>
                      <w:sz w:val="20"/>
                      <w:szCs w:val="20"/>
                    </w:rPr>
                    <w:t>Wymiary rozwijane w ramach Programu Ochrony Ludności i Obrony Cywilnej</w:t>
                  </w:r>
                </w:p>
              </w:tc>
            </w:tr>
            <w:tr w:rsidR="001B22C8" w:rsidTr="00FD07C1">
              <w:tc>
                <w:tcPr>
                  <w:tcW w:w="7707" w:type="dxa"/>
                </w:tcPr>
                <w:p w:rsidR="001B22C8" w:rsidRDefault="00FD07C1" w:rsidP="001B22C8">
                  <w:pPr>
                    <w:spacing w:after="60" w:line="276" w:lineRule="auto"/>
                    <w:rPr>
                      <w:rFonts w:cstheme="minorHAnsi"/>
                      <w:b/>
                      <w:noProof/>
                      <w:color w:val="0070C0"/>
                      <w:sz w:val="20"/>
                      <w:szCs w:val="24"/>
                      <w:lang w:eastAsia="pl-PL"/>
                    </w:rPr>
                  </w:pPr>
                  <w:r w:rsidRPr="00FD07C1">
                    <w:rPr>
                      <w:rFonts w:cstheme="minorHAnsi"/>
                      <w:b/>
                      <w:noProof/>
                      <w:color w:val="0070C0"/>
                      <w:sz w:val="20"/>
                      <w:szCs w:val="24"/>
                      <w:lang w:eastAsia="pl-PL"/>
                    </w:rPr>
                    <w:drawing>
                      <wp:inline distT="0" distB="0" distL="0" distR="0" wp14:anchorId="675CE74B" wp14:editId="722208C0">
                        <wp:extent cx="5112000" cy="3427200"/>
                        <wp:effectExtent l="0" t="0" r="0" b="1905"/>
                        <wp:docPr id="13" name="Obraz 13" descr="C:\Users\jtrocha\AppData\Local\Microsoft\Windows\INetCache\Content.Outlook\YTZP2OZ1\Wymiary Ochrony Ludnoś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trocha\AppData\Local\Microsoft\Windows\INetCache\Content.Outlook\YTZP2OZ1\Wymiary Ochrony Ludnośc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2000" cy="3427200"/>
                                </a:xfrm>
                                <a:prstGeom prst="rect">
                                  <a:avLst/>
                                </a:prstGeom>
                                <a:noFill/>
                                <a:ln>
                                  <a:noFill/>
                                </a:ln>
                              </pic:spPr>
                            </pic:pic>
                          </a:graphicData>
                        </a:graphic>
                      </wp:inline>
                    </w:drawing>
                  </w:r>
                </w:p>
              </w:tc>
            </w:tr>
            <w:tr w:rsidR="00981CFF" w:rsidTr="00FD07C1">
              <w:tc>
                <w:tcPr>
                  <w:tcW w:w="7707" w:type="dxa"/>
                </w:tcPr>
                <w:p w:rsidR="00981CFF" w:rsidRPr="00432E92" w:rsidRDefault="00981CFF" w:rsidP="001B22C8">
                  <w:pPr>
                    <w:spacing w:after="60" w:line="276" w:lineRule="auto"/>
                    <w:rPr>
                      <w:rFonts w:cstheme="minorHAnsi"/>
                      <w:noProof/>
                      <w:sz w:val="20"/>
                      <w:szCs w:val="24"/>
                      <w:lang w:eastAsia="pl-PL"/>
                    </w:rPr>
                  </w:pPr>
                  <w:r w:rsidRPr="00432E92">
                    <w:rPr>
                      <w:rFonts w:cstheme="minorHAnsi"/>
                      <w:noProof/>
                      <w:sz w:val="20"/>
                      <w:szCs w:val="24"/>
                      <w:lang w:eastAsia="pl-PL"/>
                    </w:rPr>
                    <w:t>Źródło: opracowanie własne</w:t>
                  </w:r>
                </w:p>
              </w:tc>
            </w:tr>
          </w:tbl>
          <w:p w:rsidR="00CD1F13" w:rsidRPr="00432E92" w:rsidRDefault="00CD1F13" w:rsidP="00195D75">
            <w:pPr>
              <w:pStyle w:val="Nagwek2"/>
              <w:outlineLvl w:val="1"/>
              <w:rPr>
                <w:b w:val="0"/>
                <w:color w:val="000000" w:themeColor="text1"/>
                <w:sz w:val="6"/>
              </w:rPr>
            </w:pPr>
          </w:p>
          <w:p w:rsidR="00CE1049" w:rsidRPr="007B6529" w:rsidRDefault="00CE1049" w:rsidP="00F51484">
            <w:pPr>
              <w:pStyle w:val="Nagwek2"/>
              <w:spacing w:line="276" w:lineRule="auto"/>
              <w:outlineLvl w:val="1"/>
            </w:pPr>
            <w:bookmarkStart w:id="8" w:name="_Toc237252351"/>
            <w:r w:rsidRPr="007B6529">
              <w:t>Cel strategiczny i kierunki jego realizacji</w:t>
            </w:r>
            <w:bookmarkEnd w:id="8"/>
          </w:p>
          <w:p w:rsidR="00195D75" w:rsidRPr="007B6529" w:rsidRDefault="00195D75" w:rsidP="00F51484">
            <w:pPr>
              <w:spacing w:after="60" w:line="276" w:lineRule="auto"/>
              <w:jc w:val="both"/>
              <w:rPr>
                <w:rFonts w:cstheme="minorHAnsi"/>
                <w:sz w:val="24"/>
                <w:szCs w:val="24"/>
              </w:rPr>
            </w:pPr>
            <w:r w:rsidRPr="007B6529">
              <w:rPr>
                <w:rFonts w:cstheme="minorHAnsi"/>
                <w:sz w:val="24"/>
                <w:szCs w:val="24"/>
              </w:rPr>
              <w:t xml:space="preserve">Realizacja Programu Ochrony Ludności i Obrony Cywilnej w perspektywie pięcioletniej pozwoli na zbudowanie zdolności państwa do reagowania na zagrożenia i zapewnienie ciągłości działania w czasie kryzysu i wojny, a także wzmocnienie odporności społecznej. Odtworzone i wzmocnione zostaną struktury służb i podmiotów odpowiedzialnych za realizację zadań obrony cywilnej. System zapewni ciągłość usług publicznych niezbędnych dla społeczeństwa, zarówno przez tworzenie zapasów magazynowych, jak i przede wszystkim infrastruktury zapewniającej stały bezpieczny dostęp do zasobów, takich jak woda, energia elektryczna, łączność, ciepło oraz żywności i leki. </w:t>
            </w:r>
          </w:p>
          <w:p w:rsidR="00CE1049" w:rsidRPr="007B6529" w:rsidRDefault="00CE1049" w:rsidP="00F51484">
            <w:pPr>
              <w:spacing w:after="60" w:line="276" w:lineRule="auto"/>
              <w:jc w:val="both"/>
              <w:rPr>
                <w:sz w:val="24"/>
                <w:szCs w:val="24"/>
              </w:rPr>
            </w:pPr>
            <w:r w:rsidRPr="007B6529">
              <w:rPr>
                <w:sz w:val="24"/>
                <w:szCs w:val="24"/>
              </w:rPr>
              <w:t xml:space="preserve">Realizacja Programu będzie służyła zrównoważonemu rozwojowi systemu </w:t>
            </w:r>
            <w:r w:rsidR="000116D4" w:rsidRPr="007B6529">
              <w:rPr>
                <w:sz w:val="24"/>
                <w:szCs w:val="24"/>
              </w:rPr>
              <w:br/>
            </w:r>
            <w:r w:rsidRPr="007B6529">
              <w:rPr>
                <w:sz w:val="24"/>
                <w:szCs w:val="24"/>
              </w:rPr>
              <w:t>w perspektywie:</w:t>
            </w:r>
          </w:p>
          <w:p w:rsidR="00195D75" w:rsidRPr="007B6529" w:rsidRDefault="00195D75" w:rsidP="003924EC">
            <w:pPr>
              <w:pStyle w:val="Akapitzlist"/>
              <w:numPr>
                <w:ilvl w:val="0"/>
                <w:numId w:val="20"/>
              </w:numPr>
              <w:spacing w:after="60" w:line="276" w:lineRule="auto"/>
              <w:jc w:val="both"/>
              <w:rPr>
                <w:rFonts w:cstheme="minorHAnsi"/>
                <w:sz w:val="24"/>
                <w:szCs w:val="24"/>
              </w:rPr>
            </w:pPr>
            <w:r w:rsidRPr="007B6529">
              <w:rPr>
                <w:rFonts w:cstheme="minorHAnsi"/>
                <w:sz w:val="24"/>
                <w:szCs w:val="24"/>
              </w:rPr>
              <w:t>geograficznej: jednostki samorządu terytorialnego na obszarze całego kraju mają zapewniony równy dostęp do wnioskowania o środki z Programu, aby umożliwić stały rozwój zdolności do realizacji zadań, z uwzględnieniem analizy ryzyka oraz lokalnych potrzeb i uwarunkowań;</w:t>
            </w:r>
          </w:p>
          <w:p w:rsidR="00CE1049" w:rsidRPr="007B6529" w:rsidRDefault="00195D75" w:rsidP="003924EC">
            <w:pPr>
              <w:pStyle w:val="Akapitzlist"/>
              <w:numPr>
                <w:ilvl w:val="0"/>
                <w:numId w:val="20"/>
              </w:numPr>
              <w:spacing w:after="60" w:line="276" w:lineRule="auto"/>
              <w:jc w:val="both"/>
              <w:rPr>
                <w:rFonts w:cstheme="minorHAnsi"/>
                <w:sz w:val="24"/>
                <w:szCs w:val="24"/>
              </w:rPr>
            </w:pPr>
            <w:r w:rsidRPr="007B6529">
              <w:rPr>
                <w:rFonts w:cstheme="minorHAnsi"/>
                <w:sz w:val="24"/>
                <w:szCs w:val="24"/>
              </w:rPr>
              <w:t xml:space="preserve">hierarchicznej: zgodnie z zasadą pomocniczości, zadania ochrony ludności i obrony cywilnej realizowane są od najniższego szczebla administracji, a kolejne szczeble pełnią rolę wspierającą i koordynacyjną. Precyzyjne zasady, w tym algorytmy, rozdziału środków zapewniają </w:t>
            </w:r>
            <w:r w:rsidRPr="007B6529">
              <w:rPr>
                <w:rFonts w:cstheme="minorHAnsi"/>
                <w:sz w:val="24"/>
                <w:szCs w:val="24"/>
              </w:rPr>
              <w:lastRenderedPageBreak/>
              <w:t>odpowiednią alokację zasobów na wszystkich szczeblach, od lokalnego, poprzez regionalny, aż do centralnego;</w:t>
            </w:r>
          </w:p>
          <w:p w:rsidR="00CE1049" w:rsidRPr="007B6529" w:rsidRDefault="00CE1049" w:rsidP="003924EC">
            <w:pPr>
              <w:pStyle w:val="Akapitzlist"/>
              <w:numPr>
                <w:ilvl w:val="0"/>
                <w:numId w:val="20"/>
              </w:numPr>
              <w:spacing w:after="60" w:line="276" w:lineRule="auto"/>
              <w:jc w:val="both"/>
              <w:rPr>
                <w:rFonts w:cstheme="minorHAnsi"/>
                <w:sz w:val="24"/>
                <w:szCs w:val="24"/>
              </w:rPr>
            </w:pPr>
            <w:r w:rsidRPr="007B6529">
              <w:rPr>
                <w:sz w:val="24"/>
                <w:szCs w:val="24"/>
              </w:rPr>
              <w:t>sektorowej: ustawa o ochronie ludności i obronie cywilnej wspiera współdziałanie podmiotów publicznych i pozarządowych. W Programie zapewniono środki dla samorządu terytorialnego i organizacji pozarządowych.</w:t>
            </w:r>
          </w:p>
          <w:p w:rsidR="00195D75" w:rsidRPr="007B6529" w:rsidRDefault="00195D75" w:rsidP="00F51484">
            <w:pPr>
              <w:spacing w:after="60" w:line="276" w:lineRule="auto"/>
              <w:jc w:val="both"/>
              <w:rPr>
                <w:rFonts w:cstheme="minorHAnsi"/>
                <w:sz w:val="24"/>
                <w:szCs w:val="24"/>
              </w:rPr>
            </w:pPr>
            <w:r w:rsidRPr="007B6529">
              <w:rPr>
                <w:rFonts w:cstheme="minorHAnsi"/>
                <w:sz w:val="24"/>
                <w:szCs w:val="24"/>
              </w:rPr>
              <w:t>Na początku procesu wdrażania ustawy z dnia 5 grudnia 2024 r. o ochronie ludności i obronie cywilnej konieczne było zniwelowanie skutków długotrwałego niedoinwestowania realizacji zadań ochrony ludności, a przede wszystkim</w:t>
            </w:r>
            <w:r w:rsidR="00014B9E">
              <w:rPr>
                <w:rFonts w:cstheme="minorHAnsi"/>
                <w:sz w:val="24"/>
                <w:szCs w:val="24"/>
              </w:rPr>
              <w:t xml:space="preserve"> obrony cywilnej. W latach 2025–</w:t>
            </w:r>
            <w:r w:rsidRPr="007B6529">
              <w:rPr>
                <w:rFonts w:cstheme="minorHAnsi"/>
                <w:sz w:val="24"/>
                <w:szCs w:val="24"/>
              </w:rPr>
              <w:t>2026 odbudowa systemu była realizowana głównie w oparciu o:</w:t>
            </w:r>
          </w:p>
          <w:p w:rsidR="00195D75" w:rsidRPr="007B6529" w:rsidRDefault="00195D75" w:rsidP="003924EC">
            <w:pPr>
              <w:pStyle w:val="Akapitzlist"/>
              <w:numPr>
                <w:ilvl w:val="0"/>
                <w:numId w:val="21"/>
              </w:numPr>
              <w:spacing w:after="60" w:line="276" w:lineRule="auto"/>
              <w:jc w:val="both"/>
              <w:rPr>
                <w:rFonts w:cstheme="minorHAnsi"/>
                <w:sz w:val="24"/>
                <w:szCs w:val="24"/>
              </w:rPr>
            </w:pPr>
            <w:r w:rsidRPr="007B6529">
              <w:rPr>
                <w:rFonts w:cstheme="minorHAnsi"/>
                <w:sz w:val="24"/>
                <w:szCs w:val="24"/>
              </w:rPr>
              <w:t>krajowy system ratowniczo-gaśniczy;</w:t>
            </w:r>
          </w:p>
          <w:p w:rsidR="00195D75" w:rsidRPr="007B6529" w:rsidRDefault="00195D75" w:rsidP="003924EC">
            <w:pPr>
              <w:pStyle w:val="Akapitzlist"/>
              <w:numPr>
                <w:ilvl w:val="0"/>
                <w:numId w:val="21"/>
              </w:numPr>
              <w:spacing w:after="60" w:line="276" w:lineRule="auto"/>
              <w:jc w:val="both"/>
              <w:rPr>
                <w:rFonts w:cstheme="minorHAnsi"/>
                <w:sz w:val="24"/>
                <w:szCs w:val="24"/>
              </w:rPr>
            </w:pPr>
            <w:r w:rsidRPr="007B6529">
              <w:rPr>
                <w:rFonts w:cstheme="minorHAnsi"/>
                <w:sz w:val="24"/>
                <w:szCs w:val="24"/>
              </w:rPr>
              <w:t>ochotnicze straże pożarne;</w:t>
            </w:r>
          </w:p>
          <w:p w:rsidR="00195D75" w:rsidRPr="007B6529" w:rsidRDefault="00195D75" w:rsidP="003924EC">
            <w:pPr>
              <w:pStyle w:val="Akapitzlist"/>
              <w:numPr>
                <w:ilvl w:val="0"/>
                <w:numId w:val="21"/>
              </w:numPr>
              <w:spacing w:after="60" w:line="276" w:lineRule="auto"/>
              <w:jc w:val="both"/>
              <w:rPr>
                <w:rFonts w:cstheme="minorHAnsi"/>
                <w:sz w:val="24"/>
                <w:szCs w:val="24"/>
              </w:rPr>
            </w:pPr>
            <w:r w:rsidRPr="007B6529">
              <w:rPr>
                <w:rFonts w:cstheme="minorHAnsi"/>
                <w:sz w:val="24"/>
                <w:szCs w:val="24"/>
              </w:rPr>
              <w:t>administrację rządową w województwie;</w:t>
            </w:r>
          </w:p>
          <w:p w:rsidR="00195D75" w:rsidRPr="007B6529" w:rsidRDefault="00195D75" w:rsidP="003924EC">
            <w:pPr>
              <w:pStyle w:val="Akapitzlist"/>
              <w:numPr>
                <w:ilvl w:val="0"/>
                <w:numId w:val="21"/>
              </w:numPr>
              <w:spacing w:after="60" w:line="276" w:lineRule="auto"/>
              <w:jc w:val="both"/>
              <w:rPr>
                <w:rFonts w:cstheme="minorHAnsi"/>
                <w:sz w:val="24"/>
                <w:szCs w:val="24"/>
              </w:rPr>
            </w:pPr>
            <w:r w:rsidRPr="007B6529">
              <w:rPr>
                <w:rFonts w:cstheme="minorHAnsi"/>
                <w:sz w:val="24"/>
                <w:szCs w:val="24"/>
              </w:rPr>
              <w:t>samorządy, głównie gminy i powiaty;</w:t>
            </w:r>
          </w:p>
          <w:p w:rsidR="00195D75" w:rsidRPr="007B6529" w:rsidRDefault="00195D75" w:rsidP="003924EC">
            <w:pPr>
              <w:pStyle w:val="Akapitzlist"/>
              <w:numPr>
                <w:ilvl w:val="0"/>
                <w:numId w:val="21"/>
              </w:numPr>
              <w:spacing w:after="60" w:line="276" w:lineRule="auto"/>
              <w:jc w:val="both"/>
              <w:rPr>
                <w:rFonts w:cstheme="minorHAnsi"/>
                <w:sz w:val="24"/>
                <w:szCs w:val="24"/>
              </w:rPr>
            </w:pPr>
            <w:r w:rsidRPr="007B6529">
              <w:rPr>
                <w:rFonts w:cstheme="minorHAnsi"/>
                <w:sz w:val="24"/>
                <w:szCs w:val="24"/>
              </w:rPr>
              <w:t>ministra właściwego do spraw wewnętrznych – w roli koordynatora.</w:t>
            </w:r>
          </w:p>
          <w:p w:rsidR="00CE1049" w:rsidRPr="007B6529" w:rsidRDefault="00CE1049" w:rsidP="00F51484">
            <w:pPr>
              <w:spacing w:after="60" w:line="276" w:lineRule="auto"/>
              <w:jc w:val="both"/>
              <w:rPr>
                <w:sz w:val="24"/>
                <w:szCs w:val="24"/>
              </w:rPr>
            </w:pPr>
            <w:r w:rsidRPr="007B6529">
              <w:rPr>
                <w:sz w:val="24"/>
                <w:szCs w:val="24"/>
              </w:rPr>
              <w:t>Stopniowo do budowy systemu włączano pozostałe organy ochrony ludności, jednostki samorządu terytorialnego wszystkich szczebli oraz przedsiębiorców i</w:t>
            </w:r>
            <w:r w:rsidR="00A1662F">
              <w:rPr>
                <w:sz w:val="24"/>
                <w:szCs w:val="24"/>
              </w:rPr>
              <w:t> </w:t>
            </w:r>
            <w:r w:rsidRPr="007B6529">
              <w:rPr>
                <w:sz w:val="24"/>
                <w:szCs w:val="24"/>
              </w:rPr>
              <w:t>organizacje społeczne. Realizacja Programu Ochrony Ludności i Obrony Cywilnej w latach 2025-2026 skupiała się na wypracowaniu rozwiązań organizacyjnych będących fundamentem odbudowywanej obrony cywilnej, a</w:t>
            </w:r>
            <w:r w:rsidR="00A1662F">
              <w:rPr>
                <w:sz w:val="24"/>
                <w:szCs w:val="24"/>
              </w:rPr>
              <w:t> </w:t>
            </w:r>
            <w:r w:rsidRPr="007B6529">
              <w:rPr>
                <w:sz w:val="24"/>
                <w:szCs w:val="24"/>
              </w:rPr>
              <w:t xml:space="preserve">także uzupełnieniu podstawowych zapasów magazynowych oraz zachowaniu istniejącego zasobu budownictwa ochronnego. </w:t>
            </w:r>
          </w:p>
          <w:p w:rsidR="00195D75" w:rsidRPr="007B6529" w:rsidRDefault="00195D75" w:rsidP="00F51484">
            <w:pPr>
              <w:spacing w:after="60" w:line="276" w:lineRule="auto"/>
              <w:jc w:val="both"/>
              <w:rPr>
                <w:rFonts w:cstheme="minorHAnsi"/>
                <w:sz w:val="24"/>
                <w:szCs w:val="24"/>
              </w:rPr>
            </w:pPr>
            <w:r w:rsidRPr="007B6529">
              <w:rPr>
                <w:rFonts w:cstheme="minorHAnsi"/>
                <w:sz w:val="24"/>
                <w:szCs w:val="24"/>
              </w:rPr>
              <w:t xml:space="preserve">Wraz z przyjęciem niniejszego nowego Programu Ochrony Ludności i Obrony Cywilnej na lata 2027-2031, odbudowa systemu ochrony ludności </w:t>
            </w:r>
            <w:r w:rsidR="00307A52" w:rsidRPr="007B6529">
              <w:rPr>
                <w:rFonts w:cstheme="minorHAnsi"/>
                <w:sz w:val="24"/>
                <w:szCs w:val="24"/>
              </w:rPr>
              <w:t xml:space="preserve">i obrony cywilnej </w:t>
            </w:r>
            <w:r w:rsidRPr="007B6529">
              <w:rPr>
                <w:rFonts w:cstheme="minorHAnsi"/>
                <w:sz w:val="24"/>
                <w:szCs w:val="24"/>
              </w:rPr>
              <w:t>wchodzi w kolejną fazę, charakteryzującą się:</w:t>
            </w:r>
          </w:p>
          <w:p w:rsidR="00195D75" w:rsidRPr="007B6529" w:rsidRDefault="00195D75" w:rsidP="003924EC">
            <w:pPr>
              <w:pStyle w:val="Akapitzlist"/>
              <w:numPr>
                <w:ilvl w:val="0"/>
                <w:numId w:val="22"/>
              </w:numPr>
              <w:spacing w:after="60" w:line="276" w:lineRule="auto"/>
              <w:jc w:val="both"/>
              <w:rPr>
                <w:rFonts w:cstheme="minorHAnsi"/>
                <w:sz w:val="24"/>
                <w:szCs w:val="24"/>
              </w:rPr>
            </w:pPr>
            <w:r w:rsidRPr="007B6529">
              <w:rPr>
                <w:rFonts w:cstheme="minorHAnsi"/>
                <w:sz w:val="24"/>
                <w:szCs w:val="24"/>
              </w:rPr>
              <w:t>przyjęciem systemowej strategicznej perspektywy planowania i realizowania zadań;</w:t>
            </w:r>
          </w:p>
          <w:p w:rsidR="00195D75" w:rsidRPr="007B6529" w:rsidRDefault="00195D75" w:rsidP="003924EC">
            <w:pPr>
              <w:pStyle w:val="Akapitzlist"/>
              <w:numPr>
                <w:ilvl w:val="0"/>
                <w:numId w:val="22"/>
              </w:numPr>
              <w:spacing w:after="60" w:line="276" w:lineRule="auto"/>
              <w:jc w:val="both"/>
              <w:rPr>
                <w:rFonts w:cstheme="minorHAnsi"/>
                <w:sz w:val="24"/>
                <w:szCs w:val="24"/>
              </w:rPr>
            </w:pPr>
            <w:r w:rsidRPr="007B6529">
              <w:rPr>
                <w:rFonts w:cstheme="minorHAnsi"/>
                <w:sz w:val="24"/>
                <w:szCs w:val="24"/>
              </w:rPr>
              <w:t>oparciem decyzji na obiektywnych weryfikowalnych danych, przetwarzanych ze wsparciem nowoczesnych technologii;</w:t>
            </w:r>
          </w:p>
          <w:p w:rsidR="00195D75" w:rsidRPr="007B6529" w:rsidRDefault="00195D75" w:rsidP="003924EC">
            <w:pPr>
              <w:pStyle w:val="Akapitzlist"/>
              <w:numPr>
                <w:ilvl w:val="0"/>
                <w:numId w:val="22"/>
              </w:numPr>
              <w:spacing w:after="60" w:line="276" w:lineRule="auto"/>
              <w:jc w:val="both"/>
              <w:rPr>
                <w:rFonts w:cstheme="minorHAnsi"/>
                <w:sz w:val="24"/>
                <w:szCs w:val="24"/>
              </w:rPr>
            </w:pPr>
            <w:r w:rsidRPr="007B6529">
              <w:rPr>
                <w:rFonts w:cstheme="minorHAnsi"/>
                <w:sz w:val="24"/>
                <w:szCs w:val="24"/>
              </w:rPr>
              <w:t>stabilnością finansowania i planowania finansowego;</w:t>
            </w:r>
          </w:p>
          <w:p w:rsidR="00CE1049" w:rsidRDefault="00195D75" w:rsidP="003924EC">
            <w:pPr>
              <w:pStyle w:val="Akapitzlist"/>
              <w:numPr>
                <w:ilvl w:val="0"/>
                <w:numId w:val="22"/>
              </w:numPr>
              <w:spacing w:after="60" w:line="276" w:lineRule="auto"/>
              <w:jc w:val="both"/>
              <w:rPr>
                <w:rFonts w:cstheme="minorHAnsi"/>
                <w:sz w:val="24"/>
                <w:szCs w:val="24"/>
              </w:rPr>
            </w:pPr>
            <w:r w:rsidRPr="007B6529">
              <w:rPr>
                <w:rFonts w:cstheme="minorHAnsi"/>
                <w:sz w:val="24"/>
                <w:szCs w:val="24"/>
              </w:rPr>
              <w:t>włączaniem kolejnych podmiotów, w tym pozarządowych, do ogólnokrajowego zasobu sił i środków ochrony ludności i obrony cywilnej;</w:t>
            </w:r>
          </w:p>
          <w:p w:rsidR="00634AF8" w:rsidRPr="007B6529" w:rsidRDefault="00634AF8" w:rsidP="003924EC">
            <w:pPr>
              <w:pStyle w:val="Akapitzlist"/>
              <w:numPr>
                <w:ilvl w:val="0"/>
                <w:numId w:val="22"/>
              </w:numPr>
              <w:spacing w:after="60" w:line="276" w:lineRule="auto"/>
              <w:jc w:val="both"/>
              <w:rPr>
                <w:rFonts w:cstheme="minorHAnsi"/>
                <w:sz w:val="24"/>
                <w:szCs w:val="24"/>
              </w:rPr>
            </w:pPr>
            <w:r>
              <w:rPr>
                <w:rFonts w:cstheme="minorHAnsi"/>
                <w:sz w:val="24"/>
                <w:szCs w:val="24"/>
              </w:rPr>
              <w:t>intensyfikacją działań na rzecz budowania społecznej odporności poprzez włączanie społeczeństwa jako aktywnego ogniwa systemu – począwszy od udziału w warsztatach, ćwiczeniach, akcjach edukacyjnych, przez aktywizację i szkolenia lokalnych liderek i liderów</w:t>
            </w:r>
            <w:r w:rsidR="001127D6">
              <w:rPr>
                <w:rFonts w:cstheme="minorHAnsi"/>
                <w:sz w:val="24"/>
                <w:szCs w:val="24"/>
              </w:rPr>
              <w:t>;</w:t>
            </w:r>
          </w:p>
          <w:p w:rsidR="00CE1049" w:rsidRPr="007B6529" w:rsidRDefault="00CE1049" w:rsidP="003924EC">
            <w:pPr>
              <w:pStyle w:val="Akapitzlist"/>
              <w:numPr>
                <w:ilvl w:val="0"/>
                <w:numId w:val="22"/>
              </w:numPr>
              <w:spacing w:after="60" w:line="276" w:lineRule="auto"/>
              <w:jc w:val="both"/>
              <w:rPr>
                <w:rFonts w:cstheme="minorHAnsi"/>
                <w:sz w:val="24"/>
                <w:szCs w:val="24"/>
              </w:rPr>
            </w:pPr>
            <w:r w:rsidRPr="007B6529">
              <w:rPr>
                <w:sz w:val="24"/>
                <w:szCs w:val="24"/>
              </w:rPr>
              <w:t>zwiększeniem udziału inwestycji strukturalnych w stosunku do zakupów bieżących;</w:t>
            </w:r>
          </w:p>
          <w:p w:rsidR="00CE1049" w:rsidRPr="007B6529" w:rsidRDefault="00CE1049" w:rsidP="003924EC">
            <w:pPr>
              <w:pStyle w:val="Akapitzlist"/>
              <w:numPr>
                <w:ilvl w:val="0"/>
                <w:numId w:val="22"/>
              </w:numPr>
              <w:spacing w:after="60" w:line="276" w:lineRule="auto"/>
              <w:jc w:val="both"/>
              <w:rPr>
                <w:rFonts w:cstheme="minorHAnsi"/>
                <w:sz w:val="24"/>
                <w:szCs w:val="24"/>
              </w:rPr>
            </w:pPr>
            <w:r w:rsidRPr="007B6529">
              <w:rPr>
                <w:sz w:val="24"/>
                <w:szCs w:val="24"/>
              </w:rPr>
              <w:lastRenderedPageBreak/>
              <w:t>objęciem zakresem działania nowych obszarów potencjalnych zagrożeń, w tym cyberprzestrzeni, infrastruktury zapewniającej krytyczne usługi oraz wymiaru poznawczego i informacyjnego;</w:t>
            </w:r>
          </w:p>
          <w:p w:rsidR="00CE1049" w:rsidRPr="003D4962" w:rsidRDefault="00CE1049" w:rsidP="003924EC">
            <w:pPr>
              <w:pStyle w:val="Akapitzlist"/>
              <w:numPr>
                <w:ilvl w:val="0"/>
                <w:numId w:val="22"/>
              </w:numPr>
              <w:spacing w:after="60" w:line="276" w:lineRule="auto"/>
              <w:jc w:val="both"/>
              <w:rPr>
                <w:rFonts w:cstheme="minorHAnsi"/>
                <w:sz w:val="24"/>
                <w:szCs w:val="24"/>
              </w:rPr>
            </w:pPr>
            <w:r w:rsidRPr="007B6529">
              <w:rPr>
                <w:sz w:val="24"/>
                <w:szCs w:val="24"/>
              </w:rPr>
              <w:t>uporządkowaniem procedur i otoczenia prawnego oraz zapewnieniem profesjonalnego wsparcia naukowo-technicznego organów ochrony ludności;</w:t>
            </w:r>
          </w:p>
          <w:p w:rsidR="00CE2582" w:rsidRPr="007B6529" w:rsidRDefault="00195D75" w:rsidP="003924EC">
            <w:pPr>
              <w:pStyle w:val="Akapitzlist"/>
              <w:numPr>
                <w:ilvl w:val="0"/>
                <w:numId w:val="22"/>
              </w:numPr>
              <w:spacing w:after="60" w:line="276" w:lineRule="auto"/>
              <w:jc w:val="both"/>
              <w:rPr>
                <w:rFonts w:cstheme="minorHAnsi"/>
                <w:sz w:val="24"/>
                <w:szCs w:val="24"/>
              </w:rPr>
            </w:pPr>
            <w:r w:rsidRPr="007B6529">
              <w:rPr>
                <w:rFonts w:cstheme="minorHAnsi"/>
                <w:sz w:val="24"/>
                <w:szCs w:val="24"/>
              </w:rPr>
              <w:t>systematycznym inicjowaniem i budowaniem działalności naukowo-badawczej dotyczącej ochrony ludności i obrony cywilnej</w:t>
            </w:r>
            <w:r w:rsidR="00E32F73" w:rsidRPr="007B6529">
              <w:rPr>
                <w:rFonts w:cstheme="minorHAnsi"/>
                <w:sz w:val="24"/>
                <w:szCs w:val="24"/>
              </w:rPr>
              <w:t>;</w:t>
            </w:r>
          </w:p>
          <w:p w:rsidR="00CE1049" w:rsidRPr="007B6529" w:rsidRDefault="00CE1049" w:rsidP="003924EC">
            <w:pPr>
              <w:pStyle w:val="Akapitzlist"/>
              <w:numPr>
                <w:ilvl w:val="0"/>
                <w:numId w:val="22"/>
              </w:numPr>
              <w:spacing w:after="60" w:line="276" w:lineRule="auto"/>
              <w:jc w:val="both"/>
              <w:rPr>
                <w:rFonts w:cstheme="minorHAnsi"/>
                <w:sz w:val="24"/>
                <w:szCs w:val="24"/>
              </w:rPr>
            </w:pPr>
            <w:r w:rsidRPr="007B6529">
              <w:rPr>
                <w:sz w:val="24"/>
                <w:szCs w:val="24"/>
              </w:rPr>
              <w:t>opracowaniem i wdrożeniem jednolitych metodyk oceny ryzyka oraz monitorowania realizacji Programu i rozwoju zdolności systemu ochrony ludności i obrony cywilnej, a także opracowaniem narzędzia teleinformatycznego wspierającego monitorowanie.</w:t>
            </w:r>
          </w:p>
          <w:p w:rsidR="00CD1249" w:rsidRPr="007B6529" w:rsidRDefault="00CD1249" w:rsidP="00C939FA">
            <w:pPr>
              <w:spacing w:after="60" w:line="276" w:lineRule="auto"/>
              <w:jc w:val="both"/>
              <w:rPr>
                <w:rFonts w:cstheme="minorHAnsi"/>
                <w:sz w:val="24"/>
                <w:szCs w:val="24"/>
              </w:rPr>
            </w:pPr>
            <w:r w:rsidRPr="007B6529">
              <w:rPr>
                <w:rFonts w:ascii="Calibri" w:hAnsi="Calibri" w:cs="Calibri"/>
                <w:b/>
                <w:bCs/>
                <w:sz w:val="24"/>
                <w:szCs w:val="24"/>
              </w:rPr>
              <w:t>Strategicznym celem Programu Ochrony Ludności i Obrony Cywilnej na kolejne pięć lat jest zbudowanie powszechnego, odpornego, nowoczesnego i</w:t>
            </w:r>
            <w:r w:rsidR="003C0937">
              <w:rPr>
                <w:rFonts w:ascii="Calibri" w:hAnsi="Calibri" w:cs="Calibri"/>
                <w:b/>
                <w:bCs/>
                <w:sz w:val="24"/>
                <w:szCs w:val="24"/>
              </w:rPr>
              <w:t> </w:t>
            </w:r>
            <w:r w:rsidRPr="007B6529">
              <w:rPr>
                <w:rFonts w:ascii="Calibri" w:hAnsi="Calibri" w:cs="Calibri"/>
                <w:b/>
                <w:bCs/>
                <w:sz w:val="24"/>
                <w:szCs w:val="24"/>
              </w:rPr>
              <w:t>profesjonalnego systemu, z zapewnioną ciągłością planowania i</w:t>
            </w:r>
            <w:r w:rsidR="003C0937">
              <w:rPr>
                <w:rFonts w:ascii="Calibri" w:hAnsi="Calibri" w:cs="Calibri"/>
                <w:b/>
                <w:bCs/>
                <w:sz w:val="24"/>
                <w:szCs w:val="24"/>
              </w:rPr>
              <w:t> </w:t>
            </w:r>
            <w:r w:rsidRPr="007B6529">
              <w:rPr>
                <w:rFonts w:ascii="Calibri" w:hAnsi="Calibri" w:cs="Calibri"/>
                <w:b/>
                <w:bCs/>
                <w:sz w:val="24"/>
                <w:szCs w:val="24"/>
              </w:rPr>
              <w:t>finansowania, zdolnego do podejmowania wyzwań w skali strategicznej oraz odpowiadającego na współczesne i przyszłe zagrożenia. Tak rozumiany system ochrony ludności i obrony cywilnej będzie istotnym komponentem systemu bezpieczeństwa narodowego.</w:t>
            </w:r>
          </w:p>
          <w:p w:rsidR="00CD1249" w:rsidRPr="007B6529" w:rsidRDefault="00CD1249" w:rsidP="00C939FA">
            <w:pPr>
              <w:spacing w:after="60" w:line="276" w:lineRule="auto"/>
              <w:jc w:val="both"/>
              <w:rPr>
                <w:rFonts w:ascii="Calibri" w:hAnsi="Calibri" w:cs="Calibri"/>
                <w:sz w:val="24"/>
                <w:szCs w:val="24"/>
              </w:rPr>
            </w:pPr>
            <w:r w:rsidRPr="007B6529">
              <w:rPr>
                <w:rFonts w:ascii="Calibri" w:hAnsi="Calibri" w:cs="Calibri"/>
                <w:sz w:val="24"/>
                <w:szCs w:val="24"/>
              </w:rPr>
              <w:t>Realizacja celu strategicznego będzie następowała przez:</w:t>
            </w:r>
          </w:p>
          <w:p w:rsidR="00CD1249" w:rsidRPr="007B6529" w:rsidRDefault="003C0937" w:rsidP="003924EC">
            <w:pPr>
              <w:pStyle w:val="Akapitzlist"/>
              <w:numPr>
                <w:ilvl w:val="0"/>
                <w:numId w:val="34"/>
              </w:numPr>
              <w:spacing w:after="60" w:line="276" w:lineRule="auto"/>
              <w:jc w:val="both"/>
              <w:rPr>
                <w:rFonts w:ascii="Calibri" w:hAnsi="Calibri" w:cs="Calibri"/>
                <w:sz w:val="24"/>
                <w:szCs w:val="24"/>
              </w:rPr>
            </w:pPr>
            <w:r>
              <w:rPr>
                <w:rFonts w:ascii="Calibri" w:hAnsi="Calibri" w:cs="Calibri"/>
                <w:sz w:val="24"/>
                <w:szCs w:val="24"/>
              </w:rPr>
              <w:t>w</w:t>
            </w:r>
            <w:r w:rsidR="00CD1249" w:rsidRPr="007B6529">
              <w:rPr>
                <w:rFonts w:ascii="Calibri" w:hAnsi="Calibri" w:cs="Calibri"/>
                <w:sz w:val="24"/>
                <w:szCs w:val="24"/>
              </w:rPr>
              <w:t>zmocnienie zdolności do zapobiegania zagrożeniom oraz przygotowania na ich wystąpienie, w tym zagro</w:t>
            </w:r>
            <w:r w:rsidR="001127D6">
              <w:rPr>
                <w:rFonts w:ascii="Calibri" w:hAnsi="Calibri" w:cs="Calibri"/>
                <w:sz w:val="24"/>
                <w:szCs w:val="24"/>
              </w:rPr>
              <w:t>żeniom o charakterze hybrydowym;</w:t>
            </w:r>
          </w:p>
          <w:p w:rsidR="00CD1249" w:rsidRPr="007B6529" w:rsidRDefault="003C0937" w:rsidP="003924EC">
            <w:pPr>
              <w:pStyle w:val="Akapitzlist"/>
              <w:numPr>
                <w:ilvl w:val="0"/>
                <w:numId w:val="34"/>
              </w:numPr>
              <w:spacing w:after="60" w:line="276" w:lineRule="auto"/>
              <w:jc w:val="both"/>
              <w:rPr>
                <w:rFonts w:ascii="Calibri" w:hAnsi="Calibri" w:cs="Calibri"/>
                <w:sz w:val="24"/>
                <w:szCs w:val="24"/>
              </w:rPr>
            </w:pPr>
            <w:r>
              <w:rPr>
                <w:rFonts w:ascii="Calibri" w:hAnsi="Calibri" w:cs="Calibri"/>
                <w:sz w:val="24"/>
                <w:szCs w:val="24"/>
              </w:rPr>
              <w:t>z</w:t>
            </w:r>
            <w:r w:rsidR="00CD1249" w:rsidRPr="007B6529">
              <w:rPr>
                <w:rFonts w:ascii="Calibri" w:hAnsi="Calibri" w:cs="Calibri"/>
                <w:sz w:val="24"/>
                <w:szCs w:val="24"/>
              </w:rPr>
              <w:t>większenie skuteczności reagowania na sytuacje kryzysowe oraz ograniczania ich skutków dla ludności, infrastruktury i c</w:t>
            </w:r>
            <w:r w:rsidR="001127D6">
              <w:rPr>
                <w:rFonts w:ascii="Calibri" w:hAnsi="Calibri" w:cs="Calibri"/>
                <w:sz w:val="24"/>
                <w:szCs w:val="24"/>
              </w:rPr>
              <w:t>iągłości funkcjonowania państwa;</w:t>
            </w:r>
          </w:p>
          <w:p w:rsidR="00CD1249" w:rsidRPr="007B6529" w:rsidRDefault="003C0937" w:rsidP="003924EC">
            <w:pPr>
              <w:pStyle w:val="Akapitzlist"/>
              <w:numPr>
                <w:ilvl w:val="0"/>
                <w:numId w:val="34"/>
              </w:numPr>
              <w:spacing w:after="60" w:line="276" w:lineRule="auto"/>
              <w:jc w:val="both"/>
              <w:rPr>
                <w:rFonts w:ascii="Calibri" w:hAnsi="Calibri" w:cs="Calibri"/>
                <w:sz w:val="24"/>
                <w:szCs w:val="24"/>
              </w:rPr>
            </w:pPr>
            <w:r>
              <w:rPr>
                <w:rFonts w:ascii="Calibri" w:hAnsi="Calibri" w:cs="Calibri"/>
                <w:sz w:val="24"/>
                <w:szCs w:val="24"/>
              </w:rPr>
              <w:t>b</w:t>
            </w:r>
            <w:r w:rsidR="00CD1249" w:rsidRPr="007B6529">
              <w:rPr>
                <w:rFonts w:ascii="Calibri" w:hAnsi="Calibri" w:cs="Calibri"/>
                <w:sz w:val="24"/>
                <w:szCs w:val="24"/>
              </w:rPr>
              <w:t xml:space="preserve">udowanie odporności instytucjonalnej, społecznej i infrastrukturalnej oraz rozwijanie zdolności do odtwarzania funkcji i zasobów po sytuacjach </w:t>
            </w:r>
            <w:r w:rsidR="001127D6">
              <w:rPr>
                <w:rFonts w:ascii="Calibri" w:hAnsi="Calibri" w:cs="Calibri"/>
                <w:sz w:val="24"/>
                <w:szCs w:val="24"/>
              </w:rPr>
              <w:t>kryzysowych;</w:t>
            </w:r>
          </w:p>
          <w:p w:rsidR="00CD1249" w:rsidRPr="007B6529" w:rsidRDefault="003C0937" w:rsidP="003924EC">
            <w:pPr>
              <w:pStyle w:val="Akapitzlist"/>
              <w:numPr>
                <w:ilvl w:val="0"/>
                <w:numId w:val="34"/>
              </w:numPr>
              <w:spacing w:after="60" w:line="276" w:lineRule="auto"/>
              <w:jc w:val="both"/>
              <w:rPr>
                <w:rFonts w:cstheme="minorHAnsi"/>
                <w:b/>
                <w:sz w:val="24"/>
                <w:szCs w:val="24"/>
              </w:rPr>
            </w:pPr>
            <w:r>
              <w:rPr>
                <w:rFonts w:ascii="Calibri" w:hAnsi="Calibri" w:cs="Calibri"/>
                <w:sz w:val="24"/>
                <w:szCs w:val="24"/>
              </w:rPr>
              <w:t>w</w:t>
            </w:r>
            <w:r w:rsidR="00CD1249" w:rsidRPr="007B6529">
              <w:rPr>
                <w:rFonts w:ascii="Calibri" w:hAnsi="Calibri" w:cs="Calibri"/>
                <w:sz w:val="24"/>
                <w:szCs w:val="24"/>
              </w:rPr>
              <w:t>zmocnienie odporności cyfrowej i informacyjnej systemu ochrony ludności i obrony cywilnej, w tym bezpieczeństwa systemów teleinformatycznych i łączności oraz ciągłości wymiany informacji.</w:t>
            </w:r>
          </w:p>
          <w:p w:rsidR="00CE2582" w:rsidRPr="00F51484" w:rsidRDefault="00CE1049" w:rsidP="00C939FA">
            <w:pPr>
              <w:spacing w:after="60" w:line="276" w:lineRule="auto"/>
              <w:jc w:val="both"/>
              <w:rPr>
                <w:sz w:val="24"/>
                <w:szCs w:val="24"/>
              </w:rPr>
            </w:pPr>
            <w:r w:rsidRPr="007B6529">
              <w:rPr>
                <w:sz w:val="24"/>
                <w:szCs w:val="24"/>
              </w:rPr>
              <w:t xml:space="preserve">Kierunki realizacji celu strategicznego są rozwijane przez obszary i zadania Programu. Poszczególne obszary mogą wspierać realizację więcej niż jednego kierunku, zależnie od charakteru </w:t>
            </w:r>
            <w:r w:rsidR="007B6529">
              <w:rPr>
                <w:sz w:val="24"/>
                <w:szCs w:val="24"/>
              </w:rPr>
              <w:t>zadania i rozwijanej zdolności.</w:t>
            </w:r>
          </w:p>
        </w:tc>
        <w:tc>
          <w:tcPr>
            <w:tcW w:w="1701" w:type="dxa"/>
            <w:shd w:val="clear" w:color="auto" w:fill="FCC770"/>
          </w:tcPr>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95481" w:rsidRDefault="00195481" w:rsidP="00C74694">
            <w:pPr>
              <w:rPr>
                <w:rFonts w:cstheme="minorHAnsi"/>
                <w:b/>
                <w:i/>
                <w:smallCaps/>
                <w:color w:val="000000" w:themeColor="text1"/>
                <w:sz w:val="18"/>
                <w:szCs w:val="18"/>
              </w:rPr>
            </w:pPr>
          </w:p>
          <w:p w:rsidR="00195481" w:rsidRDefault="00195481" w:rsidP="00C74694">
            <w:pPr>
              <w:rPr>
                <w:rFonts w:cstheme="minorHAnsi"/>
                <w:b/>
                <w:i/>
                <w:smallCaps/>
                <w:color w:val="000000" w:themeColor="text1"/>
                <w:sz w:val="18"/>
                <w:szCs w:val="18"/>
              </w:rPr>
            </w:pPr>
          </w:p>
          <w:p w:rsidR="00195481" w:rsidRPr="00A642E0" w:rsidRDefault="00195481" w:rsidP="00C74694">
            <w:pPr>
              <w:rPr>
                <w:rFonts w:cstheme="minorHAnsi"/>
                <w:b/>
                <w:i/>
                <w:smallCaps/>
                <w:color w:val="000000" w:themeColor="text1"/>
                <w:sz w:val="18"/>
                <w:szCs w:val="18"/>
              </w:rPr>
            </w:pPr>
          </w:p>
          <w:p w:rsidR="001B22C8" w:rsidRPr="00A642E0" w:rsidRDefault="001B22C8" w:rsidP="00C74694">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r w:rsidRPr="00A642E0">
              <w:rPr>
                <w:rFonts w:cstheme="minorHAnsi"/>
                <w:b/>
                <w:i/>
                <w:smallCaps/>
                <w:color w:val="000000" w:themeColor="text1"/>
                <w:sz w:val="18"/>
                <w:szCs w:val="18"/>
              </w:rPr>
              <w:t xml:space="preserve">organizacje pozarządowe </w:t>
            </w: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r w:rsidRPr="00A642E0">
              <w:rPr>
                <w:rFonts w:cstheme="minorHAnsi"/>
                <w:b/>
                <w:i/>
                <w:smallCaps/>
                <w:color w:val="000000" w:themeColor="text1"/>
                <w:sz w:val="18"/>
                <w:szCs w:val="18"/>
              </w:rPr>
              <w:t>synergia odporności i zdolności</w:t>
            </w: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6377E0" w:rsidRDefault="006377E0" w:rsidP="001B22C8">
            <w:pPr>
              <w:rPr>
                <w:rFonts w:cstheme="minorHAnsi"/>
                <w:b/>
                <w:i/>
                <w:smallCaps/>
                <w:color w:val="000000" w:themeColor="text1"/>
                <w:sz w:val="18"/>
                <w:szCs w:val="18"/>
              </w:rPr>
            </w:pPr>
          </w:p>
          <w:p w:rsidR="003C0937" w:rsidRDefault="003C0937" w:rsidP="001B22C8">
            <w:pPr>
              <w:rPr>
                <w:rFonts w:cstheme="minorHAnsi"/>
                <w:b/>
                <w:i/>
                <w:smallCaps/>
                <w:color w:val="000000" w:themeColor="text1"/>
                <w:sz w:val="18"/>
                <w:szCs w:val="18"/>
              </w:rPr>
            </w:pPr>
          </w:p>
          <w:p w:rsidR="003C0937" w:rsidRDefault="003C0937" w:rsidP="001B22C8">
            <w:pPr>
              <w:rPr>
                <w:rFonts w:cstheme="minorHAnsi"/>
                <w:b/>
                <w:i/>
                <w:smallCaps/>
                <w:color w:val="000000" w:themeColor="text1"/>
                <w:sz w:val="18"/>
                <w:szCs w:val="18"/>
              </w:rPr>
            </w:pPr>
          </w:p>
          <w:p w:rsidR="001B22C8" w:rsidRPr="00A642E0" w:rsidRDefault="006377E0" w:rsidP="001B22C8">
            <w:pPr>
              <w:rPr>
                <w:rFonts w:cstheme="minorHAnsi"/>
                <w:b/>
                <w:i/>
                <w:smallCaps/>
                <w:color w:val="000000" w:themeColor="text1"/>
                <w:sz w:val="18"/>
                <w:szCs w:val="18"/>
              </w:rPr>
            </w:pPr>
            <w:r>
              <w:rPr>
                <w:rFonts w:cstheme="minorHAnsi"/>
                <w:b/>
                <w:i/>
                <w:smallCaps/>
                <w:color w:val="000000" w:themeColor="text1"/>
                <w:sz w:val="18"/>
                <w:szCs w:val="18"/>
              </w:rPr>
              <w:t>Wymiary</w:t>
            </w:r>
            <w:r w:rsidR="001B22C8" w:rsidRPr="00A642E0">
              <w:rPr>
                <w:rFonts w:cstheme="minorHAnsi"/>
                <w:b/>
                <w:i/>
                <w:smallCaps/>
                <w:color w:val="000000" w:themeColor="text1"/>
                <w:sz w:val="18"/>
                <w:szCs w:val="18"/>
              </w:rPr>
              <w:t xml:space="preserve"> systemu</w:t>
            </w:r>
          </w:p>
          <w:p w:rsidR="006377E0" w:rsidRPr="006377E0" w:rsidRDefault="006377E0" w:rsidP="001B22C8">
            <w:pPr>
              <w:rPr>
                <w:rFonts w:cstheme="minorHAnsi"/>
                <w:b/>
                <w:i/>
                <w:smallCaps/>
                <w:color w:val="000000" w:themeColor="text1"/>
                <w:sz w:val="28"/>
                <w:szCs w:val="18"/>
              </w:rPr>
            </w:pPr>
          </w:p>
          <w:p w:rsidR="001B22C8" w:rsidRPr="00A642E0" w:rsidRDefault="006377E0" w:rsidP="001B22C8">
            <w:pPr>
              <w:rPr>
                <w:rFonts w:cstheme="minorHAnsi"/>
                <w:b/>
                <w:i/>
                <w:smallCaps/>
                <w:color w:val="000000" w:themeColor="text1"/>
                <w:sz w:val="18"/>
                <w:szCs w:val="18"/>
              </w:rPr>
            </w:pPr>
            <w:r>
              <w:rPr>
                <w:rFonts w:cstheme="minorHAnsi"/>
                <w:b/>
                <w:i/>
                <w:smallCaps/>
                <w:color w:val="000000" w:themeColor="text1"/>
                <w:sz w:val="18"/>
                <w:szCs w:val="18"/>
              </w:rPr>
              <w:t xml:space="preserve">Wymiar </w:t>
            </w:r>
            <w:r w:rsidR="001B22C8" w:rsidRPr="00A642E0">
              <w:rPr>
                <w:rFonts w:cstheme="minorHAnsi"/>
                <w:b/>
                <w:i/>
                <w:smallCaps/>
                <w:color w:val="000000" w:themeColor="text1"/>
                <w:sz w:val="18"/>
                <w:szCs w:val="18"/>
              </w:rPr>
              <w:t xml:space="preserve"> społeczny</w:t>
            </w: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432E92" w:rsidRDefault="001B22C8" w:rsidP="001B22C8">
            <w:pPr>
              <w:rPr>
                <w:rFonts w:cstheme="minorHAnsi"/>
                <w:b/>
                <w:i/>
                <w:smallCaps/>
                <w:color w:val="000000" w:themeColor="text1"/>
                <w:sz w:val="28"/>
                <w:szCs w:val="18"/>
              </w:rPr>
            </w:pPr>
          </w:p>
          <w:p w:rsidR="001B22C8" w:rsidRPr="00A642E0" w:rsidRDefault="006377E0" w:rsidP="001B22C8">
            <w:pPr>
              <w:rPr>
                <w:rFonts w:cstheme="minorHAnsi"/>
                <w:b/>
                <w:i/>
                <w:smallCaps/>
                <w:color w:val="000000" w:themeColor="text1"/>
                <w:sz w:val="18"/>
                <w:szCs w:val="18"/>
              </w:rPr>
            </w:pPr>
            <w:r>
              <w:rPr>
                <w:rFonts w:cstheme="minorHAnsi"/>
                <w:b/>
                <w:i/>
                <w:smallCaps/>
                <w:color w:val="000000" w:themeColor="text1"/>
                <w:sz w:val="18"/>
                <w:szCs w:val="18"/>
              </w:rPr>
              <w:t xml:space="preserve">Wymiar </w:t>
            </w:r>
            <w:r w:rsidR="001B22C8" w:rsidRPr="00A642E0">
              <w:rPr>
                <w:rFonts w:cstheme="minorHAnsi"/>
                <w:b/>
                <w:i/>
                <w:smallCaps/>
                <w:color w:val="000000" w:themeColor="text1"/>
                <w:sz w:val="18"/>
                <w:szCs w:val="18"/>
              </w:rPr>
              <w:t xml:space="preserve"> instytucjonalny</w:t>
            </w: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A642E0" w:rsidRDefault="001B22C8" w:rsidP="001B22C8">
            <w:pPr>
              <w:rPr>
                <w:rFonts w:cstheme="minorHAnsi"/>
                <w:b/>
                <w:i/>
                <w:smallCaps/>
                <w:color w:val="000000" w:themeColor="text1"/>
                <w:sz w:val="18"/>
                <w:szCs w:val="18"/>
              </w:rPr>
            </w:pPr>
          </w:p>
          <w:p w:rsidR="001B22C8" w:rsidRPr="00432E92" w:rsidRDefault="001B22C8" w:rsidP="001B22C8">
            <w:pPr>
              <w:rPr>
                <w:rFonts w:cstheme="minorHAnsi"/>
                <w:b/>
                <w:i/>
                <w:smallCaps/>
                <w:color w:val="000000" w:themeColor="text1"/>
                <w:sz w:val="12"/>
                <w:szCs w:val="18"/>
              </w:rPr>
            </w:pPr>
          </w:p>
          <w:p w:rsidR="001B22C8" w:rsidRPr="00A642E0" w:rsidRDefault="006377E0" w:rsidP="001B22C8">
            <w:pPr>
              <w:rPr>
                <w:rFonts w:cstheme="minorHAnsi"/>
                <w:b/>
                <w:i/>
                <w:smallCaps/>
                <w:color w:val="000000" w:themeColor="text1"/>
                <w:sz w:val="18"/>
                <w:szCs w:val="18"/>
              </w:rPr>
            </w:pPr>
            <w:r>
              <w:rPr>
                <w:rFonts w:cstheme="minorHAnsi"/>
                <w:b/>
                <w:i/>
                <w:smallCaps/>
                <w:color w:val="000000" w:themeColor="text1"/>
                <w:sz w:val="18"/>
                <w:szCs w:val="18"/>
              </w:rPr>
              <w:t>Wymiar</w:t>
            </w:r>
            <w:r w:rsidR="001B22C8" w:rsidRPr="00A642E0">
              <w:rPr>
                <w:rFonts w:cstheme="minorHAnsi"/>
                <w:b/>
                <w:i/>
                <w:smallCaps/>
                <w:color w:val="000000" w:themeColor="text1"/>
                <w:sz w:val="18"/>
                <w:szCs w:val="18"/>
              </w:rPr>
              <w:t xml:space="preserve"> wsparcia</w:t>
            </w:r>
          </w:p>
          <w:p w:rsidR="0011259A" w:rsidRDefault="0011259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Pr="00A642E0" w:rsidRDefault="00422CCA"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1259A" w:rsidRPr="00A642E0" w:rsidRDefault="0011259A"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Default="001F0870"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Pr="00A642E0" w:rsidRDefault="00422CCA" w:rsidP="00C74694">
            <w:pPr>
              <w:rPr>
                <w:rFonts w:cstheme="minorHAnsi"/>
                <w:b/>
                <w:i/>
                <w:smallCaps/>
                <w:color w:val="000000" w:themeColor="text1"/>
                <w:sz w:val="18"/>
                <w:szCs w:val="18"/>
              </w:rPr>
            </w:pPr>
          </w:p>
          <w:p w:rsidR="00604C52" w:rsidRDefault="00604C52"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Default="001F0870" w:rsidP="00C74694">
            <w:pPr>
              <w:rPr>
                <w:rFonts w:cstheme="minorHAnsi"/>
                <w:b/>
                <w:i/>
                <w:smallCaps/>
                <w:color w:val="000000" w:themeColor="text1"/>
                <w:sz w:val="18"/>
                <w:szCs w:val="18"/>
              </w:rPr>
            </w:pPr>
          </w:p>
          <w:p w:rsidR="00195481" w:rsidRDefault="00195481" w:rsidP="00C74694">
            <w:pPr>
              <w:rPr>
                <w:rFonts w:cstheme="minorHAnsi"/>
                <w:b/>
                <w:i/>
                <w:smallCaps/>
                <w:color w:val="000000" w:themeColor="text1"/>
                <w:sz w:val="18"/>
                <w:szCs w:val="18"/>
              </w:rPr>
            </w:pPr>
          </w:p>
          <w:p w:rsidR="003D4962" w:rsidRPr="00A642E0" w:rsidRDefault="003D4962" w:rsidP="00C74694">
            <w:pPr>
              <w:rPr>
                <w:rFonts w:cstheme="minorHAnsi"/>
                <w:b/>
                <w:i/>
                <w:smallCaps/>
                <w:color w:val="000000" w:themeColor="text1"/>
                <w:sz w:val="18"/>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cele strategiczne</w:t>
            </w: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1F0870" w:rsidRPr="00A642E0" w:rsidRDefault="001F0870" w:rsidP="00C74694">
            <w:pPr>
              <w:rPr>
                <w:rFonts w:cstheme="minorHAnsi"/>
                <w:b/>
                <w:i/>
                <w:smallCaps/>
                <w:color w:val="000000" w:themeColor="text1"/>
                <w:sz w:val="18"/>
                <w:szCs w:val="18"/>
              </w:rPr>
            </w:pPr>
          </w:p>
          <w:p w:rsidR="00AD4D54" w:rsidRDefault="00AD4D54" w:rsidP="00C74694">
            <w:pPr>
              <w:rPr>
                <w:rFonts w:cstheme="minorHAnsi"/>
                <w:b/>
                <w:i/>
                <w:smallCaps/>
                <w:color w:val="000000" w:themeColor="text1"/>
                <w:sz w:val="18"/>
                <w:szCs w:val="18"/>
              </w:rPr>
            </w:pPr>
          </w:p>
          <w:p w:rsidR="00AD4D54" w:rsidRDefault="00AD4D54" w:rsidP="00C74694">
            <w:pPr>
              <w:rPr>
                <w:rFonts w:cstheme="minorHAnsi"/>
                <w:b/>
                <w:i/>
                <w:smallCaps/>
                <w:color w:val="000000" w:themeColor="text1"/>
                <w:sz w:val="18"/>
                <w:szCs w:val="18"/>
              </w:rPr>
            </w:pPr>
          </w:p>
          <w:p w:rsidR="00AD4D54" w:rsidRPr="00A642E0" w:rsidRDefault="00AD4D54" w:rsidP="00C74694">
            <w:pPr>
              <w:rPr>
                <w:rFonts w:cstheme="minorHAnsi"/>
                <w:b/>
                <w:i/>
                <w:smallCaps/>
                <w:color w:val="000000" w:themeColor="text1"/>
                <w:sz w:val="18"/>
                <w:szCs w:val="18"/>
              </w:rPr>
            </w:pPr>
          </w:p>
          <w:p w:rsidR="008F00CC" w:rsidRDefault="008F00CC"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3C0937" w:rsidRDefault="003C0937" w:rsidP="007A1993">
            <w:pPr>
              <w:rPr>
                <w:rFonts w:cstheme="minorHAnsi"/>
                <w:b/>
                <w:i/>
                <w:smallCaps/>
                <w:color w:val="000000" w:themeColor="text1"/>
                <w:sz w:val="18"/>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perspektywy rozwoju strategicznego</w:t>
            </w: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EA784B" w:rsidRDefault="00EA784B"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3D4962" w:rsidRDefault="003D4962"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Pr="00A642E0" w:rsidRDefault="00014B9E" w:rsidP="007A1993">
            <w:pPr>
              <w:rPr>
                <w:rFonts w:cstheme="minorHAnsi"/>
                <w:b/>
                <w:i/>
                <w:smallCaps/>
                <w:color w:val="000000" w:themeColor="text1"/>
                <w:sz w:val="18"/>
                <w:szCs w:val="18"/>
              </w:rPr>
            </w:pPr>
            <w:r>
              <w:rPr>
                <w:rFonts w:cstheme="minorHAnsi"/>
                <w:b/>
                <w:i/>
                <w:smallCaps/>
                <w:color w:val="000000" w:themeColor="text1"/>
                <w:sz w:val="18"/>
                <w:szCs w:val="18"/>
              </w:rPr>
              <w:t>sytuacja strategiczna 2025–</w:t>
            </w:r>
            <w:r w:rsidR="007A1993" w:rsidRPr="00A642E0">
              <w:rPr>
                <w:rFonts w:cstheme="minorHAnsi"/>
                <w:b/>
                <w:i/>
                <w:smallCaps/>
                <w:color w:val="000000" w:themeColor="text1"/>
                <w:sz w:val="18"/>
                <w:szCs w:val="18"/>
              </w:rPr>
              <w:t>2026</w:t>
            </w: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AD4D54" w:rsidRDefault="00AD4D54" w:rsidP="0011259A">
            <w:pPr>
              <w:rPr>
                <w:rFonts w:cstheme="minorHAnsi"/>
                <w:b/>
                <w:i/>
                <w:smallCaps/>
                <w:color w:val="000000" w:themeColor="text1"/>
                <w:sz w:val="18"/>
                <w:szCs w:val="18"/>
              </w:rPr>
            </w:pPr>
          </w:p>
          <w:p w:rsidR="00AD4D54" w:rsidRDefault="00AD4D54" w:rsidP="0011259A">
            <w:pPr>
              <w:rPr>
                <w:rFonts w:cstheme="minorHAnsi"/>
                <w:b/>
                <w:i/>
                <w:smallCaps/>
                <w:color w:val="000000" w:themeColor="text1"/>
                <w:sz w:val="18"/>
                <w:szCs w:val="18"/>
              </w:rPr>
            </w:pPr>
          </w:p>
          <w:p w:rsidR="007A1993" w:rsidRPr="00432E92" w:rsidRDefault="007A1993" w:rsidP="0011259A">
            <w:pPr>
              <w:rPr>
                <w:rFonts w:cstheme="minorHAnsi"/>
                <w:b/>
                <w:i/>
                <w:smallCaps/>
                <w:color w:val="000000" w:themeColor="text1"/>
                <w:sz w:val="24"/>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dojrzałość systemowa Programu</w:t>
            </w: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7A1993" w:rsidRDefault="007A1993" w:rsidP="0011259A">
            <w:pPr>
              <w:rPr>
                <w:rFonts w:cstheme="minorHAnsi"/>
                <w:b/>
                <w:i/>
                <w:smallCaps/>
                <w:color w:val="000000" w:themeColor="text1"/>
                <w:sz w:val="18"/>
                <w:szCs w:val="18"/>
              </w:rPr>
            </w:pPr>
          </w:p>
          <w:p w:rsidR="00307A52" w:rsidRDefault="00307A52" w:rsidP="0011259A">
            <w:pPr>
              <w:rPr>
                <w:rFonts w:cstheme="minorHAnsi"/>
                <w:b/>
                <w:i/>
                <w:smallCaps/>
                <w:color w:val="000000" w:themeColor="text1"/>
                <w:sz w:val="18"/>
                <w:szCs w:val="18"/>
              </w:rPr>
            </w:pPr>
          </w:p>
          <w:p w:rsidR="00307A52" w:rsidRDefault="00307A52" w:rsidP="0011259A">
            <w:pPr>
              <w:rPr>
                <w:rFonts w:cstheme="minorHAnsi"/>
                <w:b/>
                <w:i/>
                <w:smallCaps/>
                <w:color w:val="000000" w:themeColor="text1"/>
                <w:sz w:val="18"/>
                <w:szCs w:val="18"/>
              </w:rPr>
            </w:pPr>
          </w:p>
          <w:p w:rsidR="00307A52" w:rsidRDefault="00307A52" w:rsidP="0011259A">
            <w:pPr>
              <w:rPr>
                <w:rFonts w:cstheme="minorHAnsi"/>
                <w:b/>
                <w:i/>
                <w:smallCaps/>
                <w:color w:val="000000" w:themeColor="text1"/>
                <w:sz w:val="18"/>
                <w:szCs w:val="18"/>
              </w:rPr>
            </w:pPr>
          </w:p>
          <w:p w:rsidR="00307A52" w:rsidRDefault="00307A52" w:rsidP="0011259A">
            <w:pPr>
              <w:rPr>
                <w:rFonts w:cstheme="minorHAnsi"/>
                <w:b/>
                <w:i/>
                <w:smallCaps/>
                <w:color w:val="000000" w:themeColor="text1"/>
                <w:sz w:val="18"/>
                <w:szCs w:val="18"/>
              </w:rPr>
            </w:pPr>
          </w:p>
          <w:p w:rsidR="00AD4D54" w:rsidRDefault="00AD4D54" w:rsidP="0011259A">
            <w:pPr>
              <w:rPr>
                <w:rFonts w:cstheme="minorHAnsi"/>
                <w:b/>
                <w:i/>
                <w:smallCaps/>
                <w:color w:val="000000" w:themeColor="text1"/>
                <w:sz w:val="18"/>
                <w:szCs w:val="18"/>
              </w:rPr>
            </w:pPr>
          </w:p>
          <w:p w:rsidR="003D4962" w:rsidRDefault="003D4962" w:rsidP="0011259A">
            <w:pPr>
              <w:rPr>
                <w:rFonts w:cstheme="minorHAnsi"/>
                <w:b/>
                <w:i/>
                <w:smallCaps/>
                <w:color w:val="000000" w:themeColor="text1"/>
                <w:sz w:val="18"/>
                <w:szCs w:val="18"/>
              </w:rPr>
            </w:pPr>
          </w:p>
          <w:p w:rsidR="00AD4D54" w:rsidRDefault="00AD4D54" w:rsidP="0011259A">
            <w:pPr>
              <w:rPr>
                <w:rFonts w:cstheme="minorHAnsi"/>
                <w:b/>
                <w:i/>
                <w:smallCaps/>
                <w:color w:val="000000" w:themeColor="text1"/>
                <w:sz w:val="18"/>
                <w:szCs w:val="18"/>
              </w:rPr>
            </w:pPr>
          </w:p>
          <w:p w:rsidR="00363086" w:rsidRDefault="00363086" w:rsidP="007A1993">
            <w:pPr>
              <w:rPr>
                <w:rFonts w:cstheme="minorHAnsi"/>
                <w:b/>
                <w:i/>
                <w:smallCaps/>
                <w:color w:val="000000" w:themeColor="text1"/>
                <w:sz w:val="18"/>
                <w:szCs w:val="18"/>
              </w:rPr>
            </w:pPr>
          </w:p>
          <w:p w:rsidR="00363086" w:rsidRDefault="00363086" w:rsidP="007A1993">
            <w:pPr>
              <w:rPr>
                <w:rFonts w:cstheme="minorHAnsi"/>
                <w:b/>
                <w:i/>
                <w:smallCaps/>
                <w:color w:val="000000" w:themeColor="text1"/>
                <w:sz w:val="18"/>
                <w:szCs w:val="18"/>
              </w:rPr>
            </w:pPr>
          </w:p>
          <w:p w:rsidR="00363086" w:rsidRDefault="00363086" w:rsidP="007A1993">
            <w:pPr>
              <w:rPr>
                <w:rFonts w:cstheme="minorHAnsi"/>
                <w:b/>
                <w:i/>
                <w:smallCaps/>
                <w:color w:val="000000" w:themeColor="text1"/>
                <w:sz w:val="18"/>
                <w:szCs w:val="18"/>
              </w:rPr>
            </w:pPr>
          </w:p>
          <w:p w:rsidR="00363086" w:rsidRDefault="00363086" w:rsidP="007A1993">
            <w:pPr>
              <w:rPr>
                <w:rFonts w:cstheme="minorHAnsi"/>
                <w:b/>
                <w:i/>
                <w:smallCaps/>
                <w:color w:val="000000" w:themeColor="text1"/>
                <w:sz w:val="18"/>
                <w:szCs w:val="18"/>
              </w:rPr>
            </w:pPr>
          </w:p>
          <w:p w:rsidR="007A1993" w:rsidRPr="00A642E0" w:rsidRDefault="007A1993" w:rsidP="007A1993">
            <w:pPr>
              <w:rPr>
                <w:rFonts w:cstheme="minorHAnsi"/>
                <w:b/>
                <w:i/>
                <w:smallCaps/>
                <w:color w:val="000000" w:themeColor="text1"/>
                <w:sz w:val="18"/>
                <w:szCs w:val="18"/>
              </w:rPr>
            </w:pPr>
            <w:r>
              <w:rPr>
                <w:rFonts w:cstheme="minorHAnsi"/>
                <w:b/>
                <w:i/>
                <w:smallCaps/>
                <w:color w:val="000000" w:themeColor="text1"/>
                <w:sz w:val="18"/>
                <w:szCs w:val="18"/>
              </w:rPr>
              <w:t>c</w:t>
            </w:r>
            <w:r w:rsidRPr="00A642E0">
              <w:rPr>
                <w:rFonts w:cstheme="minorHAnsi"/>
                <w:b/>
                <w:i/>
                <w:smallCaps/>
                <w:color w:val="000000" w:themeColor="text1"/>
                <w:sz w:val="18"/>
                <w:szCs w:val="18"/>
              </w:rPr>
              <w:t xml:space="preserve">el strategiczny Programu w perspektywie </w:t>
            </w:r>
            <w:r w:rsidRPr="00A642E0">
              <w:rPr>
                <w:rFonts w:cstheme="minorHAnsi"/>
                <w:b/>
                <w:i/>
                <w:smallCaps/>
                <w:color w:val="000000" w:themeColor="text1"/>
                <w:sz w:val="18"/>
                <w:szCs w:val="18"/>
              </w:rPr>
              <w:br/>
              <w:t>2027</w:t>
            </w:r>
            <w:r w:rsidR="00014B9E">
              <w:rPr>
                <w:rFonts w:cstheme="minorHAnsi"/>
                <w:b/>
                <w:i/>
                <w:smallCaps/>
                <w:color w:val="000000" w:themeColor="text1"/>
                <w:sz w:val="18"/>
                <w:szCs w:val="18"/>
              </w:rPr>
              <w:t>–</w:t>
            </w:r>
            <w:r w:rsidRPr="00A642E0">
              <w:rPr>
                <w:rFonts w:cstheme="minorHAnsi"/>
                <w:b/>
                <w:i/>
                <w:smallCaps/>
                <w:color w:val="000000" w:themeColor="text1"/>
                <w:sz w:val="18"/>
                <w:szCs w:val="18"/>
              </w:rPr>
              <w:t>2031</w:t>
            </w:r>
          </w:p>
          <w:p w:rsidR="00EA784B" w:rsidRPr="00A642E0" w:rsidRDefault="00EA784B" w:rsidP="0011259A">
            <w:pPr>
              <w:rPr>
                <w:rFonts w:cstheme="minorHAnsi"/>
                <w:b/>
                <w:i/>
                <w:smallCaps/>
                <w:color w:val="000000" w:themeColor="text1"/>
                <w:sz w:val="18"/>
                <w:szCs w:val="18"/>
              </w:rPr>
            </w:pPr>
          </w:p>
        </w:tc>
      </w:tr>
      <w:tr w:rsidR="003F6E7E" w:rsidRPr="00867BBA" w:rsidTr="00432E92">
        <w:trPr>
          <w:trHeight w:val="1402"/>
        </w:trPr>
        <w:tc>
          <w:tcPr>
            <w:tcW w:w="7939" w:type="dxa"/>
          </w:tcPr>
          <w:p w:rsidR="00831404" w:rsidRPr="000541D5" w:rsidRDefault="000541D5" w:rsidP="00C939FA">
            <w:pPr>
              <w:pStyle w:val="Nagwek2"/>
              <w:spacing w:line="276" w:lineRule="auto"/>
              <w:jc w:val="both"/>
              <w:outlineLvl w:val="1"/>
            </w:pPr>
            <w:bookmarkStart w:id="9" w:name="_Toc237252352"/>
            <w:r w:rsidRPr="000541D5">
              <w:rPr>
                <w:color w:val="000000" w:themeColor="text1"/>
              </w:rPr>
              <w:lastRenderedPageBreak/>
              <w:t xml:space="preserve">Współpraca z sektorem społecznym w systemie </w:t>
            </w:r>
            <w:r w:rsidRPr="000541D5">
              <w:t>ochrony ludności i obrony cywilnej</w:t>
            </w:r>
            <w:bookmarkEnd w:id="9"/>
            <w:r w:rsidRPr="000541D5">
              <w:t xml:space="preserve"> </w:t>
            </w:r>
          </w:p>
          <w:p w:rsidR="00353754" w:rsidRPr="007B6529" w:rsidRDefault="00353754" w:rsidP="00C939FA">
            <w:pPr>
              <w:spacing w:after="60" w:line="276" w:lineRule="auto"/>
              <w:jc w:val="both"/>
              <w:rPr>
                <w:rFonts w:cstheme="minorHAnsi"/>
                <w:sz w:val="24"/>
                <w:szCs w:val="24"/>
              </w:rPr>
            </w:pPr>
            <w:r w:rsidRPr="007B6529">
              <w:rPr>
                <w:rFonts w:cstheme="minorHAnsi"/>
                <w:sz w:val="24"/>
                <w:szCs w:val="24"/>
              </w:rPr>
              <w:t xml:space="preserve">W ramach realizacji Programu i ustawy przewiduje się wypracowanie mechanizmu współpracy i współdziałania pomiędzy organami ochrony ludności, </w:t>
            </w:r>
            <w:r w:rsidRPr="007B6529">
              <w:rPr>
                <w:rFonts w:cstheme="minorHAnsi"/>
                <w:sz w:val="24"/>
                <w:szCs w:val="24"/>
              </w:rPr>
              <w:lastRenderedPageBreak/>
              <w:t>podmiotami ochrony ludności i organizacjami pozarządowymi. Do</w:t>
            </w:r>
            <w:r w:rsidR="006A566F" w:rsidRPr="007B6529">
              <w:rPr>
                <w:rFonts w:cstheme="minorHAnsi"/>
                <w:sz w:val="24"/>
                <w:szCs w:val="24"/>
              </w:rPr>
              <w:t> </w:t>
            </w:r>
            <w:r w:rsidRPr="007B6529">
              <w:rPr>
                <w:rFonts w:cstheme="minorHAnsi"/>
                <w:sz w:val="24"/>
                <w:szCs w:val="24"/>
              </w:rPr>
              <w:t>najważniejszych zadań w tym obszarze będzie należało:</w:t>
            </w:r>
          </w:p>
          <w:p w:rsidR="00323357" w:rsidRPr="007B6529" w:rsidRDefault="00353754" w:rsidP="003924EC">
            <w:pPr>
              <w:pStyle w:val="Akapitzlist"/>
              <w:numPr>
                <w:ilvl w:val="0"/>
                <w:numId w:val="19"/>
              </w:numPr>
              <w:spacing w:after="60" w:line="276" w:lineRule="auto"/>
              <w:jc w:val="both"/>
              <w:rPr>
                <w:rFonts w:cstheme="minorHAnsi"/>
                <w:sz w:val="24"/>
                <w:szCs w:val="24"/>
              </w:rPr>
            </w:pPr>
            <w:r w:rsidRPr="007B6529">
              <w:rPr>
                <w:rFonts w:cstheme="minorHAnsi"/>
                <w:sz w:val="24"/>
                <w:szCs w:val="24"/>
              </w:rPr>
              <w:t>mapowanie zasobów sprzętowych, osobowych i organizacyjnych (zdolności) organizacji społecznych;</w:t>
            </w:r>
          </w:p>
          <w:p w:rsidR="00323357" w:rsidRPr="007B6529" w:rsidRDefault="00323357" w:rsidP="003924EC">
            <w:pPr>
              <w:pStyle w:val="Akapitzlist"/>
              <w:numPr>
                <w:ilvl w:val="0"/>
                <w:numId w:val="19"/>
              </w:numPr>
              <w:spacing w:after="60" w:line="276" w:lineRule="auto"/>
              <w:jc w:val="both"/>
              <w:rPr>
                <w:rFonts w:cstheme="minorHAnsi"/>
                <w:sz w:val="24"/>
                <w:szCs w:val="24"/>
              </w:rPr>
            </w:pPr>
            <w:r w:rsidRPr="007B6529">
              <w:rPr>
                <w:sz w:val="24"/>
                <w:szCs w:val="24"/>
              </w:rPr>
              <w:t>tworzenie sieci organizacji społecznych oraz wolontariuszy w celu zwiększenia spójności i efektywności działań;</w:t>
            </w:r>
          </w:p>
          <w:p w:rsidR="00323357" w:rsidRDefault="00353754" w:rsidP="003924EC">
            <w:pPr>
              <w:pStyle w:val="Akapitzlist"/>
              <w:numPr>
                <w:ilvl w:val="0"/>
                <w:numId w:val="19"/>
              </w:numPr>
              <w:spacing w:after="60" w:line="276" w:lineRule="auto"/>
              <w:jc w:val="both"/>
              <w:rPr>
                <w:rFonts w:cstheme="minorHAnsi"/>
                <w:sz w:val="24"/>
                <w:szCs w:val="24"/>
              </w:rPr>
            </w:pPr>
            <w:r w:rsidRPr="007B6529">
              <w:rPr>
                <w:rFonts w:cstheme="minorHAnsi"/>
                <w:sz w:val="24"/>
                <w:szCs w:val="24"/>
              </w:rPr>
              <w:t xml:space="preserve">zwiększanie zdolności organizacji przez </w:t>
            </w:r>
            <w:r>
              <w:rPr>
                <w:rFonts w:cstheme="minorHAnsi"/>
                <w:sz w:val="24"/>
                <w:szCs w:val="24"/>
              </w:rPr>
              <w:t>opracowanie spójnych procedur osiągania gotowości i reagowania;</w:t>
            </w:r>
          </w:p>
          <w:p w:rsidR="00323357" w:rsidRPr="007B6529" w:rsidRDefault="00323357" w:rsidP="003924EC">
            <w:pPr>
              <w:pStyle w:val="Akapitzlist"/>
              <w:numPr>
                <w:ilvl w:val="0"/>
                <w:numId w:val="19"/>
              </w:numPr>
              <w:spacing w:after="60" w:line="276" w:lineRule="auto"/>
              <w:jc w:val="both"/>
              <w:rPr>
                <w:rFonts w:cstheme="minorHAnsi"/>
                <w:sz w:val="24"/>
                <w:szCs w:val="24"/>
              </w:rPr>
            </w:pPr>
            <w:r w:rsidRPr="007B6529">
              <w:rPr>
                <w:sz w:val="24"/>
                <w:szCs w:val="24"/>
              </w:rPr>
              <w:t>wypracowywanie stałych mechanizmów współpracy z organami i</w:t>
            </w:r>
            <w:r w:rsidR="00E17632">
              <w:rPr>
                <w:sz w:val="24"/>
                <w:szCs w:val="24"/>
              </w:rPr>
              <w:t> </w:t>
            </w:r>
            <w:r w:rsidRPr="007B6529">
              <w:rPr>
                <w:sz w:val="24"/>
                <w:szCs w:val="24"/>
              </w:rPr>
              <w:t>podmiotami publicznymi systemu.</w:t>
            </w:r>
          </w:p>
          <w:p w:rsidR="008B380B" w:rsidRDefault="008B380B" w:rsidP="00353754">
            <w:pPr>
              <w:spacing w:after="60" w:line="276" w:lineRule="auto"/>
              <w:jc w:val="both"/>
              <w:rPr>
                <w:rFonts w:cstheme="minorHAnsi"/>
                <w:sz w:val="24"/>
                <w:szCs w:val="24"/>
              </w:rPr>
            </w:pPr>
            <w:r>
              <w:rPr>
                <w:rFonts w:cstheme="minorHAnsi"/>
                <w:sz w:val="24"/>
                <w:szCs w:val="24"/>
              </w:rPr>
              <w:t>Minister właściwy do spraw wewnętrznych określi strategię współpracy z organizacjami pozarządowymi w obszarze ochrony ludności i obrony cywilnej.</w:t>
            </w:r>
          </w:p>
          <w:p w:rsidR="00353754" w:rsidRDefault="00353754" w:rsidP="00353754">
            <w:pPr>
              <w:spacing w:after="60" w:line="276" w:lineRule="auto"/>
              <w:jc w:val="both"/>
              <w:rPr>
                <w:rFonts w:cstheme="minorHAnsi"/>
                <w:sz w:val="24"/>
                <w:szCs w:val="24"/>
              </w:rPr>
            </w:pPr>
            <w:r>
              <w:rPr>
                <w:rFonts w:cstheme="minorHAnsi"/>
                <w:sz w:val="24"/>
                <w:szCs w:val="24"/>
              </w:rPr>
              <w:t>Obszarem o szczególnym znaczeniu w kontekście współpracy z organizacjami pozarządowymi jest działalność edukacyjna, szkoleniowa, a także pomoc humanitarna.</w:t>
            </w:r>
            <w:r w:rsidRPr="0066371E">
              <w:rPr>
                <w:rFonts w:cstheme="minorHAnsi"/>
                <w:sz w:val="24"/>
                <w:szCs w:val="24"/>
              </w:rPr>
              <w:t xml:space="preserve"> </w:t>
            </w:r>
            <w:r>
              <w:rPr>
                <w:rFonts w:cstheme="minorHAnsi"/>
                <w:sz w:val="24"/>
                <w:szCs w:val="24"/>
              </w:rPr>
              <w:t>O</w:t>
            </w:r>
            <w:r w:rsidRPr="008E6CD3">
              <w:rPr>
                <w:rFonts w:cstheme="minorHAnsi"/>
                <w:sz w:val="24"/>
                <w:szCs w:val="24"/>
              </w:rPr>
              <w:t>rgany ochrony ludności będą dążyły do tworzenia zasobu krajowego potencjału humanitarnego koordynowanego na poziomie centralnym przez ministra właściwego do spraw wewnętrznych, a na poziomie wojewódzkim przez wojewodów. Zasób ten będzie działał w czasie pokoju w</w:t>
            </w:r>
            <w:r w:rsidR="008B380B">
              <w:rPr>
                <w:rFonts w:cstheme="minorHAnsi"/>
                <w:sz w:val="24"/>
                <w:szCs w:val="24"/>
              </w:rPr>
              <w:t> </w:t>
            </w:r>
            <w:r w:rsidRPr="008E6CD3">
              <w:rPr>
                <w:rFonts w:cstheme="minorHAnsi"/>
                <w:sz w:val="24"/>
                <w:szCs w:val="24"/>
              </w:rPr>
              <w:t>ramach zarządzania kryzysowego, a w czasie wojny jako komponent obrony cywilnej.</w:t>
            </w:r>
            <w:r>
              <w:rPr>
                <w:rFonts w:cstheme="minorHAnsi"/>
                <w:sz w:val="24"/>
                <w:szCs w:val="24"/>
              </w:rPr>
              <w:t xml:space="preserve"> Krajowy potencjał humanitarny będzie oparty o system klastrowy zgodnie ze sprawdzonymi rozwiązaniami, m</w:t>
            </w:r>
            <w:r w:rsidR="009C0561">
              <w:rPr>
                <w:rFonts w:cstheme="minorHAnsi"/>
                <w:sz w:val="24"/>
                <w:szCs w:val="24"/>
              </w:rPr>
              <w:t>.</w:t>
            </w:r>
            <w:r>
              <w:rPr>
                <w:rFonts w:cstheme="minorHAnsi"/>
                <w:sz w:val="24"/>
                <w:szCs w:val="24"/>
              </w:rPr>
              <w:t>in.:</w:t>
            </w:r>
          </w:p>
          <w:p w:rsidR="00353754" w:rsidRPr="00A62533" w:rsidRDefault="00353754" w:rsidP="003924EC">
            <w:pPr>
              <w:pStyle w:val="Akapitzlist"/>
              <w:numPr>
                <w:ilvl w:val="0"/>
                <w:numId w:val="40"/>
              </w:numPr>
              <w:spacing w:after="60" w:line="276" w:lineRule="auto"/>
              <w:jc w:val="both"/>
              <w:rPr>
                <w:rFonts w:cstheme="minorHAnsi"/>
                <w:sz w:val="24"/>
                <w:szCs w:val="24"/>
              </w:rPr>
            </w:pPr>
            <w:r w:rsidRPr="00A62533">
              <w:rPr>
                <w:rFonts w:cstheme="minorHAnsi"/>
                <w:sz w:val="24"/>
                <w:szCs w:val="24"/>
              </w:rPr>
              <w:t>rezolucji Zgromadzenia Ogólnego Organizacji Narodów Zjednoczonych z</w:t>
            </w:r>
            <w:r>
              <w:rPr>
                <w:rFonts w:cstheme="minorHAnsi"/>
                <w:sz w:val="24"/>
                <w:szCs w:val="24"/>
              </w:rPr>
              <w:t> </w:t>
            </w:r>
            <w:r w:rsidRPr="00A62533">
              <w:rPr>
                <w:rFonts w:cstheme="minorHAnsi"/>
                <w:sz w:val="24"/>
                <w:szCs w:val="24"/>
              </w:rPr>
              <w:t>dnia 19 grudnia 1991 r. w sprawie wzmocnienia koordynacji pomocy humanitarnej;</w:t>
            </w:r>
          </w:p>
          <w:p w:rsidR="00353754" w:rsidRPr="00A62533" w:rsidRDefault="00353754" w:rsidP="003924EC">
            <w:pPr>
              <w:pStyle w:val="Akapitzlist"/>
              <w:numPr>
                <w:ilvl w:val="0"/>
                <w:numId w:val="40"/>
              </w:numPr>
              <w:spacing w:after="60" w:line="276" w:lineRule="auto"/>
              <w:jc w:val="both"/>
              <w:rPr>
                <w:rFonts w:cstheme="minorHAnsi"/>
                <w:sz w:val="24"/>
                <w:szCs w:val="24"/>
              </w:rPr>
            </w:pPr>
            <w:proofErr w:type="spellStart"/>
            <w:r w:rsidRPr="00A62533">
              <w:rPr>
                <w:rFonts w:cstheme="minorHAnsi"/>
                <w:sz w:val="24"/>
                <w:szCs w:val="24"/>
              </w:rPr>
              <w:t>Humanitarian</w:t>
            </w:r>
            <w:proofErr w:type="spellEnd"/>
            <w:r w:rsidRPr="00A62533">
              <w:rPr>
                <w:rFonts w:cstheme="minorHAnsi"/>
                <w:sz w:val="24"/>
                <w:szCs w:val="24"/>
              </w:rPr>
              <w:t xml:space="preserve"> Reform (IASC);</w:t>
            </w:r>
          </w:p>
          <w:p w:rsidR="00921850" w:rsidRDefault="00353754" w:rsidP="003924EC">
            <w:pPr>
              <w:pStyle w:val="Akapitzlist"/>
              <w:numPr>
                <w:ilvl w:val="0"/>
                <w:numId w:val="40"/>
              </w:numPr>
              <w:spacing w:after="60" w:line="276" w:lineRule="auto"/>
              <w:jc w:val="both"/>
              <w:rPr>
                <w:rFonts w:cstheme="minorHAnsi"/>
                <w:sz w:val="24"/>
                <w:szCs w:val="24"/>
              </w:rPr>
            </w:pPr>
            <w:r w:rsidRPr="00A62533">
              <w:rPr>
                <w:rFonts w:cstheme="minorHAnsi"/>
                <w:sz w:val="24"/>
                <w:szCs w:val="24"/>
              </w:rPr>
              <w:t>rozporządzeni</w:t>
            </w:r>
            <w:r w:rsidR="009C0561">
              <w:rPr>
                <w:rFonts w:cstheme="minorHAnsi"/>
                <w:sz w:val="24"/>
                <w:szCs w:val="24"/>
              </w:rPr>
              <w:t>a</w:t>
            </w:r>
            <w:r w:rsidRPr="00A62533">
              <w:rPr>
                <w:rFonts w:cstheme="minorHAnsi"/>
                <w:sz w:val="24"/>
                <w:szCs w:val="24"/>
              </w:rPr>
              <w:t xml:space="preserve"> Rady (WE) NR 1257/96 z dnia 20 czerwca 1996 r. dotyczące pomocy humanitarnej.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981CFF" w:rsidTr="00432E92">
              <w:tc>
                <w:tcPr>
                  <w:tcW w:w="7713" w:type="dxa"/>
                </w:tcPr>
                <w:p w:rsidR="00981CFF" w:rsidRDefault="00981CFF" w:rsidP="00307A52">
                  <w:pPr>
                    <w:spacing w:after="60" w:line="276" w:lineRule="auto"/>
                    <w:rPr>
                      <w:rFonts w:cstheme="minorHAnsi"/>
                      <w:b/>
                      <w:color w:val="0070C0"/>
                      <w:sz w:val="20"/>
                      <w:szCs w:val="24"/>
                    </w:rPr>
                  </w:pPr>
                  <w:r>
                    <w:rPr>
                      <w:rFonts w:cstheme="minorHAnsi"/>
                      <w:b/>
                      <w:color w:val="0070C0"/>
                      <w:sz w:val="20"/>
                      <w:szCs w:val="24"/>
                    </w:rPr>
                    <w:t>Rysunek 2</w:t>
                  </w:r>
                  <w:r w:rsidRPr="003F6E7E">
                    <w:rPr>
                      <w:rFonts w:cstheme="minorHAnsi"/>
                      <w:b/>
                      <w:color w:val="0070C0"/>
                      <w:sz w:val="20"/>
                      <w:szCs w:val="24"/>
                    </w:rPr>
                    <w:t>.</w:t>
                  </w:r>
                  <w:r w:rsidRPr="003F6E7E">
                    <w:rPr>
                      <w:rFonts w:cstheme="minorHAnsi"/>
                      <w:color w:val="0070C0"/>
                      <w:sz w:val="20"/>
                      <w:szCs w:val="24"/>
                    </w:rPr>
                    <w:t xml:space="preserve"> </w:t>
                  </w:r>
                  <w:r w:rsidRPr="004B1129">
                    <w:rPr>
                      <w:rFonts w:cstheme="minorHAnsi"/>
                      <w:sz w:val="20"/>
                      <w:szCs w:val="24"/>
                    </w:rPr>
                    <w:t>Dyspozycyjność organizacji pozarządowych w obronie cywilnej</w:t>
                  </w:r>
                </w:p>
              </w:tc>
            </w:tr>
            <w:tr w:rsidR="00981CFF" w:rsidTr="00432E92">
              <w:tc>
                <w:tcPr>
                  <w:tcW w:w="7713" w:type="dxa"/>
                </w:tcPr>
                <w:p w:rsidR="00981CFF" w:rsidRDefault="00981CFF" w:rsidP="00432E92">
                  <w:pPr>
                    <w:spacing w:after="60" w:line="276" w:lineRule="auto"/>
                    <w:jc w:val="center"/>
                    <w:rPr>
                      <w:rFonts w:cstheme="minorHAnsi"/>
                      <w:b/>
                      <w:color w:val="0070C0"/>
                      <w:sz w:val="20"/>
                      <w:szCs w:val="24"/>
                    </w:rPr>
                  </w:pPr>
                  <w:r>
                    <w:rPr>
                      <w:rFonts w:cstheme="minorHAnsi"/>
                      <w:b/>
                      <w:noProof/>
                      <w:color w:val="0070C0"/>
                      <w:sz w:val="20"/>
                      <w:szCs w:val="24"/>
                      <w:lang w:eastAsia="pl-PL"/>
                    </w:rPr>
                    <w:drawing>
                      <wp:inline distT="0" distB="0" distL="0" distR="0" wp14:anchorId="1EB6AC28" wp14:editId="60F73E7D">
                        <wp:extent cx="3926205" cy="2426335"/>
                        <wp:effectExtent l="0" t="0" r="0" b="0"/>
                        <wp:docPr id="194812354" name="Obraz 19481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6205" cy="2426335"/>
                                </a:xfrm>
                                <a:prstGeom prst="rect">
                                  <a:avLst/>
                                </a:prstGeom>
                                <a:noFill/>
                              </pic:spPr>
                            </pic:pic>
                          </a:graphicData>
                        </a:graphic>
                      </wp:inline>
                    </w:drawing>
                  </w:r>
                </w:p>
              </w:tc>
            </w:tr>
            <w:tr w:rsidR="00981CFF" w:rsidTr="00432E92">
              <w:tc>
                <w:tcPr>
                  <w:tcW w:w="7713" w:type="dxa"/>
                </w:tcPr>
                <w:p w:rsidR="00981CFF" w:rsidRPr="00432E92" w:rsidRDefault="00981CFF" w:rsidP="00432E92">
                  <w:pPr>
                    <w:spacing w:after="60" w:line="276" w:lineRule="auto"/>
                    <w:jc w:val="both"/>
                    <w:rPr>
                      <w:rFonts w:cstheme="minorHAnsi"/>
                      <w:sz w:val="20"/>
                      <w:szCs w:val="24"/>
                    </w:rPr>
                  </w:pPr>
                  <w:r w:rsidRPr="00432E92">
                    <w:rPr>
                      <w:rFonts w:cstheme="minorHAnsi"/>
                      <w:sz w:val="20"/>
                      <w:szCs w:val="24"/>
                    </w:rPr>
                    <w:t>Źródło: opracowanie własne</w:t>
                  </w:r>
                </w:p>
              </w:tc>
            </w:tr>
          </w:tbl>
          <w:p w:rsidR="00981CFF" w:rsidRPr="00432E92" w:rsidRDefault="00981CFF" w:rsidP="00432E92">
            <w:pPr>
              <w:spacing w:after="60" w:line="276" w:lineRule="auto"/>
              <w:rPr>
                <w:rFonts w:cstheme="minorHAnsi"/>
                <w:b/>
                <w:color w:val="0070C0"/>
                <w:sz w:val="6"/>
                <w:szCs w:val="24"/>
              </w:rPr>
            </w:pPr>
          </w:p>
          <w:p w:rsidR="00323357" w:rsidRPr="00323357" w:rsidRDefault="00323357" w:rsidP="00C939FA">
            <w:pPr>
              <w:spacing w:after="60" w:line="276" w:lineRule="auto"/>
              <w:jc w:val="both"/>
              <w:rPr>
                <w:color w:val="EE0000"/>
                <w:sz w:val="24"/>
                <w:szCs w:val="24"/>
              </w:rPr>
            </w:pPr>
            <w:r w:rsidRPr="007B6529">
              <w:rPr>
                <w:sz w:val="24"/>
                <w:szCs w:val="24"/>
              </w:rPr>
              <w:t>System ochrony ludności wykorzystuje potencjał organizacji pozarządowych do szybkiego i elastycznego reagowania w sytuacjach kryzysowych, uzupełniania zdolności podmiotów publicznych oraz organizowania zaangażowania społecznego. Organizacje działające w wymiarze wsparcia powinny zapewniać przewidywalną dyspozycyjność w sytuacji kryzysowej, zarówno w zakresie personelu, jak i zasobów. Uznanie organizacji za podmiot ochrony ludności wiąże się z obowiązkami wynikającymi z ustawy i dokumentów określających zakres realizowanych zadań. Zasoby organizacji są ujmowane w Centralnej Ewidencji Zasobów Ochrony Ludności i Obrony Cywilnej, a personel może otrzymać przydziały mobilizacyjne obrony cywilnej, z którymi łączy się obowiązek stawiennictwa do służby w obronie cywilnej w czasie wojny.</w:t>
            </w:r>
          </w:p>
          <w:p w:rsidR="008B380B" w:rsidRDefault="008B380B" w:rsidP="00C939FA">
            <w:pPr>
              <w:spacing w:after="60" w:line="276" w:lineRule="auto"/>
              <w:jc w:val="both"/>
              <w:rPr>
                <w:rFonts w:cstheme="minorHAnsi"/>
                <w:sz w:val="24"/>
                <w:szCs w:val="24"/>
              </w:rPr>
            </w:pPr>
            <w:r>
              <w:rPr>
                <w:rFonts w:cstheme="minorHAnsi"/>
                <w:sz w:val="24"/>
                <w:szCs w:val="24"/>
              </w:rPr>
              <w:t xml:space="preserve">Organizacje pozarządowe działające w systemie ochrony ludności i obrony cywilnej powinny być co do zasady uznanymi podmiotami ochrony ludności. Dla dopełnienia systemu inne organizacje pozarządowe mogą realizować zadania ochrony ludności i obrony cywilnej i otrzymywać finansowanie za pośrednictwem Narodowego Instytutu Wolności – Centrum Rozwoju Społeczeństwa Obywatelskiego. Organizacje </w:t>
            </w:r>
            <w:r w:rsidR="005B1A2E">
              <w:rPr>
                <w:rFonts w:cstheme="minorHAnsi"/>
                <w:sz w:val="24"/>
                <w:szCs w:val="24"/>
              </w:rPr>
              <w:t>tworzące sieci organizacji,</w:t>
            </w:r>
            <w:r>
              <w:rPr>
                <w:rFonts w:cstheme="minorHAnsi"/>
                <w:sz w:val="24"/>
                <w:szCs w:val="24"/>
              </w:rPr>
              <w:t xml:space="preserve"> będące podmiotami ochrony ludności</w:t>
            </w:r>
            <w:r w:rsidR="005B1A2E">
              <w:rPr>
                <w:rFonts w:cstheme="minorHAnsi"/>
                <w:sz w:val="24"/>
                <w:szCs w:val="24"/>
              </w:rPr>
              <w:t>,</w:t>
            </w:r>
            <w:r>
              <w:rPr>
                <w:rFonts w:cstheme="minorHAnsi"/>
                <w:sz w:val="24"/>
                <w:szCs w:val="24"/>
              </w:rPr>
              <w:t xml:space="preserve"> wspierają współpracę pomiędzy pozostałymi organizacjami niewłączonymi formalnie do systemu ochrony ludności. </w:t>
            </w:r>
          </w:p>
          <w:p w:rsidR="009D0B1E" w:rsidRDefault="00353754" w:rsidP="00C939FA">
            <w:pPr>
              <w:spacing w:after="60" w:line="276" w:lineRule="auto"/>
              <w:jc w:val="both"/>
              <w:rPr>
                <w:rFonts w:cstheme="minorHAnsi"/>
                <w:sz w:val="24"/>
                <w:szCs w:val="24"/>
              </w:rPr>
            </w:pPr>
            <w:r w:rsidRPr="008E6CD3">
              <w:rPr>
                <w:rFonts w:cstheme="minorHAnsi"/>
                <w:sz w:val="24"/>
                <w:szCs w:val="24"/>
              </w:rPr>
              <w:t>W Programie przewidziano gwarantowaną kwotę środków</w:t>
            </w:r>
            <w:r>
              <w:rPr>
                <w:rFonts w:cstheme="minorHAnsi"/>
                <w:sz w:val="24"/>
                <w:szCs w:val="24"/>
              </w:rPr>
              <w:t xml:space="preserve"> w wysokości co</w:t>
            </w:r>
            <w:r w:rsidR="00C7110A">
              <w:rPr>
                <w:rFonts w:cstheme="minorHAnsi"/>
                <w:sz w:val="24"/>
                <w:szCs w:val="24"/>
              </w:rPr>
              <w:t> </w:t>
            </w:r>
            <w:r>
              <w:rPr>
                <w:rFonts w:cstheme="minorHAnsi"/>
                <w:sz w:val="24"/>
                <w:szCs w:val="24"/>
              </w:rPr>
              <w:t>najmniej 5 % puli środków wojewodów</w:t>
            </w:r>
            <w:r w:rsidRPr="008E6CD3">
              <w:rPr>
                <w:rFonts w:cstheme="minorHAnsi"/>
                <w:sz w:val="24"/>
                <w:szCs w:val="24"/>
              </w:rPr>
              <w:t>, którą przeznacza się na finansowanie zadań realizowanych przez organizacje pozarządowe</w:t>
            </w:r>
            <w:r>
              <w:rPr>
                <w:rFonts w:cstheme="minorHAnsi"/>
                <w:sz w:val="24"/>
                <w:szCs w:val="24"/>
              </w:rPr>
              <w:t xml:space="preserve"> w każdym województwie</w:t>
            </w:r>
            <w:r w:rsidRPr="008E6CD3">
              <w:rPr>
                <w:rFonts w:cstheme="minorHAnsi"/>
                <w:sz w:val="24"/>
                <w:szCs w:val="24"/>
              </w:rPr>
              <w:t>.</w:t>
            </w:r>
          </w:p>
          <w:p w:rsidR="00BE5BA5" w:rsidRPr="00A642E0" w:rsidRDefault="00BE5BA5" w:rsidP="00C939FA">
            <w:pPr>
              <w:pStyle w:val="Nagwek2"/>
              <w:spacing w:line="276" w:lineRule="auto"/>
              <w:jc w:val="both"/>
              <w:outlineLvl w:val="1"/>
              <w:rPr>
                <w:color w:val="000000" w:themeColor="text1"/>
              </w:rPr>
            </w:pPr>
            <w:bookmarkStart w:id="10" w:name="_Toc237252353"/>
            <w:r w:rsidRPr="00A642E0">
              <w:rPr>
                <w:color w:val="000000" w:themeColor="text1"/>
              </w:rPr>
              <w:t>Zasady Programu ochrony ludności i obrony cywilnej</w:t>
            </w:r>
            <w:bookmarkEnd w:id="10"/>
            <w:r w:rsidRPr="00A642E0">
              <w:rPr>
                <w:color w:val="000000" w:themeColor="text1"/>
              </w:rPr>
              <w:t xml:space="preserve"> </w:t>
            </w:r>
          </w:p>
          <w:p w:rsidR="00BE5BA5" w:rsidRPr="00A642E0"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Celem funkcjonowania systemu ochrony ludności i obrony cywilnej jest zapewnienie bezpieczeństwa ludności przez ochronę życia i zdrowia ludzi, mienia, w tym zwierząt, infrastruktury niezbędnej do zaspokojenia potrzeb bytowych, dóbr kultury i środowiska w sytuacji zagrożenia. W tym celu niezbędne jest zapewnienie sił i środków, w tym zasobów i personelu, wytworzenie zdolności organów i podmiotów do zapewnienia ciągłości działania i świadczenia usług w przypadku zagrożenia, wytworzenie odporności społecznej oraz stworzenie infrastruktury chroniącej ludność i zasoby przed bezpośrednim oddziaływaniem zagrożeń.</w:t>
            </w:r>
          </w:p>
          <w:p w:rsidR="00BE5BA5" w:rsidRPr="00A642E0"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Realizacja inwestycji </w:t>
            </w:r>
            <w:r w:rsidR="006952B0">
              <w:rPr>
                <w:rFonts w:cstheme="minorHAnsi"/>
                <w:color w:val="000000" w:themeColor="text1"/>
                <w:sz w:val="24"/>
                <w:szCs w:val="24"/>
              </w:rPr>
              <w:t>finansowanych w ramach</w:t>
            </w:r>
            <w:r w:rsidRPr="00A642E0">
              <w:rPr>
                <w:rFonts w:cstheme="minorHAnsi"/>
                <w:color w:val="000000" w:themeColor="text1"/>
                <w:sz w:val="24"/>
                <w:szCs w:val="24"/>
              </w:rPr>
              <w:t xml:space="preserve"> Programu Ochrony Ludności i</w:t>
            </w:r>
            <w:r w:rsidR="00E17632">
              <w:rPr>
                <w:rFonts w:cstheme="minorHAnsi"/>
                <w:color w:val="000000" w:themeColor="text1"/>
                <w:sz w:val="24"/>
                <w:szCs w:val="24"/>
              </w:rPr>
              <w:t> </w:t>
            </w:r>
            <w:r w:rsidRPr="00A642E0">
              <w:rPr>
                <w:rFonts w:cstheme="minorHAnsi"/>
                <w:color w:val="000000" w:themeColor="text1"/>
                <w:sz w:val="24"/>
                <w:szCs w:val="24"/>
              </w:rPr>
              <w:t xml:space="preserve">Obrony Cywilnej ma na celu zwiększenie odporności państwa na zagrożenia przez stworzenie zdolności do działania w sytuacji nadzwyczajnego zagrożenia, w tym w czasie konfliktu zbrojnego, a nie tylko zabezpieczenie bieżącej działalności podmiotów i organów ochrony ludności. </w:t>
            </w:r>
          </w:p>
          <w:p w:rsidR="00BE5BA5" w:rsidRPr="00A642E0"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lastRenderedPageBreak/>
              <w:t xml:space="preserve">Przy realizacji zadań wynikających z Programu Ochrony Ludności i Obrony Cywilnej należy </w:t>
            </w:r>
            <w:r>
              <w:rPr>
                <w:rFonts w:cstheme="minorHAnsi"/>
                <w:color w:val="000000" w:themeColor="text1"/>
                <w:sz w:val="24"/>
                <w:szCs w:val="24"/>
              </w:rPr>
              <w:t>uwzględnić</w:t>
            </w:r>
            <w:r w:rsidRPr="00A642E0">
              <w:rPr>
                <w:rFonts w:cstheme="minorHAnsi"/>
                <w:color w:val="000000" w:themeColor="text1"/>
                <w:sz w:val="24"/>
                <w:szCs w:val="24"/>
              </w:rPr>
              <w:t xml:space="preserve"> czynniki </w:t>
            </w:r>
            <w:r>
              <w:rPr>
                <w:rFonts w:cstheme="minorHAnsi"/>
                <w:color w:val="000000" w:themeColor="text1"/>
                <w:sz w:val="24"/>
                <w:szCs w:val="24"/>
              </w:rPr>
              <w:t>warunkujące</w:t>
            </w:r>
            <w:r w:rsidRPr="00A642E0">
              <w:rPr>
                <w:rFonts w:cstheme="minorHAnsi"/>
                <w:color w:val="000000" w:themeColor="text1"/>
                <w:sz w:val="24"/>
                <w:szCs w:val="24"/>
              </w:rPr>
              <w:t xml:space="preserve"> skuteczność </w:t>
            </w:r>
            <w:r>
              <w:rPr>
                <w:rFonts w:cstheme="minorHAnsi"/>
                <w:color w:val="000000" w:themeColor="text1"/>
                <w:sz w:val="24"/>
                <w:szCs w:val="24"/>
              </w:rPr>
              <w:t>podejmowanych działań i inwestycji, w szczególności</w:t>
            </w:r>
            <w:r w:rsidRPr="00A642E0">
              <w:rPr>
                <w:rFonts w:cstheme="minorHAnsi"/>
                <w:color w:val="000000" w:themeColor="text1"/>
                <w:sz w:val="24"/>
                <w:szCs w:val="24"/>
              </w:rPr>
              <w:t>:</w:t>
            </w:r>
          </w:p>
          <w:p w:rsidR="00BE5BA5" w:rsidRPr="00A642E0" w:rsidRDefault="00BE5BA5" w:rsidP="00DD51F4">
            <w:pPr>
              <w:pStyle w:val="Akapitzlist"/>
              <w:numPr>
                <w:ilvl w:val="0"/>
                <w:numId w:val="41"/>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 xml:space="preserve">adekwatność zasobów do wniosków </w:t>
            </w:r>
            <w:r>
              <w:rPr>
                <w:rFonts w:cstheme="minorHAnsi"/>
                <w:color w:val="000000" w:themeColor="text1"/>
                <w:sz w:val="24"/>
                <w:szCs w:val="24"/>
              </w:rPr>
              <w:t xml:space="preserve">wynikających </w:t>
            </w:r>
            <w:r w:rsidRPr="00A642E0">
              <w:rPr>
                <w:rFonts w:cstheme="minorHAnsi"/>
                <w:color w:val="000000" w:themeColor="text1"/>
                <w:sz w:val="24"/>
                <w:szCs w:val="24"/>
              </w:rPr>
              <w:t>z oceny ryzyka</w:t>
            </w:r>
            <w:r>
              <w:rPr>
                <w:rFonts w:cstheme="minorHAnsi"/>
                <w:color w:val="000000" w:themeColor="text1"/>
                <w:sz w:val="24"/>
                <w:szCs w:val="24"/>
              </w:rPr>
              <w:t>;</w:t>
            </w:r>
            <w:r w:rsidRPr="00A642E0">
              <w:rPr>
                <w:rFonts w:cstheme="minorHAnsi"/>
                <w:color w:val="000000" w:themeColor="text1"/>
                <w:sz w:val="24"/>
                <w:szCs w:val="24"/>
              </w:rPr>
              <w:t xml:space="preserve"> </w:t>
            </w:r>
          </w:p>
          <w:p w:rsidR="00BE5BA5" w:rsidRPr="00A642E0" w:rsidRDefault="00BE5BA5" w:rsidP="00DD51F4">
            <w:pPr>
              <w:pStyle w:val="Akapitzlist"/>
              <w:numPr>
                <w:ilvl w:val="0"/>
                <w:numId w:val="41"/>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zgodność z potrzebami obronnymi</w:t>
            </w:r>
            <w:r>
              <w:rPr>
                <w:rFonts w:cstheme="minorHAnsi"/>
                <w:color w:val="000000" w:themeColor="text1"/>
                <w:sz w:val="24"/>
                <w:szCs w:val="24"/>
              </w:rPr>
              <w:t>;</w:t>
            </w:r>
            <w:r w:rsidRPr="00A642E0">
              <w:rPr>
                <w:rFonts w:cstheme="minorHAnsi"/>
                <w:color w:val="000000" w:themeColor="text1"/>
                <w:sz w:val="24"/>
                <w:szCs w:val="24"/>
              </w:rPr>
              <w:t xml:space="preserve"> </w:t>
            </w:r>
          </w:p>
          <w:p w:rsidR="00BE5BA5" w:rsidRDefault="00BE5BA5" w:rsidP="00DD51F4">
            <w:pPr>
              <w:pStyle w:val="Akapitzlist"/>
              <w:numPr>
                <w:ilvl w:val="0"/>
                <w:numId w:val="41"/>
              </w:numPr>
              <w:spacing w:after="60" w:line="276" w:lineRule="auto"/>
              <w:contextualSpacing w:val="0"/>
              <w:jc w:val="both"/>
              <w:rPr>
                <w:rFonts w:cstheme="minorHAnsi"/>
                <w:color w:val="000000" w:themeColor="text1"/>
                <w:sz w:val="24"/>
                <w:szCs w:val="24"/>
              </w:rPr>
            </w:pPr>
            <w:r>
              <w:rPr>
                <w:rFonts w:cstheme="minorHAnsi"/>
                <w:color w:val="000000" w:themeColor="text1"/>
                <w:sz w:val="24"/>
                <w:szCs w:val="24"/>
              </w:rPr>
              <w:t>właściwą</w:t>
            </w:r>
            <w:r w:rsidRPr="00A642E0">
              <w:rPr>
                <w:rFonts w:cstheme="minorHAnsi"/>
                <w:color w:val="000000" w:themeColor="text1"/>
                <w:sz w:val="24"/>
                <w:szCs w:val="24"/>
              </w:rPr>
              <w:t xml:space="preserve"> dyslokacj</w:t>
            </w:r>
            <w:r w:rsidR="00DC0804">
              <w:rPr>
                <w:rFonts w:cstheme="minorHAnsi"/>
                <w:color w:val="000000" w:themeColor="text1"/>
                <w:sz w:val="24"/>
                <w:szCs w:val="24"/>
              </w:rPr>
              <w:t>ę</w:t>
            </w:r>
            <w:r w:rsidRPr="00A642E0">
              <w:rPr>
                <w:rFonts w:cstheme="minorHAnsi"/>
                <w:color w:val="000000" w:themeColor="text1"/>
                <w:sz w:val="24"/>
                <w:szCs w:val="24"/>
              </w:rPr>
              <w:t xml:space="preserve"> geograficzn</w:t>
            </w:r>
            <w:r>
              <w:rPr>
                <w:rFonts w:cstheme="minorHAnsi"/>
                <w:color w:val="000000" w:themeColor="text1"/>
                <w:sz w:val="24"/>
                <w:szCs w:val="24"/>
              </w:rPr>
              <w:t>ą</w:t>
            </w:r>
            <w:r w:rsidRPr="00A642E0">
              <w:rPr>
                <w:rFonts w:cstheme="minorHAnsi"/>
                <w:color w:val="000000" w:themeColor="text1"/>
                <w:sz w:val="24"/>
                <w:szCs w:val="24"/>
              </w:rPr>
              <w:t xml:space="preserve"> zasobów, sił i środków. </w:t>
            </w:r>
          </w:p>
          <w:p w:rsidR="00CD1F13" w:rsidRPr="00432E92" w:rsidRDefault="00CD1F13" w:rsidP="00432E92">
            <w:pPr>
              <w:jc w:val="both"/>
              <w:rPr>
                <w:rFonts w:cstheme="minorHAnsi"/>
                <w:color w:val="000000" w:themeColor="text1"/>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07"/>
            </w:tblGrid>
            <w:tr w:rsidR="00BE5BA5" w:rsidRPr="003F6E7E" w:rsidTr="00432E92">
              <w:tc>
                <w:tcPr>
                  <w:tcW w:w="7707" w:type="dxa"/>
                </w:tcPr>
                <w:p w:rsidR="00BE5BA5" w:rsidRPr="003F6E7E" w:rsidRDefault="00307A52" w:rsidP="00432E92">
                  <w:pPr>
                    <w:rPr>
                      <w:rFonts w:cstheme="minorHAnsi"/>
                      <w:sz w:val="20"/>
                      <w:szCs w:val="24"/>
                    </w:rPr>
                  </w:pPr>
                  <w:r>
                    <w:rPr>
                      <w:rFonts w:cstheme="minorHAnsi"/>
                      <w:b/>
                      <w:color w:val="0070C0"/>
                      <w:sz w:val="20"/>
                      <w:szCs w:val="24"/>
                    </w:rPr>
                    <w:t>Rysunek</w:t>
                  </w:r>
                  <w:r w:rsidR="00EC5EE9">
                    <w:rPr>
                      <w:rFonts w:cstheme="minorHAnsi"/>
                      <w:b/>
                      <w:color w:val="0070C0"/>
                      <w:sz w:val="20"/>
                      <w:szCs w:val="24"/>
                    </w:rPr>
                    <w:t xml:space="preserve"> 3</w:t>
                  </w:r>
                  <w:r w:rsidR="00BE5BA5" w:rsidRPr="003F6E7E">
                    <w:rPr>
                      <w:rFonts w:cstheme="minorHAnsi"/>
                      <w:b/>
                      <w:color w:val="0070C0"/>
                      <w:sz w:val="20"/>
                      <w:szCs w:val="24"/>
                    </w:rPr>
                    <w:t>.</w:t>
                  </w:r>
                  <w:r w:rsidR="00BE5BA5" w:rsidRPr="003F6E7E">
                    <w:rPr>
                      <w:rFonts w:cstheme="minorHAnsi"/>
                      <w:color w:val="0070C0"/>
                      <w:sz w:val="20"/>
                      <w:szCs w:val="24"/>
                    </w:rPr>
                    <w:t xml:space="preserve"> </w:t>
                  </w:r>
                  <w:r w:rsidR="00BE5BA5">
                    <w:rPr>
                      <w:rFonts w:cstheme="minorHAnsi"/>
                      <w:sz w:val="20"/>
                      <w:szCs w:val="24"/>
                    </w:rPr>
                    <w:t>Czynniki wpływające na skuteczność budowania systemu ochrony ludności</w:t>
                  </w:r>
                </w:p>
              </w:tc>
            </w:tr>
            <w:tr w:rsidR="00BE5BA5" w:rsidRPr="003F6E7E" w:rsidTr="00432E92">
              <w:tc>
                <w:tcPr>
                  <w:tcW w:w="7707" w:type="dxa"/>
                </w:tcPr>
                <w:p w:rsidR="00BE5BA5" w:rsidRDefault="00981CFF" w:rsidP="00432E92">
                  <w:pPr>
                    <w:tabs>
                      <w:tab w:val="center" w:pos="3745"/>
                    </w:tabs>
                    <w:rPr>
                      <w:rFonts w:cstheme="minorHAnsi"/>
                      <w:b/>
                      <w:color w:val="0070C0"/>
                      <w:sz w:val="20"/>
                      <w:szCs w:val="24"/>
                    </w:rPr>
                  </w:pPr>
                  <w:r>
                    <w:rPr>
                      <w:rFonts w:cstheme="minorHAnsi"/>
                      <w:b/>
                      <w:color w:val="0070C0"/>
                      <w:sz w:val="20"/>
                      <w:szCs w:val="24"/>
                    </w:rPr>
                    <w:tab/>
                  </w:r>
                  <w:r w:rsidR="00BE5BA5">
                    <w:rPr>
                      <w:rFonts w:cstheme="minorHAnsi"/>
                      <w:b/>
                      <w:noProof/>
                      <w:color w:val="0070C0"/>
                      <w:sz w:val="20"/>
                      <w:szCs w:val="24"/>
                      <w:lang w:eastAsia="pl-PL"/>
                    </w:rPr>
                    <w:drawing>
                      <wp:inline distT="0" distB="0" distL="0" distR="0" wp14:anchorId="082537F3" wp14:editId="16E02665">
                        <wp:extent cx="3834798" cy="2544417"/>
                        <wp:effectExtent l="0" t="0" r="0" b="8890"/>
                        <wp:docPr id="194812352" name="Obraz 19481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45260" cy="2617709"/>
                                </a:xfrm>
                                <a:prstGeom prst="rect">
                                  <a:avLst/>
                                </a:prstGeom>
                                <a:noFill/>
                              </pic:spPr>
                            </pic:pic>
                          </a:graphicData>
                        </a:graphic>
                      </wp:inline>
                    </w:drawing>
                  </w:r>
                </w:p>
              </w:tc>
            </w:tr>
            <w:tr w:rsidR="00981CFF" w:rsidRPr="003F6E7E" w:rsidTr="00432E92">
              <w:tc>
                <w:tcPr>
                  <w:tcW w:w="7707" w:type="dxa"/>
                </w:tcPr>
                <w:p w:rsidR="00981CFF" w:rsidRPr="00432E92" w:rsidRDefault="00981CFF" w:rsidP="00432E92">
                  <w:pPr>
                    <w:tabs>
                      <w:tab w:val="center" w:pos="3745"/>
                    </w:tabs>
                    <w:rPr>
                      <w:rFonts w:cstheme="minorHAnsi"/>
                      <w:sz w:val="20"/>
                      <w:szCs w:val="24"/>
                    </w:rPr>
                  </w:pPr>
                  <w:r w:rsidRPr="00432E92">
                    <w:rPr>
                      <w:rFonts w:cstheme="minorHAnsi"/>
                      <w:sz w:val="20"/>
                      <w:szCs w:val="24"/>
                    </w:rPr>
                    <w:t>Źródło: opracowanie własne</w:t>
                  </w:r>
                </w:p>
              </w:tc>
            </w:tr>
          </w:tbl>
          <w:p w:rsidR="00C939FA" w:rsidRPr="00C939FA" w:rsidRDefault="00C939FA" w:rsidP="00BE5BA5">
            <w:pPr>
              <w:spacing w:after="60" w:line="276" w:lineRule="auto"/>
              <w:jc w:val="both"/>
              <w:rPr>
                <w:rFonts w:cstheme="minorHAnsi"/>
                <w:color w:val="000000" w:themeColor="text1"/>
                <w:sz w:val="4"/>
                <w:szCs w:val="24"/>
              </w:rPr>
            </w:pPr>
          </w:p>
          <w:p w:rsidR="00BE5BA5" w:rsidRPr="00A642E0"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Przy ocenie zagrożeń należy wziąć pod uwagę sześć podstawowych skutków krytycznych: głód, pragnienie, choroby, urazy, następstwa zbyt wysokich temperatur oraz następstwa zbyt niskich temperatur, przed którymi należy zabezpieczyć ludność. </w:t>
            </w:r>
          </w:p>
          <w:p w:rsidR="00BE5BA5" w:rsidRPr="00A642E0"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Realizacja zadań powinna uwzględniać również zasadę adekwatności terytorialnej, zgodnie z którą rodzaj inwestycji i sposób organizacji systemu ochrony ludności dostosowuje się do lokalnych uwarunkowań demograficznych, przestrzennych, finansowych i infrastrukturalnych, z uwzględnieniem konieczności realizacji zadań ustawowych. W szczególności przy planowaniu realizacji zadań uwzględnia się odmienną specyfikę gmin wiejskich, miejsko-wiejskich, małych miast, średnich miast, dużych miast oraz obszarów metropolitalnych. W lokalne działania mające na celu realizację zadań ochrony ludności i obrony cywilnej powinni być włączani przedstawiciele jednostek pomocniczych gmin: sołectw, dzielnic i osiedli. </w:t>
            </w:r>
          </w:p>
          <w:p w:rsidR="00BE5BA5" w:rsidRDefault="00BE5BA5"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Przy tworzeniu zasobów i infrastruktury należy brać pod uwagę wyrażoną w ustawie z dnia 5 grudnia 2024 r. o ochronie ludności i obronie cywilnej w art. 4 ust. 2 zasadę odporności, tj. zapewnienia ciągłości działania w przypadku uszkodzenia bądź zniszczenia części infrastruktury lub zasobów, w tym przez ich zastępowalność in</w:t>
            </w:r>
            <w:r>
              <w:rPr>
                <w:rFonts w:cstheme="minorHAnsi"/>
                <w:color w:val="000000" w:themeColor="text1"/>
                <w:sz w:val="24"/>
                <w:szCs w:val="24"/>
              </w:rPr>
              <w:t>nymi zasobami i infrastrukturą.</w:t>
            </w:r>
          </w:p>
          <w:p w:rsidR="00BE5BA5" w:rsidRPr="00432E92" w:rsidRDefault="00BE5BA5" w:rsidP="00C939FA">
            <w:pPr>
              <w:spacing w:after="60" w:line="276" w:lineRule="auto"/>
              <w:jc w:val="both"/>
            </w:pPr>
            <w:r>
              <w:rPr>
                <w:rFonts w:cstheme="minorHAnsi"/>
                <w:color w:val="000000" w:themeColor="text1"/>
                <w:sz w:val="24"/>
                <w:szCs w:val="24"/>
              </w:rPr>
              <w:lastRenderedPageBreak/>
              <w:t>Realizacja zadań ochrony ludności i obrony cywilnej, w tym budowanie odporności społecznej, powinno uwzględniać zróżnicowane potrzeby i kompetencje wszystkich grup społecznych oraz dążyć do pełnego wykorzystania ich potencjału. W szczególności należy dążyć do zapewnienia ochrony grupom społecznym szczególnie narażonym i ze szczególnymi potrzebami.</w:t>
            </w:r>
          </w:p>
        </w:tc>
        <w:tc>
          <w:tcPr>
            <w:tcW w:w="1701" w:type="dxa"/>
            <w:tcBorders>
              <w:left w:val="nil"/>
            </w:tcBorders>
            <w:shd w:val="clear" w:color="auto" w:fill="FCC770"/>
          </w:tcPr>
          <w:p w:rsidR="0088488D" w:rsidRPr="00A642E0" w:rsidRDefault="0088488D" w:rsidP="00C74694">
            <w:pPr>
              <w:rPr>
                <w:rFonts w:cstheme="minorHAnsi"/>
                <w:b/>
                <w:i/>
                <w:smallCaps/>
                <w:color w:val="000000" w:themeColor="text1"/>
                <w:sz w:val="18"/>
                <w:szCs w:val="18"/>
              </w:rPr>
            </w:pPr>
          </w:p>
          <w:p w:rsidR="0088488D" w:rsidRPr="00A642E0" w:rsidRDefault="0088488D" w:rsidP="00C74694">
            <w:pPr>
              <w:rPr>
                <w:rFonts w:cstheme="minorHAnsi"/>
                <w:b/>
                <w:i/>
                <w:smallCaps/>
                <w:color w:val="000000" w:themeColor="text1"/>
                <w:sz w:val="18"/>
                <w:szCs w:val="18"/>
              </w:rPr>
            </w:pPr>
          </w:p>
          <w:p w:rsidR="00B2542B" w:rsidRPr="00A642E0" w:rsidRDefault="00B2542B" w:rsidP="00C74694">
            <w:pPr>
              <w:rPr>
                <w:rFonts w:cstheme="minorHAnsi"/>
                <w:b/>
                <w:i/>
                <w:smallCaps/>
                <w:color w:val="000000" w:themeColor="text1"/>
                <w:sz w:val="18"/>
                <w:szCs w:val="18"/>
              </w:rPr>
            </w:pPr>
          </w:p>
          <w:p w:rsidR="0088488D" w:rsidRPr="00A642E0" w:rsidRDefault="0088488D" w:rsidP="00C74694">
            <w:pPr>
              <w:rPr>
                <w:rFonts w:cstheme="minorHAnsi"/>
                <w:b/>
                <w:i/>
                <w:smallCaps/>
                <w:color w:val="000000" w:themeColor="text1"/>
                <w:sz w:val="18"/>
                <w:szCs w:val="18"/>
              </w:rPr>
            </w:pPr>
          </w:p>
          <w:p w:rsidR="0088488D" w:rsidRDefault="0088488D" w:rsidP="00C74694">
            <w:pPr>
              <w:rPr>
                <w:rFonts w:cstheme="minorHAnsi"/>
                <w:b/>
                <w:i/>
                <w:smallCaps/>
                <w:color w:val="000000" w:themeColor="text1"/>
                <w:sz w:val="18"/>
                <w:szCs w:val="18"/>
              </w:rPr>
            </w:pPr>
          </w:p>
          <w:p w:rsidR="00AD4D54" w:rsidRDefault="00AD4D54" w:rsidP="00C74694">
            <w:pPr>
              <w:rPr>
                <w:rFonts w:cstheme="minorHAnsi"/>
                <w:b/>
                <w:i/>
                <w:smallCaps/>
                <w:color w:val="000000" w:themeColor="text1"/>
                <w:sz w:val="18"/>
                <w:szCs w:val="18"/>
              </w:rPr>
            </w:pPr>
          </w:p>
          <w:p w:rsidR="00AD4D54" w:rsidRDefault="00AD4D54" w:rsidP="00C74694">
            <w:pPr>
              <w:rPr>
                <w:rFonts w:cstheme="minorHAnsi"/>
                <w:b/>
                <w:i/>
                <w:smallCaps/>
                <w:color w:val="000000" w:themeColor="text1"/>
                <w:sz w:val="18"/>
                <w:szCs w:val="18"/>
              </w:rPr>
            </w:pPr>
          </w:p>
          <w:p w:rsidR="00AD4D54" w:rsidRDefault="00AD4D54" w:rsidP="00C74694">
            <w:pPr>
              <w:rPr>
                <w:rFonts w:cstheme="minorHAnsi"/>
                <w:b/>
                <w:i/>
                <w:smallCaps/>
                <w:color w:val="000000" w:themeColor="text1"/>
                <w:sz w:val="18"/>
                <w:szCs w:val="18"/>
              </w:rPr>
            </w:pPr>
          </w:p>
          <w:p w:rsidR="00AD4D54" w:rsidRPr="00A642E0" w:rsidRDefault="00AD4D54" w:rsidP="00C74694">
            <w:pPr>
              <w:rPr>
                <w:rFonts w:cstheme="minorHAnsi"/>
                <w:b/>
                <w:i/>
                <w:smallCaps/>
                <w:color w:val="000000" w:themeColor="text1"/>
                <w:sz w:val="18"/>
                <w:szCs w:val="18"/>
              </w:rPr>
            </w:pPr>
          </w:p>
          <w:p w:rsidR="007A1993" w:rsidRDefault="007A1993" w:rsidP="00C74694">
            <w:pPr>
              <w:rPr>
                <w:rFonts w:cstheme="minorHAnsi"/>
                <w:b/>
                <w:i/>
                <w:smallCaps/>
                <w:color w:val="000000" w:themeColor="text1"/>
                <w:sz w:val="28"/>
                <w:szCs w:val="18"/>
              </w:rPr>
            </w:pPr>
          </w:p>
          <w:p w:rsidR="003D4962" w:rsidRPr="00432E92" w:rsidRDefault="003D4962" w:rsidP="00C74694">
            <w:pPr>
              <w:rPr>
                <w:rFonts w:cstheme="minorHAnsi"/>
                <w:b/>
                <w:i/>
                <w:smallCaps/>
                <w:color w:val="000000" w:themeColor="text1"/>
                <w:sz w:val="28"/>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mapowanie i sieciowanie</w:t>
            </w: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Default="00353754" w:rsidP="00C74694">
            <w:pPr>
              <w:rPr>
                <w:rFonts w:cstheme="minorHAnsi"/>
                <w:b/>
                <w:i/>
                <w:smallCaps/>
                <w:color w:val="000000" w:themeColor="text1"/>
                <w:sz w:val="18"/>
                <w:szCs w:val="18"/>
              </w:rPr>
            </w:pPr>
          </w:p>
          <w:p w:rsidR="00B2542B" w:rsidRPr="00432E92" w:rsidRDefault="00B2542B" w:rsidP="00C74694">
            <w:pPr>
              <w:rPr>
                <w:rFonts w:cstheme="minorHAnsi"/>
                <w:b/>
                <w:i/>
                <w:smallCaps/>
                <w:color w:val="000000" w:themeColor="text1"/>
                <w:sz w:val="10"/>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8866C0" w:rsidRDefault="008866C0" w:rsidP="00C74694">
            <w:pPr>
              <w:rPr>
                <w:rFonts w:cstheme="minorHAnsi"/>
                <w:b/>
                <w:i/>
                <w:smallCaps/>
                <w:color w:val="000000" w:themeColor="text1"/>
                <w:sz w:val="18"/>
                <w:szCs w:val="18"/>
              </w:rPr>
            </w:pPr>
          </w:p>
          <w:p w:rsidR="00604C52" w:rsidRPr="00A642E0" w:rsidRDefault="00604C52" w:rsidP="00C74694">
            <w:pPr>
              <w:rPr>
                <w:rFonts w:cstheme="minorHAnsi"/>
                <w:b/>
                <w:i/>
                <w:smallCaps/>
                <w:color w:val="000000" w:themeColor="text1"/>
                <w:sz w:val="18"/>
                <w:szCs w:val="18"/>
              </w:rPr>
            </w:pPr>
          </w:p>
          <w:p w:rsidR="007A1993"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strategia współpracy z organizacjami pozarządowymi</w:t>
            </w:r>
          </w:p>
          <w:p w:rsidR="007A1993" w:rsidRDefault="007A1993" w:rsidP="007A1993">
            <w:pPr>
              <w:rPr>
                <w:rFonts w:cstheme="minorHAnsi"/>
                <w:b/>
                <w:i/>
                <w:smallCaps/>
                <w:color w:val="000000" w:themeColor="text1"/>
                <w:sz w:val="18"/>
                <w:szCs w:val="18"/>
              </w:rPr>
            </w:pPr>
          </w:p>
          <w:p w:rsidR="007A1993" w:rsidRDefault="007A1993" w:rsidP="007A1993">
            <w:pPr>
              <w:rPr>
                <w:rFonts w:cstheme="minorHAnsi"/>
                <w:b/>
                <w:i/>
                <w:smallCaps/>
                <w:color w:val="000000" w:themeColor="text1"/>
                <w:sz w:val="18"/>
                <w:szCs w:val="18"/>
              </w:rPr>
            </w:pPr>
          </w:p>
          <w:p w:rsidR="007A1993" w:rsidRDefault="007A1993" w:rsidP="007A1993">
            <w:pPr>
              <w:rPr>
                <w:rFonts w:cstheme="minorHAnsi"/>
                <w:b/>
                <w:i/>
                <w:smallCaps/>
                <w:color w:val="000000" w:themeColor="text1"/>
                <w:sz w:val="18"/>
                <w:szCs w:val="18"/>
              </w:rPr>
            </w:pPr>
          </w:p>
          <w:p w:rsidR="007A1993" w:rsidRDefault="007A1993" w:rsidP="007A1993">
            <w:pPr>
              <w:rPr>
                <w:rFonts w:cstheme="minorHAnsi"/>
                <w:b/>
                <w:i/>
                <w:smallCaps/>
                <w:color w:val="000000" w:themeColor="text1"/>
                <w:sz w:val="18"/>
                <w:szCs w:val="18"/>
              </w:rPr>
            </w:pPr>
          </w:p>
          <w:p w:rsidR="00AD4D54" w:rsidRDefault="00AD4D54" w:rsidP="007A1993">
            <w:pPr>
              <w:rPr>
                <w:rFonts w:cstheme="minorHAnsi"/>
                <w:b/>
                <w:i/>
                <w:smallCaps/>
                <w:color w:val="000000" w:themeColor="text1"/>
                <w:sz w:val="18"/>
                <w:szCs w:val="18"/>
              </w:rPr>
            </w:pPr>
          </w:p>
          <w:p w:rsidR="007A1993"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koordynacja pomocy humanitarnej</w:t>
            </w:r>
          </w:p>
          <w:p w:rsidR="007A1993" w:rsidRDefault="007A1993" w:rsidP="007A1993">
            <w:pPr>
              <w:rPr>
                <w:rFonts w:cstheme="minorHAnsi"/>
                <w:b/>
                <w:i/>
                <w:smallCaps/>
                <w:color w:val="000000" w:themeColor="text1"/>
                <w:sz w:val="18"/>
                <w:szCs w:val="18"/>
              </w:rPr>
            </w:pPr>
          </w:p>
          <w:p w:rsidR="007A1993" w:rsidRDefault="007A1993" w:rsidP="007A1993">
            <w:pPr>
              <w:rPr>
                <w:rFonts w:cstheme="minorHAnsi"/>
                <w:b/>
                <w:i/>
                <w:smallCaps/>
                <w:color w:val="000000" w:themeColor="text1"/>
                <w:sz w:val="32"/>
                <w:szCs w:val="18"/>
              </w:rPr>
            </w:pPr>
          </w:p>
          <w:p w:rsidR="00AD4D54" w:rsidRPr="00432E92" w:rsidRDefault="00AD4D54" w:rsidP="007A1993">
            <w:pPr>
              <w:rPr>
                <w:rFonts w:cstheme="minorHAnsi"/>
                <w:b/>
                <w:i/>
                <w:smallCaps/>
                <w:color w:val="000000" w:themeColor="text1"/>
                <w:sz w:val="32"/>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regulacje pomocy humanitarnej</w:t>
            </w:r>
          </w:p>
          <w:p w:rsidR="007A1993" w:rsidRPr="00A642E0" w:rsidRDefault="007A1993" w:rsidP="007A1993">
            <w:pPr>
              <w:rPr>
                <w:rFonts w:cstheme="minorHAnsi"/>
                <w:b/>
                <w:i/>
                <w:smallCaps/>
                <w:color w:val="000000" w:themeColor="text1"/>
                <w:sz w:val="18"/>
                <w:szCs w:val="18"/>
              </w:rPr>
            </w:pPr>
          </w:p>
          <w:p w:rsidR="007A1993" w:rsidRPr="00A642E0" w:rsidRDefault="007A1993" w:rsidP="007A1993">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Default="00744186"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921850" w:rsidRDefault="00921850" w:rsidP="00744186">
            <w:pPr>
              <w:rPr>
                <w:rFonts w:cstheme="minorHAnsi"/>
                <w:b/>
                <w:i/>
                <w:smallCaps/>
                <w:color w:val="000000" w:themeColor="text1"/>
                <w:sz w:val="18"/>
                <w:szCs w:val="18"/>
              </w:rPr>
            </w:pPr>
          </w:p>
          <w:p w:rsidR="00921850" w:rsidRDefault="00921850"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AD4D54" w:rsidRDefault="00AD4D54" w:rsidP="00744186">
            <w:pPr>
              <w:rPr>
                <w:rFonts w:cstheme="minorHAnsi"/>
                <w:b/>
                <w:i/>
                <w:smallCaps/>
                <w:color w:val="000000" w:themeColor="text1"/>
                <w:sz w:val="18"/>
                <w:szCs w:val="18"/>
              </w:rPr>
            </w:pPr>
          </w:p>
          <w:p w:rsidR="007A1993" w:rsidRDefault="007A1993" w:rsidP="00744186">
            <w:pPr>
              <w:rPr>
                <w:rFonts w:cstheme="minorHAnsi"/>
                <w:b/>
                <w:i/>
                <w:smallCaps/>
                <w:color w:val="000000" w:themeColor="text1"/>
                <w:sz w:val="18"/>
                <w:szCs w:val="18"/>
              </w:rPr>
            </w:pPr>
          </w:p>
          <w:p w:rsidR="007A1993" w:rsidRPr="00A642E0" w:rsidRDefault="007A1993" w:rsidP="007A1993">
            <w:pPr>
              <w:rPr>
                <w:rFonts w:cstheme="minorHAnsi"/>
                <w:b/>
                <w:i/>
                <w:smallCaps/>
                <w:color w:val="000000" w:themeColor="text1"/>
                <w:sz w:val="18"/>
                <w:szCs w:val="18"/>
              </w:rPr>
            </w:pPr>
            <w:r w:rsidRPr="00A642E0">
              <w:rPr>
                <w:rFonts w:cstheme="minorHAnsi"/>
                <w:b/>
                <w:i/>
                <w:smallCaps/>
                <w:color w:val="000000" w:themeColor="text1"/>
                <w:sz w:val="18"/>
                <w:szCs w:val="18"/>
              </w:rPr>
              <w:t>dyspozycyjność filaru wsparcia w</w:t>
            </w:r>
            <w:r>
              <w:rPr>
                <w:rFonts w:cstheme="minorHAnsi"/>
                <w:b/>
                <w:i/>
                <w:smallCaps/>
                <w:color w:val="000000" w:themeColor="text1"/>
                <w:sz w:val="18"/>
                <w:szCs w:val="18"/>
              </w:rPr>
              <w:t> </w:t>
            </w:r>
            <w:r w:rsidRPr="00A642E0">
              <w:rPr>
                <w:rFonts w:cstheme="minorHAnsi"/>
                <w:b/>
                <w:i/>
                <w:smallCaps/>
                <w:color w:val="000000" w:themeColor="text1"/>
                <w:sz w:val="18"/>
                <w:szCs w:val="18"/>
              </w:rPr>
              <w:t>sytuacji kryzysu i</w:t>
            </w:r>
            <w:r>
              <w:rPr>
                <w:rFonts w:cstheme="minorHAnsi"/>
                <w:b/>
                <w:i/>
                <w:smallCaps/>
                <w:color w:val="000000" w:themeColor="text1"/>
                <w:sz w:val="18"/>
                <w:szCs w:val="18"/>
              </w:rPr>
              <w:t> </w:t>
            </w:r>
            <w:r w:rsidRPr="00A642E0">
              <w:rPr>
                <w:rFonts w:cstheme="minorHAnsi"/>
                <w:b/>
                <w:i/>
                <w:smallCaps/>
                <w:color w:val="000000" w:themeColor="text1"/>
                <w:sz w:val="18"/>
                <w:szCs w:val="18"/>
              </w:rPr>
              <w:t>wojny</w:t>
            </w:r>
          </w:p>
          <w:p w:rsidR="007A1993" w:rsidRPr="00A642E0" w:rsidRDefault="007A1993"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744186" w:rsidRPr="00A642E0" w:rsidRDefault="00744186" w:rsidP="00744186">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Pr="00A642E0" w:rsidRDefault="006C4F7E" w:rsidP="006C4F7E">
            <w:pPr>
              <w:rPr>
                <w:rFonts w:cstheme="minorHAnsi"/>
                <w:b/>
                <w:i/>
                <w:smallCaps/>
                <w:color w:val="000000" w:themeColor="text1"/>
                <w:sz w:val="18"/>
                <w:szCs w:val="18"/>
              </w:rPr>
            </w:pPr>
            <w:r w:rsidRPr="00A642E0">
              <w:rPr>
                <w:rFonts w:cstheme="minorHAnsi"/>
                <w:b/>
                <w:i/>
                <w:smallCaps/>
                <w:color w:val="000000" w:themeColor="text1"/>
                <w:sz w:val="18"/>
                <w:szCs w:val="18"/>
              </w:rPr>
              <w:t>organizacje pozarządowe niebędące podmiotami ochrony ludności</w:t>
            </w:r>
          </w:p>
          <w:p w:rsidR="00353754" w:rsidRPr="00A642E0" w:rsidRDefault="00353754" w:rsidP="00C74694">
            <w:pPr>
              <w:rPr>
                <w:rFonts w:cstheme="minorHAnsi"/>
                <w:b/>
                <w:i/>
                <w:smallCaps/>
                <w:color w:val="000000" w:themeColor="text1"/>
                <w:sz w:val="18"/>
                <w:szCs w:val="18"/>
              </w:rPr>
            </w:pPr>
          </w:p>
          <w:p w:rsidR="006C4F7E" w:rsidRPr="00432E92" w:rsidRDefault="006C4F7E" w:rsidP="00C74694">
            <w:pPr>
              <w:rPr>
                <w:rFonts w:cstheme="minorHAnsi"/>
                <w:b/>
                <w:i/>
                <w:smallCaps/>
                <w:color w:val="000000" w:themeColor="text1"/>
                <w:sz w:val="24"/>
                <w:szCs w:val="18"/>
              </w:rPr>
            </w:pPr>
          </w:p>
          <w:p w:rsidR="00353754" w:rsidRPr="00A642E0" w:rsidRDefault="006C4F7E" w:rsidP="00C74694">
            <w:pPr>
              <w:rPr>
                <w:rFonts w:cstheme="minorHAnsi"/>
                <w:b/>
                <w:i/>
                <w:smallCaps/>
                <w:color w:val="000000" w:themeColor="text1"/>
                <w:sz w:val="18"/>
                <w:szCs w:val="18"/>
              </w:rPr>
            </w:pPr>
            <w:r w:rsidRPr="00A642E0">
              <w:rPr>
                <w:rFonts w:cstheme="minorHAnsi"/>
                <w:b/>
                <w:i/>
                <w:smallCaps/>
                <w:color w:val="000000" w:themeColor="text1"/>
                <w:sz w:val="18"/>
                <w:szCs w:val="18"/>
              </w:rPr>
              <w:t>gwarancje finansowania</w:t>
            </w: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6C4F7E" w:rsidRPr="00432E92" w:rsidRDefault="006C4F7E" w:rsidP="00C74694">
            <w:pPr>
              <w:rPr>
                <w:rFonts w:cstheme="minorHAnsi"/>
                <w:b/>
                <w:i/>
                <w:smallCaps/>
                <w:color w:val="000000" w:themeColor="text1"/>
                <w:sz w:val="24"/>
                <w:szCs w:val="18"/>
              </w:rPr>
            </w:pPr>
          </w:p>
          <w:p w:rsidR="006C4F7E" w:rsidRPr="00A642E0" w:rsidRDefault="003D4962" w:rsidP="006C4F7E">
            <w:pPr>
              <w:rPr>
                <w:rFonts w:cstheme="minorHAnsi"/>
                <w:b/>
                <w:i/>
                <w:smallCaps/>
                <w:color w:val="000000" w:themeColor="text1"/>
                <w:sz w:val="18"/>
                <w:szCs w:val="18"/>
              </w:rPr>
            </w:pPr>
            <w:r>
              <w:rPr>
                <w:rFonts w:cstheme="minorHAnsi"/>
                <w:b/>
                <w:i/>
                <w:smallCaps/>
                <w:color w:val="000000" w:themeColor="text1"/>
                <w:sz w:val="18"/>
                <w:szCs w:val="18"/>
              </w:rPr>
              <w:t>Z</w:t>
            </w:r>
            <w:r w:rsidR="006C4F7E" w:rsidRPr="00A642E0">
              <w:rPr>
                <w:rFonts w:cstheme="minorHAnsi"/>
                <w:b/>
                <w:i/>
                <w:smallCaps/>
                <w:color w:val="000000" w:themeColor="text1"/>
                <w:sz w:val="18"/>
                <w:szCs w:val="18"/>
              </w:rPr>
              <w:t>asada ciągłości działania</w:t>
            </w:r>
          </w:p>
          <w:p w:rsidR="006C4F7E" w:rsidRPr="00A642E0" w:rsidRDefault="006C4F7E"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Default="0083649F"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3D4962" w:rsidRPr="00A642E0" w:rsidRDefault="003D4962" w:rsidP="00C74694">
            <w:pPr>
              <w:rPr>
                <w:rFonts w:cstheme="minorHAnsi"/>
                <w:b/>
                <w:i/>
                <w:smallCaps/>
                <w:color w:val="000000" w:themeColor="text1"/>
                <w:sz w:val="18"/>
                <w:szCs w:val="18"/>
              </w:rPr>
            </w:pPr>
          </w:p>
          <w:p w:rsidR="006C4F7E" w:rsidRPr="001A3929" w:rsidRDefault="006C4F7E" w:rsidP="006C4F7E">
            <w:pPr>
              <w:rPr>
                <w:rFonts w:cstheme="minorHAnsi"/>
                <w:b/>
                <w:i/>
                <w:smallCaps/>
                <w:color w:val="000000" w:themeColor="text1"/>
                <w:sz w:val="18"/>
                <w:szCs w:val="18"/>
              </w:rPr>
            </w:pPr>
            <w:r w:rsidRPr="001A3929">
              <w:rPr>
                <w:rFonts w:cstheme="minorHAnsi"/>
                <w:b/>
                <w:i/>
                <w:smallCaps/>
                <w:color w:val="000000" w:themeColor="text1"/>
                <w:sz w:val="18"/>
                <w:szCs w:val="18"/>
              </w:rPr>
              <w:t>Zdolność działania w czasie kryzysu i wojny</w:t>
            </w:r>
          </w:p>
          <w:p w:rsidR="0083649F" w:rsidRDefault="0083649F"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3D4962" w:rsidRDefault="003D4962" w:rsidP="00C74694">
            <w:pPr>
              <w:rPr>
                <w:rFonts w:cstheme="minorHAnsi"/>
                <w:b/>
                <w:i/>
                <w:smallCaps/>
                <w:color w:val="000000" w:themeColor="text1"/>
                <w:sz w:val="18"/>
                <w:szCs w:val="18"/>
              </w:rPr>
            </w:pPr>
          </w:p>
          <w:p w:rsidR="006C4F7E" w:rsidRPr="00A642E0" w:rsidRDefault="003D4962" w:rsidP="006C4F7E">
            <w:pPr>
              <w:rPr>
                <w:rFonts w:cstheme="minorHAnsi"/>
                <w:b/>
                <w:i/>
                <w:smallCaps/>
                <w:color w:val="000000" w:themeColor="text1"/>
                <w:sz w:val="18"/>
                <w:szCs w:val="18"/>
              </w:rPr>
            </w:pPr>
            <w:r>
              <w:rPr>
                <w:rFonts w:cstheme="minorHAnsi"/>
                <w:b/>
                <w:i/>
                <w:smallCaps/>
                <w:color w:val="000000" w:themeColor="text1"/>
                <w:sz w:val="18"/>
                <w:szCs w:val="18"/>
              </w:rPr>
              <w:lastRenderedPageBreak/>
              <w:t>Z</w:t>
            </w:r>
            <w:r w:rsidR="006C4F7E" w:rsidRPr="00A642E0">
              <w:rPr>
                <w:rFonts w:cstheme="minorHAnsi"/>
                <w:b/>
                <w:i/>
                <w:smallCaps/>
                <w:color w:val="000000" w:themeColor="text1"/>
                <w:sz w:val="18"/>
                <w:szCs w:val="18"/>
              </w:rPr>
              <w:t>asada adekwatności działań</w:t>
            </w:r>
          </w:p>
          <w:p w:rsidR="006C4F7E" w:rsidRPr="00A642E0" w:rsidRDefault="006C4F7E"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83649F" w:rsidRPr="00A642E0" w:rsidRDefault="0083649F" w:rsidP="00C74694">
            <w:pPr>
              <w:rPr>
                <w:rFonts w:cstheme="minorHAnsi"/>
                <w:b/>
                <w:i/>
                <w:smallCaps/>
                <w:color w:val="000000" w:themeColor="text1"/>
                <w:sz w:val="18"/>
                <w:szCs w:val="18"/>
              </w:rPr>
            </w:pPr>
          </w:p>
          <w:p w:rsidR="00704E95" w:rsidRPr="00A642E0" w:rsidRDefault="00704E95" w:rsidP="00C74694">
            <w:pPr>
              <w:rPr>
                <w:rFonts w:cstheme="minorHAnsi"/>
                <w:b/>
                <w:i/>
                <w:smallCaps/>
                <w:color w:val="000000" w:themeColor="text1"/>
                <w:sz w:val="18"/>
                <w:szCs w:val="18"/>
              </w:rPr>
            </w:pPr>
          </w:p>
          <w:p w:rsidR="00704E95" w:rsidRPr="00A642E0" w:rsidRDefault="00704E95"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8866C0" w:rsidRDefault="008866C0"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921850" w:rsidRPr="00A642E0" w:rsidRDefault="00921850" w:rsidP="00C74694">
            <w:pPr>
              <w:rPr>
                <w:rFonts w:cstheme="minorHAnsi"/>
                <w:b/>
                <w:i/>
                <w:smallCaps/>
                <w:color w:val="000000" w:themeColor="text1"/>
                <w:sz w:val="18"/>
                <w:szCs w:val="18"/>
              </w:rPr>
            </w:pPr>
          </w:p>
          <w:p w:rsidR="006C4F7E" w:rsidRPr="00A642E0" w:rsidRDefault="006C4F7E" w:rsidP="006C4F7E">
            <w:pPr>
              <w:rPr>
                <w:rFonts w:cstheme="minorHAnsi"/>
                <w:b/>
                <w:i/>
                <w:smallCaps/>
                <w:color w:val="000000" w:themeColor="text1"/>
                <w:sz w:val="18"/>
                <w:szCs w:val="18"/>
              </w:rPr>
            </w:pPr>
            <w:r w:rsidRPr="00A642E0">
              <w:rPr>
                <w:rFonts w:cstheme="minorHAnsi"/>
                <w:b/>
                <w:i/>
                <w:smallCaps/>
                <w:color w:val="000000" w:themeColor="text1"/>
                <w:sz w:val="18"/>
                <w:szCs w:val="18"/>
              </w:rPr>
              <w:t xml:space="preserve">zasada </w:t>
            </w:r>
            <w:r>
              <w:rPr>
                <w:rFonts w:cstheme="minorHAnsi"/>
                <w:b/>
                <w:i/>
                <w:smallCaps/>
                <w:color w:val="000000" w:themeColor="text1"/>
                <w:sz w:val="18"/>
                <w:szCs w:val="18"/>
              </w:rPr>
              <w:t xml:space="preserve">6 </w:t>
            </w:r>
            <w:r w:rsidRPr="00A642E0">
              <w:rPr>
                <w:rFonts w:cstheme="minorHAnsi"/>
                <w:b/>
                <w:i/>
                <w:smallCaps/>
                <w:color w:val="000000" w:themeColor="text1"/>
                <w:sz w:val="18"/>
                <w:szCs w:val="18"/>
              </w:rPr>
              <w:t>skutków krytycznych</w:t>
            </w: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Pr="00A642E0" w:rsidRDefault="006C4F7E" w:rsidP="006C4F7E">
            <w:pPr>
              <w:rPr>
                <w:rFonts w:cstheme="minorHAnsi"/>
                <w:b/>
                <w:i/>
                <w:smallCaps/>
                <w:color w:val="000000" w:themeColor="text1"/>
                <w:sz w:val="18"/>
                <w:szCs w:val="18"/>
              </w:rPr>
            </w:pPr>
            <w:r w:rsidRPr="00A642E0">
              <w:rPr>
                <w:rFonts w:cstheme="minorHAnsi"/>
                <w:b/>
                <w:i/>
                <w:smallCaps/>
                <w:color w:val="000000" w:themeColor="text1"/>
                <w:sz w:val="18"/>
                <w:szCs w:val="18"/>
              </w:rPr>
              <w:t>zasada adekwatności terytorialnej</w:t>
            </w:r>
          </w:p>
          <w:p w:rsidR="006C4F7E" w:rsidRPr="00A642E0" w:rsidRDefault="006C4F7E"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Default="00353754" w:rsidP="00C74694">
            <w:pPr>
              <w:rPr>
                <w:rFonts w:cstheme="minorHAnsi"/>
                <w:b/>
                <w:i/>
                <w:smallCaps/>
                <w:color w:val="000000" w:themeColor="text1"/>
                <w:sz w:val="18"/>
                <w:szCs w:val="18"/>
              </w:rPr>
            </w:pPr>
          </w:p>
          <w:p w:rsidR="006C4F7E" w:rsidRDefault="006C4F7E" w:rsidP="006C4F7E">
            <w:pPr>
              <w:rPr>
                <w:rFonts w:cstheme="minorHAnsi"/>
                <w:b/>
                <w:i/>
                <w:smallCaps/>
                <w:color w:val="000000" w:themeColor="text1"/>
                <w:sz w:val="18"/>
                <w:szCs w:val="18"/>
              </w:rPr>
            </w:pPr>
            <w:r w:rsidRPr="00A642E0">
              <w:rPr>
                <w:rFonts w:cstheme="minorHAnsi"/>
                <w:b/>
                <w:i/>
                <w:smallCaps/>
                <w:color w:val="000000" w:themeColor="text1"/>
                <w:sz w:val="18"/>
                <w:szCs w:val="18"/>
              </w:rPr>
              <w:t>zasada odporności (</w:t>
            </w:r>
            <w:proofErr w:type="spellStart"/>
            <w:r w:rsidRPr="00A642E0">
              <w:rPr>
                <w:rFonts w:cstheme="minorHAnsi"/>
                <w:b/>
                <w:i/>
                <w:smallCaps/>
                <w:color w:val="000000" w:themeColor="text1"/>
                <w:sz w:val="18"/>
                <w:szCs w:val="18"/>
              </w:rPr>
              <w:t>rezyliencji</w:t>
            </w:r>
            <w:proofErr w:type="spellEnd"/>
            <w:r w:rsidRPr="00A642E0">
              <w:rPr>
                <w:rFonts w:cstheme="minorHAnsi"/>
                <w:b/>
                <w:i/>
                <w:smallCaps/>
                <w:color w:val="000000" w:themeColor="text1"/>
                <w:sz w:val="18"/>
                <w:szCs w:val="18"/>
              </w:rPr>
              <w:t>)</w:t>
            </w:r>
          </w:p>
          <w:p w:rsidR="006C4F7E" w:rsidRPr="00A642E0" w:rsidRDefault="006C4F7E"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Pr="00A642E0" w:rsidRDefault="00353754" w:rsidP="00C74694">
            <w:pPr>
              <w:rPr>
                <w:rFonts w:cstheme="minorHAnsi"/>
                <w:b/>
                <w:i/>
                <w:smallCaps/>
                <w:color w:val="000000" w:themeColor="text1"/>
                <w:sz w:val="18"/>
                <w:szCs w:val="18"/>
              </w:rPr>
            </w:pPr>
          </w:p>
          <w:p w:rsidR="00353754" w:rsidRDefault="00353754"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p>
          <w:p w:rsidR="006C4F7E" w:rsidRDefault="006C4F7E" w:rsidP="00C74694">
            <w:pPr>
              <w:rPr>
                <w:rFonts w:cstheme="minorHAnsi"/>
                <w:b/>
                <w:i/>
                <w:smallCaps/>
                <w:color w:val="000000" w:themeColor="text1"/>
                <w:sz w:val="18"/>
                <w:szCs w:val="18"/>
              </w:rPr>
            </w:pPr>
            <w:r>
              <w:rPr>
                <w:rFonts w:cstheme="minorHAnsi"/>
                <w:b/>
                <w:i/>
                <w:smallCaps/>
                <w:color w:val="000000" w:themeColor="text1"/>
                <w:sz w:val="18"/>
                <w:szCs w:val="18"/>
              </w:rPr>
              <w:lastRenderedPageBreak/>
              <w:t>zasada szczególnej ochrony narażonych grup społecznych</w:t>
            </w:r>
          </w:p>
          <w:p w:rsidR="00422CCA" w:rsidRDefault="00422CCA"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422CCA" w:rsidRPr="00A642E0" w:rsidRDefault="00422CCA" w:rsidP="00C74694">
            <w:pPr>
              <w:rPr>
                <w:rFonts w:cstheme="minorHAnsi"/>
                <w:b/>
                <w:i/>
                <w:smallCaps/>
                <w:color w:val="000000" w:themeColor="text1"/>
                <w:sz w:val="18"/>
                <w:szCs w:val="18"/>
              </w:rPr>
            </w:pPr>
          </w:p>
          <w:p w:rsidR="0088488D" w:rsidRPr="00A642E0" w:rsidRDefault="0088488D" w:rsidP="00C74694">
            <w:pPr>
              <w:rPr>
                <w:rFonts w:cstheme="minorHAnsi"/>
                <w:b/>
                <w:i/>
                <w:smallCaps/>
                <w:color w:val="000000" w:themeColor="text1"/>
                <w:sz w:val="18"/>
                <w:szCs w:val="18"/>
              </w:rPr>
            </w:pPr>
          </w:p>
        </w:tc>
      </w:tr>
      <w:tr w:rsidR="003F6E7E" w:rsidRPr="00867BBA" w:rsidTr="00432E92">
        <w:tc>
          <w:tcPr>
            <w:tcW w:w="7939" w:type="dxa"/>
          </w:tcPr>
          <w:p w:rsidR="0042351F" w:rsidRDefault="0042351F" w:rsidP="00C939FA">
            <w:pPr>
              <w:pStyle w:val="Nagwek2"/>
              <w:spacing w:line="276" w:lineRule="auto"/>
              <w:jc w:val="both"/>
              <w:outlineLvl w:val="1"/>
            </w:pPr>
            <w:bookmarkStart w:id="11" w:name="_Toc237252354"/>
            <w:r>
              <w:lastRenderedPageBreak/>
              <w:t>Obszary Programu Ochrony Ludności i Obrony Cywilnej</w:t>
            </w:r>
            <w:bookmarkEnd w:id="11"/>
          </w:p>
          <w:p w:rsidR="00323357" w:rsidRPr="007B6529" w:rsidRDefault="00323357" w:rsidP="00C939FA">
            <w:pPr>
              <w:spacing w:after="60" w:line="276" w:lineRule="auto"/>
              <w:jc w:val="both"/>
              <w:rPr>
                <w:sz w:val="24"/>
                <w:szCs w:val="24"/>
              </w:rPr>
            </w:pPr>
            <w:r w:rsidRPr="007B6529">
              <w:rPr>
                <w:sz w:val="24"/>
                <w:szCs w:val="24"/>
              </w:rPr>
              <w:t xml:space="preserve">Zadania ochrony ludności i obrony cywilnej przewidziane do realizacji </w:t>
            </w:r>
            <w:r w:rsidR="000116D4" w:rsidRPr="007B6529">
              <w:rPr>
                <w:sz w:val="24"/>
                <w:szCs w:val="24"/>
              </w:rPr>
              <w:br/>
            </w:r>
            <w:r w:rsidRPr="007B6529">
              <w:rPr>
                <w:sz w:val="24"/>
                <w:szCs w:val="24"/>
              </w:rPr>
              <w:t>w Programie Ochrony Ludności i Obrony Cywilnej są pogrupowane w obszary. Obszary służą realizacji celu strategicznego i kierunków jego realizacji. Na poziomie obszarów przypisano środki finansowe na dany rok realizacji Programu.</w:t>
            </w:r>
          </w:p>
          <w:p w:rsidR="0042351F" w:rsidRDefault="0042351F" w:rsidP="00C939FA">
            <w:pPr>
              <w:spacing w:after="60" w:line="276" w:lineRule="auto"/>
              <w:jc w:val="both"/>
              <w:rPr>
                <w:rFonts w:cstheme="minorHAnsi"/>
                <w:sz w:val="24"/>
                <w:szCs w:val="24"/>
              </w:rPr>
            </w:pPr>
            <w:r>
              <w:rPr>
                <w:rFonts w:cstheme="minorHAnsi"/>
                <w:sz w:val="24"/>
                <w:szCs w:val="24"/>
              </w:rPr>
              <w:t>Obszary dzielą się na podobszary. Każdy podobszar grupuje zadania ochrony ludności i obrony cywilnej wynikające z ustawy z dnia 5 grudnia 2024</w:t>
            </w:r>
            <w:r w:rsidR="00C70C86">
              <w:rPr>
                <w:rFonts w:cstheme="minorHAnsi"/>
                <w:sz w:val="24"/>
                <w:szCs w:val="24"/>
              </w:rPr>
              <w:t> </w:t>
            </w:r>
            <w:r>
              <w:rPr>
                <w:rFonts w:cstheme="minorHAnsi"/>
                <w:sz w:val="24"/>
                <w:szCs w:val="24"/>
              </w:rPr>
              <w:t>r. o</w:t>
            </w:r>
            <w:r w:rsidR="00DB2690">
              <w:rPr>
                <w:rFonts w:cstheme="minorHAnsi"/>
                <w:sz w:val="24"/>
                <w:szCs w:val="24"/>
              </w:rPr>
              <w:t> </w:t>
            </w:r>
            <w:r>
              <w:rPr>
                <w:rFonts w:cstheme="minorHAnsi"/>
                <w:sz w:val="24"/>
                <w:szCs w:val="24"/>
              </w:rPr>
              <w:t xml:space="preserve">ochronie ludności i obronie cywilnej. W ramach podobszarów organy ochrony ludności i obrony cywilnej monitorują poziom realizacji zadań. </w:t>
            </w:r>
          </w:p>
          <w:p w:rsidR="0042351F" w:rsidRDefault="0042351F" w:rsidP="00C939FA">
            <w:pPr>
              <w:spacing w:after="60" w:line="276" w:lineRule="auto"/>
              <w:jc w:val="both"/>
              <w:rPr>
                <w:rFonts w:cstheme="minorHAnsi"/>
                <w:sz w:val="24"/>
                <w:szCs w:val="24"/>
              </w:rPr>
            </w:pPr>
            <w:r>
              <w:rPr>
                <w:rFonts w:cstheme="minorHAnsi"/>
                <w:sz w:val="24"/>
                <w:szCs w:val="24"/>
              </w:rPr>
              <w:t xml:space="preserve">W ramach podobszarów wyodrębnia się zadania. Zadania oznaczają konkretne przedsięwzięcia do realizacji w ramach Programu Ochrony Ludności i Obrony Cywilnej. Zadania opisane są w różnym stopniu szczegółowości, stosownie do potrzeb. Zadania dzieli się na zadania priorytetowe w danym podobszarze oraz pozostałe zadania. </w:t>
            </w:r>
          </w:p>
          <w:p w:rsidR="00323357" w:rsidRPr="007B6529" w:rsidRDefault="00323357" w:rsidP="00C939FA">
            <w:pPr>
              <w:spacing w:after="60" w:line="276" w:lineRule="auto"/>
              <w:jc w:val="both"/>
              <w:rPr>
                <w:sz w:val="24"/>
                <w:szCs w:val="24"/>
              </w:rPr>
            </w:pPr>
            <w:r w:rsidRPr="007B6529">
              <w:rPr>
                <w:sz w:val="24"/>
                <w:szCs w:val="24"/>
              </w:rPr>
              <w:t>Program Ochrony Ludności</w:t>
            </w:r>
            <w:r w:rsidR="00014B9E">
              <w:rPr>
                <w:sz w:val="24"/>
                <w:szCs w:val="24"/>
              </w:rPr>
              <w:t xml:space="preserve"> i Obrony Cywilnej na lata 2027–</w:t>
            </w:r>
            <w:r w:rsidRPr="007B6529">
              <w:rPr>
                <w:sz w:val="24"/>
                <w:szCs w:val="24"/>
              </w:rPr>
              <w:t>2031 podzielono na 7 obszarów. Obszary 1–6 podzielono na</w:t>
            </w:r>
            <w:r w:rsidR="00EB182E">
              <w:rPr>
                <w:sz w:val="24"/>
                <w:szCs w:val="24"/>
              </w:rPr>
              <w:t xml:space="preserve"> podobszary, natomiast obszar 7 </w:t>
            </w:r>
            <w:r w:rsidRPr="007B6529">
              <w:rPr>
                <w:sz w:val="24"/>
                <w:szCs w:val="24"/>
              </w:rPr>
              <w:t>zachowano jako jednolity i nie wprowadzono w jego ramach podziału na podobszary. W każdym z podobszarów wyodrębniono zadania, z których przynajmniej jedno określono jako zadanie priorytetowe, które w miarę możliwości powinno być wykonywane w pierwszej kolejności. Do obszarów przypisano środki finansowe. Realizacja zadań i rozwój zdolności w obszarach i</w:t>
            </w:r>
            <w:r w:rsidR="00DD51F4">
              <w:rPr>
                <w:sz w:val="24"/>
                <w:szCs w:val="24"/>
              </w:rPr>
              <w:t> </w:t>
            </w:r>
            <w:r w:rsidRPr="007B6529">
              <w:rPr>
                <w:sz w:val="24"/>
                <w:szCs w:val="24"/>
              </w:rPr>
              <w:t>podobszarach będą monitorowane zgodnie z odrębną metodyką monitorowania Programu.</w:t>
            </w:r>
          </w:p>
          <w:p w:rsidR="0042351F" w:rsidRDefault="0042351F" w:rsidP="00C939FA">
            <w:pPr>
              <w:spacing w:after="60" w:line="276" w:lineRule="auto"/>
              <w:jc w:val="both"/>
              <w:rPr>
                <w:rFonts w:cstheme="minorHAnsi"/>
                <w:sz w:val="24"/>
                <w:szCs w:val="24"/>
              </w:rPr>
            </w:pPr>
            <w:r>
              <w:rPr>
                <w:rFonts w:cstheme="minorHAnsi"/>
                <w:sz w:val="24"/>
                <w:szCs w:val="24"/>
              </w:rPr>
              <w:t>Tabela obszarów, podobszarów i zadań</w:t>
            </w:r>
            <w:r w:rsidR="008001BE">
              <w:rPr>
                <w:rFonts w:cstheme="minorHAnsi"/>
                <w:sz w:val="24"/>
                <w:szCs w:val="24"/>
              </w:rPr>
              <w:t xml:space="preserve"> (zał. nr 1 do Programu)</w:t>
            </w:r>
            <w:r>
              <w:rPr>
                <w:rFonts w:cstheme="minorHAnsi"/>
                <w:sz w:val="24"/>
                <w:szCs w:val="24"/>
              </w:rPr>
              <w:t xml:space="preserve"> determinuje kwalifikowalność inwestycji, tj. możliwość przypisania inwestycji do zadania przewidzianego w</w:t>
            </w:r>
            <w:r w:rsidR="00DB2690">
              <w:rPr>
                <w:rFonts w:cstheme="minorHAnsi"/>
                <w:sz w:val="24"/>
                <w:szCs w:val="24"/>
              </w:rPr>
              <w:t> </w:t>
            </w:r>
            <w:r>
              <w:rPr>
                <w:rFonts w:cstheme="minorHAnsi"/>
                <w:sz w:val="24"/>
                <w:szCs w:val="24"/>
              </w:rPr>
              <w:t>Programie Ochrony Ludności i Obrony Cywilnej, a tym samym stwierdzenie dopuszczalności jej finansowania.</w:t>
            </w:r>
          </w:p>
          <w:p w:rsidR="0042351F" w:rsidRDefault="0042351F" w:rsidP="00C939FA">
            <w:pPr>
              <w:spacing w:after="60" w:line="276" w:lineRule="auto"/>
              <w:jc w:val="both"/>
              <w:rPr>
                <w:rFonts w:cstheme="minorHAnsi"/>
                <w:sz w:val="24"/>
                <w:szCs w:val="24"/>
              </w:rPr>
            </w:pPr>
            <w:r>
              <w:rPr>
                <w:rFonts w:cstheme="minorHAnsi"/>
                <w:sz w:val="24"/>
                <w:szCs w:val="24"/>
              </w:rPr>
              <w:t>Zadania w podobszarach obejmują przede wszystkim zadania kosztowe (inwestycje). Powyższe nie wyłącza ustawowego obowiązku realizacji wszystkich zadań ochrony ludności i obrony cywilnej z art. 4 ustawy z dnia 5 grudnia 2024</w:t>
            </w:r>
            <w:r w:rsidR="00DB2690">
              <w:rPr>
                <w:rFonts w:cstheme="minorHAnsi"/>
                <w:sz w:val="24"/>
                <w:szCs w:val="24"/>
              </w:rPr>
              <w:t> </w:t>
            </w:r>
            <w:r>
              <w:rPr>
                <w:rFonts w:cstheme="minorHAnsi"/>
                <w:sz w:val="24"/>
                <w:szCs w:val="24"/>
              </w:rPr>
              <w:t xml:space="preserve">r. o ochronie ludności i obronie cywilnej, w tym również realizacji innych </w:t>
            </w:r>
            <w:r>
              <w:rPr>
                <w:rFonts w:cstheme="minorHAnsi"/>
                <w:sz w:val="24"/>
                <w:szCs w:val="24"/>
              </w:rPr>
              <w:lastRenderedPageBreak/>
              <w:t>przedsięw</w:t>
            </w:r>
            <w:r w:rsidR="00BD1454">
              <w:rPr>
                <w:rFonts w:cstheme="minorHAnsi"/>
                <w:sz w:val="24"/>
                <w:szCs w:val="24"/>
              </w:rPr>
              <w:t>zięć organizacyjnych. Realizacja</w:t>
            </w:r>
            <w:r>
              <w:rPr>
                <w:rFonts w:cstheme="minorHAnsi"/>
                <w:sz w:val="24"/>
                <w:szCs w:val="24"/>
              </w:rPr>
              <w:t xml:space="preserve"> inwestycji powinna być połączona </w:t>
            </w:r>
            <w:r w:rsidR="000116D4">
              <w:rPr>
                <w:rFonts w:cstheme="minorHAnsi"/>
                <w:sz w:val="24"/>
                <w:szCs w:val="24"/>
              </w:rPr>
              <w:br/>
            </w:r>
            <w:r>
              <w:rPr>
                <w:rFonts w:cstheme="minorHAnsi"/>
                <w:sz w:val="24"/>
                <w:szCs w:val="24"/>
              </w:rPr>
              <w:t xml:space="preserve">z odpowiednimi działaniami organizacyjnymi. </w:t>
            </w:r>
          </w:p>
          <w:p w:rsidR="0042351F" w:rsidRPr="00FE1DE0" w:rsidRDefault="0042351F" w:rsidP="00C939FA">
            <w:pPr>
              <w:spacing w:after="60" w:line="276" w:lineRule="auto"/>
              <w:jc w:val="both"/>
              <w:rPr>
                <w:rFonts w:cstheme="minorHAnsi"/>
                <w:sz w:val="24"/>
                <w:szCs w:val="24"/>
              </w:rPr>
            </w:pPr>
            <w:r>
              <w:rPr>
                <w:rFonts w:cstheme="minorHAnsi"/>
                <w:sz w:val="24"/>
                <w:szCs w:val="24"/>
              </w:rPr>
              <w:t xml:space="preserve">Tabela obszarów, podobszarów i zadań jest określona w załączniku nr </w:t>
            </w:r>
            <w:r w:rsidR="008D34BC">
              <w:rPr>
                <w:rFonts w:cstheme="minorHAnsi"/>
                <w:sz w:val="24"/>
                <w:szCs w:val="24"/>
              </w:rPr>
              <w:t>1</w:t>
            </w:r>
            <w:r>
              <w:rPr>
                <w:rFonts w:cstheme="minorHAnsi"/>
                <w:sz w:val="24"/>
                <w:szCs w:val="24"/>
              </w:rPr>
              <w:t xml:space="preserve"> do Programu. Zadania z załącznika nr </w:t>
            </w:r>
            <w:r w:rsidR="008D34BC">
              <w:rPr>
                <w:rFonts w:cstheme="minorHAnsi"/>
                <w:sz w:val="24"/>
                <w:szCs w:val="24"/>
              </w:rPr>
              <w:t>1</w:t>
            </w:r>
            <w:r>
              <w:rPr>
                <w:rFonts w:cstheme="minorHAnsi"/>
                <w:sz w:val="24"/>
                <w:szCs w:val="24"/>
              </w:rPr>
              <w:t xml:space="preserve"> są finansowane przez poszczególnych dysponentów części budżetowych zgodnie z podziałem określonym w art. 152 ust. 2 ustawy z dnia 5 grudnia 2024 r. o ochronie ludności i obronie cywilnej.</w:t>
            </w:r>
          </w:p>
          <w:p w:rsidR="0042351F" w:rsidRDefault="00C70C86" w:rsidP="00C939FA">
            <w:pPr>
              <w:spacing w:after="60" w:line="276" w:lineRule="auto"/>
              <w:jc w:val="both"/>
              <w:rPr>
                <w:rFonts w:cstheme="minorHAnsi"/>
                <w:sz w:val="24"/>
                <w:szCs w:val="24"/>
              </w:rPr>
            </w:pPr>
            <w:r>
              <w:rPr>
                <w:rFonts w:cstheme="minorHAnsi"/>
                <w:sz w:val="24"/>
                <w:szCs w:val="24"/>
              </w:rPr>
              <w:t>Ustanowiono następujące obszary i podobszary:</w:t>
            </w:r>
          </w:p>
          <w:p w:rsidR="00D01011" w:rsidRPr="00C70C86" w:rsidRDefault="00D01011" w:rsidP="00493672">
            <w:pPr>
              <w:spacing w:after="60" w:line="276" w:lineRule="auto"/>
              <w:jc w:val="both"/>
              <w:rPr>
                <w:rFonts w:cstheme="minorHAnsi"/>
                <w:sz w:val="24"/>
                <w:szCs w:val="24"/>
              </w:rPr>
            </w:pPr>
            <w:r>
              <w:rPr>
                <w:rFonts w:cstheme="minorHAnsi"/>
                <w:b/>
                <w:noProof/>
                <w:sz w:val="24"/>
                <w:szCs w:val="24"/>
                <w:lang w:eastAsia="pl-PL"/>
              </w:rPr>
              <w:drawing>
                <wp:anchor distT="0" distB="0" distL="114300" distR="114300" simplePos="0" relativeHeight="251665408" behindDoc="1" locked="0" layoutInCell="1" allowOverlap="1" wp14:anchorId="302D9E40" wp14:editId="611CC182">
                  <wp:simplePos x="0" y="0"/>
                  <wp:positionH relativeFrom="column">
                    <wp:posOffset>-68531</wp:posOffset>
                  </wp:positionH>
                  <wp:positionV relativeFrom="paragraph">
                    <wp:posOffset>139114</wp:posOffset>
                  </wp:positionV>
                  <wp:extent cx="534035" cy="398780"/>
                  <wp:effectExtent l="0" t="0" r="0" b="1270"/>
                  <wp:wrapTight wrapText="bothSides">
                    <wp:wrapPolygon edited="0">
                      <wp:start x="6935" y="0"/>
                      <wp:lineTo x="0" y="4127"/>
                      <wp:lineTo x="0" y="18573"/>
                      <wp:lineTo x="3853" y="20637"/>
                      <wp:lineTo x="16181" y="20637"/>
                      <wp:lineTo x="20804" y="18573"/>
                      <wp:lineTo x="20804" y="4127"/>
                      <wp:lineTo x="13099" y="0"/>
                      <wp:lineTo x="6935"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663" t="20356" r="16880" b="31575"/>
                          <a:stretch/>
                        </pic:blipFill>
                        <pic:spPr bwMode="auto">
                          <a:xfrm>
                            <a:off x="0" y="0"/>
                            <a:ext cx="534035" cy="398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1: Personel ochrony ludności</w:t>
            </w:r>
            <w:r>
              <w:rPr>
                <w:rFonts w:cstheme="minorHAnsi"/>
                <w:sz w:val="24"/>
                <w:szCs w:val="24"/>
              </w:rPr>
              <w:t>:</w:t>
            </w:r>
          </w:p>
          <w:p w:rsidR="00D01011" w:rsidRDefault="00D01011" w:rsidP="00493672">
            <w:pPr>
              <w:spacing w:after="60" w:line="276" w:lineRule="auto"/>
              <w:jc w:val="both"/>
              <w:rPr>
                <w:rFonts w:cstheme="minorHAnsi"/>
                <w:sz w:val="24"/>
                <w:szCs w:val="24"/>
              </w:rPr>
            </w:pPr>
          </w:p>
          <w:p w:rsidR="0042351F" w:rsidRDefault="0042351F" w:rsidP="004E6B17">
            <w:pPr>
              <w:pStyle w:val="Akapitzlist"/>
              <w:numPr>
                <w:ilvl w:val="0"/>
                <w:numId w:val="5"/>
              </w:numPr>
              <w:spacing w:after="60" w:line="276" w:lineRule="auto"/>
              <w:contextualSpacing w:val="0"/>
              <w:jc w:val="both"/>
              <w:rPr>
                <w:rFonts w:cstheme="minorHAnsi"/>
                <w:sz w:val="24"/>
                <w:szCs w:val="24"/>
              </w:rPr>
            </w:pPr>
            <w:r>
              <w:rPr>
                <w:rFonts w:cstheme="minorHAnsi"/>
                <w:sz w:val="24"/>
                <w:szCs w:val="24"/>
              </w:rPr>
              <w:t>Podobszar 1a: System ochrony ludności;</w:t>
            </w:r>
          </w:p>
          <w:p w:rsidR="0042351F" w:rsidRDefault="0042351F" w:rsidP="004E6B17">
            <w:pPr>
              <w:pStyle w:val="Akapitzlist"/>
              <w:numPr>
                <w:ilvl w:val="0"/>
                <w:numId w:val="5"/>
              </w:numPr>
              <w:spacing w:after="60" w:line="276" w:lineRule="auto"/>
              <w:contextualSpacing w:val="0"/>
              <w:jc w:val="both"/>
              <w:rPr>
                <w:rFonts w:cstheme="minorHAnsi"/>
                <w:sz w:val="24"/>
                <w:szCs w:val="24"/>
              </w:rPr>
            </w:pPr>
            <w:r>
              <w:rPr>
                <w:rFonts w:cstheme="minorHAnsi"/>
                <w:sz w:val="24"/>
                <w:szCs w:val="24"/>
              </w:rPr>
              <w:t>Podobszar 1b: Personel podmiotów ochrony ludności i przydziały mobilizacyjne obrony cywilnej;</w:t>
            </w:r>
          </w:p>
          <w:p w:rsidR="0042351F" w:rsidRDefault="0042351F" w:rsidP="004E6B17">
            <w:pPr>
              <w:pStyle w:val="Akapitzlist"/>
              <w:numPr>
                <w:ilvl w:val="0"/>
                <w:numId w:val="5"/>
              </w:numPr>
              <w:spacing w:after="60" w:line="276" w:lineRule="auto"/>
              <w:contextualSpacing w:val="0"/>
              <w:jc w:val="both"/>
              <w:rPr>
                <w:rFonts w:cstheme="minorHAnsi"/>
                <w:sz w:val="24"/>
                <w:szCs w:val="24"/>
              </w:rPr>
            </w:pPr>
            <w:r>
              <w:rPr>
                <w:rFonts w:cstheme="minorHAnsi"/>
                <w:sz w:val="24"/>
                <w:szCs w:val="24"/>
              </w:rPr>
              <w:t>Podobszar 1c: Personel obsługujący organy ochrony ludności;</w:t>
            </w:r>
          </w:p>
          <w:p w:rsidR="0042351F" w:rsidRDefault="0042351F" w:rsidP="004E6B17">
            <w:pPr>
              <w:pStyle w:val="Akapitzlist"/>
              <w:numPr>
                <w:ilvl w:val="0"/>
                <w:numId w:val="5"/>
              </w:numPr>
              <w:spacing w:after="60" w:line="276" w:lineRule="auto"/>
              <w:contextualSpacing w:val="0"/>
              <w:jc w:val="both"/>
              <w:rPr>
                <w:rFonts w:cstheme="minorHAnsi"/>
                <w:sz w:val="24"/>
                <w:szCs w:val="24"/>
              </w:rPr>
            </w:pPr>
            <w:r>
              <w:rPr>
                <w:rFonts w:cstheme="minorHAnsi"/>
                <w:sz w:val="24"/>
                <w:szCs w:val="24"/>
              </w:rPr>
              <w:t xml:space="preserve">Podobszar 1d: </w:t>
            </w:r>
            <w:r w:rsidRPr="00C94623">
              <w:rPr>
                <w:rFonts w:cstheme="minorHAnsi"/>
                <w:sz w:val="24"/>
                <w:szCs w:val="24"/>
              </w:rPr>
              <w:t xml:space="preserve">Utworzenie i zarządzanie </w:t>
            </w:r>
            <w:r>
              <w:rPr>
                <w:rFonts w:cstheme="minorHAnsi"/>
                <w:sz w:val="24"/>
                <w:szCs w:val="24"/>
              </w:rPr>
              <w:t>k</w:t>
            </w:r>
            <w:r w:rsidRPr="00C94623">
              <w:rPr>
                <w:rFonts w:cstheme="minorHAnsi"/>
                <w:sz w:val="24"/>
                <w:szCs w:val="24"/>
              </w:rPr>
              <w:t xml:space="preserve">orpusem </w:t>
            </w:r>
            <w:r>
              <w:rPr>
                <w:rFonts w:cstheme="minorHAnsi"/>
                <w:sz w:val="24"/>
                <w:szCs w:val="24"/>
              </w:rPr>
              <w:t>o</w:t>
            </w:r>
            <w:r w:rsidRPr="00C94623">
              <w:rPr>
                <w:rFonts w:cstheme="minorHAnsi"/>
                <w:sz w:val="24"/>
                <w:szCs w:val="24"/>
              </w:rPr>
              <w:t xml:space="preserve">brony </w:t>
            </w:r>
            <w:r>
              <w:rPr>
                <w:rFonts w:cstheme="minorHAnsi"/>
                <w:sz w:val="24"/>
                <w:szCs w:val="24"/>
              </w:rPr>
              <w:t>c</w:t>
            </w:r>
            <w:r w:rsidRPr="00C94623">
              <w:rPr>
                <w:rFonts w:cstheme="minorHAnsi"/>
                <w:sz w:val="24"/>
                <w:szCs w:val="24"/>
              </w:rPr>
              <w:t>ywilnej</w:t>
            </w:r>
            <w:r>
              <w:rPr>
                <w:rFonts w:cstheme="minorHAnsi"/>
                <w:sz w:val="24"/>
                <w:szCs w:val="24"/>
              </w:rPr>
              <w:t>;</w:t>
            </w:r>
          </w:p>
          <w:p w:rsidR="0042351F" w:rsidRDefault="0042351F" w:rsidP="004E6B17">
            <w:pPr>
              <w:pStyle w:val="Akapitzlist"/>
              <w:numPr>
                <w:ilvl w:val="0"/>
                <w:numId w:val="5"/>
              </w:numPr>
              <w:spacing w:after="60" w:line="276" w:lineRule="auto"/>
              <w:contextualSpacing w:val="0"/>
              <w:jc w:val="both"/>
              <w:rPr>
                <w:rFonts w:cstheme="minorHAnsi"/>
                <w:sz w:val="24"/>
                <w:szCs w:val="24"/>
              </w:rPr>
            </w:pPr>
            <w:r>
              <w:rPr>
                <w:rFonts w:cstheme="minorHAnsi"/>
                <w:sz w:val="24"/>
                <w:szCs w:val="24"/>
              </w:rPr>
              <w:t xml:space="preserve">Podobszar 1e: </w:t>
            </w:r>
            <w:r w:rsidRPr="00C94623">
              <w:rPr>
                <w:rFonts w:cstheme="minorHAnsi"/>
                <w:sz w:val="24"/>
                <w:szCs w:val="24"/>
              </w:rPr>
              <w:t>Oznakowanie personelu obrony cywilnej</w:t>
            </w:r>
            <w:r>
              <w:rPr>
                <w:rFonts w:cstheme="minorHAnsi"/>
                <w:sz w:val="24"/>
                <w:szCs w:val="24"/>
              </w:rPr>
              <w:t>.</w:t>
            </w:r>
          </w:p>
          <w:p w:rsidR="00C70C86" w:rsidRDefault="00C74694" w:rsidP="00493672">
            <w:pPr>
              <w:spacing w:after="60" w:line="276" w:lineRule="auto"/>
              <w:jc w:val="both"/>
              <w:rPr>
                <w:rFonts w:cstheme="minorHAnsi"/>
                <w:sz w:val="24"/>
                <w:szCs w:val="24"/>
              </w:rPr>
            </w:pPr>
            <w:r>
              <w:rPr>
                <w:rFonts w:cstheme="minorHAnsi"/>
                <w:sz w:val="24"/>
                <w:szCs w:val="24"/>
              </w:rPr>
              <w:t>Obszar</w:t>
            </w:r>
            <w:r w:rsidRPr="00C74694">
              <w:rPr>
                <w:rFonts w:cstheme="minorHAnsi"/>
                <w:sz w:val="24"/>
                <w:szCs w:val="24"/>
              </w:rPr>
              <w:t xml:space="preserve"> </w:t>
            </w:r>
            <w:r w:rsidR="00604C52">
              <w:rPr>
                <w:rFonts w:cstheme="minorHAnsi"/>
                <w:sz w:val="24"/>
                <w:szCs w:val="24"/>
              </w:rPr>
              <w:t xml:space="preserve">1 </w:t>
            </w:r>
            <w:r w:rsidRPr="00C74694">
              <w:rPr>
                <w:rFonts w:cstheme="minorHAnsi"/>
                <w:sz w:val="24"/>
                <w:szCs w:val="24"/>
              </w:rPr>
              <w:t>obejmuje przede wszystkim działania organizacyjne związane z</w:t>
            </w:r>
            <w:r w:rsidR="00923F5E">
              <w:rPr>
                <w:rFonts w:cstheme="minorHAnsi"/>
                <w:sz w:val="24"/>
                <w:szCs w:val="24"/>
              </w:rPr>
              <w:t> </w:t>
            </w:r>
            <w:r w:rsidRPr="00C74694">
              <w:rPr>
                <w:rFonts w:cstheme="minorHAnsi"/>
                <w:sz w:val="24"/>
                <w:szCs w:val="24"/>
              </w:rPr>
              <w:t>utworzeniem systemu ochrony ludności, działania analityczne i opracowanie procedur, zarówno w odniesieniu do organów ochrony ludności, jak i</w:t>
            </w:r>
            <w:r w:rsidR="00923F5E">
              <w:rPr>
                <w:rFonts w:cstheme="minorHAnsi"/>
                <w:sz w:val="24"/>
                <w:szCs w:val="24"/>
              </w:rPr>
              <w:t> </w:t>
            </w:r>
            <w:r w:rsidRPr="00C74694">
              <w:rPr>
                <w:rFonts w:cstheme="minorHAnsi"/>
                <w:sz w:val="24"/>
                <w:szCs w:val="24"/>
              </w:rPr>
              <w:t xml:space="preserve">podmiotów ochrony ludności, w tym organizacji społecznych. </w:t>
            </w:r>
            <w:r>
              <w:rPr>
                <w:rFonts w:cstheme="minorHAnsi"/>
                <w:sz w:val="24"/>
                <w:szCs w:val="24"/>
              </w:rPr>
              <w:t xml:space="preserve">Obszar </w:t>
            </w:r>
            <w:r w:rsidR="00604C52">
              <w:rPr>
                <w:rFonts w:cstheme="minorHAnsi"/>
                <w:sz w:val="24"/>
                <w:szCs w:val="24"/>
              </w:rPr>
              <w:t xml:space="preserve">ten </w:t>
            </w:r>
            <w:r>
              <w:rPr>
                <w:rFonts w:cstheme="minorHAnsi"/>
                <w:sz w:val="24"/>
                <w:szCs w:val="24"/>
              </w:rPr>
              <w:t>obejmuje</w:t>
            </w:r>
            <w:r w:rsidRPr="00C74694">
              <w:rPr>
                <w:rFonts w:cstheme="minorHAnsi"/>
                <w:sz w:val="24"/>
                <w:szCs w:val="24"/>
              </w:rPr>
              <w:t xml:space="preserve"> także utworzenie i zarządzanie korpusem obrony cywilnej, w tym nadawanie przydziałów mobilizacyjnych, oznakowanie personelu, sprzętu i pozostałych zasobów.</w:t>
            </w:r>
          </w:p>
          <w:p w:rsidR="00D01011" w:rsidRDefault="00D01011" w:rsidP="00493672">
            <w:pPr>
              <w:spacing w:after="60" w:line="276" w:lineRule="auto"/>
              <w:jc w:val="both"/>
              <w:rPr>
                <w:rFonts w:cstheme="minorHAnsi"/>
                <w:sz w:val="24"/>
                <w:szCs w:val="24"/>
              </w:rPr>
            </w:pPr>
            <w:r>
              <w:rPr>
                <w:rFonts w:cstheme="minorHAnsi"/>
                <w:b/>
                <w:noProof/>
                <w:sz w:val="24"/>
                <w:szCs w:val="24"/>
                <w:lang w:eastAsia="pl-PL"/>
              </w:rPr>
              <w:drawing>
                <wp:anchor distT="0" distB="0" distL="114300" distR="114300" simplePos="0" relativeHeight="251666432" behindDoc="1" locked="0" layoutInCell="1" allowOverlap="1" wp14:anchorId="27388446" wp14:editId="3E37486C">
                  <wp:simplePos x="0" y="0"/>
                  <wp:positionH relativeFrom="column">
                    <wp:posOffset>-54219</wp:posOffset>
                  </wp:positionH>
                  <wp:positionV relativeFrom="paragraph">
                    <wp:posOffset>108389</wp:posOffset>
                  </wp:positionV>
                  <wp:extent cx="569595" cy="461010"/>
                  <wp:effectExtent l="0" t="0" r="1905" b="0"/>
                  <wp:wrapTight wrapText="bothSides">
                    <wp:wrapPolygon edited="0">
                      <wp:start x="0" y="0"/>
                      <wp:lineTo x="0" y="20529"/>
                      <wp:lineTo x="20950" y="20529"/>
                      <wp:lineTo x="2095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453" t="17643" r="12676" b="20841"/>
                          <a:stretch/>
                        </pic:blipFill>
                        <pic:spPr bwMode="auto">
                          <a:xfrm>
                            <a:off x="0" y="0"/>
                            <a:ext cx="569595" cy="46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2: Ciągłość działania i baza magazynowa</w:t>
            </w:r>
            <w:r>
              <w:rPr>
                <w:rFonts w:cstheme="minorHAnsi"/>
                <w:sz w:val="24"/>
                <w:szCs w:val="24"/>
              </w:rPr>
              <w:t>:</w:t>
            </w:r>
          </w:p>
          <w:p w:rsidR="00D01011" w:rsidRDefault="00D01011" w:rsidP="00493672">
            <w:pPr>
              <w:spacing w:after="60" w:line="276" w:lineRule="auto"/>
              <w:jc w:val="both"/>
              <w:rPr>
                <w:rFonts w:cstheme="minorHAnsi"/>
                <w:sz w:val="24"/>
                <w:szCs w:val="24"/>
              </w:rPr>
            </w:pPr>
          </w:p>
          <w:p w:rsidR="0042351F" w:rsidRDefault="0042351F" w:rsidP="00C939FA">
            <w:pPr>
              <w:pStyle w:val="Akapitzlist"/>
              <w:numPr>
                <w:ilvl w:val="0"/>
                <w:numId w:val="6"/>
              </w:numPr>
              <w:spacing w:after="60" w:line="276" w:lineRule="auto"/>
              <w:contextualSpacing w:val="0"/>
              <w:jc w:val="both"/>
              <w:rPr>
                <w:rFonts w:cstheme="minorHAnsi"/>
                <w:sz w:val="24"/>
                <w:szCs w:val="24"/>
              </w:rPr>
            </w:pPr>
            <w:r>
              <w:rPr>
                <w:rFonts w:cstheme="minorHAnsi"/>
                <w:sz w:val="24"/>
                <w:szCs w:val="24"/>
              </w:rPr>
              <w:t xml:space="preserve">Podobszar 2a: </w:t>
            </w:r>
            <w:r w:rsidRPr="00C94623">
              <w:rPr>
                <w:rFonts w:cstheme="minorHAnsi"/>
                <w:sz w:val="24"/>
                <w:szCs w:val="24"/>
              </w:rPr>
              <w:t>Zapewnienie dostaw energii elektrycznej oraz cieplnej</w:t>
            </w:r>
            <w:r>
              <w:rPr>
                <w:rFonts w:cstheme="minorHAnsi"/>
                <w:sz w:val="24"/>
                <w:szCs w:val="24"/>
              </w:rPr>
              <w:t>;</w:t>
            </w:r>
          </w:p>
          <w:p w:rsidR="0042351F" w:rsidRDefault="0042351F" w:rsidP="00C939FA">
            <w:pPr>
              <w:pStyle w:val="Akapitzlist"/>
              <w:numPr>
                <w:ilvl w:val="0"/>
                <w:numId w:val="6"/>
              </w:numPr>
              <w:spacing w:after="60" w:line="276" w:lineRule="auto"/>
              <w:contextualSpacing w:val="0"/>
              <w:jc w:val="both"/>
              <w:rPr>
                <w:rFonts w:cstheme="minorHAnsi"/>
                <w:sz w:val="24"/>
                <w:szCs w:val="24"/>
              </w:rPr>
            </w:pPr>
            <w:r>
              <w:rPr>
                <w:rFonts w:cstheme="minorHAnsi"/>
                <w:sz w:val="24"/>
                <w:szCs w:val="24"/>
              </w:rPr>
              <w:t xml:space="preserve">Podobszar 2b: </w:t>
            </w:r>
            <w:r w:rsidRPr="00556B78">
              <w:rPr>
                <w:rFonts w:cstheme="minorHAnsi"/>
                <w:sz w:val="24"/>
                <w:szCs w:val="24"/>
              </w:rPr>
              <w:t>Zapewnienie dostępu do wody pitnej i żywności</w:t>
            </w:r>
            <w:r>
              <w:rPr>
                <w:rFonts w:cstheme="minorHAnsi"/>
                <w:sz w:val="24"/>
                <w:szCs w:val="24"/>
              </w:rPr>
              <w:t>;</w:t>
            </w:r>
          </w:p>
          <w:p w:rsidR="0042351F" w:rsidRDefault="0042351F" w:rsidP="00C939FA">
            <w:pPr>
              <w:pStyle w:val="Akapitzlist"/>
              <w:numPr>
                <w:ilvl w:val="0"/>
                <w:numId w:val="6"/>
              </w:numPr>
              <w:spacing w:after="60" w:line="276" w:lineRule="auto"/>
              <w:contextualSpacing w:val="0"/>
              <w:jc w:val="both"/>
              <w:rPr>
                <w:rFonts w:cstheme="minorHAnsi"/>
                <w:sz w:val="24"/>
                <w:szCs w:val="24"/>
              </w:rPr>
            </w:pPr>
            <w:r>
              <w:rPr>
                <w:rFonts w:cstheme="minorHAnsi"/>
                <w:sz w:val="24"/>
                <w:szCs w:val="24"/>
              </w:rPr>
              <w:t xml:space="preserve">Podobszar 2c: </w:t>
            </w:r>
            <w:r w:rsidRPr="00556B78">
              <w:rPr>
                <w:rFonts w:cstheme="minorHAnsi"/>
                <w:sz w:val="24"/>
                <w:szCs w:val="24"/>
              </w:rPr>
              <w:t xml:space="preserve">Zapewnienie dostępu do pozostałych usług oraz </w:t>
            </w:r>
            <w:r>
              <w:rPr>
                <w:rFonts w:cstheme="minorHAnsi"/>
                <w:sz w:val="24"/>
                <w:szCs w:val="24"/>
              </w:rPr>
              <w:t xml:space="preserve">tworzenie </w:t>
            </w:r>
            <w:r w:rsidRPr="00556B78">
              <w:rPr>
                <w:rFonts w:cstheme="minorHAnsi"/>
                <w:sz w:val="24"/>
                <w:szCs w:val="24"/>
              </w:rPr>
              <w:t>punkt</w:t>
            </w:r>
            <w:r>
              <w:rPr>
                <w:rFonts w:cstheme="minorHAnsi"/>
                <w:sz w:val="24"/>
                <w:szCs w:val="24"/>
              </w:rPr>
              <w:t>ów</w:t>
            </w:r>
            <w:r w:rsidRPr="00556B78">
              <w:rPr>
                <w:rFonts w:cstheme="minorHAnsi"/>
                <w:sz w:val="24"/>
                <w:szCs w:val="24"/>
              </w:rPr>
              <w:t xml:space="preserve"> przetrwania</w:t>
            </w:r>
            <w:r>
              <w:rPr>
                <w:rFonts w:cstheme="minorHAnsi"/>
                <w:sz w:val="24"/>
                <w:szCs w:val="24"/>
              </w:rPr>
              <w:t>;</w:t>
            </w:r>
          </w:p>
          <w:p w:rsidR="0042351F" w:rsidRDefault="0042351F" w:rsidP="00C939FA">
            <w:pPr>
              <w:pStyle w:val="Akapitzlist"/>
              <w:numPr>
                <w:ilvl w:val="0"/>
                <w:numId w:val="6"/>
              </w:numPr>
              <w:spacing w:after="60" w:line="276" w:lineRule="auto"/>
              <w:contextualSpacing w:val="0"/>
              <w:jc w:val="both"/>
              <w:rPr>
                <w:rFonts w:cstheme="minorHAnsi"/>
                <w:sz w:val="24"/>
                <w:szCs w:val="24"/>
              </w:rPr>
            </w:pPr>
            <w:r>
              <w:rPr>
                <w:rFonts w:cstheme="minorHAnsi"/>
                <w:sz w:val="24"/>
                <w:szCs w:val="24"/>
              </w:rPr>
              <w:t>Podobszar 2d: Magazyny;</w:t>
            </w:r>
          </w:p>
          <w:p w:rsidR="0042351F" w:rsidRDefault="0042351F" w:rsidP="00C939FA">
            <w:pPr>
              <w:pStyle w:val="Akapitzlist"/>
              <w:numPr>
                <w:ilvl w:val="0"/>
                <w:numId w:val="6"/>
              </w:numPr>
              <w:spacing w:after="60" w:line="276" w:lineRule="auto"/>
              <w:contextualSpacing w:val="0"/>
              <w:jc w:val="both"/>
              <w:rPr>
                <w:rFonts w:cstheme="minorHAnsi"/>
                <w:sz w:val="24"/>
                <w:szCs w:val="24"/>
              </w:rPr>
            </w:pPr>
            <w:r>
              <w:rPr>
                <w:rFonts w:cstheme="minorHAnsi"/>
                <w:sz w:val="24"/>
                <w:szCs w:val="24"/>
              </w:rPr>
              <w:t>Podobszar 2e: Tworzenie i utrzymywanie zapasów magazynowych.</w:t>
            </w:r>
          </w:p>
          <w:p w:rsidR="00323357" w:rsidRPr="007B6529" w:rsidRDefault="00323357" w:rsidP="00C939FA">
            <w:pPr>
              <w:spacing w:after="60" w:line="276" w:lineRule="auto"/>
              <w:jc w:val="both"/>
              <w:rPr>
                <w:sz w:val="24"/>
                <w:szCs w:val="24"/>
              </w:rPr>
            </w:pPr>
            <w:r w:rsidRPr="007B6529">
              <w:rPr>
                <w:sz w:val="24"/>
                <w:szCs w:val="24"/>
              </w:rPr>
              <w:t xml:space="preserve">Zadania w tym obszarze służą zapewnieniu ciągłości dostarczania podstawowych usług, takich jak energia elektryczna, ciepło, woda oraz odprowadzanie ścieków, w zakresie niezbędnym do funkcjonowania administracji publicznej, służb ratowniczych oraz przetrwania ludności cywilnej w przypadku zagrożenia. Realizacja celu obszaru możliwe jest zarówno poprzez </w:t>
            </w:r>
            <w:r w:rsidRPr="007B6529">
              <w:rPr>
                <w:sz w:val="24"/>
                <w:szCs w:val="24"/>
              </w:rPr>
              <w:lastRenderedPageBreak/>
              <w:t>zapewnienie infrastruktury dostarczającej dany zasób, jak również tworzenie infrastruktury i zapasów magazynowych. Należy zaznaczyć, że finansowaniu z</w:t>
            </w:r>
            <w:r w:rsidR="00DD51F4">
              <w:rPr>
                <w:sz w:val="24"/>
                <w:szCs w:val="24"/>
              </w:rPr>
              <w:t> </w:t>
            </w:r>
            <w:r w:rsidRPr="007B6529">
              <w:rPr>
                <w:sz w:val="24"/>
                <w:szCs w:val="24"/>
              </w:rPr>
              <w:t>Programu nie podlegają bieżące remonty infrastruktury, które pozostają w</w:t>
            </w:r>
            <w:r w:rsidR="00DD51F4">
              <w:rPr>
                <w:sz w:val="24"/>
                <w:szCs w:val="24"/>
              </w:rPr>
              <w:t> </w:t>
            </w:r>
            <w:r w:rsidRPr="007B6529">
              <w:rPr>
                <w:sz w:val="24"/>
                <w:szCs w:val="24"/>
              </w:rPr>
              <w:t>zakresie zadań własnych jednostek samorządu terytorialnego.</w:t>
            </w:r>
          </w:p>
          <w:p w:rsidR="00D01011" w:rsidRDefault="00D01011" w:rsidP="00493672">
            <w:pPr>
              <w:spacing w:after="60" w:line="276" w:lineRule="auto"/>
              <w:jc w:val="both"/>
              <w:rPr>
                <w:rFonts w:cstheme="minorHAnsi"/>
                <w:sz w:val="24"/>
                <w:szCs w:val="24"/>
              </w:rPr>
            </w:pPr>
            <w:r>
              <w:rPr>
                <w:rFonts w:cstheme="minorHAnsi"/>
                <w:b/>
                <w:noProof/>
                <w:sz w:val="24"/>
                <w:szCs w:val="24"/>
                <w:lang w:eastAsia="pl-PL"/>
              </w:rPr>
              <w:drawing>
                <wp:anchor distT="0" distB="0" distL="114300" distR="114300" simplePos="0" relativeHeight="251667456" behindDoc="0" locked="0" layoutInCell="1" allowOverlap="1" wp14:anchorId="69E22CA7" wp14:editId="24D7DF35">
                  <wp:simplePos x="0" y="0"/>
                  <wp:positionH relativeFrom="column">
                    <wp:posOffset>-68384</wp:posOffset>
                  </wp:positionH>
                  <wp:positionV relativeFrom="paragraph">
                    <wp:posOffset>131934</wp:posOffset>
                  </wp:positionV>
                  <wp:extent cx="583200" cy="464400"/>
                  <wp:effectExtent l="0" t="0" r="762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992" t="16980" r="8588" b="18081"/>
                          <a:stretch/>
                        </pic:blipFill>
                        <pic:spPr bwMode="auto">
                          <a:xfrm>
                            <a:off x="0" y="0"/>
                            <a:ext cx="583200" cy="46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3: Wyposażenie organów i podmiotów ochrony ludności</w:t>
            </w:r>
            <w:r>
              <w:rPr>
                <w:rFonts w:cstheme="minorHAnsi"/>
                <w:sz w:val="24"/>
                <w:szCs w:val="24"/>
              </w:rPr>
              <w:t>:</w:t>
            </w:r>
          </w:p>
          <w:p w:rsidR="00D01011" w:rsidRDefault="00D01011" w:rsidP="00493672">
            <w:pPr>
              <w:spacing w:after="60" w:line="276" w:lineRule="auto"/>
              <w:jc w:val="both"/>
              <w:rPr>
                <w:rFonts w:cstheme="minorHAnsi"/>
                <w:sz w:val="24"/>
                <w:szCs w:val="24"/>
              </w:rPr>
            </w:pPr>
          </w:p>
          <w:p w:rsidR="0042351F" w:rsidRDefault="0042351F" w:rsidP="004E6B17">
            <w:pPr>
              <w:pStyle w:val="Akapitzlist"/>
              <w:numPr>
                <w:ilvl w:val="0"/>
                <w:numId w:val="7"/>
              </w:numPr>
              <w:spacing w:after="60" w:line="276" w:lineRule="auto"/>
              <w:contextualSpacing w:val="0"/>
              <w:jc w:val="both"/>
              <w:rPr>
                <w:rFonts w:cstheme="minorHAnsi"/>
                <w:sz w:val="24"/>
                <w:szCs w:val="24"/>
              </w:rPr>
            </w:pPr>
            <w:r>
              <w:rPr>
                <w:rFonts w:cstheme="minorHAnsi"/>
                <w:sz w:val="24"/>
                <w:szCs w:val="24"/>
              </w:rPr>
              <w:t>Podobszar 3a: Funkcjonowanie i wyposażenie podmiotów ratowniczych oraz sprzęt ochronny;</w:t>
            </w:r>
          </w:p>
          <w:p w:rsidR="0042351F" w:rsidRDefault="0042351F" w:rsidP="004E6B17">
            <w:pPr>
              <w:pStyle w:val="Akapitzlist"/>
              <w:numPr>
                <w:ilvl w:val="0"/>
                <w:numId w:val="7"/>
              </w:numPr>
              <w:spacing w:after="60" w:line="276" w:lineRule="auto"/>
              <w:contextualSpacing w:val="0"/>
              <w:jc w:val="both"/>
              <w:rPr>
                <w:rFonts w:cstheme="minorHAnsi"/>
                <w:sz w:val="24"/>
                <w:szCs w:val="24"/>
              </w:rPr>
            </w:pPr>
            <w:r>
              <w:rPr>
                <w:rFonts w:cstheme="minorHAnsi"/>
                <w:sz w:val="24"/>
                <w:szCs w:val="24"/>
              </w:rPr>
              <w:t>Podobszar 3b: Sprzęt do ewakuacji;</w:t>
            </w:r>
          </w:p>
          <w:p w:rsidR="0042351F" w:rsidRDefault="0042351F" w:rsidP="004E6B17">
            <w:pPr>
              <w:pStyle w:val="Akapitzlist"/>
              <w:numPr>
                <w:ilvl w:val="0"/>
                <w:numId w:val="7"/>
              </w:numPr>
              <w:spacing w:after="60" w:line="276" w:lineRule="auto"/>
              <w:contextualSpacing w:val="0"/>
              <w:jc w:val="both"/>
              <w:rPr>
                <w:rFonts w:cstheme="minorHAnsi"/>
                <w:sz w:val="24"/>
                <w:szCs w:val="24"/>
              </w:rPr>
            </w:pPr>
            <w:r>
              <w:rPr>
                <w:rFonts w:cstheme="minorHAnsi"/>
                <w:sz w:val="24"/>
                <w:szCs w:val="24"/>
              </w:rPr>
              <w:t>Podobszar 3c: Pojazdy i sprzęt specjalistyczny;</w:t>
            </w:r>
          </w:p>
          <w:p w:rsidR="0042351F" w:rsidRDefault="0042351F" w:rsidP="004E6B17">
            <w:pPr>
              <w:pStyle w:val="Akapitzlist"/>
              <w:numPr>
                <w:ilvl w:val="0"/>
                <w:numId w:val="7"/>
              </w:numPr>
              <w:spacing w:after="60" w:line="276" w:lineRule="auto"/>
              <w:contextualSpacing w:val="0"/>
              <w:jc w:val="both"/>
              <w:rPr>
                <w:rFonts w:cstheme="minorHAnsi"/>
                <w:sz w:val="24"/>
                <w:szCs w:val="24"/>
              </w:rPr>
            </w:pPr>
            <w:r>
              <w:rPr>
                <w:rFonts w:cstheme="minorHAnsi"/>
                <w:sz w:val="24"/>
                <w:szCs w:val="24"/>
              </w:rPr>
              <w:t>Podobszar 3d: Ratownictwo medyczne i pomoc humanitarna;</w:t>
            </w:r>
          </w:p>
          <w:p w:rsidR="0042351F" w:rsidRDefault="0042351F" w:rsidP="004E6B17">
            <w:pPr>
              <w:pStyle w:val="Akapitzlist"/>
              <w:numPr>
                <w:ilvl w:val="0"/>
                <w:numId w:val="7"/>
              </w:numPr>
              <w:spacing w:after="60" w:line="276" w:lineRule="auto"/>
              <w:contextualSpacing w:val="0"/>
              <w:jc w:val="both"/>
              <w:rPr>
                <w:rFonts w:cstheme="minorHAnsi"/>
                <w:sz w:val="24"/>
                <w:szCs w:val="24"/>
              </w:rPr>
            </w:pPr>
            <w:r>
              <w:rPr>
                <w:rFonts w:cstheme="minorHAnsi"/>
                <w:sz w:val="24"/>
                <w:szCs w:val="24"/>
              </w:rPr>
              <w:t>Podobszar 3e: Pozostały sprzęt logistyczny.</w:t>
            </w:r>
          </w:p>
          <w:p w:rsidR="00C74694" w:rsidRDefault="00C74694" w:rsidP="00493672">
            <w:pPr>
              <w:spacing w:after="60" w:line="276" w:lineRule="auto"/>
              <w:jc w:val="both"/>
              <w:rPr>
                <w:rFonts w:cstheme="minorHAnsi"/>
                <w:sz w:val="24"/>
                <w:szCs w:val="24"/>
              </w:rPr>
            </w:pPr>
            <w:r>
              <w:rPr>
                <w:rFonts w:cstheme="minorHAnsi"/>
                <w:sz w:val="24"/>
                <w:szCs w:val="24"/>
              </w:rPr>
              <w:t xml:space="preserve">Obszar </w:t>
            </w:r>
            <w:r w:rsidR="00E3267F">
              <w:rPr>
                <w:rFonts w:cstheme="minorHAnsi"/>
                <w:sz w:val="24"/>
                <w:szCs w:val="24"/>
              </w:rPr>
              <w:t xml:space="preserve">3 </w:t>
            </w:r>
            <w:r>
              <w:rPr>
                <w:rFonts w:cstheme="minorHAnsi"/>
                <w:sz w:val="24"/>
                <w:szCs w:val="24"/>
              </w:rPr>
              <w:t xml:space="preserve">obejmuje zapewnienie wyposażenia w szczególności dla podmiotów ratowniczych, w tym Państwowej Straży Pożarnej i ochotniczych straży pożarnych, stanowiących główny element ratowniczy korpusu obrony cywilnej oraz jednostek Wojskowej Ochrony Przeciwpożarowej włączonych do krajowego systemu ratowniczo-gaśniczego. </w:t>
            </w:r>
          </w:p>
          <w:p w:rsidR="00C74694" w:rsidRDefault="00C74694" w:rsidP="00493672">
            <w:pPr>
              <w:spacing w:after="60" w:line="276" w:lineRule="auto"/>
              <w:jc w:val="both"/>
              <w:rPr>
                <w:rFonts w:cstheme="minorHAnsi"/>
                <w:sz w:val="24"/>
                <w:szCs w:val="24"/>
              </w:rPr>
            </w:pPr>
            <w:r>
              <w:rPr>
                <w:rFonts w:cstheme="minorHAnsi"/>
                <w:sz w:val="24"/>
                <w:szCs w:val="24"/>
              </w:rPr>
              <w:t>W tym obszarze mieszczą się również zadania realizowane ze środków ministra właściwego do spraw zdrowia oraz Narodowego Funduszu Zdrowia w</w:t>
            </w:r>
            <w:r w:rsidR="00923F5E">
              <w:rPr>
                <w:rFonts w:cstheme="minorHAnsi"/>
                <w:sz w:val="24"/>
                <w:szCs w:val="24"/>
              </w:rPr>
              <w:t> </w:t>
            </w:r>
            <w:r>
              <w:rPr>
                <w:rFonts w:cstheme="minorHAnsi"/>
                <w:sz w:val="24"/>
                <w:szCs w:val="24"/>
              </w:rPr>
              <w:t xml:space="preserve">zakresie ratownictwa medycznego. </w:t>
            </w:r>
          </w:p>
          <w:p w:rsidR="00CD1F13" w:rsidRDefault="00C74694" w:rsidP="00493672">
            <w:pPr>
              <w:spacing w:after="60" w:line="276" w:lineRule="auto"/>
              <w:jc w:val="both"/>
              <w:rPr>
                <w:rFonts w:cstheme="minorHAnsi"/>
                <w:sz w:val="24"/>
                <w:szCs w:val="24"/>
              </w:rPr>
            </w:pPr>
            <w:r>
              <w:rPr>
                <w:rFonts w:cstheme="minorHAnsi"/>
                <w:sz w:val="24"/>
                <w:szCs w:val="24"/>
              </w:rPr>
              <w:t>Obszar</w:t>
            </w:r>
            <w:r w:rsidR="00BD1454">
              <w:rPr>
                <w:rFonts w:cstheme="minorHAnsi"/>
                <w:sz w:val="24"/>
                <w:szCs w:val="24"/>
              </w:rPr>
              <w:t>y</w:t>
            </w:r>
            <w:r w:rsidRPr="00CD77E3">
              <w:rPr>
                <w:rFonts w:cstheme="minorHAnsi"/>
                <w:sz w:val="24"/>
                <w:szCs w:val="24"/>
              </w:rPr>
              <w:t xml:space="preserve">  2 i 3 obejmuj</w:t>
            </w:r>
            <w:r w:rsidR="00BD1454">
              <w:rPr>
                <w:rFonts w:cstheme="minorHAnsi"/>
                <w:sz w:val="24"/>
                <w:szCs w:val="24"/>
              </w:rPr>
              <w:t>ą</w:t>
            </w:r>
            <w:r w:rsidRPr="00CD77E3">
              <w:rPr>
                <w:rFonts w:cstheme="minorHAnsi"/>
                <w:sz w:val="24"/>
                <w:szCs w:val="24"/>
              </w:rPr>
              <w:t xml:space="preserve"> również zadania państwa gospodarza, w tym zwiększenie potencjału do zabezpieczenia przeciwpożarowego i prowadzenia skutecznych działań przez jednostki ochrony przeciwpożarowej na rzecz HNS (wsparcie państwa-gospodarza - Host </w:t>
            </w:r>
            <w:proofErr w:type="spellStart"/>
            <w:r w:rsidRPr="00CD77E3">
              <w:rPr>
                <w:rFonts w:cstheme="minorHAnsi"/>
                <w:sz w:val="24"/>
                <w:szCs w:val="24"/>
              </w:rPr>
              <w:t>Nation</w:t>
            </w:r>
            <w:proofErr w:type="spellEnd"/>
            <w:r w:rsidRPr="00CD77E3">
              <w:rPr>
                <w:rFonts w:cstheme="minorHAnsi"/>
                <w:sz w:val="24"/>
                <w:szCs w:val="24"/>
              </w:rPr>
              <w:t xml:space="preserve"> </w:t>
            </w:r>
            <w:proofErr w:type="spellStart"/>
            <w:r w:rsidRPr="00CD77E3">
              <w:rPr>
                <w:rFonts w:cstheme="minorHAnsi"/>
                <w:sz w:val="24"/>
                <w:szCs w:val="24"/>
              </w:rPr>
              <w:t>Support</w:t>
            </w:r>
            <w:proofErr w:type="spellEnd"/>
            <w:r w:rsidRPr="00CD77E3">
              <w:rPr>
                <w:rFonts w:cstheme="minorHAnsi"/>
                <w:sz w:val="24"/>
                <w:szCs w:val="24"/>
              </w:rPr>
              <w:t>) oraz zabezpieczenia operacyjnego jednostek wojskowych, baz magazynowych</w:t>
            </w:r>
            <w:r>
              <w:rPr>
                <w:rFonts w:cstheme="minorHAnsi"/>
                <w:sz w:val="24"/>
                <w:szCs w:val="24"/>
              </w:rPr>
              <w:t>,</w:t>
            </w:r>
            <w:r w:rsidRPr="00CD77E3">
              <w:rPr>
                <w:rFonts w:cstheme="minorHAnsi"/>
                <w:sz w:val="24"/>
                <w:szCs w:val="24"/>
              </w:rPr>
              <w:t xml:space="preserve"> skł</w:t>
            </w:r>
            <w:r>
              <w:rPr>
                <w:rFonts w:cstheme="minorHAnsi"/>
                <w:sz w:val="24"/>
                <w:szCs w:val="24"/>
              </w:rPr>
              <w:t>adów materiałowych i</w:t>
            </w:r>
            <w:r w:rsidR="00923F5E">
              <w:rPr>
                <w:rFonts w:cstheme="minorHAnsi"/>
                <w:sz w:val="24"/>
                <w:szCs w:val="24"/>
              </w:rPr>
              <w:t> </w:t>
            </w:r>
            <w:r>
              <w:rPr>
                <w:rFonts w:cstheme="minorHAnsi"/>
                <w:sz w:val="24"/>
                <w:szCs w:val="24"/>
              </w:rPr>
              <w:t>poligonów.</w:t>
            </w:r>
          </w:p>
          <w:p w:rsidR="006C4F7E" w:rsidRPr="00432E92" w:rsidRDefault="006C4F7E" w:rsidP="00493672">
            <w:pPr>
              <w:spacing w:after="60" w:line="276" w:lineRule="auto"/>
              <w:jc w:val="both"/>
              <w:rPr>
                <w:rFonts w:cstheme="minorHAnsi"/>
                <w:sz w:val="6"/>
                <w:szCs w:val="24"/>
              </w:rPr>
            </w:pPr>
          </w:p>
          <w:p w:rsidR="008F3D70" w:rsidRDefault="008F3D70" w:rsidP="00493672">
            <w:pPr>
              <w:spacing w:after="60" w:line="276" w:lineRule="auto"/>
              <w:jc w:val="both"/>
              <w:rPr>
                <w:rFonts w:cstheme="minorHAnsi"/>
                <w:b/>
                <w:sz w:val="24"/>
                <w:szCs w:val="24"/>
              </w:rPr>
            </w:pPr>
            <w:r>
              <w:rPr>
                <w:rFonts w:cstheme="minorHAnsi"/>
                <w:b/>
                <w:noProof/>
                <w:sz w:val="24"/>
                <w:szCs w:val="24"/>
                <w:lang w:eastAsia="pl-PL"/>
              </w:rPr>
              <w:drawing>
                <wp:anchor distT="0" distB="0" distL="114300" distR="114300" simplePos="0" relativeHeight="251668480" behindDoc="0" locked="0" layoutInCell="1" allowOverlap="1" wp14:anchorId="089AB43F" wp14:editId="32018D02">
                  <wp:simplePos x="0" y="0"/>
                  <wp:positionH relativeFrom="column">
                    <wp:posOffset>-68336</wp:posOffset>
                  </wp:positionH>
                  <wp:positionV relativeFrom="paragraph">
                    <wp:posOffset>59</wp:posOffset>
                  </wp:positionV>
                  <wp:extent cx="608400" cy="482400"/>
                  <wp:effectExtent l="0" t="0" r="127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063" t="17233" r="9488" b="19093"/>
                          <a:stretch/>
                        </pic:blipFill>
                        <pic:spPr bwMode="auto">
                          <a:xfrm>
                            <a:off x="0" y="0"/>
                            <a:ext cx="608400" cy="48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351F" w:rsidRPr="00C74694">
              <w:rPr>
                <w:rFonts w:cstheme="minorHAnsi"/>
                <w:b/>
                <w:sz w:val="24"/>
                <w:szCs w:val="24"/>
              </w:rPr>
              <w:t>Obszar 4: Łączność oraz wykrywanie, ostrzeganie i alarmowanie oraz bezpieczeństwo teleinformatyczne:</w:t>
            </w:r>
          </w:p>
          <w:p w:rsidR="008F3D70" w:rsidRPr="00C74694" w:rsidRDefault="008F3D70" w:rsidP="00493672">
            <w:pPr>
              <w:spacing w:after="60" w:line="276" w:lineRule="auto"/>
              <w:jc w:val="both"/>
              <w:rPr>
                <w:rFonts w:cstheme="minorHAnsi"/>
                <w:b/>
                <w:sz w:val="24"/>
                <w:szCs w:val="24"/>
              </w:rPr>
            </w:pPr>
          </w:p>
          <w:p w:rsidR="0042351F" w:rsidRDefault="0042351F" w:rsidP="00C939FA">
            <w:pPr>
              <w:pStyle w:val="Akapitzlist"/>
              <w:numPr>
                <w:ilvl w:val="0"/>
                <w:numId w:val="8"/>
              </w:numPr>
              <w:spacing w:after="60" w:line="276" w:lineRule="auto"/>
              <w:contextualSpacing w:val="0"/>
              <w:jc w:val="both"/>
              <w:rPr>
                <w:rFonts w:cstheme="minorHAnsi"/>
                <w:sz w:val="24"/>
                <w:szCs w:val="24"/>
              </w:rPr>
            </w:pPr>
            <w:r>
              <w:rPr>
                <w:rFonts w:cstheme="minorHAnsi"/>
                <w:sz w:val="24"/>
                <w:szCs w:val="24"/>
              </w:rPr>
              <w:t>Podobszar 4a: System Bezpiecznej Łączności Państwowej;</w:t>
            </w:r>
          </w:p>
          <w:p w:rsidR="0042351F" w:rsidRDefault="0042351F" w:rsidP="00C939FA">
            <w:pPr>
              <w:pStyle w:val="Akapitzlist"/>
              <w:numPr>
                <w:ilvl w:val="0"/>
                <w:numId w:val="8"/>
              </w:numPr>
              <w:spacing w:after="60" w:line="276" w:lineRule="auto"/>
              <w:contextualSpacing w:val="0"/>
              <w:jc w:val="both"/>
              <w:rPr>
                <w:rFonts w:cstheme="minorHAnsi"/>
                <w:sz w:val="24"/>
                <w:szCs w:val="24"/>
              </w:rPr>
            </w:pPr>
            <w:r>
              <w:rPr>
                <w:rFonts w:cstheme="minorHAnsi"/>
                <w:sz w:val="24"/>
                <w:szCs w:val="24"/>
              </w:rPr>
              <w:t>Podobszar 4b: Sprzęt i infrastruktura łączności;</w:t>
            </w:r>
          </w:p>
          <w:p w:rsidR="0042351F" w:rsidRDefault="0042351F" w:rsidP="00C939FA">
            <w:pPr>
              <w:pStyle w:val="Akapitzlist"/>
              <w:numPr>
                <w:ilvl w:val="0"/>
                <w:numId w:val="8"/>
              </w:numPr>
              <w:spacing w:after="60" w:line="276" w:lineRule="auto"/>
              <w:contextualSpacing w:val="0"/>
              <w:jc w:val="both"/>
              <w:rPr>
                <w:rFonts w:cstheme="minorHAnsi"/>
                <w:sz w:val="24"/>
                <w:szCs w:val="24"/>
              </w:rPr>
            </w:pPr>
            <w:r>
              <w:rPr>
                <w:rFonts w:cstheme="minorHAnsi"/>
                <w:sz w:val="24"/>
                <w:szCs w:val="24"/>
              </w:rPr>
              <w:t>Podobszar 4c: System wykrywania zagrożeń;</w:t>
            </w:r>
          </w:p>
          <w:p w:rsidR="0042351F" w:rsidRDefault="0042351F" w:rsidP="00C939FA">
            <w:pPr>
              <w:pStyle w:val="Akapitzlist"/>
              <w:numPr>
                <w:ilvl w:val="0"/>
                <w:numId w:val="8"/>
              </w:numPr>
              <w:spacing w:after="60" w:line="276" w:lineRule="auto"/>
              <w:contextualSpacing w:val="0"/>
              <w:jc w:val="both"/>
              <w:rPr>
                <w:rFonts w:cstheme="minorHAnsi"/>
                <w:sz w:val="24"/>
                <w:szCs w:val="24"/>
              </w:rPr>
            </w:pPr>
            <w:r>
              <w:rPr>
                <w:rFonts w:cstheme="minorHAnsi"/>
                <w:sz w:val="24"/>
                <w:szCs w:val="24"/>
              </w:rPr>
              <w:t>Podobszar 4d: System powiadamiania, ostrzegania i alarmowania ludności o zagrożeniach</w:t>
            </w:r>
            <w:r w:rsidR="005B1E4E">
              <w:rPr>
                <w:rFonts w:cstheme="minorHAnsi"/>
                <w:sz w:val="24"/>
                <w:szCs w:val="24"/>
              </w:rPr>
              <w:t xml:space="preserve"> oraz system powiadamiania ratunkowego</w:t>
            </w:r>
            <w:r>
              <w:rPr>
                <w:rFonts w:cstheme="minorHAnsi"/>
                <w:sz w:val="24"/>
                <w:szCs w:val="24"/>
              </w:rPr>
              <w:t>;</w:t>
            </w:r>
          </w:p>
          <w:p w:rsidR="0042351F" w:rsidRDefault="0042351F" w:rsidP="00C939FA">
            <w:pPr>
              <w:pStyle w:val="Akapitzlist"/>
              <w:numPr>
                <w:ilvl w:val="0"/>
                <w:numId w:val="8"/>
              </w:numPr>
              <w:spacing w:after="60" w:line="276" w:lineRule="auto"/>
              <w:contextualSpacing w:val="0"/>
              <w:jc w:val="both"/>
              <w:rPr>
                <w:rFonts w:cstheme="minorHAnsi"/>
                <w:sz w:val="24"/>
                <w:szCs w:val="24"/>
              </w:rPr>
            </w:pPr>
            <w:r>
              <w:rPr>
                <w:rFonts w:cstheme="minorHAnsi"/>
                <w:sz w:val="24"/>
                <w:szCs w:val="24"/>
              </w:rPr>
              <w:t>Podobszar 4e: Bezpieczeństwo teleinformatyczne.</w:t>
            </w:r>
          </w:p>
          <w:p w:rsidR="00323357" w:rsidRPr="00323357" w:rsidRDefault="00323357" w:rsidP="00C939FA">
            <w:pPr>
              <w:spacing w:after="60" w:line="276" w:lineRule="auto"/>
              <w:jc w:val="both"/>
              <w:rPr>
                <w:color w:val="000000" w:themeColor="text1"/>
                <w:sz w:val="24"/>
                <w:szCs w:val="24"/>
              </w:rPr>
            </w:pPr>
            <w:r w:rsidRPr="00323357">
              <w:rPr>
                <w:color w:val="000000" w:themeColor="text1"/>
                <w:sz w:val="24"/>
                <w:szCs w:val="24"/>
              </w:rPr>
              <w:lastRenderedPageBreak/>
              <w:t>Cel obszaru 4 obejmuje trzy główne komponenty: system powiadamiania, ostrzegania i alarmowania, system bezpiecznej łączności państwowej oraz bezpieczeństwo teleinformatyczne. Głównym zadaniem jest zapewnienie łączności i przepływu informacji pomiędzy organami decyzyjnymi oraz podmiotami realizującymi zadania ochrony ludności i obrony cywilnej. Zasady tworzenia systemu bezpiecznej łączności państwowej reguluje ustawa. Jako jedno z zadań przewidziano rozwój powiadamiania, ostrzegania i alarmowania osób ze szczególnymi potrzebami. W tym obszarze realizowane są również zadania związane z systemem powiadamiania ratunkowego.</w:t>
            </w:r>
          </w:p>
          <w:p w:rsidR="008F3D70" w:rsidRDefault="008F3D70" w:rsidP="00493672">
            <w:pPr>
              <w:spacing w:after="60" w:line="276" w:lineRule="auto"/>
              <w:jc w:val="both"/>
              <w:rPr>
                <w:rFonts w:cstheme="minorHAnsi"/>
                <w:sz w:val="24"/>
                <w:szCs w:val="24"/>
              </w:rPr>
            </w:pPr>
            <w:r>
              <w:rPr>
                <w:rFonts w:cstheme="minorHAnsi"/>
                <w:b/>
                <w:noProof/>
                <w:sz w:val="24"/>
                <w:szCs w:val="24"/>
                <w:lang w:eastAsia="pl-PL"/>
              </w:rPr>
              <w:drawing>
                <wp:anchor distT="0" distB="0" distL="114300" distR="114300" simplePos="0" relativeHeight="251669504" behindDoc="0" locked="0" layoutInCell="1" allowOverlap="1" wp14:anchorId="008B6171" wp14:editId="7E25EC1C">
                  <wp:simplePos x="0" y="0"/>
                  <wp:positionH relativeFrom="column">
                    <wp:posOffset>-68385</wp:posOffset>
                  </wp:positionH>
                  <wp:positionV relativeFrom="paragraph">
                    <wp:posOffset>127488</wp:posOffset>
                  </wp:positionV>
                  <wp:extent cx="575310" cy="44259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649" t="20022" r="14144" b="23563"/>
                          <a:stretch/>
                        </pic:blipFill>
                        <pic:spPr bwMode="auto">
                          <a:xfrm>
                            <a:off x="0" y="0"/>
                            <a:ext cx="575310" cy="442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5: Infrastruktura ochronna</w:t>
            </w:r>
            <w:r>
              <w:rPr>
                <w:rFonts w:cstheme="minorHAnsi"/>
                <w:sz w:val="24"/>
                <w:szCs w:val="24"/>
              </w:rPr>
              <w:t>:</w:t>
            </w:r>
          </w:p>
          <w:p w:rsidR="008F3D70" w:rsidRDefault="008F3D70" w:rsidP="00493672">
            <w:pPr>
              <w:spacing w:after="60" w:line="276" w:lineRule="auto"/>
              <w:jc w:val="both"/>
              <w:rPr>
                <w:rFonts w:cstheme="minorHAnsi"/>
                <w:sz w:val="24"/>
                <w:szCs w:val="24"/>
              </w:rPr>
            </w:pPr>
          </w:p>
          <w:p w:rsidR="0042351F" w:rsidRDefault="0042351F" w:rsidP="004E6B17">
            <w:pPr>
              <w:pStyle w:val="Akapitzlist"/>
              <w:numPr>
                <w:ilvl w:val="0"/>
                <w:numId w:val="9"/>
              </w:numPr>
              <w:spacing w:after="60" w:line="276" w:lineRule="auto"/>
              <w:contextualSpacing w:val="0"/>
              <w:jc w:val="both"/>
              <w:rPr>
                <w:rFonts w:cstheme="minorHAnsi"/>
                <w:sz w:val="24"/>
                <w:szCs w:val="24"/>
              </w:rPr>
            </w:pPr>
            <w:r>
              <w:rPr>
                <w:rFonts w:cstheme="minorHAnsi"/>
                <w:sz w:val="24"/>
                <w:szCs w:val="24"/>
              </w:rPr>
              <w:t>Podobszar 5a: Budowle ochronne;</w:t>
            </w:r>
          </w:p>
          <w:p w:rsidR="0042351F" w:rsidRDefault="0042351F" w:rsidP="004E6B17">
            <w:pPr>
              <w:pStyle w:val="Akapitzlist"/>
              <w:numPr>
                <w:ilvl w:val="0"/>
                <w:numId w:val="9"/>
              </w:numPr>
              <w:spacing w:after="60" w:line="276" w:lineRule="auto"/>
              <w:contextualSpacing w:val="0"/>
              <w:jc w:val="both"/>
              <w:rPr>
                <w:rFonts w:cstheme="minorHAnsi"/>
                <w:sz w:val="24"/>
                <w:szCs w:val="24"/>
              </w:rPr>
            </w:pPr>
            <w:r>
              <w:rPr>
                <w:rFonts w:cstheme="minorHAnsi"/>
                <w:sz w:val="24"/>
                <w:szCs w:val="24"/>
              </w:rPr>
              <w:t>Podobszar 5b: Miejsca doraźnego schronienia;</w:t>
            </w:r>
          </w:p>
          <w:p w:rsidR="0042351F" w:rsidRDefault="0042351F" w:rsidP="004E6B17">
            <w:pPr>
              <w:pStyle w:val="Akapitzlist"/>
              <w:numPr>
                <w:ilvl w:val="0"/>
                <w:numId w:val="9"/>
              </w:numPr>
              <w:spacing w:after="60" w:line="276" w:lineRule="auto"/>
              <w:contextualSpacing w:val="0"/>
              <w:jc w:val="both"/>
              <w:rPr>
                <w:rFonts w:cstheme="minorHAnsi"/>
                <w:sz w:val="24"/>
                <w:szCs w:val="24"/>
              </w:rPr>
            </w:pPr>
            <w:r>
              <w:rPr>
                <w:rFonts w:cstheme="minorHAnsi"/>
                <w:sz w:val="24"/>
                <w:szCs w:val="24"/>
              </w:rPr>
              <w:t>Podobszar 5c: Punkty schronienia;</w:t>
            </w:r>
          </w:p>
          <w:p w:rsidR="0042351F" w:rsidRDefault="0042351F" w:rsidP="004E6B17">
            <w:pPr>
              <w:pStyle w:val="Akapitzlist"/>
              <w:numPr>
                <w:ilvl w:val="0"/>
                <w:numId w:val="9"/>
              </w:numPr>
              <w:spacing w:after="60" w:line="276" w:lineRule="auto"/>
              <w:contextualSpacing w:val="0"/>
              <w:jc w:val="both"/>
              <w:rPr>
                <w:rFonts w:cstheme="minorHAnsi"/>
                <w:sz w:val="24"/>
                <w:szCs w:val="24"/>
              </w:rPr>
            </w:pPr>
            <w:r>
              <w:rPr>
                <w:rFonts w:cstheme="minorHAnsi"/>
                <w:sz w:val="24"/>
                <w:szCs w:val="24"/>
              </w:rPr>
              <w:t>Podobszar 5d: Odporna infrastruktura medyczna;</w:t>
            </w:r>
          </w:p>
          <w:p w:rsidR="0042351F" w:rsidRDefault="0042351F" w:rsidP="004E6B17">
            <w:pPr>
              <w:pStyle w:val="Akapitzlist"/>
              <w:numPr>
                <w:ilvl w:val="0"/>
                <w:numId w:val="9"/>
              </w:numPr>
              <w:spacing w:after="60" w:line="276" w:lineRule="auto"/>
              <w:contextualSpacing w:val="0"/>
              <w:jc w:val="both"/>
              <w:rPr>
                <w:rFonts w:cstheme="minorHAnsi"/>
                <w:sz w:val="24"/>
                <w:szCs w:val="24"/>
              </w:rPr>
            </w:pPr>
            <w:r>
              <w:rPr>
                <w:rFonts w:cstheme="minorHAnsi"/>
                <w:sz w:val="24"/>
                <w:szCs w:val="24"/>
              </w:rPr>
              <w:t>Podobszar 5e: Pozostałe zadania związane z infrastrukturą ochronną.</w:t>
            </w:r>
          </w:p>
          <w:p w:rsidR="00E53709" w:rsidRDefault="00C74694" w:rsidP="00493672">
            <w:pPr>
              <w:spacing w:after="60" w:line="276" w:lineRule="auto"/>
              <w:jc w:val="both"/>
              <w:rPr>
                <w:rFonts w:cstheme="minorHAnsi"/>
                <w:sz w:val="24"/>
                <w:szCs w:val="24"/>
              </w:rPr>
            </w:pPr>
            <w:r>
              <w:rPr>
                <w:rFonts w:cstheme="minorHAnsi"/>
                <w:sz w:val="24"/>
                <w:szCs w:val="24"/>
              </w:rPr>
              <w:t>Budowa infrastruktur</w:t>
            </w:r>
            <w:r w:rsidR="00BD1454">
              <w:rPr>
                <w:rFonts w:cstheme="minorHAnsi"/>
                <w:sz w:val="24"/>
                <w:szCs w:val="24"/>
              </w:rPr>
              <w:t>y</w:t>
            </w:r>
            <w:r>
              <w:rPr>
                <w:rFonts w:cstheme="minorHAnsi"/>
                <w:sz w:val="24"/>
                <w:szCs w:val="24"/>
              </w:rPr>
              <w:t xml:space="preserve"> ochronnej jest jednym z priorytetowych zadań Programu. Cel obejmuje zarówno inwentaryzację i odtwarzanie istniejącego zasobu budownictwa ochronnego, jak i tworzenie nowych schronów i ukryć oraz przygotowywanie miejsc doraźnego schronienia i punktów schronienia. Zadania obejmują także tworzenie odpornej infrastruktury medycznej, przystosowanej do zapewnienia ciągłości udzielania świadczeń medycznych w czasie kryzysu i</w:t>
            </w:r>
            <w:r w:rsidR="00923F5E">
              <w:rPr>
                <w:rFonts w:cstheme="minorHAnsi"/>
                <w:sz w:val="24"/>
                <w:szCs w:val="24"/>
              </w:rPr>
              <w:t> </w:t>
            </w:r>
            <w:r>
              <w:rPr>
                <w:rFonts w:cstheme="minorHAnsi"/>
                <w:sz w:val="24"/>
                <w:szCs w:val="24"/>
              </w:rPr>
              <w:t xml:space="preserve">wojny. Działania związane z inwestycjami w infrastrukturę ochronną powinny być podejmowane równolegle do działań administracyjnych uznających obiekty za budowle ochronne. Tworzenie obiektów zbiorowej ochrony powinno uwzględniać wymóg art. 92 ust. 5 ustawy z dnia 5 grudnia 2024 r. o ochronie ludności i obronie cywilnej, zgodnie z którym budowle ochronne projektuje się w miarę możliwości jako obiekty o podwójnej funkcji. </w:t>
            </w:r>
          </w:p>
          <w:p w:rsidR="00C74694" w:rsidRDefault="00C74694" w:rsidP="00493672">
            <w:pPr>
              <w:spacing w:after="60" w:line="276" w:lineRule="auto"/>
              <w:jc w:val="both"/>
              <w:rPr>
                <w:rFonts w:cstheme="minorHAnsi"/>
                <w:sz w:val="24"/>
                <w:szCs w:val="24"/>
              </w:rPr>
            </w:pPr>
            <w:r>
              <w:rPr>
                <w:rFonts w:cstheme="minorHAnsi"/>
                <w:sz w:val="24"/>
                <w:szCs w:val="24"/>
              </w:rPr>
              <w:t>Obiekty zbiorowej ochrony powinny być przystosowane do użycia w terminie i</w:t>
            </w:r>
            <w:r w:rsidR="00363086">
              <w:rPr>
                <w:rFonts w:cstheme="minorHAnsi"/>
                <w:sz w:val="24"/>
                <w:szCs w:val="24"/>
              </w:rPr>
              <w:t> </w:t>
            </w:r>
            <w:r>
              <w:rPr>
                <w:rFonts w:cstheme="minorHAnsi"/>
                <w:sz w:val="24"/>
                <w:szCs w:val="24"/>
              </w:rPr>
              <w:t xml:space="preserve">na zasadach określonych w ustawie, na polecenie organu ochrony ludności. </w:t>
            </w:r>
          </w:p>
          <w:p w:rsidR="008F3D70" w:rsidRDefault="001E1924" w:rsidP="00493672">
            <w:pPr>
              <w:spacing w:after="60" w:line="276" w:lineRule="auto"/>
              <w:jc w:val="both"/>
              <w:rPr>
                <w:rFonts w:cstheme="minorHAnsi"/>
                <w:sz w:val="24"/>
                <w:szCs w:val="24"/>
              </w:rPr>
            </w:pPr>
            <w:r w:rsidRPr="007B58D2">
              <w:rPr>
                <w:rFonts w:cstheme="minorHAnsi"/>
                <w:noProof/>
                <w:sz w:val="24"/>
                <w:szCs w:val="24"/>
                <w:lang w:eastAsia="pl-PL"/>
              </w:rPr>
              <w:drawing>
                <wp:anchor distT="0" distB="0" distL="114300" distR="114300" simplePos="0" relativeHeight="251673600" behindDoc="0" locked="0" layoutInCell="1" allowOverlap="1" wp14:anchorId="0FDFF9FE" wp14:editId="1E86420B">
                  <wp:simplePos x="0" y="0"/>
                  <wp:positionH relativeFrom="column">
                    <wp:posOffset>-67945</wp:posOffset>
                  </wp:positionH>
                  <wp:positionV relativeFrom="paragraph">
                    <wp:posOffset>126365</wp:posOffset>
                  </wp:positionV>
                  <wp:extent cx="543560" cy="481965"/>
                  <wp:effectExtent l="0" t="0" r="8890" b="0"/>
                  <wp:wrapSquare wrapText="bothSides"/>
                  <wp:docPr id="194812356" name="Obraz 194812356" descr="C:\Users\jtrocha\AppData\Local\Microsoft\Windows\INetCache\Content.Outlook\YTZP2OZ1\Obszar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trocha\AppData\Local\Microsoft\Windows\INetCache\Content.Outlook\YTZP2OZ1\Obszar 6.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486" t="14924" r="11366" b="15146"/>
                          <a:stretch/>
                        </pic:blipFill>
                        <pic:spPr bwMode="auto">
                          <a:xfrm>
                            <a:off x="0" y="0"/>
                            <a:ext cx="543560" cy="481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6: Edukacja</w:t>
            </w:r>
            <w:r w:rsidR="003461E8">
              <w:rPr>
                <w:rFonts w:cstheme="minorHAnsi"/>
                <w:b/>
                <w:sz w:val="24"/>
                <w:szCs w:val="24"/>
              </w:rPr>
              <w:t>,</w:t>
            </w:r>
            <w:r w:rsidRPr="00C74694">
              <w:rPr>
                <w:rFonts w:cstheme="minorHAnsi"/>
                <w:b/>
                <w:sz w:val="24"/>
                <w:szCs w:val="24"/>
              </w:rPr>
              <w:t xml:space="preserve"> szkolenia</w:t>
            </w:r>
            <w:r w:rsidR="003461E8">
              <w:rPr>
                <w:rFonts w:cstheme="minorHAnsi"/>
                <w:b/>
                <w:sz w:val="24"/>
                <w:szCs w:val="24"/>
              </w:rPr>
              <w:t xml:space="preserve"> i działalność naukowo-badawcza</w:t>
            </w:r>
            <w:r>
              <w:rPr>
                <w:rFonts w:cstheme="minorHAnsi"/>
                <w:sz w:val="24"/>
                <w:szCs w:val="24"/>
              </w:rPr>
              <w:t>:</w:t>
            </w:r>
          </w:p>
          <w:p w:rsidR="007B58D2" w:rsidRDefault="007B58D2" w:rsidP="00493672">
            <w:pPr>
              <w:spacing w:after="60" w:line="276" w:lineRule="auto"/>
              <w:jc w:val="both"/>
              <w:rPr>
                <w:rFonts w:cstheme="minorHAnsi"/>
                <w:sz w:val="24"/>
                <w:szCs w:val="24"/>
              </w:rPr>
            </w:pPr>
          </w:p>
          <w:p w:rsidR="0042351F" w:rsidRDefault="0042351F" w:rsidP="00C939FA">
            <w:pPr>
              <w:pStyle w:val="Akapitzlist"/>
              <w:numPr>
                <w:ilvl w:val="0"/>
                <w:numId w:val="10"/>
              </w:numPr>
              <w:spacing w:after="60" w:line="276" w:lineRule="auto"/>
              <w:contextualSpacing w:val="0"/>
              <w:jc w:val="both"/>
              <w:rPr>
                <w:rFonts w:cstheme="minorHAnsi"/>
                <w:sz w:val="24"/>
                <w:szCs w:val="24"/>
              </w:rPr>
            </w:pPr>
            <w:r>
              <w:rPr>
                <w:rFonts w:cstheme="minorHAnsi"/>
                <w:sz w:val="24"/>
                <w:szCs w:val="24"/>
              </w:rPr>
              <w:t xml:space="preserve">Podobszar 6a: </w:t>
            </w:r>
            <w:r w:rsidRPr="00DC6825">
              <w:rPr>
                <w:rFonts w:cstheme="minorHAnsi"/>
                <w:sz w:val="24"/>
                <w:szCs w:val="24"/>
              </w:rPr>
              <w:t>Szkolenia i ćwiczenia ochrony ludności i obrony cywilnej</w:t>
            </w:r>
            <w:r>
              <w:rPr>
                <w:rFonts w:cstheme="minorHAnsi"/>
                <w:sz w:val="24"/>
                <w:szCs w:val="24"/>
              </w:rPr>
              <w:t>;</w:t>
            </w:r>
          </w:p>
          <w:p w:rsidR="0042351F" w:rsidRDefault="0042351F" w:rsidP="00C939FA">
            <w:pPr>
              <w:pStyle w:val="Akapitzlist"/>
              <w:numPr>
                <w:ilvl w:val="0"/>
                <w:numId w:val="10"/>
              </w:numPr>
              <w:spacing w:after="60" w:line="276" w:lineRule="auto"/>
              <w:contextualSpacing w:val="0"/>
              <w:jc w:val="both"/>
              <w:rPr>
                <w:rFonts w:cstheme="minorHAnsi"/>
                <w:sz w:val="24"/>
                <w:szCs w:val="24"/>
              </w:rPr>
            </w:pPr>
            <w:r>
              <w:rPr>
                <w:rFonts w:cstheme="minorHAnsi"/>
                <w:sz w:val="24"/>
                <w:szCs w:val="24"/>
              </w:rPr>
              <w:t>Podobszar 6b: Działalność edukacyjna i przeciwdziałanie dezinformacji;</w:t>
            </w:r>
          </w:p>
          <w:p w:rsidR="0042351F" w:rsidRDefault="0042351F" w:rsidP="00C939FA">
            <w:pPr>
              <w:pStyle w:val="Akapitzlist"/>
              <w:numPr>
                <w:ilvl w:val="0"/>
                <w:numId w:val="10"/>
              </w:numPr>
              <w:spacing w:after="60" w:line="276" w:lineRule="auto"/>
              <w:contextualSpacing w:val="0"/>
              <w:jc w:val="both"/>
              <w:rPr>
                <w:rFonts w:cstheme="minorHAnsi"/>
                <w:sz w:val="24"/>
                <w:szCs w:val="24"/>
              </w:rPr>
            </w:pPr>
            <w:r>
              <w:rPr>
                <w:rFonts w:cstheme="minorHAnsi"/>
                <w:sz w:val="24"/>
                <w:szCs w:val="24"/>
              </w:rPr>
              <w:t>Podobszar 6c: Baza szkoleniowa i poligonowa;</w:t>
            </w:r>
          </w:p>
          <w:p w:rsidR="0042351F" w:rsidRDefault="0042351F" w:rsidP="00C939FA">
            <w:pPr>
              <w:pStyle w:val="Akapitzlist"/>
              <w:numPr>
                <w:ilvl w:val="0"/>
                <w:numId w:val="10"/>
              </w:numPr>
              <w:spacing w:after="60" w:line="276" w:lineRule="auto"/>
              <w:contextualSpacing w:val="0"/>
              <w:jc w:val="both"/>
              <w:rPr>
                <w:rFonts w:cstheme="minorHAnsi"/>
                <w:sz w:val="24"/>
                <w:szCs w:val="24"/>
              </w:rPr>
            </w:pPr>
            <w:r>
              <w:rPr>
                <w:rFonts w:cstheme="minorHAnsi"/>
                <w:sz w:val="24"/>
                <w:szCs w:val="24"/>
              </w:rPr>
              <w:t xml:space="preserve">Podobszar 6d: </w:t>
            </w:r>
            <w:r w:rsidR="003461E8">
              <w:rPr>
                <w:rFonts w:cstheme="minorHAnsi"/>
                <w:sz w:val="24"/>
                <w:szCs w:val="24"/>
              </w:rPr>
              <w:t>Działalność naukowo-badawcza i wdrożeniowa</w:t>
            </w:r>
            <w:r>
              <w:rPr>
                <w:rFonts w:cstheme="minorHAnsi"/>
                <w:sz w:val="24"/>
                <w:szCs w:val="24"/>
              </w:rPr>
              <w:t>;</w:t>
            </w:r>
          </w:p>
          <w:p w:rsidR="0042351F" w:rsidRPr="00DC6825" w:rsidRDefault="0042351F" w:rsidP="00C939FA">
            <w:pPr>
              <w:pStyle w:val="Akapitzlist"/>
              <w:numPr>
                <w:ilvl w:val="0"/>
                <w:numId w:val="10"/>
              </w:numPr>
              <w:spacing w:after="60" w:line="276" w:lineRule="auto"/>
              <w:contextualSpacing w:val="0"/>
              <w:jc w:val="both"/>
              <w:rPr>
                <w:rFonts w:cstheme="minorHAnsi"/>
                <w:sz w:val="24"/>
                <w:szCs w:val="24"/>
              </w:rPr>
            </w:pPr>
            <w:r>
              <w:rPr>
                <w:rFonts w:cstheme="minorHAnsi"/>
                <w:sz w:val="24"/>
                <w:szCs w:val="24"/>
              </w:rPr>
              <w:lastRenderedPageBreak/>
              <w:t>Podobszar 6e: Pozostała działalność promocyjna i informacyjna.</w:t>
            </w:r>
          </w:p>
          <w:p w:rsidR="00323357" w:rsidRPr="00323357" w:rsidRDefault="00323357" w:rsidP="00C939FA">
            <w:pPr>
              <w:spacing w:after="60" w:line="276" w:lineRule="auto"/>
              <w:jc w:val="both"/>
              <w:rPr>
                <w:color w:val="EE0000"/>
                <w:sz w:val="24"/>
                <w:szCs w:val="24"/>
              </w:rPr>
            </w:pPr>
            <w:r w:rsidRPr="007B6529">
              <w:rPr>
                <w:sz w:val="24"/>
                <w:szCs w:val="24"/>
              </w:rPr>
              <w:t xml:space="preserve">Działania edukacyjne stanowią podstawę budowania odporności społecznej </w:t>
            </w:r>
            <w:r w:rsidR="000116D4" w:rsidRPr="007B6529">
              <w:rPr>
                <w:sz w:val="24"/>
                <w:szCs w:val="24"/>
              </w:rPr>
              <w:br/>
            </w:r>
            <w:r w:rsidRPr="007B6529">
              <w:rPr>
                <w:sz w:val="24"/>
                <w:szCs w:val="24"/>
              </w:rPr>
              <w:t>i przygotowania mieszkańców do działania w sytuacjach zagrożenia. Podstawowym zadaniem jest przekazanie wiedzy i rozwijanie praktycznych umiejętności właściwego postępowania. Obszar</w:t>
            </w:r>
            <w:r w:rsidR="00CC2E55">
              <w:rPr>
                <w:sz w:val="24"/>
                <w:szCs w:val="24"/>
              </w:rPr>
              <w:t xml:space="preserve"> 6</w:t>
            </w:r>
            <w:r w:rsidRPr="007B6529">
              <w:rPr>
                <w:sz w:val="24"/>
                <w:szCs w:val="24"/>
              </w:rPr>
              <w:t xml:space="preserve"> obejmuje szkolenia przewidziane ustawą, ćwiczenia oraz pozostałe działania edukacyjne, w tym kontynuację Powszechnych Warsztatów Ochrony Ludności i Akademii Ochrony Ludności i Obrony Cywilnej. Obejmuje również przeciwdziałanie dezinformacji </w:t>
            </w:r>
            <w:r w:rsidR="000116D4" w:rsidRPr="007B6529">
              <w:rPr>
                <w:sz w:val="24"/>
                <w:szCs w:val="24"/>
              </w:rPr>
              <w:br/>
            </w:r>
            <w:r w:rsidRPr="007B6529">
              <w:rPr>
                <w:sz w:val="24"/>
                <w:szCs w:val="24"/>
              </w:rPr>
              <w:t>i działaniom zmierzającym do polaryzacji społecznej i osłabiania zaufania do instytucji publicznych, a także działalność informacyjną wskazującą możliwości zaangażowania obywateli w budowanie odporności społecznej. Programy edukacyjne i kampanie informacyjne powinny uwzględniać zróżnicowanie grup odbiorców oraz wzmacniać poczucie sprawczości i współodpowiedzialności za bezpieczeństwo lokalnych wspólnot. Obszar 6 obejmuje ponadto identyfikowanie potrzeb badawczych, inicjowanie i prowadzenie działalności naukowo-badawczej dotyczącej ochrony ludności i obrony cywilnej, wdrażanie jej wyników, organizowanie współpracy ze środowiskiem naukowym oraz wykorzystywanie wyników tej działalności przy opracowywaniu, monitorowaniu i ewaluacji ustawy o ochronie ludności i obronie cywilnej, aktów wykonawczych oraz Programu.</w:t>
            </w:r>
          </w:p>
          <w:p w:rsidR="008F3D70" w:rsidRDefault="008F3D70" w:rsidP="00493672">
            <w:pPr>
              <w:spacing w:after="60" w:line="276" w:lineRule="auto"/>
              <w:jc w:val="both"/>
              <w:rPr>
                <w:rFonts w:cstheme="minorHAnsi"/>
                <w:sz w:val="24"/>
                <w:szCs w:val="24"/>
              </w:rPr>
            </w:pPr>
            <w:r>
              <w:rPr>
                <w:rFonts w:cstheme="minorHAnsi"/>
                <w:b/>
                <w:noProof/>
                <w:sz w:val="24"/>
                <w:szCs w:val="24"/>
                <w:lang w:eastAsia="pl-PL"/>
              </w:rPr>
              <w:drawing>
                <wp:anchor distT="0" distB="0" distL="114300" distR="114300" simplePos="0" relativeHeight="251671552" behindDoc="0" locked="0" layoutInCell="1" allowOverlap="1" wp14:anchorId="1FA05F63" wp14:editId="66782610">
                  <wp:simplePos x="0" y="0"/>
                  <wp:positionH relativeFrom="column">
                    <wp:posOffset>-68434</wp:posOffset>
                  </wp:positionH>
                  <wp:positionV relativeFrom="paragraph">
                    <wp:posOffset>126756</wp:posOffset>
                  </wp:positionV>
                  <wp:extent cx="651600" cy="514800"/>
                  <wp:effectExtent l="0" t="0" r="0" b="0"/>
                  <wp:wrapSquare wrapText="bothSides"/>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541" t="15441" r="8243" b="19571"/>
                          <a:stretch/>
                        </pic:blipFill>
                        <pic:spPr bwMode="auto">
                          <a:xfrm>
                            <a:off x="0" y="0"/>
                            <a:ext cx="651600" cy="51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351F" w:rsidRDefault="0042351F" w:rsidP="00493672">
            <w:pPr>
              <w:spacing w:after="60" w:line="276" w:lineRule="auto"/>
              <w:jc w:val="both"/>
              <w:rPr>
                <w:rFonts w:cstheme="minorHAnsi"/>
                <w:sz w:val="24"/>
                <w:szCs w:val="24"/>
              </w:rPr>
            </w:pPr>
            <w:r w:rsidRPr="00C74694">
              <w:rPr>
                <w:rFonts w:cstheme="minorHAnsi"/>
                <w:b/>
                <w:sz w:val="24"/>
                <w:szCs w:val="24"/>
              </w:rPr>
              <w:t>Obszar 7: Komponent medyczny Szefa Obrony Cywilnej</w:t>
            </w:r>
            <w:r>
              <w:rPr>
                <w:rFonts w:cstheme="minorHAnsi"/>
                <w:sz w:val="24"/>
                <w:szCs w:val="24"/>
              </w:rPr>
              <w:t xml:space="preserve">. </w:t>
            </w:r>
          </w:p>
          <w:p w:rsidR="008F3D70" w:rsidRDefault="008F3D70" w:rsidP="00493672">
            <w:pPr>
              <w:spacing w:after="60" w:line="276" w:lineRule="auto"/>
              <w:jc w:val="both"/>
              <w:rPr>
                <w:rFonts w:cstheme="minorHAnsi"/>
                <w:sz w:val="24"/>
                <w:szCs w:val="24"/>
              </w:rPr>
            </w:pPr>
          </w:p>
          <w:p w:rsidR="0042351F" w:rsidRDefault="0042351F" w:rsidP="00493672">
            <w:pPr>
              <w:spacing w:after="60" w:line="276" w:lineRule="auto"/>
              <w:jc w:val="both"/>
              <w:rPr>
                <w:rFonts w:cstheme="minorHAnsi"/>
                <w:sz w:val="24"/>
                <w:szCs w:val="24"/>
              </w:rPr>
            </w:pPr>
            <w:r>
              <w:rPr>
                <w:rFonts w:cstheme="minorHAnsi"/>
                <w:sz w:val="24"/>
                <w:szCs w:val="24"/>
              </w:rPr>
              <w:t>Obszar 7 – Komponent</w:t>
            </w:r>
            <w:r w:rsidR="00894E37">
              <w:rPr>
                <w:rFonts w:cstheme="minorHAnsi"/>
                <w:sz w:val="24"/>
                <w:szCs w:val="24"/>
              </w:rPr>
              <w:t xml:space="preserve"> medyczny Szefa Obrony Cywilnej</w:t>
            </w:r>
            <w:r>
              <w:rPr>
                <w:rFonts w:cstheme="minorHAnsi"/>
                <w:sz w:val="24"/>
                <w:szCs w:val="24"/>
              </w:rPr>
              <w:t xml:space="preserve"> został wyodrębniony na szczególnych zasadach. Zadania w tym obszarze są realizowane na poziomie centralnym (ministra właściwego do spraw wewnętrznych – Szefa Obrony Cywilnej). Środki są wydzielane na poziomie centralnym i nie wliczają się do części wojewódzkiej. Obszar 7 nie dzieli się na podobszary.  </w:t>
            </w:r>
          </w:p>
          <w:p w:rsidR="009D0B1E" w:rsidRPr="00930DE7" w:rsidRDefault="0042351F" w:rsidP="00493672">
            <w:pPr>
              <w:spacing w:after="60" w:line="276" w:lineRule="auto"/>
              <w:jc w:val="both"/>
              <w:rPr>
                <w:rFonts w:cstheme="minorHAnsi"/>
                <w:sz w:val="24"/>
                <w:szCs w:val="24"/>
              </w:rPr>
            </w:pPr>
            <w:r>
              <w:rPr>
                <w:rFonts w:cstheme="minorHAnsi"/>
                <w:sz w:val="24"/>
                <w:szCs w:val="24"/>
              </w:rPr>
              <w:t>U</w:t>
            </w:r>
            <w:r w:rsidRPr="005A7A7D">
              <w:rPr>
                <w:rFonts w:cstheme="minorHAnsi"/>
                <w:sz w:val="24"/>
                <w:szCs w:val="24"/>
              </w:rPr>
              <w:t xml:space="preserve">tworzenie komponentu medycznego Szefa Obrony Cywilnej zapewni </w:t>
            </w:r>
            <w:r>
              <w:rPr>
                <w:rFonts w:cstheme="minorHAnsi"/>
                <w:sz w:val="24"/>
                <w:szCs w:val="24"/>
              </w:rPr>
              <w:t>wzmocnienie</w:t>
            </w:r>
            <w:r w:rsidRPr="005A7A7D">
              <w:rPr>
                <w:rFonts w:cstheme="minorHAnsi"/>
                <w:sz w:val="24"/>
                <w:szCs w:val="24"/>
              </w:rPr>
              <w:t xml:space="preserve"> funkcjonowania systemu ochrony zdrowia w sytuacji kryzysowej i</w:t>
            </w:r>
            <w:r w:rsidR="000F4C38">
              <w:rPr>
                <w:rFonts w:cstheme="minorHAnsi"/>
                <w:sz w:val="24"/>
                <w:szCs w:val="24"/>
              </w:rPr>
              <w:t> </w:t>
            </w:r>
            <w:r w:rsidRPr="005A7A7D">
              <w:rPr>
                <w:rFonts w:cstheme="minorHAnsi"/>
                <w:sz w:val="24"/>
                <w:szCs w:val="24"/>
              </w:rPr>
              <w:t>w czasie wojny. Podstawą komponentu będą podmioty lecznicze nadzorowane przez ministra właściwego do spraw wewnętrznych</w:t>
            </w:r>
            <w:r>
              <w:rPr>
                <w:rFonts w:cstheme="minorHAnsi"/>
                <w:sz w:val="24"/>
                <w:szCs w:val="24"/>
              </w:rPr>
              <w:t>, w tym Państwowy Instytut Medyczny Ministerstwa Spraw Wewnętrznych i Administracji</w:t>
            </w:r>
            <w:r w:rsidRPr="005A7A7D">
              <w:rPr>
                <w:rFonts w:cstheme="minorHAnsi"/>
                <w:sz w:val="24"/>
                <w:szCs w:val="24"/>
              </w:rPr>
              <w:t xml:space="preserve">. Każdy </w:t>
            </w:r>
            <w:r>
              <w:rPr>
                <w:rFonts w:cstheme="minorHAnsi"/>
                <w:sz w:val="24"/>
                <w:szCs w:val="24"/>
              </w:rPr>
              <w:t xml:space="preserve">resortowy </w:t>
            </w:r>
            <w:r w:rsidRPr="005A7A7D">
              <w:rPr>
                <w:rFonts w:cstheme="minorHAnsi"/>
                <w:sz w:val="24"/>
                <w:szCs w:val="24"/>
              </w:rPr>
              <w:t>podmiot leczniczy jako część komponentu medycznego będzie funkcjonował w</w:t>
            </w:r>
            <w:r w:rsidR="00493672">
              <w:rPr>
                <w:rFonts w:cstheme="minorHAnsi"/>
                <w:sz w:val="24"/>
                <w:szCs w:val="24"/>
              </w:rPr>
              <w:t> </w:t>
            </w:r>
            <w:r w:rsidRPr="005A7A7D">
              <w:rPr>
                <w:rFonts w:cstheme="minorHAnsi"/>
                <w:sz w:val="24"/>
                <w:szCs w:val="24"/>
              </w:rPr>
              <w:t xml:space="preserve">oparciu </w:t>
            </w:r>
            <w:r>
              <w:rPr>
                <w:rFonts w:cstheme="minorHAnsi"/>
                <w:sz w:val="24"/>
                <w:szCs w:val="24"/>
              </w:rPr>
              <w:t xml:space="preserve">o </w:t>
            </w:r>
            <w:r w:rsidRPr="005A7A7D">
              <w:rPr>
                <w:rFonts w:cstheme="minorHAnsi"/>
                <w:sz w:val="24"/>
                <w:szCs w:val="24"/>
              </w:rPr>
              <w:t>wystandaryzowane elementy gotowości do udzielania świadczeń zdrowotnych, personel oraz sprzęt medyczny i</w:t>
            </w:r>
            <w:r>
              <w:rPr>
                <w:rFonts w:cstheme="minorHAnsi"/>
                <w:sz w:val="24"/>
                <w:szCs w:val="24"/>
              </w:rPr>
              <w:t> </w:t>
            </w:r>
            <w:r w:rsidRPr="005A7A7D">
              <w:rPr>
                <w:rFonts w:cstheme="minorHAnsi"/>
                <w:sz w:val="24"/>
                <w:szCs w:val="24"/>
              </w:rPr>
              <w:t>techniczny, a także własne rezerw</w:t>
            </w:r>
            <w:r>
              <w:rPr>
                <w:rFonts w:cstheme="minorHAnsi"/>
                <w:sz w:val="24"/>
                <w:szCs w:val="24"/>
              </w:rPr>
              <w:t>y</w:t>
            </w:r>
            <w:r w:rsidRPr="005A7A7D">
              <w:rPr>
                <w:rFonts w:cstheme="minorHAnsi"/>
                <w:sz w:val="24"/>
                <w:szCs w:val="24"/>
              </w:rPr>
              <w:t xml:space="preserve"> materiałow</w:t>
            </w:r>
            <w:r>
              <w:rPr>
                <w:rFonts w:cstheme="minorHAnsi"/>
                <w:sz w:val="24"/>
                <w:szCs w:val="24"/>
              </w:rPr>
              <w:t>e</w:t>
            </w:r>
            <w:r w:rsidRPr="005A7A7D">
              <w:rPr>
                <w:rFonts w:cstheme="minorHAnsi"/>
                <w:sz w:val="24"/>
                <w:szCs w:val="24"/>
              </w:rPr>
              <w:t xml:space="preserve"> leków, które zapewnią ciągłość działań ratowniczych i</w:t>
            </w:r>
            <w:r>
              <w:rPr>
                <w:rFonts w:cstheme="minorHAnsi"/>
                <w:sz w:val="24"/>
                <w:szCs w:val="24"/>
              </w:rPr>
              <w:t> </w:t>
            </w:r>
            <w:r w:rsidRPr="005A7A7D">
              <w:rPr>
                <w:rFonts w:cstheme="minorHAnsi"/>
                <w:sz w:val="24"/>
                <w:szCs w:val="24"/>
              </w:rPr>
              <w:t>medycznych wobec poszkodowanej ludności na terenie każdego województwa.</w:t>
            </w:r>
            <w:r w:rsidRPr="006A7979">
              <w:rPr>
                <w:rFonts w:cstheme="minorHAnsi"/>
                <w:sz w:val="24"/>
                <w:szCs w:val="24"/>
              </w:rPr>
              <w:t xml:space="preserve"> </w:t>
            </w:r>
            <w:r>
              <w:rPr>
                <w:rFonts w:cstheme="minorHAnsi"/>
                <w:sz w:val="24"/>
                <w:szCs w:val="24"/>
              </w:rPr>
              <w:t xml:space="preserve">Pozwoli to na przygotowanie podmiotów leczniczych do realizacji zadań ochrony ludności i obrony cywilnej w zakresie uzyskania zdolności </w:t>
            </w:r>
            <w:r>
              <w:rPr>
                <w:rFonts w:cstheme="minorHAnsi"/>
                <w:sz w:val="24"/>
                <w:szCs w:val="24"/>
              </w:rPr>
              <w:lastRenderedPageBreak/>
              <w:t>pomocy medycznej i jej doraźnego rozwinięcia na rzecz ludności cywilnej w</w:t>
            </w:r>
            <w:r w:rsidR="00923F5E">
              <w:rPr>
                <w:rFonts w:cstheme="minorHAnsi"/>
                <w:sz w:val="24"/>
                <w:szCs w:val="24"/>
              </w:rPr>
              <w:t> </w:t>
            </w:r>
            <w:r>
              <w:rPr>
                <w:rFonts w:cstheme="minorHAnsi"/>
                <w:sz w:val="24"/>
                <w:szCs w:val="24"/>
              </w:rPr>
              <w:t>czasie</w:t>
            </w:r>
            <w:r w:rsidR="00930DE7">
              <w:rPr>
                <w:rFonts w:cstheme="minorHAnsi"/>
                <w:sz w:val="24"/>
                <w:szCs w:val="24"/>
              </w:rPr>
              <w:t xml:space="preserve"> kryzysu i konfliktu zbrojnego.</w:t>
            </w:r>
          </w:p>
        </w:tc>
        <w:tc>
          <w:tcPr>
            <w:tcW w:w="1701" w:type="dxa"/>
            <w:shd w:val="clear" w:color="auto" w:fill="FCC770"/>
          </w:tcPr>
          <w:p w:rsidR="0042351F" w:rsidRPr="00A642E0" w:rsidRDefault="0042351F"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3002A2" w:rsidRPr="00A642E0" w:rsidRDefault="003002A2" w:rsidP="00C74694">
            <w:pPr>
              <w:rPr>
                <w:rFonts w:cstheme="minorHAnsi"/>
                <w:b/>
                <w:i/>
                <w:smallCaps/>
                <w:color w:val="000000" w:themeColor="text1"/>
                <w:sz w:val="18"/>
                <w:szCs w:val="18"/>
              </w:rPr>
            </w:pPr>
          </w:p>
          <w:p w:rsidR="00EB182E" w:rsidRPr="00A642E0" w:rsidRDefault="00EB182E"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r w:rsidRPr="00A642E0">
              <w:rPr>
                <w:rFonts w:cstheme="minorHAnsi"/>
                <w:b/>
                <w:i/>
                <w:smallCaps/>
                <w:color w:val="000000" w:themeColor="text1"/>
                <w:sz w:val="18"/>
                <w:szCs w:val="18"/>
              </w:rPr>
              <w:t>obszary</w:t>
            </w: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Default="00C70C86" w:rsidP="00C74694">
            <w:pPr>
              <w:rPr>
                <w:rFonts w:cstheme="minorHAnsi"/>
                <w:b/>
                <w:i/>
                <w:smallCaps/>
                <w:color w:val="000000" w:themeColor="text1"/>
                <w:sz w:val="18"/>
                <w:szCs w:val="18"/>
              </w:rPr>
            </w:pPr>
          </w:p>
          <w:p w:rsidR="00EB182E" w:rsidRPr="00A642E0" w:rsidRDefault="00EB182E"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r w:rsidRPr="00A642E0">
              <w:rPr>
                <w:rFonts w:cstheme="minorHAnsi"/>
                <w:b/>
                <w:i/>
                <w:smallCaps/>
                <w:color w:val="000000" w:themeColor="text1"/>
                <w:sz w:val="18"/>
                <w:szCs w:val="18"/>
              </w:rPr>
              <w:t>podobszary</w:t>
            </w: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704E95" w:rsidRPr="00A642E0" w:rsidRDefault="00704E95"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r w:rsidRPr="00A642E0">
              <w:rPr>
                <w:rFonts w:cstheme="minorHAnsi"/>
                <w:b/>
                <w:i/>
                <w:smallCaps/>
                <w:color w:val="000000" w:themeColor="text1"/>
                <w:sz w:val="18"/>
                <w:szCs w:val="18"/>
              </w:rPr>
              <w:t>zadania</w:t>
            </w: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Default="00C70C86" w:rsidP="00C74694">
            <w:pPr>
              <w:rPr>
                <w:rFonts w:cstheme="minorHAnsi"/>
                <w:b/>
                <w:i/>
                <w:smallCaps/>
                <w:color w:val="000000" w:themeColor="text1"/>
                <w:sz w:val="18"/>
                <w:szCs w:val="18"/>
              </w:rPr>
            </w:pPr>
          </w:p>
          <w:p w:rsidR="00AD4D54" w:rsidRPr="00A642E0" w:rsidRDefault="00AD4D54" w:rsidP="00C74694">
            <w:pPr>
              <w:rPr>
                <w:rFonts w:cstheme="minorHAnsi"/>
                <w:b/>
                <w:i/>
                <w:smallCaps/>
                <w:color w:val="000000" w:themeColor="text1"/>
                <w:sz w:val="18"/>
                <w:szCs w:val="18"/>
              </w:rPr>
            </w:pPr>
          </w:p>
          <w:p w:rsidR="00C70C86" w:rsidRPr="00A642E0" w:rsidRDefault="00DB2690" w:rsidP="00C74694">
            <w:pPr>
              <w:rPr>
                <w:rFonts w:cstheme="minorHAnsi"/>
                <w:b/>
                <w:i/>
                <w:smallCaps/>
                <w:color w:val="000000" w:themeColor="text1"/>
                <w:sz w:val="18"/>
                <w:szCs w:val="18"/>
              </w:rPr>
            </w:pPr>
            <w:r w:rsidRPr="00A642E0">
              <w:rPr>
                <w:rFonts w:cstheme="minorHAnsi"/>
                <w:b/>
                <w:i/>
                <w:smallCaps/>
                <w:color w:val="000000" w:themeColor="text1"/>
                <w:sz w:val="18"/>
                <w:szCs w:val="18"/>
              </w:rPr>
              <w:t>7 obszarów</w:t>
            </w: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C70C86" w:rsidRDefault="00C70C86" w:rsidP="00C74694">
            <w:pPr>
              <w:rPr>
                <w:rFonts w:cstheme="minorHAnsi"/>
                <w:b/>
                <w:i/>
                <w:smallCaps/>
                <w:color w:val="000000" w:themeColor="text1"/>
                <w:sz w:val="18"/>
                <w:szCs w:val="18"/>
              </w:rPr>
            </w:pPr>
          </w:p>
          <w:p w:rsidR="0031042E" w:rsidRDefault="0031042E" w:rsidP="00C74694">
            <w:pPr>
              <w:rPr>
                <w:rFonts w:cstheme="minorHAnsi"/>
                <w:b/>
                <w:i/>
                <w:smallCaps/>
                <w:color w:val="000000" w:themeColor="text1"/>
                <w:sz w:val="18"/>
                <w:szCs w:val="18"/>
              </w:rPr>
            </w:pPr>
          </w:p>
          <w:p w:rsidR="0031042E" w:rsidRDefault="0031042E" w:rsidP="00C74694">
            <w:pPr>
              <w:rPr>
                <w:rFonts w:cstheme="minorHAnsi"/>
                <w:b/>
                <w:i/>
                <w:smallCaps/>
                <w:color w:val="000000" w:themeColor="text1"/>
                <w:sz w:val="18"/>
                <w:szCs w:val="18"/>
              </w:rPr>
            </w:pPr>
          </w:p>
          <w:p w:rsidR="0031042E" w:rsidRPr="00A642E0" w:rsidRDefault="0031042E" w:rsidP="00C74694">
            <w:pPr>
              <w:rPr>
                <w:rFonts w:cstheme="minorHAnsi"/>
                <w:b/>
                <w:i/>
                <w:smallCaps/>
                <w:color w:val="000000" w:themeColor="text1"/>
                <w:sz w:val="18"/>
                <w:szCs w:val="18"/>
              </w:rPr>
            </w:pPr>
          </w:p>
          <w:p w:rsidR="00C70C86" w:rsidRPr="00A642E0" w:rsidRDefault="00C70C86" w:rsidP="00C74694">
            <w:pPr>
              <w:rPr>
                <w:rFonts w:cstheme="minorHAnsi"/>
                <w:b/>
                <w:i/>
                <w:smallCaps/>
                <w:color w:val="000000" w:themeColor="text1"/>
                <w:sz w:val="18"/>
                <w:szCs w:val="18"/>
              </w:rPr>
            </w:pPr>
          </w:p>
          <w:p w:rsidR="00E76E2B" w:rsidRDefault="00E76E2B"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r w:rsidRPr="00A642E0">
              <w:rPr>
                <w:rFonts w:cstheme="minorHAnsi"/>
                <w:b/>
                <w:i/>
                <w:smallCaps/>
                <w:color w:val="000000" w:themeColor="text1"/>
                <w:sz w:val="18"/>
                <w:szCs w:val="18"/>
              </w:rPr>
              <w:t>kwalifikowalność</w:t>
            </w:r>
          </w:p>
          <w:p w:rsidR="00C70C86" w:rsidRPr="00A642E0" w:rsidRDefault="00C70C86"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p>
          <w:p w:rsidR="005B1A2E" w:rsidRDefault="005B1A2E" w:rsidP="00C70C86">
            <w:pPr>
              <w:rPr>
                <w:rFonts w:cstheme="minorHAnsi"/>
                <w:b/>
                <w:i/>
                <w:smallCaps/>
                <w:color w:val="000000" w:themeColor="text1"/>
                <w:sz w:val="18"/>
                <w:szCs w:val="18"/>
              </w:rPr>
            </w:pPr>
          </w:p>
          <w:p w:rsidR="006C4F7E" w:rsidRPr="00432E92" w:rsidRDefault="006C4F7E" w:rsidP="00C70C86">
            <w:pPr>
              <w:rPr>
                <w:rFonts w:cstheme="minorHAnsi"/>
                <w:b/>
                <w:i/>
                <w:smallCaps/>
                <w:color w:val="000000" w:themeColor="text1"/>
                <w:sz w:val="10"/>
                <w:szCs w:val="18"/>
              </w:rPr>
            </w:pPr>
          </w:p>
          <w:p w:rsidR="00C70C86" w:rsidRPr="00A642E0" w:rsidRDefault="00C70C86" w:rsidP="00C70C86">
            <w:pPr>
              <w:rPr>
                <w:rFonts w:cstheme="minorHAnsi"/>
                <w:b/>
                <w:i/>
                <w:smallCaps/>
                <w:color w:val="000000" w:themeColor="text1"/>
                <w:sz w:val="18"/>
                <w:szCs w:val="18"/>
              </w:rPr>
            </w:pPr>
            <w:r w:rsidRPr="00A642E0">
              <w:rPr>
                <w:rFonts w:cstheme="minorHAnsi"/>
                <w:b/>
                <w:i/>
                <w:smallCaps/>
                <w:color w:val="000000" w:themeColor="text1"/>
                <w:sz w:val="18"/>
                <w:szCs w:val="18"/>
              </w:rPr>
              <w:t>zadania kosztowe (inwestycje) i zadania organizacyjne</w:t>
            </w:r>
          </w:p>
          <w:p w:rsidR="00C70C86" w:rsidRPr="00A642E0" w:rsidRDefault="00C70C86"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p>
          <w:p w:rsidR="00C70C86" w:rsidRPr="00A642E0" w:rsidRDefault="00C70C86" w:rsidP="00C70C86">
            <w:pPr>
              <w:rPr>
                <w:rFonts w:cstheme="minorHAnsi"/>
                <w:b/>
                <w:i/>
                <w:smallCaps/>
                <w:color w:val="000000" w:themeColor="text1"/>
                <w:sz w:val="18"/>
                <w:szCs w:val="18"/>
              </w:rPr>
            </w:pPr>
          </w:p>
          <w:p w:rsidR="00422CCA" w:rsidRDefault="00422CCA" w:rsidP="00C70C86">
            <w:pPr>
              <w:rPr>
                <w:rFonts w:cstheme="minorHAnsi"/>
                <w:b/>
                <w:i/>
                <w:smallCaps/>
                <w:color w:val="000000" w:themeColor="text1"/>
                <w:sz w:val="18"/>
                <w:szCs w:val="18"/>
              </w:rPr>
            </w:pPr>
          </w:p>
          <w:p w:rsidR="005B1A2E" w:rsidRPr="00432E92" w:rsidRDefault="005B1A2E" w:rsidP="00C70C86">
            <w:pPr>
              <w:rPr>
                <w:rFonts w:cstheme="minorHAnsi"/>
                <w:b/>
                <w:i/>
                <w:smallCaps/>
                <w:color w:val="000000" w:themeColor="text1"/>
                <w:sz w:val="28"/>
                <w:szCs w:val="18"/>
              </w:rPr>
            </w:pPr>
          </w:p>
          <w:p w:rsidR="00C70C86" w:rsidRPr="00A642E0" w:rsidRDefault="00C70C86" w:rsidP="00C70C86">
            <w:pPr>
              <w:rPr>
                <w:rFonts w:cstheme="minorHAnsi"/>
                <w:b/>
                <w:i/>
                <w:smallCaps/>
                <w:color w:val="000000" w:themeColor="text1"/>
                <w:sz w:val="18"/>
                <w:szCs w:val="18"/>
              </w:rPr>
            </w:pPr>
            <w:r w:rsidRPr="00A642E0">
              <w:rPr>
                <w:rFonts w:cstheme="minorHAnsi"/>
                <w:b/>
                <w:i/>
                <w:smallCaps/>
                <w:color w:val="000000" w:themeColor="text1"/>
                <w:sz w:val="18"/>
                <w:szCs w:val="18"/>
              </w:rPr>
              <w:t>tabela obszarów, podobszarów i zadań</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704E95" w:rsidRPr="00A642E0" w:rsidRDefault="00704E95" w:rsidP="00C70C86">
            <w:pPr>
              <w:rPr>
                <w:rFonts w:cstheme="minorHAnsi"/>
                <w:b/>
                <w:i/>
                <w:smallCaps/>
                <w:color w:val="000000" w:themeColor="text1"/>
                <w:sz w:val="18"/>
                <w:szCs w:val="18"/>
              </w:rPr>
            </w:pPr>
          </w:p>
          <w:p w:rsidR="00B2542B" w:rsidRPr="00432E92" w:rsidRDefault="00B2542B" w:rsidP="00C70C86">
            <w:pPr>
              <w:rPr>
                <w:rFonts w:cstheme="minorHAnsi"/>
                <w:b/>
                <w:i/>
                <w:smallCaps/>
                <w:color w:val="000000" w:themeColor="text1"/>
                <w:sz w:val="28"/>
                <w:szCs w:val="18"/>
              </w:rPr>
            </w:pPr>
          </w:p>
          <w:p w:rsidR="00C74694" w:rsidRPr="00A642E0" w:rsidRDefault="00C74694" w:rsidP="00C70C86">
            <w:pPr>
              <w:rPr>
                <w:rFonts w:cstheme="minorHAnsi"/>
                <w:b/>
                <w:i/>
                <w:smallCaps/>
                <w:color w:val="000000" w:themeColor="text1"/>
                <w:sz w:val="18"/>
                <w:szCs w:val="18"/>
              </w:rPr>
            </w:pPr>
            <w:r w:rsidRPr="00A642E0">
              <w:rPr>
                <w:rFonts w:cstheme="minorHAnsi"/>
                <w:b/>
                <w:i/>
                <w:smallCaps/>
                <w:color w:val="000000" w:themeColor="text1"/>
                <w:sz w:val="18"/>
                <w:szCs w:val="18"/>
              </w:rPr>
              <w:t>Personel ochrony ludności</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Default="00C74694" w:rsidP="00C70C86">
            <w:pPr>
              <w:rPr>
                <w:rFonts w:cstheme="minorHAnsi"/>
                <w:b/>
                <w:i/>
                <w:smallCaps/>
                <w:color w:val="000000" w:themeColor="text1"/>
                <w:sz w:val="18"/>
                <w:szCs w:val="18"/>
              </w:rPr>
            </w:pPr>
          </w:p>
          <w:p w:rsidR="00D01011" w:rsidRDefault="00D01011"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r w:rsidRPr="00A642E0">
              <w:rPr>
                <w:rFonts w:cstheme="minorHAnsi"/>
                <w:b/>
                <w:i/>
                <w:smallCaps/>
                <w:color w:val="000000" w:themeColor="text1"/>
                <w:sz w:val="18"/>
                <w:szCs w:val="18"/>
              </w:rPr>
              <w:t>korpus obrony cywilnej</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Default="00C74694" w:rsidP="00C70C86">
            <w:pPr>
              <w:rPr>
                <w:rFonts w:cstheme="minorHAnsi"/>
                <w:b/>
                <w:i/>
                <w:smallCaps/>
                <w:color w:val="000000" w:themeColor="text1"/>
                <w:sz w:val="18"/>
                <w:szCs w:val="18"/>
              </w:rPr>
            </w:pPr>
          </w:p>
          <w:p w:rsidR="00D01011" w:rsidRDefault="00D01011" w:rsidP="00C70C86">
            <w:pPr>
              <w:rPr>
                <w:rFonts w:cstheme="minorHAnsi"/>
                <w:b/>
                <w:i/>
                <w:smallCaps/>
                <w:color w:val="000000" w:themeColor="text1"/>
                <w:sz w:val="18"/>
                <w:szCs w:val="18"/>
              </w:rPr>
            </w:pPr>
          </w:p>
          <w:p w:rsidR="00D01011" w:rsidRDefault="00D01011" w:rsidP="00C70C86">
            <w:pPr>
              <w:rPr>
                <w:rFonts w:cstheme="minorHAnsi"/>
                <w:b/>
                <w:i/>
                <w:smallCaps/>
                <w:color w:val="000000" w:themeColor="text1"/>
                <w:sz w:val="18"/>
                <w:szCs w:val="18"/>
              </w:rPr>
            </w:pPr>
          </w:p>
          <w:p w:rsidR="00D01011" w:rsidRPr="00A642E0" w:rsidRDefault="00D01011" w:rsidP="00C70C86">
            <w:pPr>
              <w:rPr>
                <w:rFonts w:cstheme="minorHAnsi"/>
                <w:b/>
                <w:i/>
                <w:smallCaps/>
                <w:color w:val="000000" w:themeColor="text1"/>
                <w:sz w:val="18"/>
                <w:szCs w:val="18"/>
              </w:rPr>
            </w:pPr>
          </w:p>
          <w:p w:rsidR="006C4F7E" w:rsidRPr="00432E92" w:rsidRDefault="006C4F7E" w:rsidP="00C70C86">
            <w:pPr>
              <w:rPr>
                <w:rFonts w:cstheme="minorHAnsi"/>
                <w:b/>
                <w:i/>
                <w:smallCaps/>
                <w:color w:val="000000" w:themeColor="text1"/>
                <w:sz w:val="14"/>
                <w:szCs w:val="18"/>
              </w:rPr>
            </w:pPr>
          </w:p>
          <w:p w:rsidR="00704E95" w:rsidRPr="00A642E0" w:rsidRDefault="00704E95"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r w:rsidRPr="00A642E0">
              <w:rPr>
                <w:rFonts w:cstheme="minorHAnsi"/>
                <w:b/>
                <w:i/>
                <w:smallCaps/>
                <w:color w:val="000000" w:themeColor="text1"/>
                <w:sz w:val="18"/>
                <w:szCs w:val="18"/>
              </w:rPr>
              <w:t>Ciągłość działania i</w:t>
            </w:r>
            <w:r w:rsidR="00DB2690" w:rsidRPr="00A642E0">
              <w:rPr>
                <w:rFonts w:cstheme="minorHAnsi"/>
                <w:b/>
                <w:i/>
                <w:smallCaps/>
                <w:color w:val="000000" w:themeColor="text1"/>
                <w:sz w:val="18"/>
                <w:szCs w:val="18"/>
              </w:rPr>
              <w:t> </w:t>
            </w:r>
            <w:r w:rsidRPr="00A642E0">
              <w:rPr>
                <w:rFonts w:cstheme="minorHAnsi"/>
                <w:b/>
                <w:i/>
                <w:smallCaps/>
                <w:color w:val="000000" w:themeColor="text1"/>
                <w:sz w:val="18"/>
                <w:szCs w:val="18"/>
              </w:rPr>
              <w:t>baza magazynowa</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0F4C38" w:rsidRPr="00A642E0" w:rsidRDefault="000F4C38" w:rsidP="00C70C86">
            <w:pPr>
              <w:rPr>
                <w:rFonts w:cstheme="minorHAnsi"/>
                <w:b/>
                <w:i/>
                <w:smallCaps/>
                <w:color w:val="000000" w:themeColor="text1"/>
                <w:sz w:val="18"/>
                <w:szCs w:val="18"/>
              </w:rPr>
            </w:pPr>
          </w:p>
          <w:p w:rsidR="00E53709" w:rsidRDefault="00E53709" w:rsidP="00C70C86">
            <w:pPr>
              <w:rPr>
                <w:rFonts w:cstheme="minorHAnsi"/>
                <w:b/>
                <w:i/>
                <w:smallCaps/>
                <w:color w:val="000000" w:themeColor="text1"/>
                <w:sz w:val="18"/>
                <w:szCs w:val="18"/>
              </w:rPr>
            </w:pPr>
          </w:p>
          <w:p w:rsidR="00AD4D54" w:rsidRDefault="00AD4D5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r w:rsidRPr="00A642E0">
              <w:rPr>
                <w:rFonts w:cstheme="minorHAnsi"/>
                <w:b/>
                <w:i/>
                <w:smallCaps/>
                <w:color w:val="000000" w:themeColor="text1"/>
                <w:sz w:val="18"/>
                <w:szCs w:val="18"/>
              </w:rPr>
              <w:t>zapewnienie usług podstawowych</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E53709" w:rsidRDefault="00E53709" w:rsidP="00C70C86">
            <w:pPr>
              <w:rPr>
                <w:rFonts w:cstheme="minorHAnsi"/>
                <w:b/>
                <w:i/>
                <w:smallCaps/>
                <w:color w:val="000000" w:themeColor="text1"/>
                <w:sz w:val="18"/>
                <w:szCs w:val="18"/>
              </w:rPr>
            </w:pPr>
          </w:p>
          <w:p w:rsidR="00E53709" w:rsidRDefault="00E53709" w:rsidP="00C70C86">
            <w:pPr>
              <w:rPr>
                <w:rFonts w:cstheme="minorHAnsi"/>
                <w:b/>
                <w:i/>
                <w:smallCaps/>
                <w:color w:val="000000" w:themeColor="text1"/>
                <w:sz w:val="18"/>
                <w:szCs w:val="18"/>
              </w:rPr>
            </w:pPr>
          </w:p>
          <w:p w:rsidR="0031042E" w:rsidRDefault="0031042E" w:rsidP="00C70C86">
            <w:pPr>
              <w:rPr>
                <w:rFonts w:cstheme="minorHAnsi"/>
                <w:b/>
                <w:i/>
                <w:smallCaps/>
                <w:color w:val="000000" w:themeColor="text1"/>
                <w:sz w:val="18"/>
                <w:szCs w:val="18"/>
              </w:rPr>
            </w:pPr>
          </w:p>
          <w:p w:rsidR="0031042E" w:rsidRDefault="00DB2690" w:rsidP="00C70C86">
            <w:pPr>
              <w:rPr>
                <w:rFonts w:cstheme="minorHAnsi"/>
                <w:b/>
                <w:i/>
                <w:smallCaps/>
                <w:color w:val="000000" w:themeColor="text1"/>
                <w:sz w:val="18"/>
                <w:szCs w:val="18"/>
              </w:rPr>
            </w:pPr>
            <w:r w:rsidRPr="00A642E0">
              <w:rPr>
                <w:rFonts w:cstheme="minorHAnsi"/>
                <w:b/>
                <w:i/>
                <w:smallCaps/>
                <w:color w:val="000000" w:themeColor="text1"/>
                <w:sz w:val="18"/>
                <w:szCs w:val="18"/>
              </w:rPr>
              <w:t>zakaz finansowania bieżących zadań własnych</w:t>
            </w:r>
          </w:p>
          <w:p w:rsidR="00E53709" w:rsidRDefault="00E53709" w:rsidP="00C70C86">
            <w:pPr>
              <w:rPr>
                <w:rFonts w:cstheme="minorHAnsi"/>
                <w:b/>
                <w:i/>
                <w:smallCaps/>
                <w:color w:val="000000" w:themeColor="text1"/>
                <w:sz w:val="18"/>
                <w:szCs w:val="18"/>
              </w:rPr>
            </w:pPr>
          </w:p>
          <w:p w:rsidR="006C4F7E" w:rsidRPr="00432E92" w:rsidRDefault="006C4F7E" w:rsidP="00C70C86">
            <w:pPr>
              <w:rPr>
                <w:rFonts w:cstheme="minorHAnsi"/>
                <w:b/>
                <w:i/>
                <w:smallCaps/>
                <w:color w:val="000000" w:themeColor="text1"/>
                <w:sz w:val="28"/>
                <w:szCs w:val="18"/>
              </w:rPr>
            </w:pPr>
          </w:p>
          <w:p w:rsidR="00C74694" w:rsidRPr="00A642E0" w:rsidRDefault="00C74694" w:rsidP="00C70C86">
            <w:pPr>
              <w:rPr>
                <w:rFonts w:cstheme="minorHAnsi"/>
                <w:b/>
                <w:i/>
                <w:smallCaps/>
                <w:color w:val="000000" w:themeColor="text1"/>
                <w:sz w:val="18"/>
                <w:szCs w:val="18"/>
              </w:rPr>
            </w:pPr>
            <w:r w:rsidRPr="00A642E0">
              <w:rPr>
                <w:rFonts w:cstheme="minorHAnsi"/>
                <w:b/>
                <w:i/>
                <w:smallCaps/>
                <w:color w:val="000000" w:themeColor="text1"/>
                <w:sz w:val="18"/>
                <w:szCs w:val="18"/>
              </w:rPr>
              <w:t>wyposażenie organów i</w:t>
            </w:r>
            <w:r w:rsidR="00DB2690" w:rsidRPr="00A642E0">
              <w:rPr>
                <w:rFonts w:cstheme="minorHAnsi"/>
                <w:b/>
                <w:i/>
                <w:smallCaps/>
                <w:color w:val="000000" w:themeColor="text1"/>
                <w:sz w:val="18"/>
                <w:szCs w:val="18"/>
              </w:rPr>
              <w:t> </w:t>
            </w:r>
            <w:r w:rsidRPr="00A642E0">
              <w:rPr>
                <w:rFonts w:cstheme="minorHAnsi"/>
                <w:b/>
                <w:i/>
                <w:smallCaps/>
                <w:color w:val="000000" w:themeColor="text1"/>
                <w:sz w:val="18"/>
                <w:szCs w:val="18"/>
              </w:rPr>
              <w:t>podmiotów ochrony ludności</w:t>
            </w: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C74694" w:rsidRDefault="00C74694" w:rsidP="00C70C86">
            <w:pPr>
              <w:rPr>
                <w:rFonts w:cstheme="minorHAnsi"/>
                <w:b/>
                <w:i/>
                <w:smallCaps/>
                <w:color w:val="000000" w:themeColor="text1"/>
                <w:sz w:val="18"/>
                <w:szCs w:val="18"/>
              </w:rPr>
            </w:pPr>
          </w:p>
          <w:p w:rsidR="008F3D70" w:rsidRPr="00A642E0" w:rsidRDefault="008F3D70" w:rsidP="00C70C86">
            <w:pPr>
              <w:rPr>
                <w:rFonts w:cstheme="minorHAnsi"/>
                <w:b/>
                <w:i/>
                <w:smallCaps/>
                <w:color w:val="000000" w:themeColor="text1"/>
                <w:sz w:val="18"/>
                <w:szCs w:val="18"/>
              </w:rPr>
            </w:pPr>
          </w:p>
          <w:p w:rsidR="00C74694" w:rsidRPr="00A642E0" w:rsidRDefault="00C74694" w:rsidP="00C70C86">
            <w:pPr>
              <w:rPr>
                <w:rFonts w:cstheme="minorHAnsi"/>
                <w:b/>
                <w:i/>
                <w:smallCaps/>
                <w:color w:val="000000" w:themeColor="text1"/>
                <w:sz w:val="18"/>
                <w:szCs w:val="18"/>
              </w:rPr>
            </w:pPr>
          </w:p>
          <w:p w:rsidR="009C0561" w:rsidRDefault="009C0561" w:rsidP="00C70C86">
            <w:pPr>
              <w:rPr>
                <w:rFonts w:cstheme="minorHAnsi"/>
                <w:b/>
                <w:i/>
                <w:smallCaps/>
                <w:color w:val="000000" w:themeColor="text1"/>
                <w:sz w:val="18"/>
                <w:szCs w:val="18"/>
              </w:rPr>
            </w:pPr>
          </w:p>
          <w:p w:rsidR="00B2542B" w:rsidRPr="00EB182E" w:rsidRDefault="00B2542B" w:rsidP="00C70C86">
            <w:pPr>
              <w:rPr>
                <w:rFonts w:cstheme="minorHAnsi"/>
                <w:b/>
                <w:i/>
                <w:smallCaps/>
                <w:color w:val="000000" w:themeColor="text1"/>
                <w:sz w:val="18"/>
                <w:szCs w:val="18"/>
              </w:rPr>
            </w:pPr>
          </w:p>
          <w:p w:rsidR="00C74694" w:rsidRPr="00F814B1" w:rsidRDefault="00C74694" w:rsidP="00C70C86">
            <w:pPr>
              <w:rPr>
                <w:rFonts w:cstheme="minorHAnsi"/>
                <w:b/>
                <w:i/>
                <w:smallCaps/>
                <w:color w:val="000000" w:themeColor="text1"/>
                <w:sz w:val="18"/>
                <w:szCs w:val="18"/>
                <w:lang w:val="en-US"/>
              </w:rPr>
            </w:pPr>
            <w:r w:rsidRPr="00EB182E">
              <w:rPr>
                <w:rFonts w:cstheme="minorHAnsi"/>
                <w:b/>
                <w:i/>
                <w:smallCaps/>
                <w:color w:val="000000" w:themeColor="text1"/>
                <w:sz w:val="18"/>
                <w:szCs w:val="18"/>
              </w:rPr>
              <w:t>ratownictwo medyczne</w:t>
            </w:r>
          </w:p>
          <w:p w:rsidR="00C74694" w:rsidRPr="00F814B1" w:rsidRDefault="00C74694" w:rsidP="00C70C86">
            <w:pPr>
              <w:rPr>
                <w:rFonts w:cstheme="minorHAnsi"/>
                <w:b/>
                <w:i/>
                <w:smallCaps/>
                <w:color w:val="000000" w:themeColor="text1"/>
                <w:sz w:val="18"/>
                <w:szCs w:val="18"/>
                <w:lang w:val="en-US"/>
              </w:rPr>
            </w:pPr>
          </w:p>
          <w:p w:rsidR="00C74694" w:rsidRPr="00A642E0" w:rsidRDefault="00C74694" w:rsidP="00C70C86">
            <w:pPr>
              <w:rPr>
                <w:rFonts w:cstheme="minorHAnsi"/>
                <w:b/>
                <w:i/>
                <w:smallCaps/>
                <w:color w:val="000000" w:themeColor="text1"/>
                <w:sz w:val="18"/>
                <w:szCs w:val="18"/>
                <w:lang w:val="en-US"/>
              </w:rPr>
            </w:pPr>
          </w:p>
          <w:p w:rsidR="00DB2690" w:rsidRPr="00A642E0" w:rsidRDefault="00DB2690" w:rsidP="00C70C86">
            <w:pPr>
              <w:rPr>
                <w:rFonts w:cstheme="minorHAnsi"/>
                <w:b/>
                <w:i/>
                <w:smallCaps/>
                <w:color w:val="000000" w:themeColor="text1"/>
                <w:sz w:val="18"/>
                <w:szCs w:val="18"/>
                <w:lang w:val="en-US"/>
              </w:rPr>
            </w:pPr>
          </w:p>
          <w:p w:rsidR="00C74694" w:rsidRPr="009E5236" w:rsidRDefault="00C74694" w:rsidP="00C70C86">
            <w:pPr>
              <w:rPr>
                <w:rFonts w:cstheme="minorHAnsi"/>
                <w:b/>
                <w:i/>
                <w:smallCaps/>
                <w:color w:val="000000" w:themeColor="text1"/>
                <w:sz w:val="18"/>
                <w:szCs w:val="18"/>
                <w:lang w:val="en-US"/>
              </w:rPr>
            </w:pPr>
            <w:r w:rsidRPr="009E5236">
              <w:rPr>
                <w:rFonts w:cstheme="minorHAnsi"/>
                <w:b/>
                <w:i/>
                <w:smallCaps/>
                <w:color w:val="000000" w:themeColor="text1"/>
                <w:sz w:val="18"/>
                <w:szCs w:val="18"/>
                <w:lang w:val="en-US"/>
              </w:rPr>
              <w:t xml:space="preserve">HNS – </w:t>
            </w:r>
            <w:r w:rsidR="009E5236" w:rsidRPr="009E5236">
              <w:rPr>
                <w:rFonts w:cstheme="minorHAnsi"/>
                <w:b/>
                <w:i/>
                <w:smallCaps/>
                <w:color w:val="000000" w:themeColor="text1"/>
                <w:sz w:val="18"/>
                <w:szCs w:val="18"/>
                <w:lang w:val="en-US"/>
              </w:rPr>
              <w:t>H</w:t>
            </w:r>
            <w:r w:rsidRPr="009E5236">
              <w:rPr>
                <w:rFonts w:cstheme="minorHAnsi"/>
                <w:b/>
                <w:i/>
                <w:smallCaps/>
                <w:color w:val="000000" w:themeColor="text1"/>
                <w:sz w:val="18"/>
                <w:szCs w:val="18"/>
                <w:lang w:val="en-US"/>
              </w:rPr>
              <w:t>ost nation support</w:t>
            </w:r>
          </w:p>
          <w:p w:rsidR="00C74694" w:rsidRPr="00A642E0" w:rsidRDefault="00C74694" w:rsidP="00C70C86">
            <w:pPr>
              <w:rPr>
                <w:rFonts w:cstheme="minorHAnsi"/>
                <w:b/>
                <w:i/>
                <w:smallCaps/>
                <w:color w:val="000000" w:themeColor="text1"/>
                <w:sz w:val="18"/>
                <w:szCs w:val="18"/>
                <w:lang w:val="en-US"/>
              </w:rPr>
            </w:pPr>
          </w:p>
          <w:p w:rsidR="00C74694" w:rsidRPr="00A642E0" w:rsidRDefault="00C74694" w:rsidP="00C70C86">
            <w:pPr>
              <w:rPr>
                <w:rFonts w:cstheme="minorHAnsi"/>
                <w:b/>
                <w:i/>
                <w:smallCaps/>
                <w:color w:val="000000" w:themeColor="text1"/>
                <w:sz w:val="18"/>
                <w:szCs w:val="18"/>
                <w:lang w:val="en-US"/>
              </w:rPr>
            </w:pPr>
          </w:p>
          <w:p w:rsidR="00C74694" w:rsidRPr="00A642E0" w:rsidRDefault="00C74694" w:rsidP="00C70C86">
            <w:pPr>
              <w:rPr>
                <w:rFonts w:cstheme="minorHAnsi"/>
                <w:b/>
                <w:i/>
                <w:smallCaps/>
                <w:color w:val="000000" w:themeColor="text1"/>
                <w:sz w:val="18"/>
                <w:szCs w:val="18"/>
                <w:lang w:val="en-US"/>
              </w:rPr>
            </w:pPr>
          </w:p>
          <w:p w:rsidR="00C74694" w:rsidRDefault="00C74694" w:rsidP="00C70C86">
            <w:pPr>
              <w:rPr>
                <w:rFonts w:cstheme="minorHAnsi"/>
                <w:b/>
                <w:i/>
                <w:smallCaps/>
                <w:color w:val="000000" w:themeColor="text1"/>
                <w:sz w:val="18"/>
                <w:szCs w:val="18"/>
                <w:lang w:val="en-US"/>
              </w:rPr>
            </w:pPr>
          </w:p>
          <w:p w:rsidR="00422CCA" w:rsidRPr="00A642E0" w:rsidRDefault="00422CCA" w:rsidP="00C70C86">
            <w:pPr>
              <w:rPr>
                <w:rFonts w:cstheme="minorHAnsi"/>
                <w:b/>
                <w:i/>
                <w:smallCaps/>
                <w:color w:val="000000" w:themeColor="text1"/>
                <w:sz w:val="18"/>
                <w:szCs w:val="18"/>
                <w:lang w:val="en-US"/>
              </w:rPr>
            </w:pPr>
          </w:p>
          <w:p w:rsidR="00C74694" w:rsidRDefault="00C74694" w:rsidP="00C70C86">
            <w:pPr>
              <w:rPr>
                <w:rFonts w:cstheme="minorHAnsi"/>
                <w:b/>
                <w:i/>
                <w:smallCaps/>
                <w:color w:val="000000" w:themeColor="text1"/>
                <w:sz w:val="18"/>
                <w:szCs w:val="18"/>
                <w:lang w:val="en-US"/>
              </w:rPr>
            </w:pPr>
          </w:p>
          <w:p w:rsidR="00AD4D54" w:rsidRDefault="00AD4D54" w:rsidP="00C70C86">
            <w:pPr>
              <w:rPr>
                <w:rFonts w:cstheme="minorHAnsi"/>
                <w:b/>
                <w:i/>
                <w:smallCaps/>
                <w:color w:val="000000" w:themeColor="text1"/>
                <w:sz w:val="18"/>
                <w:szCs w:val="18"/>
                <w:lang w:val="en-US"/>
              </w:rPr>
            </w:pPr>
          </w:p>
          <w:p w:rsidR="00981CFF" w:rsidRPr="00432E92" w:rsidRDefault="00981CFF" w:rsidP="00C70C86">
            <w:pPr>
              <w:rPr>
                <w:rFonts w:cstheme="minorHAnsi"/>
                <w:b/>
                <w:i/>
                <w:smallCaps/>
                <w:color w:val="000000" w:themeColor="text1"/>
                <w:sz w:val="10"/>
                <w:szCs w:val="18"/>
                <w:lang w:val="en-US"/>
              </w:rPr>
            </w:pPr>
          </w:p>
          <w:p w:rsidR="00C74694" w:rsidRPr="00A642E0" w:rsidRDefault="00E147C9" w:rsidP="00C74694">
            <w:pPr>
              <w:rPr>
                <w:rFonts w:cstheme="minorHAnsi"/>
                <w:b/>
                <w:i/>
                <w:smallCaps/>
                <w:color w:val="000000" w:themeColor="text1"/>
                <w:sz w:val="18"/>
                <w:szCs w:val="18"/>
              </w:rPr>
            </w:pPr>
            <w:r>
              <w:rPr>
                <w:rFonts w:cstheme="minorHAnsi"/>
                <w:b/>
                <w:i/>
                <w:smallCaps/>
                <w:color w:val="000000" w:themeColor="text1"/>
                <w:sz w:val="18"/>
                <w:szCs w:val="18"/>
              </w:rPr>
              <w:t xml:space="preserve">Łączność, </w:t>
            </w:r>
            <w:proofErr w:type="spellStart"/>
            <w:r>
              <w:rPr>
                <w:rFonts w:cstheme="minorHAnsi"/>
                <w:b/>
                <w:i/>
                <w:smallCaps/>
                <w:color w:val="000000" w:themeColor="text1"/>
                <w:sz w:val="18"/>
                <w:szCs w:val="18"/>
              </w:rPr>
              <w:t>SOiA</w:t>
            </w:r>
            <w:proofErr w:type="spellEnd"/>
            <w:r>
              <w:rPr>
                <w:rFonts w:cstheme="minorHAnsi"/>
                <w:b/>
                <w:i/>
                <w:smallCaps/>
                <w:color w:val="000000" w:themeColor="text1"/>
                <w:sz w:val="18"/>
                <w:szCs w:val="18"/>
              </w:rPr>
              <w:t>,</w:t>
            </w:r>
            <w:r w:rsidR="000F4C38" w:rsidRPr="00A642E0">
              <w:rPr>
                <w:rFonts w:cstheme="minorHAnsi"/>
                <w:b/>
                <w:i/>
                <w:smallCaps/>
                <w:color w:val="000000" w:themeColor="text1"/>
                <w:sz w:val="18"/>
                <w:szCs w:val="18"/>
              </w:rPr>
              <w:t xml:space="preserve"> </w:t>
            </w:r>
            <w:proofErr w:type="spellStart"/>
            <w:r w:rsidR="00C74694" w:rsidRPr="00A642E0">
              <w:rPr>
                <w:rFonts w:cstheme="minorHAnsi"/>
                <w:b/>
                <w:i/>
                <w:smallCaps/>
                <w:color w:val="000000" w:themeColor="text1"/>
                <w:sz w:val="18"/>
                <w:szCs w:val="18"/>
              </w:rPr>
              <w:t>cyberbezpieczeństwo</w:t>
            </w:r>
            <w:proofErr w:type="spellEnd"/>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Default="00C74694" w:rsidP="00C74694">
            <w:pPr>
              <w:rPr>
                <w:rFonts w:cstheme="minorHAnsi"/>
                <w:b/>
                <w:i/>
                <w:smallCaps/>
                <w:color w:val="000000" w:themeColor="text1"/>
                <w:sz w:val="18"/>
                <w:szCs w:val="18"/>
              </w:rPr>
            </w:pPr>
          </w:p>
          <w:p w:rsidR="008F3D70" w:rsidRPr="00A642E0" w:rsidRDefault="008F3D70"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 xml:space="preserve">SBŁP – system bezpiecznej łączności państwowej </w:t>
            </w:r>
          </w:p>
          <w:p w:rsidR="00C74694" w:rsidRPr="00A642E0" w:rsidRDefault="00C74694"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24"/>
                <w:szCs w:val="18"/>
              </w:rPr>
            </w:pPr>
          </w:p>
          <w:p w:rsidR="002A33F7" w:rsidRPr="00432E92" w:rsidRDefault="002A33F7" w:rsidP="00C74694">
            <w:pPr>
              <w:rPr>
                <w:rFonts w:cstheme="minorHAnsi"/>
                <w:b/>
                <w:i/>
                <w:smallCaps/>
                <w:color w:val="000000" w:themeColor="text1"/>
                <w:sz w:val="24"/>
                <w:szCs w:val="18"/>
              </w:rPr>
            </w:pPr>
          </w:p>
          <w:p w:rsidR="002A33F7" w:rsidRDefault="002A33F7" w:rsidP="00C74694">
            <w:pPr>
              <w:rPr>
                <w:rFonts w:cstheme="minorHAnsi"/>
                <w:b/>
                <w:i/>
                <w:smallCaps/>
                <w:color w:val="000000" w:themeColor="text1"/>
                <w:sz w:val="18"/>
                <w:szCs w:val="18"/>
              </w:rPr>
            </w:pPr>
          </w:p>
          <w:p w:rsidR="00EB182E" w:rsidRPr="00A642E0" w:rsidRDefault="00EB182E" w:rsidP="00C74694">
            <w:pPr>
              <w:rPr>
                <w:rFonts w:cstheme="minorHAnsi"/>
                <w:b/>
                <w:i/>
                <w:smallCaps/>
                <w:color w:val="000000" w:themeColor="text1"/>
                <w:sz w:val="18"/>
                <w:szCs w:val="18"/>
              </w:rPr>
            </w:pPr>
          </w:p>
          <w:p w:rsidR="00DB2690" w:rsidRPr="00A642E0" w:rsidRDefault="005B1E4E" w:rsidP="00C74694">
            <w:pPr>
              <w:rPr>
                <w:rFonts w:cstheme="minorHAnsi"/>
                <w:b/>
                <w:i/>
                <w:smallCaps/>
                <w:color w:val="000000" w:themeColor="text1"/>
                <w:sz w:val="18"/>
                <w:szCs w:val="18"/>
              </w:rPr>
            </w:pPr>
            <w:r w:rsidRPr="00A642E0">
              <w:rPr>
                <w:rFonts w:cstheme="minorHAnsi"/>
                <w:b/>
                <w:i/>
                <w:smallCaps/>
                <w:color w:val="000000" w:themeColor="text1"/>
                <w:sz w:val="18"/>
                <w:szCs w:val="18"/>
              </w:rPr>
              <w:t>system powiadamiania ratunkowego</w:t>
            </w:r>
          </w:p>
          <w:p w:rsidR="005B1E4E" w:rsidRDefault="005B1E4E" w:rsidP="00C74694">
            <w:pPr>
              <w:rPr>
                <w:rFonts w:cstheme="minorHAnsi"/>
                <w:b/>
                <w:i/>
                <w:smallCaps/>
                <w:color w:val="000000" w:themeColor="text1"/>
                <w:sz w:val="18"/>
                <w:szCs w:val="18"/>
              </w:rPr>
            </w:pPr>
          </w:p>
          <w:p w:rsidR="00422CCA" w:rsidRDefault="00422CCA"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EB182E" w:rsidRPr="00A642E0" w:rsidRDefault="00EB182E"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r w:rsidRPr="00A642E0">
              <w:rPr>
                <w:rFonts w:cstheme="minorHAnsi"/>
                <w:b/>
                <w:i/>
                <w:smallCaps/>
                <w:color w:val="000000" w:themeColor="text1"/>
                <w:sz w:val="18"/>
                <w:szCs w:val="18"/>
              </w:rPr>
              <w:t>infrastruktura ochronna</w:t>
            </w: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Default="00C74694"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8F3D70" w:rsidRPr="00A642E0" w:rsidRDefault="008F3D70"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r w:rsidRPr="00A642E0">
              <w:rPr>
                <w:rFonts w:cstheme="minorHAnsi"/>
                <w:b/>
                <w:i/>
                <w:smallCaps/>
                <w:color w:val="000000" w:themeColor="text1"/>
                <w:sz w:val="18"/>
                <w:szCs w:val="18"/>
              </w:rPr>
              <w:t>odporna infrastruktura medyczna</w:t>
            </w: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p>
          <w:p w:rsidR="00C74694" w:rsidRDefault="00C74694" w:rsidP="00C74694">
            <w:pPr>
              <w:rPr>
                <w:rFonts w:cstheme="minorHAnsi"/>
                <w:b/>
                <w:i/>
                <w:smallCaps/>
                <w:color w:val="000000" w:themeColor="text1"/>
                <w:sz w:val="18"/>
                <w:szCs w:val="18"/>
              </w:rPr>
            </w:pPr>
          </w:p>
          <w:p w:rsidR="00422CCA" w:rsidRPr="00A642E0" w:rsidRDefault="00422CCA" w:rsidP="00C74694">
            <w:pPr>
              <w:rPr>
                <w:rFonts w:cstheme="minorHAnsi"/>
                <w:b/>
                <w:i/>
                <w:smallCaps/>
                <w:color w:val="000000" w:themeColor="text1"/>
                <w:sz w:val="18"/>
                <w:szCs w:val="18"/>
              </w:rPr>
            </w:pPr>
          </w:p>
          <w:p w:rsidR="00E53709" w:rsidRDefault="00E53709"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18"/>
                <w:szCs w:val="18"/>
              </w:rPr>
            </w:pPr>
          </w:p>
          <w:p w:rsidR="00C74694" w:rsidRPr="00A642E0" w:rsidRDefault="00C74694" w:rsidP="00C74694">
            <w:pPr>
              <w:rPr>
                <w:rFonts w:cstheme="minorHAnsi"/>
                <w:b/>
                <w:i/>
                <w:smallCaps/>
                <w:color w:val="000000" w:themeColor="text1"/>
                <w:sz w:val="18"/>
                <w:szCs w:val="18"/>
              </w:rPr>
            </w:pPr>
            <w:r w:rsidRPr="00A642E0">
              <w:rPr>
                <w:rFonts w:cstheme="minorHAnsi"/>
                <w:b/>
                <w:i/>
                <w:smallCaps/>
                <w:color w:val="000000" w:themeColor="text1"/>
                <w:sz w:val="18"/>
                <w:szCs w:val="18"/>
              </w:rPr>
              <w:t>obiekty zbiorowej ochrony podwójnej funkcji</w:t>
            </w:r>
          </w:p>
          <w:p w:rsidR="0031042E" w:rsidRPr="00A642E0" w:rsidRDefault="0031042E" w:rsidP="00C74694">
            <w:pPr>
              <w:rPr>
                <w:rFonts w:cstheme="minorHAnsi"/>
                <w:b/>
                <w:i/>
                <w:smallCaps/>
                <w:color w:val="000000" w:themeColor="text1"/>
                <w:sz w:val="18"/>
                <w:szCs w:val="18"/>
              </w:rPr>
            </w:pPr>
          </w:p>
          <w:p w:rsidR="008F3D70" w:rsidRPr="00A642E0" w:rsidRDefault="008F3D70"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r w:rsidRPr="00A642E0">
              <w:rPr>
                <w:rFonts w:cstheme="minorHAnsi"/>
                <w:b/>
                <w:i/>
                <w:smallCaps/>
                <w:color w:val="000000" w:themeColor="text1"/>
                <w:sz w:val="18"/>
                <w:szCs w:val="18"/>
              </w:rPr>
              <w:t>edukacja i szkolenia</w:t>
            </w: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Default="00601FF5"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8F3D70" w:rsidRPr="00A642E0" w:rsidRDefault="008F3D70"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Default="00601FF5" w:rsidP="00C74694">
            <w:pPr>
              <w:rPr>
                <w:rFonts w:cstheme="minorHAnsi"/>
                <w:b/>
                <w:i/>
                <w:smallCaps/>
                <w:color w:val="000000" w:themeColor="text1"/>
                <w:sz w:val="18"/>
                <w:szCs w:val="18"/>
              </w:rPr>
            </w:pPr>
          </w:p>
          <w:p w:rsidR="0031042E" w:rsidRDefault="0031042E" w:rsidP="00C74694">
            <w:pPr>
              <w:rPr>
                <w:rFonts w:cstheme="minorHAnsi"/>
                <w:b/>
                <w:i/>
                <w:smallCaps/>
                <w:color w:val="000000" w:themeColor="text1"/>
                <w:sz w:val="18"/>
                <w:szCs w:val="18"/>
              </w:rPr>
            </w:pPr>
          </w:p>
          <w:p w:rsidR="0031042E" w:rsidRDefault="0031042E" w:rsidP="00C74694">
            <w:pPr>
              <w:rPr>
                <w:rFonts w:cstheme="minorHAnsi"/>
                <w:b/>
                <w:i/>
                <w:smallCaps/>
                <w:color w:val="000000" w:themeColor="text1"/>
                <w:sz w:val="18"/>
                <w:szCs w:val="18"/>
              </w:rPr>
            </w:pPr>
          </w:p>
          <w:p w:rsidR="002962D7" w:rsidRPr="00A642E0" w:rsidRDefault="002962D7" w:rsidP="00C74694">
            <w:pPr>
              <w:rPr>
                <w:rFonts w:cstheme="minorHAnsi"/>
                <w:b/>
                <w:i/>
                <w:smallCaps/>
                <w:color w:val="000000" w:themeColor="text1"/>
                <w:sz w:val="18"/>
                <w:szCs w:val="18"/>
              </w:rPr>
            </w:pPr>
          </w:p>
          <w:p w:rsidR="00601FF5" w:rsidRPr="00A642E0" w:rsidRDefault="00DB2690" w:rsidP="00C74694">
            <w:pPr>
              <w:rPr>
                <w:rFonts w:cstheme="minorHAnsi"/>
                <w:b/>
                <w:i/>
                <w:smallCaps/>
                <w:color w:val="000000" w:themeColor="text1"/>
                <w:sz w:val="18"/>
                <w:szCs w:val="18"/>
              </w:rPr>
            </w:pPr>
            <w:r w:rsidRPr="00A642E0">
              <w:rPr>
                <w:rFonts w:cstheme="minorHAnsi"/>
                <w:b/>
                <w:i/>
                <w:smallCaps/>
                <w:color w:val="000000" w:themeColor="text1"/>
                <w:sz w:val="18"/>
                <w:szCs w:val="18"/>
              </w:rPr>
              <w:t>odporność społeczna</w:t>
            </w: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Default="00601FF5"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EB182E" w:rsidRDefault="00EB182E" w:rsidP="00C74694">
            <w:pPr>
              <w:rPr>
                <w:rFonts w:cstheme="minorHAnsi"/>
                <w:b/>
                <w:i/>
                <w:smallCaps/>
                <w:color w:val="000000" w:themeColor="text1"/>
                <w:sz w:val="18"/>
                <w:szCs w:val="18"/>
              </w:rPr>
            </w:pPr>
          </w:p>
          <w:p w:rsidR="00EB182E" w:rsidRDefault="00EB182E" w:rsidP="00C74694">
            <w:pPr>
              <w:rPr>
                <w:rFonts w:cstheme="minorHAnsi"/>
                <w:b/>
                <w:i/>
                <w:smallCaps/>
                <w:color w:val="000000" w:themeColor="text1"/>
                <w:sz w:val="18"/>
                <w:szCs w:val="18"/>
              </w:rPr>
            </w:pPr>
          </w:p>
          <w:p w:rsidR="00EB182E" w:rsidRDefault="00EB182E" w:rsidP="00C74694">
            <w:pPr>
              <w:rPr>
                <w:rFonts w:cstheme="minorHAnsi"/>
                <w:b/>
                <w:i/>
                <w:smallCaps/>
                <w:color w:val="000000" w:themeColor="text1"/>
                <w:sz w:val="18"/>
                <w:szCs w:val="18"/>
              </w:rPr>
            </w:pPr>
          </w:p>
          <w:p w:rsidR="008F3D70" w:rsidRPr="00432E92" w:rsidRDefault="008F3D70" w:rsidP="00C74694">
            <w:pPr>
              <w:rPr>
                <w:rFonts w:cstheme="minorHAnsi"/>
                <w:b/>
                <w:i/>
                <w:smallCaps/>
                <w:color w:val="000000" w:themeColor="text1"/>
                <w:sz w:val="10"/>
                <w:szCs w:val="18"/>
              </w:rPr>
            </w:pPr>
          </w:p>
          <w:p w:rsidR="00601FF5" w:rsidRPr="00A642E0" w:rsidRDefault="00601FF5" w:rsidP="00C74694">
            <w:pPr>
              <w:rPr>
                <w:rFonts w:cstheme="minorHAnsi"/>
                <w:b/>
                <w:i/>
                <w:smallCaps/>
                <w:color w:val="000000" w:themeColor="text1"/>
                <w:sz w:val="18"/>
                <w:szCs w:val="18"/>
              </w:rPr>
            </w:pPr>
            <w:r w:rsidRPr="00A642E0">
              <w:rPr>
                <w:rFonts w:cstheme="minorHAnsi"/>
                <w:b/>
                <w:i/>
                <w:smallCaps/>
                <w:color w:val="000000" w:themeColor="text1"/>
                <w:sz w:val="18"/>
                <w:szCs w:val="18"/>
              </w:rPr>
              <w:t>zwalczanie dezinformacji i</w:t>
            </w:r>
            <w:r w:rsidR="009E5236">
              <w:rPr>
                <w:rFonts w:cstheme="minorHAnsi"/>
                <w:b/>
                <w:i/>
                <w:smallCaps/>
                <w:color w:val="000000" w:themeColor="text1"/>
                <w:sz w:val="18"/>
                <w:szCs w:val="18"/>
              </w:rPr>
              <w:t> </w:t>
            </w:r>
            <w:r w:rsidRPr="00A642E0">
              <w:rPr>
                <w:rFonts w:cstheme="minorHAnsi"/>
                <w:b/>
                <w:i/>
                <w:smallCaps/>
                <w:color w:val="000000" w:themeColor="text1"/>
                <w:sz w:val="18"/>
                <w:szCs w:val="18"/>
              </w:rPr>
              <w:t>polaryzacji społecznej</w:t>
            </w: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493672" w:rsidRPr="00A642E0" w:rsidRDefault="00493672" w:rsidP="00C74694">
            <w:pPr>
              <w:rPr>
                <w:rFonts w:cstheme="minorHAnsi"/>
                <w:b/>
                <w:i/>
                <w:smallCaps/>
                <w:color w:val="000000" w:themeColor="text1"/>
                <w:sz w:val="18"/>
                <w:szCs w:val="18"/>
              </w:rPr>
            </w:pPr>
          </w:p>
          <w:p w:rsidR="003B14E4" w:rsidRDefault="003B14E4" w:rsidP="00C74694">
            <w:pPr>
              <w:rPr>
                <w:rFonts w:cstheme="minorHAnsi"/>
                <w:b/>
                <w:i/>
                <w:smallCaps/>
                <w:color w:val="000000" w:themeColor="text1"/>
                <w:sz w:val="18"/>
                <w:szCs w:val="18"/>
              </w:rPr>
            </w:pPr>
          </w:p>
          <w:p w:rsidR="003B14E4" w:rsidRDefault="003B14E4" w:rsidP="00C74694">
            <w:pPr>
              <w:rPr>
                <w:rFonts w:cstheme="minorHAnsi"/>
                <w:b/>
                <w:i/>
                <w:smallCaps/>
                <w:color w:val="000000" w:themeColor="text1"/>
                <w:sz w:val="18"/>
                <w:szCs w:val="18"/>
              </w:rPr>
            </w:pPr>
          </w:p>
          <w:p w:rsidR="003B14E4" w:rsidRDefault="003B14E4"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8F3D70" w:rsidRDefault="008F3D70" w:rsidP="00C74694">
            <w:pPr>
              <w:rPr>
                <w:rFonts w:cstheme="minorHAnsi"/>
                <w:b/>
                <w:i/>
                <w:smallCaps/>
                <w:color w:val="000000" w:themeColor="text1"/>
                <w:sz w:val="18"/>
                <w:szCs w:val="18"/>
              </w:rPr>
            </w:pPr>
          </w:p>
          <w:p w:rsidR="003461E8" w:rsidRDefault="003461E8" w:rsidP="00C74694">
            <w:pPr>
              <w:rPr>
                <w:rFonts w:cstheme="minorHAnsi"/>
                <w:b/>
                <w:i/>
                <w:smallCaps/>
                <w:color w:val="000000" w:themeColor="text1"/>
                <w:sz w:val="18"/>
                <w:szCs w:val="18"/>
              </w:rPr>
            </w:pPr>
          </w:p>
          <w:p w:rsidR="003461E8" w:rsidRDefault="003461E8" w:rsidP="00C74694">
            <w:pPr>
              <w:rPr>
                <w:rFonts w:cstheme="minorHAnsi"/>
                <w:b/>
                <w:i/>
                <w:smallCaps/>
                <w:color w:val="000000" w:themeColor="text1"/>
                <w:sz w:val="18"/>
                <w:szCs w:val="18"/>
              </w:rPr>
            </w:pPr>
          </w:p>
          <w:p w:rsidR="003461E8" w:rsidRDefault="003461E8" w:rsidP="00C74694">
            <w:pPr>
              <w:rPr>
                <w:rFonts w:cstheme="minorHAnsi"/>
                <w:b/>
                <w:i/>
                <w:smallCaps/>
                <w:color w:val="000000" w:themeColor="text1"/>
                <w:sz w:val="18"/>
                <w:szCs w:val="18"/>
              </w:rPr>
            </w:pPr>
          </w:p>
          <w:p w:rsidR="003461E8" w:rsidRDefault="003461E8" w:rsidP="00C74694">
            <w:pPr>
              <w:rPr>
                <w:rFonts w:cstheme="minorHAnsi"/>
                <w:b/>
                <w:i/>
                <w:smallCaps/>
                <w:color w:val="000000" w:themeColor="text1"/>
                <w:sz w:val="18"/>
                <w:szCs w:val="18"/>
              </w:rPr>
            </w:pPr>
          </w:p>
          <w:p w:rsidR="003461E8" w:rsidRDefault="003461E8"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r w:rsidRPr="00A642E0">
              <w:rPr>
                <w:rFonts w:cstheme="minorHAnsi"/>
                <w:b/>
                <w:i/>
                <w:smallCaps/>
                <w:color w:val="000000" w:themeColor="text1"/>
                <w:sz w:val="18"/>
                <w:szCs w:val="18"/>
              </w:rPr>
              <w:t>komponent medyczny Szefa Obrony Cywilnej</w:t>
            </w: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601FF5" w:rsidRDefault="00601FF5"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28"/>
                <w:szCs w:val="18"/>
              </w:rPr>
            </w:pPr>
          </w:p>
          <w:p w:rsidR="00EB182E" w:rsidRDefault="00EB182E" w:rsidP="00C74694">
            <w:pPr>
              <w:rPr>
                <w:rFonts w:cstheme="minorHAnsi"/>
                <w:b/>
                <w:i/>
                <w:smallCaps/>
                <w:color w:val="000000" w:themeColor="text1"/>
                <w:sz w:val="28"/>
                <w:szCs w:val="18"/>
              </w:rPr>
            </w:pPr>
          </w:p>
          <w:p w:rsidR="00EB182E" w:rsidRPr="00432E92" w:rsidRDefault="00EB182E" w:rsidP="00C74694">
            <w:pPr>
              <w:rPr>
                <w:rFonts w:cstheme="minorHAnsi"/>
                <w:b/>
                <w:i/>
                <w:smallCaps/>
                <w:color w:val="000000" w:themeColor="text1"/>
                <w:sz w:val="28"/>
                <w:szCs w:val="18"/>
              </w:rPr>
            </w:pPr>
          </w:p>
          <w:p w:rsidR="00601FF5" w:rsidRPr="00A642E0" w:rsidRDefault="00601FF5" w:rsidP="00C74694">
            <w:pPr>
              <w:rPr>
                <w:rFonts w:cstheme="minorHAnsi"/>
                <w:b/>
                <w:i/>
                <w:smallCaps/>
                <w:color w:val="000000" w:themeColor="text1"/>
                <w:sz w:val="18"/>
                <w:szCs w:val="18"/>
              </w:rPr>
            </w:pPr>
            <w:r w:rsidRPr="00A642E0">
              <w:rPr>
                <w:rFonts w:cstheme="minorHAnsi"/>
                <w:b/>
                <w:i/>
                <w:smallCaps/>
                <w:color w:val="000000" w:themeColor="text1"/>
                <w:sz w:val="18"/>
                <w:szCs w:val="18"/>
              </w:rPr>
              <w:t>Państwowy Instytut Medyczny MSWiA w</w:t>
            </w:r>
            <w:r w:rsidR="000F4C38" w:rsidRPr="00A642E0">
              <w:rPr>
                <w:rFonts w:cstheme="minorHAnsi"/>
                <w:b/>
                <w:i/>
                <w:smallCaps/>
                <w:color w:val="000000" w:themeColor="text1"/>
                <w:sz w:val="18"/>
                <w:szCs w:val="18"/>
              </w:rPr>
              <w:t> </w:t>
            </w:r>
            <w:r w:rsidRPr="00A642E0">
              <w:rPr>
                <w:rFonts w:cstheme="minorHAnsi"/>
                <w:b/>
                <w:i/>
                <w:smallCaps/>
                <w:color w:val="000000" w:themeColor="text1"/>
                <w:sz w:val="18"/>
                <w:szCs w:val="18"/>
              </w:rPr>
              <w:t>systemie obrony cywilnej</w:t>
            </w:r>
          </w:p>
          <w:p w:rsidR="00601FF5" w:rsidRPr="00A642E0" w:rsidRDefault="00601FF5"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p>
          <w:p w:rsidR="002A33F7" w:rsidRDefault="002A33F7" w:rsidP="00C74694">
            <w:pPr>
              <w:rPr>
                <w:rFonts w:cstheme="minorHAnsi"/>
                <w:b/>
                <w:i/>
                <w:smallCaps/>
                <w:color w:val="000000" w:themeColor="text1"/>
                <w:sz w:val="18"/>
                <w:szCs w:val="18"/>
              </w:rPr>
            </w:pPr>
          </w:p>
          <w:p w:rsidR="00EB182E" w:rsidRDefault="00EB182E" w:rsidP="00C74694">
            <w:pPr>
              <w:rPr>
                <w:rFonts w:cstheme="minorHAnsi"/>
                <w:b/>
                <w:i/>
                <w:smallCaps/>
                <w:color w:val="000000" w:themeColor="text1"/>
                <w:sz w:val="18"/>
                <w:szCs w:val="18"/>
              </w:rPr>
            </w:pPr>
          </w:p>
          <w:p w:rsidR="00EB182E" w:rsidRDefault="00EB182E" w:rsidP="00C74694">
            <w:pPr>
              <w:rPr>
                <w:rFonts w:cstheme="minorHAnsi"/>
                <w:b/>
                <w:i/>
                <w:smallCaps/>
                <w:color w:val="000000" w:themeColor="text1"/>
                <w:sz w:val="18"/>
                <w:szCs w:val="18"/>
              </w:rPr>
            </w:pPr>
          </w:p>
          <w:p w:rsidR="00EB182E" w:rsidRPr="00A642E0" w:rsidRDefault="00EB182E" w:rsidP="00C74694">
            <w:pPr>
              <w:rPr>
                <w:rFonts w:cstheme="minorHAnsi"/>
                <w:b/>
                <w:i/>
                <w:smallCaps/>
                <w:color w:val="000000" w:themeColor="text1"/>
                <w:sz w:val="18"/>
                <w:szCs w:val="18"/>
              </w:rPr>
            </w:pPr>
          </w:p>
          <w:p w:rsidR="00601FF5" w:rsidRPr="00A642E0" w:rsidRDefault="00601FF5" w:rsidP="00C74694">
            <w:pPr>
              <w:rPr>
                <w:rFonts w:cstheme="minorHAnsi"/>
                <w:b/>
                <w:i/>
                <w:smallCaps/>
                <w:color w:val="000000" w:themeColor="text1"/>
                <w:sz w:val="18"/>
                <w:szCs w:val="18"/>
              </w:rPr>
            </w:pPr>
            <w:r w:rsidRPr="00A642E0">
              <w:rPr>
                <w:rFonts w:cstheme="minorHAnsi"/>
                <w:b/>
                <w:i/>
                <w:smallCaps/>
                <w:color w:val="000000" w:themeColor="text1"/>
                <w:sz w:val="18"/>
                <w:szCs w:val="18"/>
              </w:rPr>
              <w:t>przygotowanie opieki medycznej na czas wojny</w:t>
            </w:r>
          </w:p>
        </w:tc>
      </w:tr>
      <w:tr w:rsidR="003F6E7E" w:rsidRPr="00867BBA" w:rsidTr="00434AC4">
        <w:tc>
          <w:tcPr>
            <w:tcW w:w="7939" w:type="dxa"/>
          </w:tcPr>
          <w:p w:rsidR="00323357" w:rsidRPr="007B6529" w:rsidRDefault="00323357" w:rsidP="00323357">
            <w:pPr>
              <w:pStyle w:val="Nagwek2"/>
              <w:outlineLvl w:val="1"/>
            </w:pPr>
            <w:bookmarkStart w:id="12" w:name="_Toc237252355"/>
            <w:r w:rsidRPr="007B6529">
              <w:lastRenderedPageBreak/>
              <w:t xml:space="preserve">Główne </w:t>
            </w:r>
            <w:r w:rsidR="00760AE1" w:rsidRPr="007B6529">
              <w:t xml:space="preserve">etapy </w:t>
            </w:r>
            <w:r w:rsidRPr="007B6529">
              <w:t>realizacji Programu</w:t>
            </w:r>
            <w:bookmarkEnd w:id="12"/>
          </w:p>
          <w:p w:rsidR="00323357" w:rsidRPr="007B6529" w:rsidRDefault="00323357" w:rsidP="00C939FA">
            <w:pPr>
              <w:spacing w:after="60" w:line="276" w:lineRule="auto"/>
              <w:jc w:val="both"/>
              <w:rPr>
                <w:sz w:val="24"/>
                <w:szCs w:val="24"/>
              </w:rPr>
            </w:pPr>
            <w:r w:rsidRPr="007B6529">
              <w:rPr>
                <w:sz w:val="24"/>
                <w:szCs w:val="24"/>
              </w:rPr>
              <w:t>Kierunki realizacji celu strategicznego są rozłożone na lata i obszary Programu. Z uwagi na dynamicznie zmieniające się środowisko bezpieczeństwa w</w:t>
            </w:r>
            <w:r w:rsidR="00E17632">
              <w:rPr>
                <w:sz w:val="24"/>
                <w:szCs w:val="24"/>
              </w:rPr>
              <w:t> </w:t>
            </w:r>
            <w:r w:rsidRPr="007B6529">
              <w:rPr>
                <w:sz w:val="24"/>
                <w:szCs w:val="24"/>
              </w:rPr>
              <w:t>perspektywie pięcioletniej określono główne fazy rozwoju zdolności systemu ochr</w:t>
            </w:r>
            <w:r w:rsidR="007B6529">
              <w:rPr>
                <w:sz w:val="24"/>
                <w:szCs w:val="24"/>
              </w:rPr>
              <w:t>ony ludności i obrony cywilnej.</w:t>
            </w:r>
          </w:p>
          <w:p w:rsidR="00CD1F13" w:rsidRPr="00432E92" w:rsidRDefault="00CD1F13" w:rsidP="00342AA1">
            <w:pPr>
              <w:spacing w:after="60" w:line="276" w:lineRule="auto"/>
              <w:jc w:val="both"/>
              <w:rPr>
                <w:rFonts w:cstheme="minorHAnsi"/>
                <w:color w:val="000000" w:themeColor="text1"/>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0003CF" w:rsidTr="00432E92">
              <w:tc>
                <w:tcPr>
                  <w:tcW w:w="7713" w:type="dxa"/>
                </w:tcPr>
                <w:p w:rsidR="000003CF" w:rsidRPr="00432E92" w:rsidRDefault="000003CF" w:rsidP="00432E92">
                  <w:pPr>
                    <w:spacing w:after="60" w:line="276" w:lineRule="auto"/>
                    <w:rPr>
                      <w:rFonts w:cstheme="minorHAnsi"/>
                      <w:sz w:val="20"/>
                      <w:szCs w:val="24"/>
                    </w:rPr>
                  </w:pPr>
                  <w:r>
                    <w:rPr>
                      <w:rFonts w:cstheme="minorHAnsi"/>
                      <w:b/>
                      <w:color w:val="0070C0"/>
                      <w:sz w:val="20"/>
                      <w:szCs w:val="24"/>
                    </w:rPr>
                    <w:t>Rysunek 4</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Pięcioletnia perspektywa strategicznych kierunków rozwoju</w:t>
                  </w:r>
                </w:p>
              </w:tc>
            </w:tr>
            <w:tr w:rsidR="000003CF" w:rsidTr="00432E92">
              <w:tc>
                <w:tcPr>
                  <w:tcW w:w="7713" w:type="dxa"/>
                </w:tcPr>
                <w:p w:rsidR="000003CF" w:rsidRDefault="000003CF" w:rsidP="00432E92">
                  <w:pPr>
                    <w:jc w:val="both"/>
                    <w:rPr>
                      <w:rFonts w:cstheme="minorHAnsi"/>
                      <w:color w:val="000000" w:themeColor="text1"/>
                      <w:sz w:val="24"/>
                      <w:szCs w:val="24"/>
                    </w:rPr>
                  </w:pPr>
                  <w:r>
                    <w:rPr>
                      <w:noProof/>
                      <w:lang w:eastAsia="pl-PL"/>
                    </w:rPr>
                    <w:drawing>
                      <wp:inline distT="0" distB="0" distL="0" distR="0" wp14:anchorId="2A59307F" wp14:editId="3AA63534">
                        <wp:extent cx="4749800" cy="1916113"/>
                        <wp:effectExtent l="0" t="0" r="0" b="8255"/>
                        <wp:docPr id="194812357" name="Obraz 194812357" descr="C:\Users\jtrocha\Downloads\Oś n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trocha\Downloads\Oś nowe.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907" t="10409" r="4184" b="19203"/>
                                <a:stretch/>
                              </pic:blipFill>
                              <pic:spPr bwMode="auto">
                                <a:xfrm>
                                  <a:off x="0" y="0"/>
                                  <a:ext cx="4749800" cy="19161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003CF" w:rsidTr="00432E92">
              <w:tc>
                <w:tcPr>
                  <w:tcW w:w="7713" w:type="dxa"/>
                </w:tcPr>
                <w:p w:rsidR="000003CF" w:rsidRPr="00432E92" w:rsidRDefault="000003CF" w:rsidP="00432E92">
                  <w:pPr>
                    <w:jc w:val="both"/>
                    <w:rPr>
                      <w:rFonts w:cstheme="minorHAnsi"/>
                      <w:color w:val="000000" w:themeColor="text1"/>
                      <w:sz w:val="20"/>
                      <w:szCs w:val="24"/>
                    </w:rPr>
                  </w:pPr>
                  <w:r w:rsidRPr="00432E92">
                    <w:rPr>
                      <w:rFonts w:cstheme="minorHAnsi"/>
                      <w:color w:val="000000" w:themeColor="text1"/>
                      <w:sz w:val="20"/>
                      <w:szCs w:val="24"/>
                    </w:rPr>
                    <w:t>Źródło: opracowanie własne</w:t>
                  </w:r>
                </w:p>
              </w:tc>
            </w:tr>
          </w:tbl>
          <w:p w:rsidR="00323357" w:rsidRDefault="00323357" w:rsidP="00323357">
            <w:pPr>
              <w:pStyle w:val="NormalnyWeb"/>
              <w:spacing w:before="0" w:beforeAutospacing="0" w:after="60" w:afterAutospacing="0" w:line="276" w:lineRule="auto"/>
              <w:rPr>
                <w:rFonts w:asciiTheme="minorHAnsi" w:hAnsiTheme="minorHAnsi" w:cstheme="minorHAnsi"/>
                <w:b/>
              </w:rPr>
            </w:pPr>
          </w:p>
          <w:p w:rsidR="000003CF" w:rsidRPr="00323357" w:rsidRDefault="00323357" w:rsidP="00C939FA">
            <w:pPr>
              <w:pStyle w:val="NormalnyWeb"/>
              <w:spacing w:before="0" w:beforeAutospacing="0" w:after="60" w:afterAutospacing="0" w:line="276" w:lineRule="auto"/>
              <w:rPr>
                <w:rFonts w:cstheme="minorHAnsi"/>
                <w:b/>
              </w:rPr>
            </w:pPr>
            <w:r w:rsidRPr="00432E92">
              <w:rPr>
                <w:rFonts w:asciiTheme="minorHAnsi" w:hAnsiTheme="minorHAnsi" w:cstheme="minorHAnsi"/>
                <w:b/>
              </w:rPr>
              <w:t xml:space="preserve">Rok 2027 – etap wyznaczania priorytetów i standaryzacji: </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obszar 1: wyznaczenie organizacji społecznych jako podmiotów ochrony ludności, wypracowanie ujednoliconych wzorów porozumień i zasad współpracy, opracowanie strategii współpracy z organizacjami pozarządowymi, rozpoczęcie nadawania przydziałów mobilizacyjnych i</w:t>
            </w:r>
            <w:r w:rsidR="00DD51F4">
              <w:rPr>
                <w:sz w:val="24"/>
                <w:szCs w:val="24"/>
              </w:rPr>
              <w:t> </w:t>
            </w:r>
            <w:r w:rsidRPr="007B6529">
              <w:rPr>
                <w:sz w:val="24"/>
                <w:szCs w:val="24"/>
              </w:rPr>
              <w:t>działania przygotowawcze zmierzające do pełnej funkcjonalności ewidencji obrony cywilnej, wzmocnienie kadrowe organów ochrony ludności;</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 xml:space="preserve">obszar 2: geograficzna </w:t>
            </w:r>
            <w:proofErr w:type="spellStart"/>
            <w:r w:rsidRPr="007B6529">
              <w:rPr>
                <w:sz w:val="24"/>
                <w:szCs w:val="24"/>
              </w:rPr>
              <w:t>priorytetyzacja</w:t>
            </w:r>
            <w:proofErr w:type="spellEnd"/>
            <w:r w:rsidRPr="007B6529">
              <w:rPr>
                <w:sz w:val="24"/>
                <w:szCs w:val="24"/>
              </w:rPr>
              <w:t xml:space="preserve"> zasobów, wdrożenie mechanizmów współpracy pomiędzy jednostkami samorządu terytorialnego w zakresie udostępniania i wymiany zasobów ochrony ludności;</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obszar 3: opracowanie rozdzielników zakupu sprzętu podmiotów ratowniczych na kolejne lata realizacji Programu, rozpoczęcie wdrożenia procesu specjalizacji ochotniczych straży pożarnych;</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 xml:space="preserve">obszar 4: rozpoczęcie wdrożenia Systemu Bezpiecznej Łączności Państwowej, rozwój łączności </w:t>
            </w:r>
            <w:proofErr w:type="spellStart"/>
            <w:r w:rsidRPr="007B6529">
              <w:rPr>
                <w:sz w:val="24"/>
                <w:szCs w:val="24"/>
              </w:rPr>
              <w:t>trankingowej</w:t>
            </w:r>
            <w:proofErr w:type="spellEnd"/>
            <w:r w:rsidRPr="007B6529">
              <w:rPr>
                <w:sz w:val="24"/>
                <w:szCs w:val="24"/>
              </w:rPr>
              <w:t xml:space="preserve"> dla personelu ochrony ludności i obrony cywilnej, rozpoznanie potrzeb systemu powiadamiania, ostrzegania i alarmowania dla osób ze szczególnymi potrzebami, a także identyfikacja systemów i danych niezbędnych do </w:t>
            </w:r>
            <w:r w:rsidRPr="007B6529">
              <w:rPr>
                <w:sz w:val="24"/>
                <w:szCs w:val="24"/>
              </w:rPr>
              <w:lastRenderedPageBreak/>
              <w:t>realizacji zadań ochrony ludności i obrony cywilnej oraz rozpoczęcie oceny ryzyka w zakresie bezpieczeństwa teleinformatycznego;</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obszar 5: wyznaczenie i oznakowanie punktów schronienia na obszarze całego kraju zapewniających szybki dostęp do miejsca bezpiecznego, wyznaczenie miejsc doraźnego schronienia w każdej gminie i osiągnięcie co najmniej połowy wskaźników ustawowych dla miejsc doraźnego schronienia, rozpoczęcie inwestycji w budowle ochronne ze szczególnym uwzględnieniem ukryć w budynkach użyteczności publicznej oraz konstrukcji modułowych;</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obszar 6: przeszkolenie wszystkich obligatoryjnych grup personelu zgodnie z ustawą, ustanowienie regularnych, ujednoliconych cykli szkoleń i działań edukacyjnych, także w toku edukacji dzieci i młodzieży;</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obszar 7: identyfikacja zasobów i zdolności organizacyjnych komponentu medycznego Szefa Obrony Cywilnej, wykonanie prac przygotowawczych dla inwestycji infrastrukturalnych;</w:t>
            </w:r>
          </w:p>
          <w:p w:rsidR="00323357" w:rsidRPr="007B6529" w:rsidRDefault="00323357" w:rsidP="003924EC">
            <w:pPr>
              <w:pStyle w:val="Akapitzlist"/>
              <w:numPr>
                <w:ilvl w:val="0"/>
                <w:numId w:val="23"/>
              </w:numPr>
              <w:spacing w:after="60" w:line="276" w:lineRule="auto"/>
              <w:jc w:val="both"/>
              <w:rPr>
                <w:sz w:val="24"/>
                <w:szCs w:val="24"/>
              </w:rPr>
            </w:pPr>
            <w:r w:rsidRPr="007B6529">
              <w:rPr>
                <w:sz w:val="24"/>
                <w:szCs w:val="24"/>
              </w:rPr>
              <w:t>realizacja podstawowego pakietu odporności gmin i powiatów w</w:t>
            </w:r>
            <w:r w:rsidR="001127D6">
              <w:rPr>
                <w:sz w:val="24"/>
                <w:szCs w:val="24"/>
              </w:rPr>
              <w:t>e właściwych obszarach Programu;</w:t>
            </w:r>
          </w:p>
          <w:p w:rsidR="00323357" w:rsidRPr="007B6529" w:rsidRDefault="00323357" w:rsidP="003924EC">
            <w:pPr>
              <w:pStyle w:val="Akapitzlist"/>
              <w:numPr>
                <w:ilvl w:val="0"/>
                <w:numId w:val="23"/>
              </w:numPr>
              <w:spacing w:after="60" w:line="276" w:lineRule="auto"/>
              <w:jc w:val="both"/>
            </w:pPr>
            <w:r w:rsidRPr="007B6529">
              <w:rPr>
                <w:sz w:val="24"/>
                <w:szCs w:val="24"/>
              </w:rPr>
              <w:t>monitorowanie Programu: przyjęcie metodyki monitorowania, ustalenie sposobu gromadzenia danych i wartości bazowych w zakresie, w jakim będą dostępne, uruchomienie monitorowania w formule przejściowej oraz rozpoczęcie prac nad narzędziem teleinformatycznym wspierającym ten proces</w:t>
            </w:r>
            <w:r w:rsidRPr="007B6529">
              <w:t>.</w:t>
            </w:r>
          </w:p>
          <w:p w:rsidR="00342AA1" w:rsidRPr="00A642E0" w:rsidRDefault="00CC2E55" w:rsidP="00C939FA">
            <w:pPr>
              <w:spacing w:after="60" w:line="276" w:lineRule="auto"/>
              <w:jc w:val="both"/>
              <w:rPr>
                <w:rFonts w:cstheme="minorHAnsi"/>
                <w:color w:val="000000" w:themeColor="text1"/>
                <w:sz w:val="24"/>
                <w:szCs w:val="24"/>
              </w:rPr>
            </w:pPr>
            <w:r>
              <w:rPr>
                <w:rFonts w:cstheme="minorHAnsi"/>
                <w:b/>
                <w:color w:val="000000" w:themeColor="text1"/>
                <w:sz w:val="24"/>
                <w:szCs w:val="24"/>
              </w:rPr>
              <w:t>Lata</w:t>
            </w:r>
            <w:r w:rsidR="00342AA1" w:rsidRPr="008D34BC">
              <w:rPr>
                <w:rFonts w:cstheme="minorHAnsi"/>
                <w:b/>
                <w:color w:val="000000" w:themeColor="text1"/>
                <w:sz w:val="24"/>
                <w:szCs w:val="24"/>
              </w:rPr>
              <w:t xml:space="preserve"> 2028-2029</w:t>
            </w:r>
            <w:r w:rsidR="000F4265" w:rsidRPr="008D34BC">
              <w:rPr>
                <w:rFonts w:cstheme="minorHAnsi"/>
                <w:b/>
                <w:color w:val="000000" w:themeColor="text1"/>
                <w:sz w:val="24"/>
                <w:szCs w:val="24"/>
              </w:rPr>
              <w:t xml:space="preserve"> – </w:t>
            </w:r>
            <w:r w:rsidR="007C491D">
              <w:rPr>
                <w:rFonts w:cstheme="minorHAnsi"/>
                <w:b/>
                <w:color w:val="000000" w:themeColor="text1"/>
                <w:sz w:val="24"/>
                <w:szCs w:val="24"/>
              </w:rPr>
              <w:t xml:space="preserve">etap </w:t>
            </w:r>
            <w:r w:rsidR="000F4265" w:rsidRPr="008D34BC">
              <w:rPr>
                <w:rFonts w:cstheme="minorHAnsi"/>
                <w:b/>
                <w:color w:val="000000" w:themeColor="text1"/>
                <w:sz w:val="24"/>
                <w:szCs w:val="24"/>
              </w:rPr>
              <w:t>wdr</w:t>
            </w:r>
            <w:r w:rsidR="007C491D">
              <w:rPr>
                <w:rFonts w:cstheme="minorHAnsi"/>
                <w:b/>
                <w:color w:val="000000" w:themeColor="text1"/>
                <w:sz w:val="24"/>
                <w:szCs w:val="24"/>
              </w:rPr>
              <w:t>oże</w:t>
            </w:r>
            <w:r w:rsidR="000F4265" w:rsidRPr="008D34BC">
              <w:rPr>
                <w:rFonts w:cstheme="minorHAnsi"/>
                <w:b/>
                <w:color w:val="000000" w:themeColor="text1"/>
                <w:sz w:val="24"/>
                <w:szCs w:val="24"/>
              </w:rPr>
              <w:t>ni</w:t>
            </w:r>
            <w:r w:rsidR="007C491D">
              <w:rPr>
                <w:rFonts w:cstheme="minorHAnsi"/>
                <w:b/>
                <w:color w:val="000000" w:themeColor="text1"/>
                <w:sz w:val="24"/>
                <w:szCs w:val="24"/>
              </w:rPr>
              <w:t>a</w:t>
            </w:r>
            <w:r w:rsidR="000F4265" w:rsidRPr="008D34BC">
              <w:rPr>
                <w:rFonts w:cstheme="minorHAnsi"/>
                <w:b/>
                <w:color w:val="000000" w:themeColor="text1"/>
                <w:sz w:val="24"/>
                <w:szCs w:val="24"/>
              </w:rPr>
              <w:t xml:space="preserve"> i wzmocnieni</w:t>
            </w:r>
            <w:r w:rsidR="007C491D">
              <w:rPr>
                <w:rFonts w:cstheme="minorHAnsi"/>
                <w:b/>
                <w:color w:val="000000" w:themeColor="text1"/>
                <w:sz w:val="24"/>
                <w:szCs w:val="24"/>
              </w:rPr>
              <w:t>a zdolności</w:t>
            </w:r>
            <w:r w:rsidR="00342AA1" w:rsidRPr="00A642E0">
              <w:rPr>
                <w:rFonts w:cstheme="minorHAnsi"/>
                <w:color w:val="000000" w:themeColor="text1"/>
                <w:sz w:val="24"/>
                <w:szCs w:val="24"/>
              </w:rPr>
              <w:t>:</w:t>
            </w:r>
          </w:p>
          <w:p w:rsidR="00342AA1" w:rsidRPr="00A642E0" w:rsidRDefault="00342AA1" w:rsidP="003924EC">
            <w:pPr>
              <w:pStyle w:val="Akapitzlist"/>
              <w:numPr>
                <w:ilvl w:val="0"/>
                <w:numId w:val="23"/>
              </w:num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obszar 1: uruchomienie w pełni funkcjonalnej </w:t>
            </w:r>
            <w:r w:rsidR="00757D02" w:rsidRPr="00A642E0">
              <w:rPr>
                <w:rFonts w:cstheme="minorHAnsi"/>
                <w:color w:val="000000" w:themeColor="text1"/>
                <w:sz w:val="24"/>
                <w:szCs w:val="24"/>
              </w:rPr>
              <w:t>e</w:t>
            </w:r>
            <w:r w:rsidRPr="00A642E0">
              <w:rPr>
                <w:rFonts w:cstheme="minorHAnsi"/>
                <w:color w:val="000000" w:themeColor="text1"/>
                <w:sz w:val="24"/>
                <w:szCs w:val="24"/>
              </w:rPr>
              <w:t xml:space="preserve">widencji </w:t>
            </w:r>
            <w:r w:rsidR="00757D02" w:rsidRPr="00A642E0">
              <w:rPr>
                <w:rFonts w:cstheme="minorHAnsi"/>
                <w:color w:val="000000" w:themeColor="text1"/>
                <w:sz w:val="24"/>
                <w:szCs w:val="24"/>
              </w:rPr>
              <w:t>o</w:t>
            </w:r>
            <w:r w:rsidRPr="00A642E0">
              <w:rPr>
                <w:rFonts w:cstheme="minorHAnsi"/>
                <w:color w:val="000000" w:themeColor="text1"/>
                <w:sz w:val="24"/>
                <w:szCs w:val="24"/>
              </w:rPr>
              <w:t xml:space="preserve">brony </w:t>
            </w:r>
            <w:r w:rsidR="00757D02" w:rsidRPr="00A642E0">
              <w:rPr>
                <w:rFonts w:cstheme="minorHAnsi"/>
                <w:color w:val="000000" w:themeColor="text1"/>
                <w:sz w:val="24"/>
                <w:szCs w:val="24"/>
              </w:rPr>
              <w:t>c</w:t>
            </w:r>
            <w:r w:rsidRPr="00A642E0">
              <w:rPr>
                <w:rFonts w:cstheme="minorHAnsi"/>
                <w:color w:val="000000" w:themeColor="text1"/>
                <w:sz w:val="24"/>
                <w:szCs w:val="24"/>
              </w:rPr>
              <w:t>ywilnej w niejawnym systemie teleinformatycznym, współpracującej z</w:t>
            </w:r>
            <w:r w:rsidR="000F4265" w:rsidRPr="00A642E0">
              <w:rPr>
                <w:rFonts w:cstheme="minorHAnsi"/>
                <w:color w:val="000000" w:themeColor="text1"/>
                <w:sz w:val="24"/>
                <w:szCs w:val="24"/>
              </w:rPr>
              <w:t> </w:t>
            </w:r>
            <w:r w:rsidRPr="00A642E0">
              <w:rPr>
                <w:rFonts w:cstheme="minorHAnsi"/>
                <w:color w:val="000000" w:themeColor="text1"/>
                <w:sz w:val="24"/>
                <w:szCs w:val="24"/>
              </w:rPr>
              <w:t>pozostałymi rejestrami państwowymi, nadawanie przydziałów mobilizacyjnych zapewniających co najmniej 50% wymaganego stanu osobowego organów i podmiotów w sytuacji kryzysowej, wypracowanie rutynowych mechanizmów współpracy z Siłami Zbrojnymi w zakresie podziału personelu dla poszczególnych komponentów systemu bezpieczeństwa narodowego;</w:t>
            </w:r>
          </w:p>
          <w:p w:rsidR="00342AA1" w:rsidRPr="00A642E0" w:rsidRDefault="00342AA1" w:rsidP="003924EC">
            <w:pPr>
              <w:pStyle w:val="Akapitzlist"/>
              <w:numPr>
                <w:ilvl w:val="0"/>
                <w:numId w:val="23"/>
              </w:numPr>
              <w:spacing w:after="60" w:line="276" w:lineRule="auto"/>
              <w:ind w:left="714" w:hanging="357"/>
              <w:jc w:val="both"/>
              <w:rPr>
                <w:rFonts w:cstheme="minorHAnsi"/>
                <w:color w:val="000000" w:themeColor="text1"/>
                <w:sz w:val="24"/>
                <w:szCs w:val="24"/>
              </w:rPr>
            </w:pPr>
            <w:r w:rsidRPr="00A642E0">
              <w:rPr>
                <w:rFonts w:cstheme="minorHAnsi"/>
                <w:color w:val="000000" w:themeColor="text1"/>
                <w:sz w:val="24"/>
                <w:szCs w:val="24"/>
              </w:rPr>
              <w:t>obszar 2: wdrożenie mechanizmów planowania strategicznego zasobów magazynowych, z wykorzystaniem narzędzi teleinformatycznych i</w:t>
            </w:r>
            <w:r w:rsidR="000F4265" w:rsidRPr="00A642E0">
              <w:rPr>
                <w:rFonts w:cstheme="minorHAnsi"/>
                <w:color w:val="000000" w:themeColor="text1"/>
                <w:sz w:val="24"/>
                <w:szCs w:val="24"/>
              </w:rPr>
              <w:t> </w:t>
            </w:r>
            <w:r w:rsidRPr="00A642E0">
              <w:rPr>
                <w:rFonts w:cstheme="minorHAnsi"/>
                <w:color w:val="000000" w:themeColor="text1"/>
                <w:sz w:val="24"/>
                <w:szCs w:val="24"/>
              </w:rPr>
              <w:t xml:space="preserve">obrazowania geograficznego, pełne przejście od zakupów bieżących do zakupów planowanych strategicznie, włączenie do systemu </w:t>
            </w:r>
            <w:r w:rsidR="00830F60" w:rsidRPr="00A642E0">
              <w:rPr>
                <w:rFonts w:cstheme="minorHAnsi"/>
                <w:color w:val="000000" w:themeColor="text1"/>
                <w:sz w:val="24"/>
                <w:szCs w:val="24"/>
              </w:rPr>
              <w:t>podlegających rotacji</w:t>
            </w:r>
            <w:r w:rsidRPr="00A642E0">
              <w:rPr>
                <w:rFonts w:cstheme="minorHAnsi"/>
                <w:color w:val="000000" w:themeColor="text1"/>
                <w:sz w:val="24"/>
                <w:szCs w:val="24"/>
              </w:rPr>
              <w:t xml:space="preserve"> zasobów podmiotów ochrony ludności i</w:t>
            </w:r>
            <w:r w:rsidR="008D34BC">
              <w:rPr>
                <w:rFonts w:cstheme="minorHAnsi"/>
                <w:color w:val="000000" w:themeColor="text1"/>
                <w:sz w:val="24"/>
                <w:szCs w:val="24"/>
              </w:rPr>
              <w:t> </w:t>
            </w:r>
            <w:r w:rsidRPr="00A642E0">
              <w:rPr>
                <w:rFonts w:cstheme="minorHAnsi"/>
                <w:color w:val="000000" w:themeColor="text1"/>
                <w:sz w:val="24"/>
                <w:szCs w:val="24"/>
              </w:rPr>
              <w:t>przedsiębiorców, zapewnienie kluczowych usług w każdej gminie;</w:t>
            </w:r>
          </w:p>
          <w:p w:rsidR="002671F1" w:rsidRPr="007B6529" w:rsidRDefault="00342AA1" w:rsidP="003924EC">
            <w:pPr>
              <w:pStyle w:val="Akapitzlist"/>
              <w:numPr>
                <w:ilvl w:val="0"/>
                <w:numId w:val="23"/>
              </w:numPr>
              <w:spacing w:after="60" w:line="276" w:lineRule="auto"/>
              <w:ind w:left="714" w:hanging="357"/>
              <w:jc w:val="both"/>
              <w:rPr>
                <w:rFonts w:cstheme="minorHAnsi"/>
                <w:sz w:val="24"/>
                <w:szCs w:val="24"/>
              </w:rPr>
            </w:pPr>
            <w:r w:rsidRPr="00A642E0">
              <w:rPr>
                <w:rFonts w:cstheme="minorHAnsi"/>
                <w:color w:val="000000" w:themeColor="text1"/>
                <w:sz w:val="24"/>
                <w:szCs w:val="24"/>
              </w:rPr>
              <w:t xml:space="preserve">obszar 3: pełne wyposażenie podmiotów ochrony ludności i organów </w:t>
            </w:r>
            <w:r w:rsidRPr="007B6529">
              <w:rPr>
                <w:rFonts w:cstheme="minorHAnsi"/>
                <w:sz w:val="24"/>
                <w:szCs w:val="24"/>
              </w:rPr>
              <w:t>ochrony ludności w sprzęt ochronny do użycia w działaniach wojennych, zapewnienie co najmniej 50% zdolności ewakuacyjnych każdego szczebla administracji;</w:t>
            </w:r>
          </w:p>
          <w:p w:rsidR="002671F1" w:rsidRPr="007B6529" w:rsidRDefault="002671F1" w:rsidP="003924EC">
            <w:pPr>
              <w:pStyle w:val="Akapitzlist"/>
              <w:numPr>
                <w:ilvl w:val="0"/>
                <w:numId w:val="23"/>
              </w:numPr>
              <w:spacing w:after="60" w:line="276" w:lineRule="auto"/>
              <w:ind w:left="714" w:hanging="357"/>
              <w:jc w:val="both"/>
              <w:rPr>
                <w:rFonts w:cstheme="minorHAnsi"/>
                <w:sz w:val="24"/>
                <w:szCs w:val="24"/>
              </w:rPr>
            </w:pPr>
            <w:r w:rsidRPr="007B6529">
              <w:rPr>
                <w:sz w:val="24"/>
                <w:szCs w:val="24"/>
              </w:rPr>
              <w:lastRenderedPageBreak/>
              <w:t>obszar 4: pełne wdrożenie Systemu Bezpiecznej Łączności Państwowej oraz pełne pokrycie dostępnością bezpiecznej cyfrowej łączności, wdrożenie systemu bezpieczeństwa teleinformatycznego w kluczowych podmiotach i organach, wdrożenie systemu powiadamiania, ostrzegania i alarmowania dla osób ze szczególnymi potrzebami;</w:t>
            </w:r>
          </w:p>
          <w:p w:rsidR="002671F1" w:rsidRDefault="00342AA1" w:rsidP="003924EC">
            <w:pPr>
              <w:pStyle w:val="Akapitzlist"/>
              <w:numPr>
                <w:ilvl w:val="0"/>
                <w:numId w:val="23"/>
              </w:numPr>
              <w:spacing w:after="60" w:line="276" w:lineRule="auto"/>
              <w:ind w:left="714" w:hanging="357"/>
              <w:jc w:val="both"/>
              <w:rPr>
                <w:rFonts w:cstheme="minorHAnsi"/>
                <w:color w:val="000000" w:themeColor="text1"/>
                <w:sz w:val="24"/>
                <w:szCs w:val="24"/>
              </w:rPr>
            </w:pPr>
            <w:r w:rsidRPr="00A642E0">
              <w:rPr>
                <w:rFonts w:cstheme="minorHAnsi"/>
                <w:color w:val="000000" w:themeColor="text1"/>
                <w:sz w:val="24"/>
                <w:szCs w:val="24"/>
              </w:rPr>
              <w:t>obszar 5: rutynowa realizacja inwestycji z zakresu budownictwa ochronnego we wszystkich nowych obiektach budowlanych zgodnie z</w:t>
            </w:r>
            <w:r w:rsidR="000F4265" w:rsidRPr="00A642E0">
              <w:rPr>
                <w:rFonts w:cstheme="minorHAnsi"/>
                <w:color w:val="000000" w:themeColor="text1"/>
                <w:sz w:val="24"/>
                <w:szCs w:val="24"/>
              </w:rPr>
              <w:t> </w:t>
            </w:r>
            <w:r w:rsidRPr="00A642E0">
              <w:rPr>
                <w:rFonts w:cstheme="minorHAnsi"/>
                <w:color w:val="000000" w:themeColor="text1"/>
                <w:sz w:val="24"/>
                <w:szCs w:val="24"/>
              </w:rPr>
              <w:t>wymogami ustawy, zapewnienie odpornej infrastruktury medycznej w</w:t>
            </w:r>
            <w:r w:rsidR="000F4265" w:rsidRPr="00A642E0">
              <w:rPr>
                <w:rFonts w:cstheme="minorHAnsi"/>
                <w:color w:val="000000" w:themeColor="text1"/>
                <w:sz w:val="24"/>
                <w:szCs w:val="24"/>
              </w:rPr>
              <w:t> </w:t>
            </w:r>
            <w:r w:rsidRPr="00A642E0">
              <w:rPr>
                <w:rFonts w:cstheme="minorHAnsi"/>
                <w:color w:val="000000" w:themeColor="text1"/>
                <w:sz w:val="24"/>
                <w:szCs w:val="24"/>
              </w:rPr>
              <w:t>większości podmiotów leczniczych, rozwój modułowych oraz prefabrykowanych obiektów zbiorowej ochrony, systemowy przegląd wymogów technicznych dla obiektów zbiorowej ochrony z</w:t>
            </w:r>
            <w:r w:rsidR="000F4265" w:rsidRPr="00A642E0">
              <w:rPr>
                <w:rFonts w:cstheme="minorHAnsi"/>
                <w:color w:val="000000" w:themeColor="text1"/>
                <w:sz w:val="24"/>
                <w:szCs w:val="24"/>
              </w:rPr>
              <w:t> </w:t>
            </w:r>
            <w:r w:rsidRPr="00A642E0">
              <w:rPr>
                <w:rFonts w:cstheme="minorHAnsi"/>
                <w:color w:val="000000" w:themeColor="text1"/>
                <w:sz w:val="24"/>
                <w:szCs w:val="24"/>
              </w:rPr>
              <w:t>uwzględnieniem doświadczeń i najnowszej wiedzy technicznej;</w:t>
            </w:r>
          </w:p>
          <w:p w:rsidR="002671F1" w:rsidRPr="007B6529" w:rsidRDefault="002671F1" w:rsidP="003924EC">
            <w:pPr>
              <w:pStyle w:val="Akapitzlist"/>
              <w:numPr>
                <w:ilvl w:val="0"/>
                <w:numId w:val="23"/>
              </w:numPr>
              <w:spacing w:after="60" w:line="276" w:lineRule="auto"/>
              <w:ind w:left="714" w:hanging="357"/>
              <w:jc w:val="both"/>
              <w:rPr>
                <w:rFonts w:cstheme="minorHAnsi"/>
                <w:sz w:val="24"/>
                <w:szCs w:val="24"/>
              </w:rPr>
            </w:pPr>
            <w:r w:rsidRPr="007B6529">
              <w:rPr>
                <w:sz w:val="24"/>
                <w:szCs w:val="24"/>
              </w:rPr>
              <w:t>obszar 6: aktualizacja i rozwój publikacji dotyczących bezpieczeństwa, rozwijanie działalności naukowo-badawczej oraz uruchamianie mechanizmów wsparcia naukowo-technicznego dla organów ochrony ludności;</w:t>
            </w:r>
          </w:p>
          <w:p w:rsidR="002671F1" w:rsidRPr="007B6529" w:rsidRDefault="002671F1" w:rsidP="003924EC">
            <w:pPr>
              <w:pStyle w:val="Akapitzlist"/>
              <w:numPr>
                <w:ilvl w:val="0"/>
                <w:numId w:val="23"/>
              </w:numPr>
              <w:spacing w:after="60" w:line="276" w:lineRule="auto"/>
              <w:ind w:left="714" w:hanging="357"/>
              <w:jc w:val="both"/>
              <w:rPr>
                <w:rFonts w:cstheme="minorHAnsi"/>
                <w:sz w:val="24"/>
                <w:szCs w:val="24"/>
              </w:rPr>
            </w:pPr>
            <w:r w:rsidRPr="007B6529">
              <w:rPr>
                <w:sz w:val="24"/>
                <w:szCs w:val="24"/>
              </w:rPr>
              <w:t>obszar 7: uruchomienie rozwiązań organizacyjnych zapewniających ciągłość działania podmiotów leczniczych w czasie wojny, rozpoczęcie i</w:t>
            </w:r>
            <w:r w:rsidR="00E17632">
              <w:rPr>
                <w:sz w:val="24"/>
                <w:szCs w:val="24"/>
              </w:rPr>
              <w:t> </w:t>
            </w:r>
            <w:r w:rsidRPr="007B6529">
              <w:rPr>
                <w:sz w:val="24"/>
                <w:szCs w:val="24"/>
              </w:rPr>
              <w:t>realizacja</w:t>
            </w:r>
            <w:r w:rsidR="00CA2AD3">
              <w:rPr>
                <w:sz w:val="24"/>
                <w:szCs w:val="24"/>
              </w:rPr>
              <w:t xml:space="preserve"> inwestycji infrastrukturalnych;</w:t>
            </w:r>
            <w:bookmarkStart w:id="13" w:name="_GoBack"/>
            <w:bookmarkEnd w:id="13"/>
          </w:p>
          <w:p w:rsidR="002671F1" w:rsidRPr="007B6529" w:rsidRDefault="002671F1" w:rsidP="003924EC">
            <w:pPr>
              <w:pStyle w:val="Akapitzlist"/>
              <w:numPr>
                <w:ilvl w:val="0"/>
                <w:numId w:val="23"/>
              </w:numPr>
              <w:spacing w:after="60" w:line="276" w:lineRule="auto"/>
              <w:ind w:left="714" w:hanging="357"/>
              <w:jc w:val="both"/>
              <w:rPr>
                <w:rFonts w:cstheme="minorHAnsi"/>
                <w:sz w:val="24"/>
                <w:szCs w:val="24"/>
              </w:rPr>
            </w:pPr>
            <w:r w:rsidRPr="007B6529">
              <w:rPr>
                <w:sz w:val="24"/>
                <w:szCs w:val="24"/>
              </w:rPr>
              <w:t>monitorowanie Programu: rozwój i wdrożenie narzędzia teleinformatycznego, integracja z dostępnymi ewidencjami i rejestrami oraz rozszerzenie systemowego wykorzystania danych do planowania i</w:t>
            </w:r>
            <w:r w:rsidR="00E17632">
              <w:rPr>
                <w:sz w:val="24"/>
                <w:szCs w:val="24"/>
              </w:rPr>
              <w:t> </w:t>
            </w:r>
            <w:r w:rsidRPr="007B6529">
              <w:rPr>
                <w:sz w:val="24"/>
                <w:szCs w:val="24"/>
              </w:rPr>
              <w:t>oceny realizacji Programu.</w:t>
            </w:r>
          </w:p>
          <w:p w:rsidR="00342AA1" w:rsidRDefault="00CC2E55" w:rsidP="00C939FA">
            <w:pPr>
              <w:spacing w:after="60" w:line="276" w:lineRule="auto"/>
              <w:jc w:val="both"/>
              <w:rPr>
                <w:rFonts w:cstheme="minorHAnsi"/>
                <w:color w:val="000000" w:themeColor="text1"/>
                <w:sz w:val="24"/>
                <w:szCs w:val="24"/>
              </w:rPr>
            </w:pPr>
            <w:r>
              <w:rPr>
                <w:rFonts w:cstheme="minorHAnsi"/>
                <w:b/>
                <w:color w:val="000000" w:themeColor="text1"/>
                <w:sz w:val="24"/>
                <w:szCs w:val="24"/>
              </w:rPr>
              <w:t>Lata</w:t>
            </w:r>
            <w:r w:rsidR="00342AA1" w:rsidRPr="008D34BC">
              <w:rPr>
                <w:rFonts w:cstheme="minorHAnsi"/>
                <w:b/>
                <w:color w:val="000000" w:themeColor="text1"/>
                <w:sz w:val="24"/>
                <w:szCs w:val="24"/>
              </w:rPr>
              <w:t xml:space="preserve"> 2030-2031</w:t>
            </w:r>
            <w:r w:rsidR="000F4265" w:rsidRPr="008D34BC">
              <w:rPr>
                <w:rFonts w:cstheme="minorHAnsi"/>
                <w:b/>
                <w:color w:val="000000" w:themeColor="text1"/>
                <w:sz w:val="24"/>
                <w:szCs w:val="24"/>
              </w:rPr>
              <w:t xml:space="preserve"> – </w:t>
            </w:r>
            <w:r w:rsidR="007C491D">
              <w:rPr>
                <w:rFonts w:cstheme="minorHAnsi"/>
                <w:b/>
                <w:color w:val="000000" w:themeColor="text1"/>
                <w:sz w:val="24"/>
                <w:szCs w:val="24"/>
              </w:rPr>
              <w:t xml:space="preserve">etap </w:t>
            </w:r>
            <w:r w:rsidR="000F4265" w:rsidRPr="008D34BC">
              <w:rPr>
                <w:rFonts w:cstheme="minorHAnsi"/>
                <w:b/>
                <w:color w:val="000000" w:themeColor="text1"/>
                <w:sz w:val="24"/>
                <w:szCs w:val="24"/>
              </w:rPr>
              <w:t>stabilizacj</w:t>
            </w:r>
            <w:r w:rsidR="007C491D">
              <w:rPr>
                <w:rFonts w:cstheme="minorHAnsi"/>
                <w:b/>
                <w:color w:val="000000" w:themeColor="text1"/>
                <w:sz w:val="24"/>
                <w:szCs w:val="24"/>
              </w:rPr>
              <w:t>i systemu</w:t>
            </w:r>
            <w:r w:rsidR="000F4265" w:rsidRPr="008D34BC">
              <w:rPr>
                <w:rFonts w:cstheme="minorHAnsi"/>
                <w:b/>
                <w:color w:val="000000" w:themeColor="text1"/>
                <w:sz w:val="24"/>
                <w:szCs w:val="24"/>
              </w:rPr>
              <w:t xml:space="preserve"> i planowani</w:t>
            </w:r>
            <w:r w:rsidR="007C491D">
              <w:rPr>
                <w:rFonts w:cstheme="minorHAnsi"/>
                <w:b/>
                <w:color w:val="000000" w:themeColor="text1"/>
                <w:sz w:val="24"/>
                <w:szCs w:val="24"/>
              </w:rPr>
              <w:t>a dalszego</w:t>
            </w:r>
            <w:r w:rsidR="000F4265" w:rsidRPr="008D34BC">
              <w:rPr>
                <w:rFonts w:cstheme="minorHAnsi"/>
                <w:b/>
                <w:color w:val="000000" w:themeColor="text1"/>
                <w:sz w:val="24"/>
                <w:szCs w:val="24"/>
              </w:rPr>
              <w:t xml:space="preserve"> rozwoju</w:t>
            </w:r>
            <w:r w:rsidR="00342AA1" w:rsidRPr="00A642E0">
              <w:rPr>
                <w:rFonts w:cstheme="minorHAnsi"/>
                <w:color w:val="000000" w:themeColor="text1"/>
                <w:sz w:val="24"/>
                <w:szCs w:val="24"/>
              </w:rPr>
              <w:t>:</w:t>
            </w:r>
          </w:p>
          <w:p w:rsidR="002671F1" w:rsidRPr="007B6529" w:rsidRDefault="002671F1" w:rsidP="003924EC">
            <w:pPr>
              <w:pStyle w:val="Akapitzlist"/>
              <w:numPr>
                <w:ilvl w:val="0"/>
                <w:numId w:val="23"/>
              </w:numPr>
              <w:spacing w:after="60" w:line="276" w:lineRule="auto"/>
              <w:jc w:val="both"/>
              <w:rPr>
                <w:sz w:val="24"/>
                <w:szCs w:val="24"/>
              </w:rPr>
            </w:pPr>
            <w:r w:rsidRPr="007B6529">
              <w:rPr>
                <w:sz w:val="24"/>
                <w:szCs w:val="24"/>
              </w:rPr>
              <w:t>obszar 1: wprowadzenie i pełne wdrożenie mechanizmów zapewniających systemowe wyznaczanie podmiotów ochrony ludności, zapewnienie pełnej obsady korpusu obrony cywilnej poprzez nadawanie przydziałów mobilizacyjnych obrony cywilnej, analiza potrzeb dalszej profesjonalizacji korpusu obrony cywilnej;</w:t>
            </w:r>
          </w:p>
          <w:p w:rsidR="002671F1" w:rsidRPr="007B6529" w:rsidRDefault="002671F1" w:rsidP="003924EC">
            <w:pPr>
              <w:pStyle w:val="Akapitzlist"/>
              <w:numPr>
                <w:ilvl w:val="0"/>
                <w:numId w:val="23"/>
              </w:numPr>
              <w:spacing w:after="60" w:line="276" w:lineRule="auto"/>
              <w:jc w:val="both"/>
              <w:rPr>
                <w:sz w:val="24"/>
                <w:szCs w:val="24"/>
              </w:rPr>
            </w:pPr>
            <w:r w:rsidRPr="007B6529">
              <w:rPr>
                <w:sz w:val="24"/>
                <w:szCs w:val="24"/>
              </w:rPr>
              <w:t>obszar 2: stabilizacja systemu zapewnienia pełnych zasobów ochrony ludności i obrony cywilnej, wdrożenie mechanizmów odporności i</w:t>
            </w:r>
            <w:r w:rsidR="001E4D1C">
              <w:rPr>
                <w:sz w:val="24"/>
                <w:szCs w:val="24"/>
              </w:rPr>
              <w:t> </w:t>
            </w:r>
            <w:r w:rsidRPr="007B6529">
              <w:rPr>
                <w:sz w:val="24"/>
                <w:szCs w:val="24"/>
              </w:rPr>
              <w:t>redundancji zasobów;</w:t>
            </w:r>
          </w:p>
          <w:p w:rsidR="002671F1" w:rsidRPr="007B6529" w:rsidRDefault="002671F1" w:rsidP="003924EC">
            <w:pPr>
              <w:pStyle w:val="Akapitzlist"/>
              <w:numPr>
                <w:ilvl w:val="0"/>
                <w:numId w:val="23"/>
              </w:numPr>
              <w:spacing w:after="60" w:line="276" w:lineRule="auto"/>
              <w:jc w:val="both"/>
              <w:rPr>
                <w:sz w:val="24"/>
                <w:szCs w:val="24"/>
              </w:rPr>
            </w:pPr>
            <w:r w:rsidRPr="007B6529">
              <w:rPr>
                <w:sz w:val="24"/>
                <w:szCs w:val="24"/>
              </w:rPr>
              <w:t>obszar 3: osiągnięcie pełnego wyposażenia w nowoczesny sprzęt ratowniczy, wdrożenie mechanizmów przekazywania wycofywanego sprzętu do rezerwy zasobów lub dla podmiotów wspierających, osiągnięcie pełnej zdolności do ewakuacji na podstawie wojewódzkich planów ewakuacji i Krajowego Planu Ewakuacji;</w:t>
            </w:r>
          </w:p>
          <w:p w:rsidR="002671F1" w:rsidRPr="007B6529" w:rsidRDefault="002671F1" w:rsidP="003924EC">
            <w:pPr>
              <w:pStyle w:val="Akapitzlist"/>
              <w:numPr>
                <w:ilvl w:val="0"/>
                <w:numId w:val="23"/>
              </w:numPr>
              <w:spacing w:after="60" w:line="276" w:lineRule="auto"/>
              <w:jc w:val="both"/>
              <w:rPr>
                <w:sz w:val="24"/>
                <w:szCs w:val="24"/>
              </w:rPr>
            </w:pPr>
            <w:r w:rsidRPr="007B6529">
              <w:rPr>
                <w:sz w:val="24"/>
                <w:szCs w:val="24"/>
              </w:rPr>
              <w:t xml:space="preserve">obszar 4: utrzymanie i rozwój Systemu Bezpiecznej Łączności Państwowej, rozwój nowoczesnych metod łączności, powiadamiania, ostrzegania i alarmowania, w tym z użyciem metod szybkiej transmisji, pełne przystosowanie systemu dla osób ze szczególnymi potrzebami, </w:t>
            </w:r>
            <w:r w:rsidRPr="007B6529">
              <w:rPr>
                <w:sz w:val="24"/>
                <w:szCs w:val="24"/>
              </w:rPr>
              <w:lastRenderedPageBreak/>
              <w:t>wdrożenie narzędzi bezpieczeństwa teleinformatycznego w kluczowych podmiotach administracji, służbach i rejestrach państwowych;</w:t>
            </w:r>
          </w:p>
          <w:p w:rsidR="00CB0C8E" w:rsidRPr="004B3CD4" w:rsidRDefault="00342AA1" w:rsidP="003924EC">
            <w:pPr>
              <w:pStyle w:val="Akapitzlist"/>
              <w:numPr>
                <w:ilvl w:val="0"/>
                <w:numId w:val="23"/>
              </w:numPr>
              <w:spacing w:after="60" w:line="276" w:lineRule="auto"/>
              <w:jc w:val="both"/>
            </w:pPr>
            <w:r w:rsidRPr="00A642E0">
              <w:rPr>
                <w:rFonts w:cstheme="minorHAnsi"/>
                <w:color w:val="000000" w:themeColor="text1"/>
                <w:sz w:val="24"/>
                <w:szCs w:val="24"/>
              </w:rPr>
              <w:t>obszar 5: osiągnięcie pełnej dostępności punktów schronienia, miejsc doraźnego schronienia i ukryć w obiektach budowlanych przewidzianych przez ustawę, określenie harmonogramu dojścia do wymogu zapewnienia liczby miejsc w obiektach zbiorowej ochrony zgodnie z</w:t>
            </w:r>
            <w:r w:rsidR="001A3127" w:rsidRPr="00A642E0">
              <w:rPr>
                <w:rFonts w:cstheme="minorHAnsi"/>
                <w:color w:val="000000" w:themeColor="text1"/>
                <w:sz w:val="24"/>
                <w:szCs w:val="24"/>
              </w:rPr>
              <w:t> </w:t>
            </w:r>
            <w:r w:rsidRPr="00A642E0">
              <w:rPr>
                <w:rFonts w:cstheme="minorHAnsi"/>
                <w:color w:val="000000" w:themeColor="text1"/>
                <w:sz w:val="24"/>
                <w:szCs w:val="24"/>
              </w:rPr>
              <w:t>ustawą;</w:t>
            </w:r>
          </w:p>
          <w:p w:rsidR="00342AA1" w:rsidRPr="00A642E0" w:rsidRDefault="00342AA1" w:rsidP="003924EC">
            <w:pPr>
              <w:pStyle w:val="Akapitzlist"/>
              <w:numPr>
                <w:ilvl w:val="0"/>
                <w:numId w:val="23"/>
              </w:numPr>
              <w:spacing w:after="60" w:line="276" w:lineRule="auto"/>
              <w:ind w:left="714" w:hanging="357"/>
              <w:jc w:val="both"/>
              <w:rPr>
                <w:rFonts w:cstheme="minorHAnsi"/>
                <w:color w:val="000000" w:themeColor="text1"/>
                <w:sz w:val="24"/>
                <w:szCs w:val="24"/>
              </w:rPr>
            </w:pPr>
            <w:r w:rsidRPr="00A642E0">
              <w:rPr>
                <w:rFonts w:cstheme="minorHAnsi"/>
                <w:color w:val="000000" w:themeColor="text1"/>
                <w:sz w:val="24"/>
                <w:szCs w:val="24"/>
              </w:rPr>
              <w:t>obszar 6: standaryzacja działalności szkoleniowej i edukacyjnej, z</w:t>
            </w:r>
            <w:r w:rsidR="001A3127" w:rsidRPr="00A642E0">
              <w:rPr>
                <w:rFonts w:cstheme="minorHAnsi"/>
                <w:color w:val="000000" w:themeColor="text1"/>
                <w:sz w:val="24"/>
                <w:szCs w:val="24"/>
              </w:rPr>
              <w:t> </w:t>
            </w:r>
            <w:r w:rsidRPr="00A642E0">
              <w:rPr>
                <w:rFonts w:cstheme="minorHAnsi"/>
                <w:color w:val="000000" w:themeColor="text1"/>
                <w:sz w:val="24"/>
                <w:szCs w:val="24"/>
              </w:rPr>
              <w:t>uwzględnieniem nowoczesnych kanałów komunikacji</w:t>
            </w:r>
            <w:r w:rsidR="001A3127" w:rsidRPr="00A642E0">
              <w:rPr>
                <w:rFonts w:cstheme="minorHAnsi"/>
                <w:color w:val="000000" w:themeColor="text1"/>
                <w:sz w:val="24"/>
                <w:szCs w:val="24"/>
              </w:rPr>
              <w:t>, pełne wykorzystanie narzędzi wsparcia naukowo-technicznego</w:t>
            </w:r>
            <w:r w:rsidRPr="00A642E0">
              <w:rPr>
                <w:rFonts w:cstheme="minorHAnsi"/>
                <w:color w:val="000000" w:themeColor="text1"/>
                <w:sz w:val="24"/>
                <w:szCs w:val="24"/>
              </w:rPr>
              <w:t>;</w:t>
            </w:r>
          </w:p>
          <w:p w:rsidR="002671F1" w:rsidRDefault="001A3127" w:rsidP="003924EC">
            <w:pPr>
              <w:pStyle w:val="Akapitzlist"/>
              <w:numPr>
                <w:ilvl w:val="0"/>
                <w:numId w:val="23"/>
              </w:numPr>
              <w:spacing w:after="60" w:line="276" w:lineRule="auto"/>
              <w:ind w:left="714" w:hanging="357"/>
              <w:jc w:val="both"/>
              <w:rPr>
                <w:rFonts w:cstheme="minorHAnsi"/>
                <w:color w:val="000000" w:themeColor="text1"/>
                <w:sz w:val="24"/>
                <w:szCs w:val="24"/>
              </w:rPr>
            </w:pPr>
            <w:r w:rsidRPr="00A642E0">
              <w:rPr>
                <w:rFonts w:cstheme="minorHAnsi"/>
                <w:color w:val="000000" w:themeColor="text1"/>
                <w:sz w:val="24"/>
                <w:szCs w:val="24"/>
              </w:rPr>
              <w:t xml:space="preserve">obszar 7: osiągnięcie pełnej funkcjonalności komponentu medycznego Szefa Obrony Cywilnej, w tym realizacja przedsięwzięć infrastrukturalnych tworzących </w:t>
            </w:r>
            <w:r w:rsidR="00894E37">
              <w:rPr>
                <w:rFonts w:cstheme="minorHAnsi"/>
                <w:color w:val="000000" w:themeColor="text1"/>
                <w:sz w:val="24"/>
                <w:szCs w:val="24"/>
              </w:rPr>
              <w:t>odporną infrastrukturę medyczną;</w:t>
            </w:r>
          </w:p>
          <w:p w:rsidR="002671F1" w:rsidRPr="007B6529" w:rsidRDefault="002671F1" w:rsidP="003924EC">
            <w:pPr>
              <w:pStyle w:val="Akapitzlist"/>
              <w:numPr>
                <w:ilvl w:val="0"/>
                <w:numId w:val="23"/>
              </w:numPr>
              <w:spacing w:after="60" w:line="276" w:lineRule="auto"/>
              <w:ind w:left="714" w:hanging="357"/>
              <w:jc w:val="both"/>
              <w:rPr>
                <w:rFonts w:cstheme="minorHAnsi"/>
                <w:sz w:val="24"/>
                <w:szCs w:val="24"/>
              </w:rPr>
            </w:pPr>
            <w:r w:rsidRPr="007B6529">
              <w:rPr>
                <w:sz w:val="24"/>
                <w:szCs w:val="24"/>
              </w:rPr>
              <w:t>monitorowanie Programu: pełne wykorzystanie wyników monitorowania do oceny rozwoju zdolności, planowania alokacji zasobów, aktualizacji priorytetów oraz przygotowania kolejnej perspektywy Programu.</w:t>
            </w:r>
          </w:p>
          <w:p w:rsidR="002671F1" w:rsidRPr="002671F1" w:rsidRDefault="002671F1" w:rsidP="002671F1">
            <w:pPr>
              <w:spacing w:after="60" w:line="276" w:lineRule="auto"/>
              <w:ind w:left="360"/>
              <w:jc w:val="both"/>
              <w:rPr>
                <w:rFonts w:cstheme="minorHAnsi"/>
                <w:color w:val="000000" w:themeColor="text1"/>
                <w:sz w:val="24"/>
                <w:szCs w:val="24"/>
              </w:rPr>
            </w:pPr>
          </w:p>
        </w:tc>
        <w:tc>
          <w:tcPr>
            <w:tcW w:w="1701" w:type="dxa"/>
            <w:shd w:val="clear" w:color="auto" w:fill="FCC770"/>
          </w:tcPr>
          <w:p w:rsidR="004B3CD4" w:rsidRPr="00432E92" w:rsidRDefault="004B3CD4" w:rsidP="000F4265">
            <w:pPr>
              <w:rPr>
                <w:rFonts w:cstheme="minorHAnsi"/>
                <w:b/>
                <w:i/>
                <w:smallCaps/>
                <w:color w:val="000000" w:themeColor="text1"/>
                <w:sz w:val="10"/>
                <w:szCs w:val="18"/>
              </w:rPr>
            </w:pPr>
          </w:p>
          <w:p w:rsidR="00422CCA" w:rsidRDefault="00422CCA" w:rsidP="000F4265">
            <w:pPr>
              <w:rPr>
                <w:rFonts w:cstheme="minorHAnsi"/>
                <w:b/>
                <w:i/>
                <w:smallCaps/>
                <w:color w:val="000000" w:themeColor="text1"/>
                <w:sz w:val="18"/>
                <w:szCs w:val="18"/>
              </w:rPr>
            </w:pPr>
          </w:p>
          <w:p w:rsidR="00195D75" w:rsidRPr="00A642E0" w:rsidRDefault="00195D7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r w:rsidRPr="00A642E0">
              <w:rPr>
                <w:rFonts w:cstheme="minorHAnsi"/>
                <w:b/>
                <w:i/>
                <w:smallCaps/>
                <w:color w:val="000000" w:themeColor="text1"/>
                <w:sz w:val="18"/>
                <w:szCs w:val="18"/>
              </w:rPr>
              <w:t>Kamienie milowe na poszczególne lata</w:t>
            </w:r>
          </w:p>
          <w:p w:rsidR="000F4265" w:rsidRPr="00A642E0" w:rsidRDefault="000F4265" w:rsidP="000F4265">
            <w:pPr>
              <w:rPr>
                <w:rFonts w:cstheme="minorHAnsi"/>
                <w:b/>
                <w:i/>
                <w:smallCaps/>
                <w:color w:val="000000" w:themeColor="text1"/>
                <w:sz w:val="18"/>
                <w:szCs w:val="18"/>
              </w:rPr>
            </w:pPr>
          </w:p>
          <w:p w:rsidR="000F4265" w:rsidRDefault="000F4265" w:rsidP="000F4265">
            <w:pPr>
              <w:rPr>
                <w:rFonts w:cstheme="minorHAnsi"/>
                <w:b/>
                <w:i/>
                <w:smallCaps/>
                <w:color w:val="000000" w:themeColor="text1"/>
                <w:sz w:val="18"/>
                <w:szCs w:val="18"/>
              </w:rPr>
            </w:pPr>
          </w:p>
          <w:p w:rsidR="00195D75" w:rsidRDefault="00195D75" w:rsidP="000F4265">
            <w:pPr>
              <w:rPr>
                <w:rFonts w:cstheme="minorHAnsi"/>
                <w:b/>
                <w:i/>
                <w:smallCaps/>
                <w:color w:val="000000" w:themeColor="text1"/>
                <w:sz w:val="18"/>
                <w:szCs w:val="18"/>
              </w:rPr>
            </w:pPr>
          </w:p>
          <w:p w:rsidR="00195D75" w:rsidRDefault="00195D75" w:rsidP="000F4265">
            <w:pPr>
              <w:rPr>
                <w:rFonts w:cstheme="minorHAnsi"/>
                <w:b/>
                <w:i/>
                <w:smallCaps/>
                <w:color w:val="000000" w:themeColor="text1"/>
                <w:sz w:val="18"/>
                <w:szCs w:val="18"/>
              </w:rPr>
            </w:pPr>
          </w:p>
          <w:p w:rsidR="00195D75" w:rsidRPr="00A642E0" w:rsidRDefault="00195D7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Default="000F4265"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2A33F7" w:rsidRDefault="002A33F7" w:rsidP="000F4265">
            <w:pPr>
              <w:rPr>
                <w:rFonts w:cstheme="minorHAnsi"/>
                <w:b/>
                <w:i/>
                <w:smallCaps/>
                <w:color w:val="000000" w:themeColor="text1"/>
                <w:sz w:val="18"/>
                <w:szCs w:val="18"/>
              </w:rPr>
            </w:pPr>
          </w:p>
          <w:p w:rsidR="00F73C7D" w:rsidRDefault="00F73C7D"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r w:rsidRPr="00A642E0">
              <w:rPr>
                <w:rFonts w:cstheme="minorHAnsi"/>
                <w:b/>
                <w:i/>
                <w:smallCaps/>
                <w:color w:val="000000" w:themeColor="text1"/>
                <w:sz w:val="18"/>
                <w:szCs w:val="18"/>
              </w:rPr>
              <w:t>2027</w:t>
            </w:r>
          </w:p>
          <w:p w:rsidR="000F4265" w:rsidRPr="00A642E0" w:rsidRDefault="00F73C7D" w:rsidP="000F4265">
            <w:pPr>
              <w:rPr>
                <w:rFonts w:cstheme="minorHAnsi"/>
                <w:b/>
                <w:i/>
                <w:smallCaps/>
                <w:color w:val="000000" w:themeColor="text1"/>
                <w:sz w:val="18"/>
                <w:szCs w:val="18"/>
              </w:rPr>
            </w:pPr>
            <w:r>
              <w:rPr>
                <w:rFonts w:cstheme="minorHAnsi"/>
                <w:b/>
                <w:i/>
                <w:smallCaps/>
                <w:color w:val="000000" w:themeColor="text1"/>
                <w:sz w:val="18"/>
                <w:szCs w:val="18"/>
              </w:rPr>
              <w:t>p</w:t>
            </w:r>
            <w:r w:rsidR="002B563C" w:rsidRPr="00A642E0">
              <w:rPr>
                <w:rFonts w:cstheme="minorHAnsi"/>
                <w:b/>
                <w:i/>
                <w:smallCaps/>
                <w:color w:val="000000" w:themeColor="text1"/>
                <w:sz w:val="18"/>
                <w:szCs w:val="18"/>
              </w:rPr>
              <w:t>riorytety</w:t>
            </w:r>
            <w:r w:rsidR="000F4265" w:rsidRPr="00A642E0">
              <w:rPr>
                <w:rFonts w:cstheme="minorHAnsi"/>
                <w:b/>
                <w:i/>
                <w:smallCaps/>
                <w:color w:val="000000" w:themeColor="text1"/>
                <w:sz w:val="18"/>
                <w:szCs w:val="18"/>
              </w:rPr>
              <w:t xml:space="preserve"> i standaryzacja</w:t>
            </w: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757D02" w:rsidRDefault="00757D02"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Default="00422CCA" w:rsidP="000F4265">
            <w:pPr>
              <w:rPr>
                <w:rFonts w:cstheme="minorHAnsi"/>
                <w:b/>
                <w:i/>
                <w:smallCaps/>
                <w:color w:val="000000" w:themeColor="text1"/>
                <w:sz w:val="18"/>
                <w:szCs w:val="18"/>
              </w:rPr>
            </w:pPr>
          </w:p>
          <w:p w:rsidR="00422CCA" w:rsidRPr="00A642E0" w:rsidRDefault="00422CCA" w:rsidP="000F4265">
            <w:pPr>
              <w:rPr>
                <w:rFonts w:cstheme="minorHAnsi"/>
                <w:b/>
                <w:i/>
                <w:smallCaps/>
                <w:color w:val="000000" w:themeColor="text1"/>
                <w:sz w:val="18"/>
                <w:szCs w:val="18"/>
              </w:rPr>
            </w:pPr>
          </w:p>
          <w:p w:rsidR="00000F9E" w:rsidRDefault="00000F9E" w:rsidP="000F4265">
            <w:pPr>
              <w:rPr>
                <w:rFonts w:cstheme="minorHAnsi"/>
                <w:b/>
                <w:i/>
                <w:smallCaps/>
                <w:color w:val="000000" w:themeColor="text1"/>
                <w:sz w:val="18"/>
                <w:szCs w:val="18"/>
              </w:rPr>
            </w:pPr>
          </w:p>
          <w:p w:rsidR="00000F9E" w:rsidRDefault="00000F9E" w:rsidP="000F4265">
            <w:pPr>
              <w:rPr>
                <w:rFonts w:cstheme="minorHAnsi"/>
                <w:b/>
                <w:i/>
                <w:smallCaps/>
                <w:color w:val="000000" w:themeColor="text1"/>
                <w:sz w:val="18"/>
                <w:szCs w:val="18"/>
              </w:rPr>
            </w:pPr>
          </w:p>
          <w:p w:rsidR="002A33F7" w:rsidRDefault="002A33F7" w:rsidP="000F4265">
            <w:pPr>
              <w:rPr>
                <w:rFonts w:cstheme="minorHAnsi"/>
                <w:b/>
                <w:i/>
                <w:smallCaps/>
                <w:color w:val="000000" w:themeColor="text1"/>
                <w:sz w:val="18"/>
                <w:szCs w:val="18"/>
              </w:rPr>
            </w:pPr>
          </w:p>
          <w:p w:rsidR="007B50DF" w:rsidRDefault="007B50DF"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7B50DF" w:rsidRDefault="007B50DF"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r w:rsidRPr="00A642E0">
              <w:rPr>
                <w:rFonts w:cstheme="minorHAnsi"/>
                <w:b/>
                <w:i/>
                <w:smallCaps/>
                <w:color w:val="000000" w:themeColor="text1"/>
                <w:sz w:val="18"/>
                <w:szCs w:val="18"/>
              </w:rPr>
              <w:t>2028-2029</w:t>
            </w:r>
          </w:p>
          <w:p w:rsidR="000F4265" w:rsidRPr="00A642E0" w:rsidRDefault="00F73C7D" w:rsidP="000F4265">
            <w:pPr>
              <w:rPr>
                <w:rFonts w:cstheme="minorHAnsi"/>
                <w:b/>
                <w:i/>
                <w:smallCaps/>
                <w:color w:val="000000" w:themeColor="text1"/>
                <w:sz w:val="18"/>
                <w:szCs w:val="18"/>
              </w:rPr>
            </w:pPr>
            <w:r>
              <w:rPr>
                <w:rFonts w:cstheme="minorHAnsi"/>
                <w:b/>
                <w:i/>
                <w:smallCaps/>
                <w:color w:val="000000" w:themeColor="text1"/>
                <w:sz w:val="18"/>
                <w:szCs w:val="18"/>
              </w:rPr>
              <w:t>w</w:t>
            </w:r>
            <w:r w:rsidR="00147AE9" w:rsidRPr="00A642E0">
              <w:rPr>
                <w:rFonts w:cstheme="minorHAnsi"/>
                <w:b/>
                <w:i/>
                <w:smallCaps/>
                <w:color w:val="000000" w:themeColor="text1"/>
                <w:sz w:val="18"/>
                <w:szCs w:val="18"/>
              </w:rPr>
              <w:t>drożenie i</w:t>
            </w:r>
            <w:r w:rsidR="001A3127" w:rsidRPr="00A642E0">
              <w:rPr>
                <w:rFonts w:cstheme="minorHAnsi"/>
                <w:b/>
                <w:i/>
                <w:smallCaps/>
                <w:color w:val="000000" w:themeColor="text1"/>
                <w:sz w:val="18"/>
                <w:szCs w:val="18"/>
              </w:rPr>
              <w:t> </w:t>
            </w:r>
            <w:r w:rsidR="00147AE9" w:rsidRPr="00A642E0">
              <w:rPr>
                <w:rFonts w:cstheme="minorHAnsi"/>
                <w:b/>
                <w:i/>
                <w:smallCaps/>
                <w:color w:val="000000" w:themeColor="text1"/>
                <w:sz w:val="18"/>
                <w:szCs w:val="18"/>
              </w:rPr>
              <w:t>wzmocnienie</w:t>
            </w: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Pr="00A642E0" w:rsidRDefault="000F4265" w:rsidP="000F4265">
            <w:pPr>
              <w:rPr>
                <w:rFonts w:cstheme="minorHAnsi"/>
                <w:b/>
                <w:i/>
                <w:smallCaps/>
                <w:color w:val="000000" w:themeColor="text1"/>
                <w:sz w:val="18"/>
                <w:szCs w:val="18"/>
              </w:rPr>
            </w:pPr>
          </w:p>
          <w:p w:rsidR="000F4265" w:rsidRDefault="000F4265"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Default="00EB182E" w:rsidP="000F4265">
            <w:pPr>
              <w:rPr>
                <w:rFonts w:cstheme="minorHAnsi"/>
                <w:b/>
                <w:i/>
                <w:smallCaps/>
                <w:color w:val="000000" w:themeColor="text1"/>
                <w:sz w:val="18"/>
                <w:szCs w:val="18"/>
              </w:rPr>
            </w:pPr>
          </w:p>
          <w:p w:rsidR="00EB182E" w:rsidRPr="00EB182E" w:rsidRDefault="00EB182E" w:rsidP="000F4265">
            <w:pPr>
              <w:rPr>
                <w:rFonts w:cstheme="minorHAnsi"/>
                <w:b/>
                <w:i/>
                <w:smallCaps/>
                <w:color w:val="000000" w:themeColor="text1"/>
                <w:sz w:val="28"/>
                <w:szCs w:val="18"/>
              </w:rPr>
            </w:pPr>
          </w:p>
          <w:p w:rsidR="00553630" w:rsidRDefault="00553630" w:rsidP="000F4265">
            <w:pPr>
              <w:rPr>
                <w:rFonts w:cstheme="minorHAnsi"/>
                <w:b/>
                <w:i/>
                <w:smallCaps/>
                <w:color w:val="000000" w:themeColor="text1"/>
                <w:sz w:val="18"/>
                <w:szCs w:val="18"/>
              </w:rPr>
            </w:pPr>
          </w:p>
          <w:p w:rsidR="000F4265" w:rsidRPr="00A642E0" w:rsidRDefault="001A3127" w:rsidP="000F4265">
            <w:pPr>
              <w:rPr>
                <w:rFonts w:cstheme="minorHAnsi"/>
                <w:b/>
                <w:i/>
                <w:smallCaps/>
                <w:color w:val="000000" w:themeColor="text1"/>
                <w:sz w:val="18"/>
                <w:szCs w:val="18"/>
              </w:rPr>
            </w:pPr>
            <w:r w:rsidRPr="00A642E0">
              <w:rPr>
                <w:rFonts w:cstheme="minorHAnsi"/>
                <w:b/>
                <w:i/>
                <w:smallCaps/>
                <w:color w:val="000000" w:themeColor="text1"/>
                <w:sz w:val="18"/>
                <w:szCs w:val="18"/>
              </w:rPr>
              <w:t>2030-2031</w:t>
            </w:r>
          </w:p>
          <w:p w:rsidR="001A3127" w:rsidRPr="00A642E0" w:rsidRDefault="001A3127" w:rsidP="001A3127">
            <w:pPr>
              <w:rPr>
                <w:rFonts w:cstheme="minorHAnsi"/>
                <w:b/>
                <w:i/>
                <w:smallCaps/>
                <w:color w:val="000000" w:themeColor="text1"/>
                <w:sz w:val="18"/>
                <w:szCs w:val="18"/>
              </w:rPr>
            </w:pPr>
            <w:r w:rsidRPr="00A642E0">
              <w:rPr>
                <w:rFonts w:cstheme="minorHAnsi"/>
                <w:b/>
                <w:i/>
                <w:smallCaps/>
                <w:color w:val="000000" w:themeColor="text1"/>
                <w:sz w:val="18"/>
                <w:szCs w:val="18"/>
              </w:rPr>
              <w:t>stabilizacja i planowanie rozwoju</w:t>
            </w:r>
          </w:p>
        </w:tc>
      </w:tr>
      <w:tr w:rsidR="003F6E7E" w:rsidRPr="00867BBA" w:rsidTr="00434AC4">
        <w:tc>
          <w:tcPr>
            <w:tcW w:w="7939" w:type="dxa"/>
          </w:tcPr>
          <w:p w:rsidR="00A642E0" w:rsidRPr="00A642E0" w:rsidRDefault="00A642E0" w:rsidP="00432E92">
            <w:pPr>
              <w:pStyle w:val="Nagwek1"/>
              <w:jc w:val="both"/>
              <w:outlineLvl w:val="0"/>
              <w:rPr>
                <w:color w:val="000000" w:themeColor="text1"/>
              </w:rPr>
            </w:pPr>
            <w:bookmarkStart w:id="14" w:name="_Toc237252356"/>
            <w:r w:rsidRPr="00A642E0">
              <w:rPr>
                <w:color w:val="000000" w:themeColor="text1"/>
              </w:rPr>
              <w:lastRenderedPageBreak/>
              <w:t>Część III – Realizacja</w:t>
            </w:r>
            <w:bookmarkEnd w:id="14"/>
            <w:r w:rsidRPr="00A642E0">
              <w:rPr>
                <w:color w:val="000000" w:themeColor="text1"/>
              </w:rPr>
              <w:t xml:space="preserve"> </w:t>
            </w:r>
          </w:p>
          <w:p w:rsidR="00A642E0" w:rsidRPr="00A642E0" w:rsidRDefault="00A642E0" w:rsidP="00A642E0">
            <w:pPr>
              <w:rPr>
                <w:color w:val="000000" w:themeColor="text1"/>
                <w:sz w:val="12"/>
              </w:rPr>
            </w:pPr>
          </w:p>
          <w:p w:rsidR="00BD03E9" w:rsidRPr="00A642E0" w:rsidRDefault="00BD03E9" w:rsidP="00C939FA">
            <w:pPr>
              <w:pStyle w:val="Nagwek2"/>
              <w:spacing w:line="276" w:lineRule="auto"/>
              <w:jc w:val="both"/>
              <w:outlineLvl w:val="1"/>
              <w:rPr>
                <w:color w:val="000000" w:themeColor="text1"/>
              </w:rPr>
            </w:pPr>
            <w:bookmarkStart w:id="15" w:name="_Toc237252357"/>
            <w:r w:rsidRPr="00A642E0">
              <w:rPr>
                <w:color w:val="000000" w:themeColor="text1"/>
              </w:rPr>
              <w:t>Podział środków finansowych</w:t>
            </w:r>
            <w:bookmarkEnd w:id="15"/>
            <w:r w:rsidRPr="00A642E0">
              <w:rPr>
                <w:color w:val="000000" w:themeColor="text1"/>
              </w:rPr>
              <w:t xml:space="preserve"> </w:t>
            </w:r>
          </w:p>
          <w:p w:rsidR="00BD03E9" w:rsidRPr="00A642E0" w:rsidRDefault="00BD03E9" w:rsidP="00C939F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Zgodnie z art. 156 ust. 2 ustawy z dnia 5 grudnia 2024 r. o ochronie ludności i obronie cywilnej, Program Ochrony Ludności i Obrony Cywilnej określa sposób finansowania realizacji zadań ochrony ludności i obrony cywilnej ze środków, o których mowa w art. 155 ust. 2 ustawy. Według art. 155 ust. 1 i 2 ustawy na finansowanie zadań z zakresu ochrony ludności i obrony cywilnej przeznacza się corocznie środki w wysokości nie niższej niż 0,3% produktu krajowego brutto, a w skład tych środków wchodzą:</w:t>
            </w:r>
          </w:p>
          <w:p w:rsidR="00BD03E9" w:rsidRPr="00A642E0" w:rsidRDefault="00BD03E9" w:rsidP="00C939FA">
            <w:pPr>
              <w:pStyle w:val="Akapitzlist"/>
              <w:numPr>
                <w:ilvl w:val="0"/>
                <w:numId w:val="2"/>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środki przeznaczone na realizację zadań z zakresu ochrony ludności i</w:t>
            </w:r>
            <w:r w:rsidR="0041560F" w:rsidRPr="00A642E0">
              <w:rPr>
                <w:rFonts w:cstheme="minorHAnsi"/>
                <w:color w:val="000000" w:themeColor="text1"/>
                <w:sz w:val="24"/>
                <w:szCs w:val="24"/>
              </w:rPr>
              <w:t> </w:t>
            </w:r>
            <w:r w:rsidRPr="00A642E0">
              <w:rPr>
                <w:rFonts w:cstheme="minorHAnsi"/>
                <w:color w:val="000000" w:themeColor="text1"/>
                <w:sz w:val="24"/>
                <w:szCs w:val="24"/>
              </w:rPr>
              <w:t>obrony cywilnej przez ministra właściwego do spraw wewnętrznych i</w:t>
            </w:r>
            <w:r w:rsidR="0041560F" w:rsidRPr="00A642E0">
              <w:rPr>
                <w:rFonts w:cstheme="minorHAnsi"/>
                <w:color w:val="000000" w:themeColor="text1"/>
                <w:sz w:val="24"/>
                <w:szCs w:val="24"/>
              </w:rPr>
              <w:t> </w:t>
            </w:r>
            <w:r w:rsidRPr="00A642E0">
              <w:rPr>
                <w:rFonts w:cstheme="minorHAnsi"/>
                <w:color w:val="000000" w:themeColor="text1"/>
                <w:sz w:val="24"/>
                <w:szCs w:val="24"/>
              </w:rPr>
              <w:t>wojewodów oraz wydatki Rządowej Agencji Rezerw Strategicznych;</w:t>
            </w:r>
          </w:p>
          <w:p w:rsidR="00BD03E9" w:rsidRPr="00A642E0" w:rsidRDefault="00BD03E9" w:rsidP="00C939FA">
            <w:pPr>
              <w:pStyle w:val="Akapitzlist"/>
              <w:numPr>
                <w:ilvl w:val="0"/>
                <w:numId w:val="2"/>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środki przeznaczone na realizację zadań z zakresu budowy i rozbudowy systemów alarmowania, ostrzegania i powiadamiania ludności oraz zadań, o których mowa w ustawie z dnia 22 listopada 2013 r. o systemie powiadamiania ratunkowego (Dz. U. z 2025 r. poz. 1354), przez ministra właściwego do spraw administracji publicznej;</w:t>
            </w:r>
          </w:p>
          <w:p w:rsidR="00BD03E9" w:rsidRPr="00A642E0" w:rsidRDefault="00BD03E9" w:rsidP="00C939FA">
            <w:pPr>
              <w:pStyle w:val="Akapitzlist"/>
              <w:numPr>
                <w:ilvl w:val="0"/>
                <w:numId w:val="2"/>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środki przeznaczone na realizację zadań z zakresu ochrony ludności i</w:t>
            </w:r>
            <w:r w:rsidR="0041560F" w:rsidRPr="00A642E0">
              <w:rPr>
                <w:rFonts w:cstheme="minorHAnsi"/>
                <w:color w:val="000000" w:themeColor="text1"/>
                <w:sz w:val="24"/>
                <w:szCs w:val="24"/>
              </w:rPr>
              <w:t> </w:t>
            </w:r>
            <w:r w:rsidRPr="00A642E0">
              <w:rPr>
                <w:rFonts w:cstheme="minorHAnsi"/>
                <w:color w:val="000000" w:themeColor="text1"/>
                <w:sz w:val="24"/>
                <w:szCs w:val="24"/>
              </w:rPr>
              <w:t>obrony cywilnej przez ministra właściwego do spraw zdrowia w zakresie środków przeznaczonych na finansowanie zadań, o których mowa w</w:t>
            </w:r>
            <w:r w:rsidR="00493672" w:rsidRPr="00A642E0">
              <w:rPr>
                <w:rFonts w:cstheme="minorHAnsi"/>
                <w:color w:val="000000" w:themeColor="text1"/>
                <w:sz w:val="24"/>
                <w:szCs w:val="24"/>
              </w:rPr>
              <w:t> </w:t>
            </w:r>
            <w:r w:rsidRPr="00A642E0">
              <w:rPr>
                <w:rFonts w:cstheme="minorHAnsi"/>
                <w:color w:val="000000" w:themeColor="text1"/>
                <w:sz w:val="24"/>
                <w:szCs w:val="24"/>
              </w:rPr>
              <w:t>art.</w:t>
            </w:r>
            <w:r w:rsidR="0041560F" w:rsidRPr="00A642E0">
              <w:rPr>
                <w:rFonts w:cstheme="minorHAnsi"/>
                <w:color w:val="000000" w:themeColor="text1"/>
                <w:sz w:val="24"/>
                <w:szCs w:val="24"/>
              </w:rPr>
              <w:t> </w:t>
            </w:r>
            <w:r w:rsidRPr="00A642E0">
              <w:rPr>
                <w:rFonts w:cstheme="minorHAnsi"/>
                <w:color w:val="000000" w:themeColor="text1"/>
                <w:sz w:val="24"/>
                <w:szCs w:val="24"/>
              </w:rPr>
              <w:t>48 ust. 1 ustawy z dnia 8 września 2006 r. o Państwowym Ratownictwie Medycznym;</w:t>
            </w:r>
          </w:p>
          <w:p w:rsidR="00BD03E9" w:rsidRPr="00A642E0" w:rsidRDefault="00BD03E9" w:rsidP="00C939FA">
            <w:pPr>
              <w:pStyle w:val="Akapitzlist"/>
              <w:numPr>
                <w:ilvl w:val="0"/>
                <w:numId w:val="2"/>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środki przeznaczone na realizację zadań z zakresu ochrony ludności i</w:t>
            </w:r>
            <w:r w:rsidR="0041560F" w:rsidRPr="00A642E0">
              <w:rPr>
                <w:rFonts w:cstheme="minorHAnsi"/>
                <w:color w:val="000000" w:themeColor="text1"/>
                <w:sz w:val="24"/>
                <w:szCs w:val="24"/>
              </w:rPr>
              <w:t> </w:t>
            </w:r>
            <w:r w:rsidRPr="00A642E0">
              <w:rPr>
                <w:rFonts w:cstheme="minorHAnsi"/>
                <w:color w:val="000000" w:themeColor="text1"/>
                <w:sz w:val="24"/>
                <w:szCs w:val="24"/>
              </w:rPr>
              <w:t>obrony cywilnej przez Narodowy Fundusz Zdrowia w zakresie środków przeznaczonych na finansowanie świadczeń opieki zdrowotnej z zakresu ratownictwa medycznego;</w:t>
            </w:r>
          </w:p>
          <w:p w:rsidR="00BD03E9" w:rsidRDefault="00BD03E9" w:rsidP="00C939FA">
            <w:pPr>
              <w:pStyle w:val="Akapitzlist"/>
              <w:numPr>
                <w:ilvl w:val="0"/>
                <w:numId w:val="2"/>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środki ujęte w ramach limitu wydatków na finansowanie potrzeb obronnych, o którym mowa w art. 40 ust. 1 pkt 2 ustawy z dnia 11 marca 2022 r. o obronie Ojczyzny, w wysokości 0,15% produktu krajowego brutto.</w:t>
            </w:r>
          </w:p>
          <w:p w:rsidR="00E24F8A" w:rsidRDefault="00E24F8A" w:rsidP="00E24F8A">
            <w:pPr>
              <w:spacing w:after="60" w:line="276" w:lineRule="auto"/>
              <w:jc w:val="both"/>
              <w:rPr>
                <w:rFonts w:cstheme="minorHAnsi"/>
                <w:color w:val="000000" w:themeColor="text1"/>
                <w:sz w:val="24"/>
                <w:szCs w:val="24"/>
              </w:rPr>
            </w:pPr>
          </w:p>
          <w:p w:rsidR="00E24F8A" w:rsidRDefault="00E24F8A" w:rsidP="00E24F8A">
            <w:pPr>
              <w:spacing w:after="60" w:line="276" w:lineRule="auto"/>
              <w:jc w:val="both"/>
              <w:rPr>
                <w:rFonts w:cstheme="minorHAnsi"/>
                <w:color w:val="000000" w:themeColor="text1"/>
                <w:sz w:val="24"/>
                <w:szCs w:val="24"/>
              </w:rPr>
            </w:pPr>
          </w:p>
          <w:p w:rsidR="00E24F8A" w:rsidRDefault="00E24F8A" w:rsidP="00E24F8A">
            <w:pPr>
              <w:spacing w:after="60" w:line="276" w:lineRule="auto"/>
              <w:jc w:val="both"/>
              <w:rPr>
                <w:rFonts w:cstheme="minorHAnsi"/>
                <w:color w:val="000000" w:themeColor="text1"/>
                <w:sz w:val="24"/>
                <w:szCs w:val="24"/>
              </w:rPr>
            </w:pPr>
          </w:p>
          <w:p w:rsidR="00E24F8A" w:rsidRDefault="00E24F8A" w:rsidP="00E24F8A">
            <w:pPr>
              <w:spacing w:after="60" w:line="276" w:lineRule="auto"/>
              <w:jc w:val="both"/>
              <w:rPr>
                <w:rFonts w:cstheme="minorHAnsi"/>
                <w:color w:val="000000" w:themeColor="text1"/>
                <w:sz w:val="24"/>
                <w:szCs w:val="24"/>
              </w:rPr>
            </w:pPr>
          </w:p>
          <w:p w:rsidR="00E24F8A" w:rsidRDefault="00E24F8A" w:rsidP="00E24F8A">
            <w:pPr>
              <w:spacing w:after="60" w:line="276" w:lineRule="auto"/>
              <w:jc w:val="both"/>
              <w:rPr>
                <w:rFonts w:cstheme="minorHAnsi"/>
                <w:color w:val="000000" w:themeColor="text1"/>
                <w:sz w:val="24"/>
                <w:szCs w:val="24"/>
              </w:rPr>
            </w:pPr>
          </w:p>
          <w:p w:rsidR="00E24F8A" w:rsidRDefault="00E24F8A" w:rsidP="00E24F8A">
            <w:pPr>
              <w:spacing w:after="60" w:line="276" w:lineRule="auto"/>
              <w:jc w:val="both"/>
              <w:rPr>
                <w:rFonts w:cstheme="minorHAnsi"/>
                <w:color w:val="000000" w:themeColor="text1"/>
                <w:sz w:val="24"/>
                <w:szCs w:val="24"/>
              </w:rPr>
            </w:pPr>
          </w:p>
          <w:p w:rsidR="00E24F8A" w:rsidRPr="00E24F8A" w:rsidRDefault="00E24F8A" w:rsidP="00E24F8A">
            <w:pPr>
              <w:spacing w:after="60" w:line="276" w:lineRule="auto"/>
              <w:jc w:val="both"/>
              <w:rPr>
                <w:rFonts w:cstheme="minorHAnsi"/>
                <w:color w:val="000000" w:themeColor="text1"/>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0003CF" w:rsidTr="00432E92">
              <w:tc>
                <w:tcPr>
                  <w:tcW w:w="7713" w:type="dxa"/>
                </w:tcPr>
                <w:p w:rsidR="000003CF" w:rsidRPr="00432E92" w:rsidRDefault="000003CF" w:rsidP="008414F8">
                  <w:pPr>
                    <w:spacing w:after="60" w:line="276" w:lineRule="auto"/>
                    <w:rPr>
                      <w:rFonts w:cstheme="minorHAnsi"/>
                      <w:sz w:val="20"/>
                      <w:szCs w:val="24"/>
                    </w:rPr>
                  </w:pPr>
                  <w:r>
                    <w:rPr>
                      <w:rFonts w:cstheme="minorHAnsi"/>
                      <w:b/>
                      <w:color w:val="0070C0"/>
                      <w:sz w:val="20"/>
                      <w:szCs w:val="24"/>
                    </w:rPr>
                    <w:t>Rysunek 5</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Środki na finansowanie zadań z zakresu ochrony ludności i obrony cywilnej</w:t>
                  </w:r>
                </w:p>
              </w:tc>
            </w:tr>
            <w:tr w:rsidR="000003CF" w:rsidTr="00432E92">
              <w:tc>
                <w:tcPr>
                  <w:tcW w:w="7713" w:type="dxa"/>
                </w:tcPr>
                <w:p w:rsidR="000003CF" w:rsidRDefault="000003CF" w:rsidP="008414F8">
                  <w:pPr>
                    <w:spacing w:after="60" w:line="276" w:lineRule="auto"/>
                    <w:rPr>
                      <w:rFonts w:cstheme="minorHAnsi"/>
                      <w:b/>
                      <w:color w:val="0070C0"/>
                      <w:sz w:val="20"/>
                      <w:szCs w:val="24"/>
                    </w:rPr>
                  </w:pPr>
                  <w:r>
                    <w:rPr>
                      <w:rFonts w:cstheme="minorHAnsi"/>
                      <w:b/>
                      <w:noProof/>
                      <w:color w:val="0070C0"/>
                      <w:sz w:val="20"/>
                      <w:szCs w:val="24"/>
                      <w:lang w:eastAsia="pl-PL"/>
                    </w:rPr>
                    <w:drawing>
                      <wp:inline distT="0" distB="0" distL="0" distR="0" wp14:anchorId="1553E728" wp14:editId="4ED7A626">
                        <wp:extent cx="4858247" cy="3335020"/>
                        <wp:effectExtent l="0" t="0" r="0" b="0"/>
                        <wp:docPr id="194812363" name="Obraz 19481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4979" cy="3346506"/>
                                </a:xfrm>
                                <a:prstGeom prst="rect">
                                  <a:avLst/>
                                </a:prstGeom>
                                <a:noFill/>
                              </pic:spPr>
                            </pic:pic>
                          </a:graphicData>
                        </a:graphic>
                      </wp:inline>
                    </w:drawing>
                  </w:r>
                </w:p>
              </w:tc>
            </w:tr>
            <w:tr w:rsidR="000003CF" w:rsidTr="00432E92">
              <w:tc>
                <w:tcPr>
                  <w:tcW w:w="7713" w:type="dxa"/>
                </w:tcPr>
                <w:p w:rsidR="000003CF" w:rsidRPr="00432E92" w:rsidRDefault="000003CF" w:rsidP="008414F8">
                  <w:pPr>
                    <w:spacing w:after="60" w:line="276" w:lineRule="auto"/>
                    <w:rPr>
                      <w:rFonts w:cstheme="minorHAnsi"/>
                      <w:sz w:val="20"/>
                      <w:szCs w:val="24"/>
                    </w:rPr>
                  </w:pPr>
                  <w:r w:rsidRPr="00432E92">
                    <w:rPr>
                      <w:rFonts w:cstheme="minorHAnsi"/>
                      <w:sz w:val="20"/>
                      <w:szCs w:val="24"/>
                    </w:rPr>
                    <w:t>Źródło: opracowanie własne</w:t>
                  </w:r>
                </w:p>
              </w:tc>
            </w:tr>
          </w:tbl>
          <w:p w:rsidR="00CD1F13" w:rsidRPr="00432E92" w:rsidRDefault="00CD1F13" w:rsidP="00493672">
            <w:pPr>
              <w:spacing w:after="60" w:line="276" w:lineRule="auto"/>
              <w:jc w:val="both"/>
              <w:rPr>
                <w:rFonts w:cstheme="minorHAnsi"/>
                <w:b/>
                <w:color w:val="0070C0"/>
                <w:sz w:val="6"/>
                <w:szCs w:val="24"/>
              </w:rPr>
            </w:pP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Wartość produktu krajowego brutto, o którym mowa w art. 155 ust. 1 i ust. 2 pkt 3 ustawy o ochronie ludności i obronie cywilnej, jest ustalana na podstawie wartości określonej w obwieszczeniu Prezesa Głównego Urzędu Statystycznego wydawanym na podstawie art. 5 ustawy z dnia 26 października 2000 r. o sposobie obliczania wartości rocznego produktu krajowego brutto (Dz.U. z 2021 r. poz. 151), według stanu na dzień 31 sierpnia.</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Środki ujęte w ramach limitu wydatków na finansowanie potrzeb obronnych, o</w:t>
            </w:r>
            <w:r w:rsidR="00493672" w:rsidRPr="00A642E0">
              <w:rPr>
                <w:rFonts w:cstheme="minorHAnsi"/>
                <w:color w:val="000000" w:themeColor="text1"/>
                <w:sz w:val="24"/>
                <w:szCs w:val="24"/>
              </w:rPr>
              <w:t> </w:t>
            </w:r>
            <w:r w:rsidRPr="00A642E0">
              <w:rPr>
                <w:rFonts w:cstheme="minorHAnsi"/>
                <w:color w:val="000000" w:themeColor="text1"/>
                <w:sz w:val="24"/>
                <w:szCs w:val="24"/>
              </w:rPr>
              <w:t xml:space="preserve">którym mowa w art. 40 ust. 1 pkt 2 ustawy z dnia 11 marca 2022 r. o obronie Ojczyzny, w wysokości 0,15% produktu krajowego brutto przeznacza się na finansowanie lub dofinansowanie organów ochrony ludności i podmiotów ochrony ludności w zakresie realizacji zadań ochrony ludności i obrony cywilnej, w tym na zadania o charakterze obronnym Rzeczypospolitej Polskiej. Zadaniami o charakterze obronnym są zadania ochrony ludności realizowane w czasie stanu wojennego i w czasie wojny jako obrona cywilna. Zgodnie z art. 2 ust. 3 ustawy z dnia 5 grudnia 2024 r. o ochronie ludności i obronie cywilnej, z chwilą wprowadzenia stanu wojennego i w czasie wojny ochrona ludności staje się obroną cywilną. </w:t>
            </w:r>
            <w:r w:rsidRPr="00A642E0">
              <w:rPr>
                <w:rFonts w:cstheme="minorHAnsi"/>
                <w:iCs/>
                <w:color w:val="000000" w:themeColor="text1"/>
                <w:sz w:val="24"/>
                <w:szCs w:val="24"/>
              </w:rPr>
              <w:t>Środki te są ujmowane w dziale 752 - Obrona narodowa, w</w:t>
            </w:r>
            <w:r w:rsidR="0041560F" w:rsidRPr="00A642E0">
              <w:rPr>
                <w:rFonts w:cstheme="minorHAnsi"/>
                <w:iCs/>
                <w:color w:val="000000" w:themeColor="text1"/>
                <w:sz w:val="24"/>
                <w:szCs w:val="24"/>
              </w:rPr>
              <w:t> </w:t>
            </w:r>
            <w:r w:rsidRPr="00A642E0">
              <w:rPr>
                <w:rFonts w:cstheme="minorHAnsi"/>
                <w:iCs/>
                <w:color w:val="000000" w:themeColor="text1"/>
                <w:sz w:val="24"/>
                <w:szCs w:val="24"/>
              </w:rPr>
              <w:t>rozdziale 75281 - Zadania o charakterze obronnym wynikające z ustawy o ochronie ludności i obronie cywilnej oraz rozdziale 75282 - Zadania o</w:t>
            </w:r>
            <w:r w:rsidR="0041560F" w:rsidRPr="00A642E0">
              <w:rPr>
                <w:rFonts w:cstheme="minorHAnsi"/>
                <w:iCs/>
                <w:color w:val="000000" w:themeColor="text1"/>
                <w:sz w:val="24"/>
                <w:szCs w:val="24"/>
              </w:rPr>
              <w:t> </w:t>
            </w:r>
            <w:r w:rsidRPr="00A642E0">
              <w:rPr>
                <w:rFonts w:cstheme="minorHAnsi"/>
                <w:iCs/>
                <w:color w:val="000000" w:themeColor="text1"/>
                <w:sz w:val="24"/>
                <w:szCs w:val="24"/>
              </w:rPr>
              <w:t>charakterze obronnym wynikające z ustawy o ochronie ludności i obronie cywilnej realizowane przez Państwową Straż Pożarną</w:t>
            </w:r>
            <w:r w:rsidRPr="00A642E0">
              <w:rPr>
                <w:rFonts w:cstheme="minorHAnsi"/>
                <w:color w:val="000000" w:themeColor="text1"/>
                <w:sz w:val="24"/>
                <w:szCs w:val="24"/>
              </w:rPr>
              <w:t xml:space="preserve">.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lastRenderedPageBreak/>
              <w:t>Obejmują one działania prowadzone w czasie pokoju, ukierunkowane na przygotowanie społeczeństwa, administracji publicznej oraz infrastruktury krytycznej do skutecznego reagowania na różnego rodzaju zagrożenia. W okresie pokoju zadania te obejmują m.in. planowanie, organizowanie i utrzymywanie m.in. systemów ostrzegania i alarmowania, zabezpieczenia medycznego, prowadzenie szkoleń i ćwiczeń, wsparcia państwa gospodarza (HNS), rozwijanie zdolności ratowniczych, a także wdrażanie rozwiązań zwiększających odporność państwa na sytuacje kryzysowe. Dzięki temu obrona cywilna stanowi stały, integralny komponent systemu bezpieczeństwa narodowego, funkcjonujący nieprzerwanie w celu ochrony życia, zdrowia ludzi oraz mienia.</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Zgodnie z dyspozycją ustawy, Program zawiera podział środków wskazanych w art. 155 ust. 2 ustawy w podziale na poszczególnych dysponentów i</w:t>
            </w:r>
            <w:r w:rsidR="00493672" w:rsidRPr="00A642E0">
              <w:rPr>
                <w:rFonts w:cstheme="minorHAnsi"/>
                <w:color w:val="000000" w:themeColor="text1"/>
                <w:sz w:val="24"/>
                <w:szCs w:val="24"/>
              </w:rPr>
              <w:t> </w:t>
            </w:r>
            <w:r w:rsidRPr="00A642E0">
              <w:rPr>
                <w:rFonts w:cstheme="minorHAnsi"/>
                <w:color w:val="000000" w:themeColor="text1"/>
                <w:sz w:val="24"/>
                <w:szCs w:val="24"/>
              </w:rPr>
              <w:t>z</w:t>
            </w:r>
            <w:r w:rsidR="00493672" w:rsidRPr="00A642E0">
              <w:rPr>
                <w:rFonts w:cstheme="minorHAnsi"/>
                <w:color w:val="000000" w:themeColor="text1"/>
                <w:sz w:val="24"/>
                <w:szCs w:val="24"/>
              </w:rPr>
              <w:t> </w:t>
            </w:r>
            <w:r w:rsidRPr="00A642E0">
              <w:rPr>
                <w:rFonts w:cstheme="minorHAnsi"/>
                <w:color w:val="000000" w:themeColor="text1"/>
                <w:sz w:val="24"/>
                <w:szCs w:val="24"/>
              </w:rPr>
              <w:t>podziałem na poszczególne lata realizacji Programu. Zgodnie z art. 156 ust. 6 ustawy, podział środków zgodnie z art. 155 ust. 2 ustawy jest określony w załączniku nr 2 tabela 1 Programu. Przeniesienia środków między dysponentami dokonuje się z uwzględnieniem zasad z art. 155 ust. 7.</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W załączniku nr 2 tabela 2 Programu określono podział środków finansowych części 0,15% PKB na wydatki obronne z uwzględnieniem lat obowiązywania Programu pomiędzy wojewodów oraz podział na obszary Programu. Do podziału środków, o których mowa w art. 155 ust. 2 pkt 3 ustawy, zastosowano </w:t>
            </w:r>
            <w:r w:rsidR="0041560F" w:rsidRPr="00A642E0">
              <w:rPr>
                <w:rFonts w:cstheme="minorHAnsi"/>
                <w:color w:val="000000" w:themeColor="text1"/>
                <w:sz w:val="24"/>
                <w:szCs w:val="24"/>
              </w:rPr>
              <w:t>poniższe</w:t>
            </w:r>
            <w:r w:rsidRPr="00A642E0">
              <w:rPr>
                <w:rFonts w:cstheme="minorHAnsi"/>
                <w:color w:val="000000" w:themeColor="text1"/>
                <w:sz w:val="24"/>
                <w:szCs w:val="24"/>
              </w:rPr>
              <w:t xml:space="preserve"> kry</w:t>
            </w:r>
            <w:r w:rsidR="0041560F" w:rsidRPr="00A642E0">
              <w:rPr>
                <w:rFonts w:cstheme="minorHAnsi"/>
                <w:color w:val="000000" w:themeColor="text1"/>
                <w:sz w:val="24"/>
                <w:szCs w:val="24"/>
              </w:rPr>
              <w:t>teria.</w:t>
            </w:r>
          </w:p>
          <w:p w:rsidR="00BD03E9" w:rsidRPr="00A642E0" w:rsidRDefault="00BD03E9" w:rsidP="00493672">
            <w:pPr>
              <w:spacing w:after="60" w:line="276" w:lineRule="auto"/>
              <w:jc w:val="both"/>
              <w:rPr>
                <w:rFonts w:cstheme="minorHAnsi"/>
                <w:color w:val="000000" w:themeColor="text1"/>
                <w:sz w:val="24"/>
                <w:szCs w:val="24"/>
                <w:u w:val="single"/>
              </w:rPr>
            </w:pPr>
            <w:r w:rsidRPr="00A642E0">
              <w:rPr>
                <w:rFonts w:cstheme="minorHAnsi"/>
                <w:color w:val="000000" w:themeColor="text1"/>
                <w:sz w:val="24"/>
                <w:szCs w:val="24"/>
                <w:u w:val="single"/>
              </w:rPr>
              <w:t>I. Podział pomiędzy część centralną i części wojewódzkie</w:t>
            </w:r>
          </w:p>
          <w:p w:rsidR="008414F8" w:rsidRDefault="00BD03E9" w:rsidP="00552128">
            <w:pPr>
              <w:spacing w:after="60" w:line="276" w:lineRule="auto"/>
              <w:jc w:val="both"/>
              <w:rPr>
                <w:rFonts w:cstheme="minorHAnsi"/>
                <w:color w:val="000000" w:themeColor="text1"/>
                <w:sz w:val="24"/>
                <w:szCs w:val="24"/>
              </w:rPr>
            </w:pPr>
            <w:r w:rsidRPr="00A642E0">
              <w:rPr>
                <w:rFonts w:cstheme="minorHAnsi"/>
                <w:color w:val="000000" w:themeColor="text1"/>
                <w:sz w:val="24"/>
                <w:szCs w:val="24"/>
              </w:rPr>
              <w:t>Przyjęto</w:t>
            </w:r>
            <w:r w:rsidR="007C491D">
              <w:rPr>
                <w:rFonts w:cstheme="minorHAnsi"/>
                <w:color w:val="000000" w:themeColor="text1"/>
                <w:sz w:val="24"/>
                <w:szCs w:val="24"/>
              </w:rPr>
              <w:t xml:space="preserve"> następujący</w:t>
            </w:r>
            <w:r w:rsidRPr="00A642E0">
              <w:rPr>
                <w:rFonts w:cstheme="minorHAnsi"/>
                <w:color w:val="000000" w:themeColor="text1"/>
                <w:sz w:val="24"/>
                <w:szCs w:val="24"/>
              </w:rPr>
              <w:t xml:space="preserve"> podział</w:t>
            </w:r>
            <w:r w:rsidR="007C491D">
              <w:rPr>
                <w:rFonts w:cstheme="minorHAnsi"/>
                <w:color w:val="000000" w:themeColor="text1"/>
                <w:sz w:val="24"/>
                <w:szCs w:val="24"/>
              </w:rPr>
              <w:t>:</w:t>
            </w:r>
            <w:r w:rsidRPr="00A642E0">
              <w:rPr>
                <w:rFonts w:cstheme="minorHAnsi"/>
                <w:color w:val="000000" w:themeColor="text1"/>
                <w:sz w:val="24"/>
                <w:szCs w:val="24"/>
              </w:rPr>
              <w:t xml:space="preserve"> co najmniej 85% środków na część dla wojewodów i jednostek samorządu terytorialnego oraz nie więcej niż 15% na część centralną w</w:t>
            </w:r>
            <w:r w:rsidR="00BE42AB">
              <w:rPr>
                <w:rFonts w:cstheme="minorHAnsi"/>
                <w:color w:val="000000" w:themeColor="text1"/>
                <w:sz w:val="24"/>
                <w:szCs w:val="24"/>
              </w:rPr>
              <w:t> </w:t>
            </w:r>
            <w:r w:rsidRPr="00A642E0">
              <w:rPr>
                <w:rFonts w:cstheme="minorHAnsi"/>
                <w:color w:val="000000" w:themeColor="text1"/>
                <w:sz w:val="24"/>
                <w:szCs w:val="24"/>
              </w:rPr>
              <w:t xml:space="preserve">dyspozycji ministra właściwego do spraw wewnętrznych. </w:t>
            </w:r>
          </w:p>
          <w:p w:rsidR="00552128" w:rsidRPr="00EB182E" w:rsidRDefault="00552128" w:rsidP="00552128">
            <w:pPr>
              <w:spacing w:after="60" w:line="276" w:lineRule="auto"/>
              <w:jc w:val="both"/>
              <w:rPr>
                <w:rFonts w:cstheme="minorHAnsi"/>
                <w:color w:val="000000" w:themeColor="text1"/>
                <w:sz w:val="2"/>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0003CF" w:rsidTr="00432E92">
              <w:tc>
                <w:tcPr>
                  <w:tcW w:w="7713" w:type="dxa"/>
                </w:tcPr>
                <w:p w:rsidR="000003CF" w:rsidRPr="00432E92" w:rsidRDefault="000003CF" w:rsidP="00434AC4">
                  <w:pPr>
                    <w:spacing w:after="60" w:line="276" w:lineRule="auto"/>
                    <w:rPr>
                      <w:rFonts w:cstheme="minorHAnsi"/>
                      <w:sz w:val="20"/>
                      <w:szCs w:val="24"/>
                    </w:rPr>
                  </w:pPr>
                  <w:r>
                    <w:rPr>
                      <w:rFonts w:cstheme="minorHAnsi"/>
                      <w:b/>
                      <w:color w:val="0070C0"/>
                      <w:sz w:val="20"/>
                      <w:szCs w:val="24"/>
                    </w:rPr>
                    <w:t>Wykres 1</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Podział środków na część centralną i części wojewódzkie</w:t>
                  </w:r>
                </w:p>
              </w:tc>
            </w:tr>
            <w:tr w:rsidR="000003CF" w:rsidTr="00432E92">
              <w:tc>
                <w:tcPr>
                  <w:tcW w:w="7713" w:type="dxa"/>
                </w:tcPr>
                <w:p w:rsidR="000003CF" w:rsidRDefault="000003CF" w:rsidP="00434AC4">
                  <w:pPr>
                    <w:spacing w:after="60" w:line="276" w:lineRule="auto"/>
                    <w:rPr>
                      <w:rFonts w:cstheme="minorHAnsi"/>
                      <w:b/>
                      <w:color w:val="0070C0"/>
                      <w:sz w:val="20"/>
                      <w:szCs w:val="24"/>
                    </w:rPr>
                  </w:pPr>
                  <w:r>
                    <w:rPr>
                      <w:rFonts w:cstheme="minorHAnsi"/>
                      <w:b/>
                      <w:noProof/>
                      <w:color w:val="0070C0"/>
                      <w:sz w:val="20"/>
                      <w:szCs w:val="24"/>
                      <w:lang w:eastAsia="pl-PL"/>
                    </w:rPr>
                    <w:drawing>
                      <wp:inline distT="0" distB="0" distL="0" distR="0" wp14:anchorId="420DD79F" wp14:editId="2815C41B">
                        <wp:extent cx="4520888" cy="2490716"/>
                        <wp:effectExtent l="0" t="0" r="0" b="5080"/>
                        <wp:docPr id="194812364" name="Obraz 19481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84254" cy="2580720"/>
                                </a:xfrm>
                                <a:prstGeom prst="rect">
                                  <a:avLst/>
                                </a:prstGeom>
                                <a:noFill/>
                              </pic:spPr>
                            </pic:pic>
                          </a:graphicData>
                        </a:graphic>
                      </wp:inline>
                    </w:drawing>
                  </w:r>
                </w:p>
              </w:tc>
            </w:tr>
            <w:tr w:rsidR="000003CF" w:rsidTr="00432E92">
              <w:tc>
                <w:tcPr>
                  <w:tcW w:w="7713" w:type="dxa"/>
                </w:tcPr>
                <w:p w:rsidR="000003CF" w:rsidRPr="00432E92" w:rsidRDefault="000003CF" w:rsidP="00434AC4">
                  <w:pPr>
                    <w:spacing w:after="60" w:line="276" w:lineRule="auto"/>
                    <w:rPr>
                      <w:rFonts w:cstheme="minorHAnsi"/>
                      <w:sz w:val="20"/>
                      <w:szCs w:val="24"/>
                    </w:rPr>
                  </w:pPr>
                  <w:r w:rsidRPr="00432E92">
                    <w:rPr>
                      <w:rFonts w:cstheme="minorHAnsi"/>
                      <w:sz w:val="20"/>
                      <w:szCs w:val="24"/>
                    </w:rPr>
                    <w:t>Źródło: opracowanie własne</w:t>
                  </w:r>
                </w:p>
              </w:tc>
            </w:tr>
          </w:tbl>
          <w:p w:rsidR="00BD03E9"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lastRenderedPageBreak/>
              <w:t xml:space="preserve">Co najmniej 35 % </w:t>
            </w:r>
            <w:r w:rsidR="00CD1249" w:rsidRPr="00A642E0">
              <w:rPr>
                <w:rFonts w:cstheme="minorHAnsi"/>
                <w:color w:val="000000" w:themeColor="text1"/>
                <w:sz w:val="24"/>
                <w:szCs w:val="24"/>
              </w:rPr>
              <w:t>części centralnej</w:t>
            </w:r>
            <w:r w:rsidRPr="00A642E0">
              <w:rPr>
                <w:rFonts w:cstheme="minorHAnsi"/>
                <w:color w:val="000000" w:themeColor="text1"/>
                <w:sz w:val="24"/>
                <w:szCs w:val="24"/>
              </w:rPr>
              <w:t xml:space="preserve"> w dyspozycji ministra właściwego do spraw wewnętrznych jest wydatkowane na zadania z obszaru 7 dotyczące utworzenia komponentu medycznego Szefa Obrony Cywilnej. </w:t>
            </w:r>
          </w:p>
          <w:p w:rsidR="00C0238C" w:rsidRPr="00A642E0" w:rsidRDefault="00C0238C"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Wojewoda może zwiększyć część środków pozostającą w dyspozycji wojewody do 11%, z zastrzeżeniem, że dodatkowy 1% środków jest wydatkowany w całości na zadanie z podobszaru 6a „szkolenia specjalistyczne z taktycznego ratownictwa medycznego (TECC) i medycyny pola walki”, realizowane w podmiotach ochrony ludności podległych Ministrowi Obrony Narodowej.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Środki z części centralnej mogą być wydatkowane również na dotacje dla Narodowego Instytutu Wolności – Centrum Rozwoju Społeczeństwa Obywatelskiego, na zasadach określonych w art. 153a ustawy z dnia 5 grudnia 2024 r. o ochronie ludności i obronie cywilnej z przeznaczeniem dla podmiotów wymienionych w art. 3 ust. 2 i 3 ustawy z dnia 24 kwietnia 2003 r. o działalności pożytku publicznego i o wolontariacie, realizujących zadania z zakresu ochrony ludności. </w:t>
            </w:r>
          </w:p>
          <w:p w:rsidR="00BD03E9" w:rsidRPr="00A642E0" w:rsidRDefault="00BD03E9" w:rsidP="00493672">
            <w:pPr>
              <w:spacing w:after="60" w:line="276" w:lineRule="auto"/>
              <w:jc w:val="both"/>
              <w:rPr>
                <w:rFonts w:cstheme="minorHAnsi"/>
                <w:color w:val="000000" w:themeColor="text1"/>
                <w:sz w:val="24"/>
                <w:szCs w:val="24"/>
                <w:u w:val="single"/>
              </w:rPr>
            </w:pPr>
            <w:r w:rsidRPr="00A642E0">
              <w:rPr>
                <w:rFonts w:cstheme="minorHAnsi"/>
                <w:color w:val="000000" w:themeColor="text1"/>
                <w:sz w:val="24"/>
                <w:szCs w:val="24"/>
                <w:u w:val="single"/>
              </w:rPr>
              <w:t xml:space="preserve">II. Podział </w:t>
            </w:r>
            <w:r w:rsidR="00E11A21">
              <w:rPr>
                <w:rFonts w:cstheme="minorHAnsi"/>
                <w:color w:val="000000" w:themeColor="text1"/>
                <w:sz w:val="24"/>
                <w:szCs w:val="24"/>
                <w:u w:val="single"/>
              </w:rPr>
              <w:t xml:space="preserve">części wojewódzkiej </w:t>
            </w:r>
            <w:r w:rsidRPr="00A642E0">
              <w:rPr>
                <w:rFonts w:cstheme="minorHAnsi"/>
                <w:color w:val="000000" w:themeColor="text1"/>
                <w:sz w:val="24"/>
                <w:szCs w:val="24"/>
                <w:u w:val="single"/>
              </w:rPr>
              <w:t>pomiędzy obszary</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Ustawa z dnia 5 grudnia 2024 r. o ochronie ludności i obronie cywilnej oraz rozporządzenie dotyczące zawartości Programu nie wprowadzają podziału środków finansowych na obszary Programu. </w:t>
            </w:r>
            <w:r w:rsidR="007C491D">
              <w:rPr>
                <w:rFonts w:cstheme="minorHAnsi"/>
                <w:color w:val="000000" w:themeColor="text1"/>
                <w:sz w:val="24"/>
                <w:szCs w:val="24"/>
              </w:rPr>
              <w:t>Dlatego u</w:t>
            </w:r>
            <w:r w:rsidRPr="00A642E0">
              <w:rPr>
                <w:rFonts w:cstheme="minorHAnsi"/>
                <w:color w:val="000000" w:themeColor="text1"/>
                <w:sz w:val="24"/>
                <w:szCs w:val="24"/>
              </w:rPr>
              <w:t>względniając poziom wydatkowania środków w Programie Ochrony Ludności i Obrony Cywilnej na lata 2025-2026, założone priorytety nowego Programu oraz szacowaną kosztochłonność poszczególnych obszarów, przyjęto następujący podział limitów wojewódzkich:</w:t>
            </w:r>
          </w:p>
          <w:p w:rsidR="00BD03E9" w:rsidRPr="00A642E0" w:rsidRDefault="00BD03E9" w:rsidP="00493672">
            <w:pPr>
              <w:pStyle w:val="Akapitzlist"/>
              <w:spacing w:after="60" w:line="276" w:lineRule="auto"/>
              <w:ind w:left="426"/>
              <w:contextualSpacing w:val="0"/>
              <w:rPr>
                <w:rFonts w:cstheme="minorHAnsi"/>
                <w:color w:val="000000" w:themeColor="text1"/>
                <w:sz w:val="24"/>
                <w:szCs w:val="24"/>
              </w:rPr>
            </w:pPr>
            <w:r w:rsidRPr="00A642E0">
              <w:rPr>
                <w:rFonts w:cstheme="minorHAnsi"/>
                <w:color w:val="000000" w:themeColor="text1"/>
                <w:sz w:val="24"/>
                <w:szCs w:val="24"/>
              </w:rPr>
              <w:t>obszar 1 –   1 % środków (O1)</w:t>
            </w:r>
          </w:p>
          <w:p w:rsidR="00BD03E9" w:rsidRPr="00A642E0" w:rsidRDefault="00BD03E9" w:rsidP="00493672">
            <w:pPr>
              <w:spacing w:after="60" w:line="276" w:lineRule="auto"/>
              <w:ind w:left="426"/>
              <w:rPr>
                <w:rFonts w:cstheme="minorHAnsi"/>
                <w:color w:val="000000" w:themeColor="text1"/>
                <w:sz w:val="24"/>
                <w:szCs w:val="24"/>
              </w:rPr>
            </w:pPr>
            <w:r w:rsidRPr="00A642E0">
              <w:rPr>
                <w:rFonts w:cstheme="minorHAnsi"/>
                <w:color w:val="000000" w:themeColor="text1"/>
                <w:sz w:val="24"/>
                <w:szCs w:val="24"/>
              </w:rPr>
              <w:t>obszar 2 – 15 % środków (O2)</w:t>
            </w:r>
          </w:p>
          <w:p w:rsidR="00BD03E9" w:rsidRPr="00A642E0" w:rsidRDefault="00BD03E9" w:rsidP="00493672">
            <w:pPr>
              <w:spacing w:after="60" w:line="276" w:lineRule="auto"/>
              <w:ind w:left="426"/>
              <w:rPr>
                <w:rFonts w:cstheme="minorHAnsi"/>
                <w:color w:val="000000" w:themeColor="text1"/>
                <w:sz w:val="24"/>
                <w:szCs w:val="24"/>
              </w:rPr>
            </w:pPr>
            <w:r w:rsidRPr="00A642E0">
              <w:rPr>
                <w:rFonts w:cstheme="minorHAnsi"/>
                <w:color w:val="000000" w:themeColor="text1"/>
                <w:sz w:val="24"/>
                <w:szCs w:val="24"/>
              </w:rPr>
              <w:t>obszar 3 – 20 % środków (O3)</w:t>
            </w:r>
          </w:p>
          <w:p w:rsidR="00BD03E9" w:rsidRPr="00A642E0" w:rsidRDefault="00BD03E9" w:rsidP="00493672">
            <w:pPr>
              <w:spacing w:after="60" w:line="276" w:lineRule="auto"/>
              <w:ind w:left="426"/>
              <w:rPr>
                <w:rFonts w:cstheme="minorHAnsi"/>
                <w:color w:val="000000" w:themeColor="text1"/>
                <w:sz w:val="24"/>
                <w:szCs w:val="24"/>
              </w:rPr>
            </w:pPr>
            <w:r w:rsidRPr="00A642E0">
              <w:rPr>
                <w:rFonts w:cstheme="minorHAnsi"/>
                <w:color w:val="000000" w:themeColor="text1"/>
                <w:sz w:val="24"/>
                <w:szCs w:val="24"/>
              </w:rPr>
              <w:t>obszar 4 –   5 % środków (O4)</w:t>
            </w:r>
          </w:p>
          <w:p w:rsidR="00BD03E9" w:rsidRPr="00A642E0" w:rsidRDefault="00BD03E9" w:rsidP="00493672">
            <w:pPr>
              <w:spacing w:after="60" w:line="276" w:lineRule="auto"/>
              <w:ind w:left="426"/>
              <w:rPr>
                <w:rFonts w:cstheme="minorHAnsi"/>
                <w:color w:val="000000" w:themeColor="text1"/>
                <w:sz w:val="24"/>
                <w:szCs w:val="24"/>
              </w:rPr>
            </w:pPr>
            <w:r w:rsidRPr="00A642E0">
              <w:rPr>
                <w:rFonts w:cstheme="minorHAnsi"/>
                <w:color w:val="000000" w:themeColor="text1"/>
                <w:sz w:val="24"/>
                <w:szCs w:val="24"/>
              </w:rPr>
              <w:t>obszar 5 – 54 % środków (O5)</w:t>
            </w:r>
          </w:p>
          <w:p w:rsidR="00BD03E9" w:rsidRPr="00A642E0" w:rsidRDefault="00BD03E9" w:rsidP="00493672">
            <w:pPr>
              <w:spacing w:after="60" w:line="276" w:lineRule="auto"/>
              <w:ind w:left="426"/>
              <w:rPr>
                <w:rFonts w:cstheme="minorHAnsi"/>
                <w:color w:val="000000" w:themeColor="text1"/>
                <w:sz w:val="24"/>
                <w:szCs w:val="24"/>
              </w:rPr>
            </w:pPr>
            <w:r w:rsidRPr="00A642E0">
              <w:rPr>
                <w:rFonts w:cstheme="minorHAnsi"/>
                <w:color w:val="000000" w:themeColor="text1"/>
                <w:sz w:val="24"/>
                <w:szCs w:val="24"/>
              </w:rPr>
              <w:t>obszar 6 –   5 % środków (O6)</w:t>
            </w:r>
          </w:p>
          <w:p w:rsidR="00CD1F13" w:rsidRDefault="00CD1F13"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Default="00D73436" w:rsidP="00432E92">
            <w:pPr>
              <w:rPr>
                <w:rFonts w:cstheme="minorHAnsi"/>
                <w:color w:val="000000" w:themeColor="text1"/>
                <w:spacing w:val="20"/>
                <w:sz w:val="6"/>
                <w:szCs w:val="24"/>
              </w:rPr>
            </w:pPr>
          </w:p>
          <w:p w:rsidR="00D73436" w:rsidRPr="00432E92" w:rsidRDefault="00D73436" w:rsidP="00432E92">
            <w:pPr>
              <w:rPr>
                <w:rFonts w:cstheme="minorHAnsi"/>
                <w:color w:val="000000" w:themeColor="text1"/>
                <w:spacing w:val="20"/>
                <w:sz w:val="6"/>
                <w:szCs w:val="24"/>
              </w:rPr>
            </w:pPr>
          </w:p>
          <w:p w:rsidR="0049508D" w:rsidRPr="00556CE1" w:rsidRDefault="0049508D" w:rsidP="00493672">
            <w:pPr>
              <w:spacing w:after="60" w:line="276" w:lineRule="auto"/>
              <w:ind w:left="360"/>
              <w:jc w:val="center"/>
              <w:rPr>
                <w:rFonts w:cstheme="minorHAnsi"/>
                <w:i/>
                <w:color w:val="000000" w:themeColor="text1"/>
                <w:spacing w:val="20"/>
                <w:sz w:val="2"/>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0003CF" w:rsidTr="00432E92">
              <w:tc>
                <w:tcPr>
                  <w:tcW w:w="7713" w:type="dxa"/>
                </w:tcPr>
                <w:p w:rsidR="000003CF" w:rsidRPr="00432E92" w:rsidRDefault="000003CF" w:rsidP="00434AC4">
                  <w:pPr>
                    <w:spacing w:after="60" w:line="276" w:lineRule="auto"/>
                    <w:rPr>
                      <w:rFonts w:cstheme="minorHAnsi"/>
                      <w:sz w:val="20"/>
                      <w:szCs w:val="24"/>
                    </w:rPr>
                  </w:pPr>
                  <w:r>
                    <w:rPr>
                      <w:rFonts w:cstheme="minorHAnsi"/>
                      <w:b/>
                      <w:color w:val="0070C0"/>
                      <w:sz w:val="20"/>
                      <w:szCs w:val="24"/>
                    </w:rPr>
                    <w:lastRenderedPageBreak/>
                    <w:t>Wykres 2</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Podział środków części wojewódzkiej na obszary</w:t>
                  </w:r>
                </w:p>
              </w:tc>
            </w:tr>
            <w:tr w:rsidR="000003CF" w:rsidTr="00432E92">
              <w:tc>
                <w:tcPr>
                  <w:tcW w:w="7713" w:type="dxa"/>
                </w:tcPr>
                <w:p w:rsidR="000003CF" w:rsidRDefault="000003CF" w:rsidP="00434AC4">
                  <w:pPr>
                    <w:spacing w:after="60" w:line="276" w:lineRule="auto"/>
                    <w:rPr>
                      <w:rFonts w:cstheme="minorHAnsi"/>
                      <w:b/>
                      <w:color w:val="0070C0"/>
                      <w:sz w:val="20"/>
                      <w:szCs w:val="24"/>
                    </w:rPr>
                  </w:pPr>
                  <w:r>
                    <w:rPr>
                      <w:rFonts w:cstheme="minorHAnsi"/>
                      <w:b/>
                      <w:noProof/>
                      <w:color w:val="0070C0"/>
                      <w:sz w:val="20"/>
                      <w:szCs w:val="24"/>
                      <w:lang w:eastAsia="pl-PL"/>
                    </w:rPr>
                    <w:drawing>
                      <wp:inline distT="0" distB="0" distL="0" distR="0" wp14:anchorId="66111560" wp14:editId="386DEE59">
                        <wp:extent cx="4905954" cy="3412215"/>
                        <wp:effectExtent l="0" t="0" r="9525" b="0"/>
                        <wp:docPr id="194812365" name="Obraz 19481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5137" cy="3425557"/>
                                </a:xfrm>
                                <a:prstGeom prst="rect">
                                  <a:avLst/>
                                </a:prstGeom>
                                <a:noFill/>
                              </pic:spPr>
                            </pic:pic>
                          </a:graphicData>
                        </a:graphic>
                      </wp:inline>
                    </w:drawing>
                  </w:r>
                </w:p>
              </w:tc>
            </w:tr>
            <w:tr w:rsidR="000003CF" w:rsidTr="00432E92">
              <w:tc>
                <w:tcPr>
                  <w:tcW w:w="7713" w:type="dxa"/>
                </w:tcPr>
                <w:p w:rsidR="000003CF" w:rsidRPr="00432E92" w:rsidRDefault="000003CF" w:rsidP="00434AC4">
                  <w:pPr>
                    <w:spacing w:after="60" w:line="276" w:lineRule="auto"/>
                    <w:rPr>
                      <w:rFonts w:cstheme="minorHAnsi"/>
                      <w:sz w:val="20"/>
                      <w:szCs w:val="24"/>
                    </w:rPr>
                  </w:pPr>
                  <w:r w:rsidRPr="00432E92">
                    <w:rPr>
                      <w:rFonts w:cstheme="minorHAnsi"/>
                      <w:sz w:val="20"/>
                      <w:szCs w:val="24"/>
                    </w:rPr>
                    <w:t>Źródło: opracowanie własne</w:t>
                  </w:r>
                </w:p>
              </w:tc>
            </w:tr>
          </w:tbl>
          <w:p w:rsidR="00CD1F13" w:rsidRPr="00432E92" w:rsidRDefault="00CD1F13" w:rsidP="00432E92">
            <w:pPr>
              <w:pStyle w:val="NormalnyWeb"/>
              <w:spacing w:before="0" w:beforeAutospacing="0" w:after="60" w:afterAutospacing="0" w:line="276" w:lineRule="auto"/>
              <w:rPr>
                <w:rFonts w:cstheme="minorHAnsi"/>
                <w:b/>
                <w:color w:val="0070C0"/>
                <w:sz w:val="6"/>
              </w:rPr>
            </w:pPr>
          </w:p>
          <w:p w:rsidR="0041560F" w:rsidRPr="00432E92" w:rsidRDefault="0041560F" w:rsidP="00432E92">
            <w:pPr>
              <w:pStyle w:val="NormalnyWeb"/>
              <w:spacing w:before="0" w:beforeAutospacing="0" w:after="60" w:afterAutospacing="0" w:line="276" w:lineRule="auto"/>
              <w:rPr>
                <w:rFonts w:ascii="Calibri" w:hAnsi="Calibri" w:cs="Calibri"/>
              </w:rPr>
            </w:pPr>
            <w:r w:rsidRPr="00432E92">
              <w:rPr>
                <w:rFonts w:ascii="Calibri" w:hAnsi="Calibri" w:cs="Calibri"/>
              </w:rPr>
              <w:t xml:space="preserve">Powyższe proporcje nie odnoszą się do podziału części centralnej. </w:t>
            </w:r>
          </w:p>
          <w:p w:rsidR="00CB0C8E" w:rsidRPr="00A642E0" w:rsidRDefault="00BD03E9" w:rsidP="000D4A3A">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Podział środków, o których mowa w art. 155 ust. 1 pomiędzy obszary na kolejne lata jest określony w załączniku nr </w:t>
            </w:r>
            <w:r w:rsidR="003C52C1" w:rsidRPr="00A642E0">
              <w:rPr>
                <w:rFonts w:cstheme="minorHAnsi"/>
                <w:color w:val="000000" w:themeColor="text1"/>
                <w:sz w:val="24"/>
                <w:szCs w:val="24"/>
              </w:rPr>
              <w:t>2</w:t>
            </w:r>
            <w:r w:rsidRPr="00A642E0">
              <w:rPr>
                <w:rFonts w:cstheme="minorHAnsi"/>
                <w:color w:val="000000" w:themeColor="text1"/>
                <w:sz w:val="24"/>
                <w:szCs w:val="24"/>
              </w:rPr>
              <w:t xml:space="preserve"> tabela 3. </w:t>
            </w:r>
          </w:p>
          <w:p w:rsidR="003C52C1" w:rsidRPr="00A642E0" w:rsidRDefault="003C52C1"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Podział na obszary środków, o których mowa w art. 155 ust. 2 pkt 3 pomiędzy obszary jest określony </w:t>
            </w:r>
            <w:r w:rsidR="00984D82">
              <w:rPr>
                <w:rFonts w:cstheme="minorHAnsi"/>
                <w:color w:val="000000" w:themeColor="text1"/>
                <w:sz w:val="24"/>
                <w:szCs w:val="24"/>
              </w:rPr>
              <w:t>w tabeli 4, a tabele</w:t>
            </w:r>
            <w:r w:rsidRPr="00A642E0">
              <w:rPr>
                <w:rFonts w:cstheme="minorHAnsi"/>
                <w:color w:val="000000" w:themeColor="text1"/>
                <w:sz w:val="24"/>
                <w:szCs w:val="24"/>
              </w:rPr>
              <w:t xml:space="preserve"> 5 i 6 określają odpowiednio podział limitu wojewódzkiego i centralnego na obszary.</w:t>
            </w:r>
          </w:p>
          <w:p w:rsidR="00D50178" w:rsidRPr="00A642E0" w:rsidRDefault="00D50178"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Co najmniej 20% środków z obszaru 6 jest przeznaczana na szkolenia organizowane przez podmioty ochrony ludności, o których mowa w art. 17 ust.</w:t>
            </w:r>
            <w:r w:rsidR="00C31B00">
              <w:rPr>
                <w:rFonts w:cstheme="minorHAnsi"/>
                <w:color w:val="000000" w:themeColor="text1"/>
                <w:sz w:val="24"/>
                <w:szCs w:val="24"/>
              </w:rPr>
              <w:t> </w:t>
            </w:r>
            <w:r w:rsidRPr="00A642E0">
              <w:rPr>
                <w:rFonts w:cstheme="minorHAnsi"/>
                <w:color w:val="000000" w:themeColor="text1"/>
                <w:sz w:val="24"/>
                <w:szCs w:val="24"/>
              </w:rPr>
              <w:t>2 ustawy z dnia 5 grudnia 2024 r. o ochronie ludności i obronie cywilnej</w:t>
            </w:r>
            <w:r w:rsidR="00C31B00">
              <w:rPr>
                <w:rFonts w:cstheme="minorHAnsi"/>
                <w:color w:val="000000" w:themeColor="text1"/>
                <w:sz w:val="24"/>
                <w:szCs w:val="24"/>
              </w:rPr>
              <w:t>,</w:t>
            </w:r>
            <w:r w:rsidRPr="00A642E0">
              <w:rPr>
                <w:rFonts w:cstheme="minorHAnsi"/>
                <w:color w:val="000000" w:themeColor="text1"/>
                <w:sz w:val="24"/>
                <w:szCs w:val="24"/>
              </w:rPr>
              <w:t xml:space="preserve"> </w:t>
            </w:r>
            <w:r w:rsidR="00C31B00">
              <w:rPr>
                <w:rFonts w:cstheme="minorHAnsi"/>
                <w:color w:val="000000" w:themeColor="text1"/>
                <w:sz w:val="24"/>
                <w:szCs w:val="24"/>
              </w:rPr>
              <w:t>w tym</w:t>
            </w:r>
            <w:r w:rsidRPr="00A642E0">
              <w:rPr>
                <w:rFonts w:cstheme="minorHAnsi"/>
                <w:color w:val="000000" w:themeColor="text1"/>
                <w:sz w:val="24"/>
                <w:szCs w:val="24"/>
              </w:rPr>
              <w:t xml:space="preserve"> na szkolenia personelu ratowniczego podmiotów ochrony ludności, w tym strażaków ochotniczych straży pożarnych.</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Na poziomie wojewódzkim nie uwzględnia się środków na obszar 7, które są wydatkowane jedynie na poziomie centralnym.</w:t>
            </w:r>
          </w:p>
          <w:p w:rsidR="00BD03E9" w:rsidRPr="00A642E0" w:rsidRDefault="00BD03E9" w:rsidP="00493672">
            <w:pPr>
              <w:spacing w:after="60" w:line="276" w:lineRule="auto"/>
              <w:jc w:val="both"/>
              <w:rPr>
                <w:rFonts w:cstheme="minorHAnsi"/>
                <w:color w:val="000000" w:themeColor="text1"/>
                <w:sz w:val="24"/>
                <w:szCs w:val="24"/>
                <w:u w:val="single"/>
              </w:rPr>
            </w:pPr>
            <w:r w:rsidRPr="00A642E0">
              <w:rPr>
                <w:rFonts w:cstheme="minorHAnsi"/>
                <w:color w:val="000000" w:themeColor="text1"/>
                <w:sz w:val="24"/>
                <w:szCs w:val="24"/>
                <w:u w:val="single"/>
              </w:rPr>
              <w:t>III. Podział środków pomiędzy województwa</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Jako kryterium podziału środków pomiędzy województwa przyjęto kryterium ludnościowe z modyfikatorami: urbanizacyjnym i geograficznym.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Wysokość środków dla województwa zależy od liczby ludności w województwie, z uwzględnieniem podziału na liczbę ludności w miastach i poza miastami. Z</w:t>
            </w:r>
            <w:r w:rsidR="003C52C1" w:rsidRPr="00A642E0">
              <w:rPr>
                <w:rFonts w:cstheme="minorHAnsi"/>
                <w:color w:val="000000" w:themeColor="text1"/>
                <w:sz w:val="24"/>
                <w:szCs w:val="24"/>
              </w:rPr>
              <w:t> </w:t>
            </w:r>
            <w:r w:rsidRPr="00A642E0">
              <w:rPr>
                <w:rFonts w:cstheme="minorHAnsi"/>
                <w:color w:val="000000" w:themeColor="text1"/>
                <w:sz w:val="24"/>
                <w:szCs w:val="24"/>
              </w:rPr>
              <w:t xml:space="preserve">doświadczeń realizacji Programu Ochrony Ludności i Obrony Cywilnej w latach 2025-2026 wynika, że kryterium ludnościowe jest najbardziej </w:t>
            </w:r>
            <w:r w:rsidR="00095847">
              <w:rPr>
                <w:rFonts w:cstheme="minorHAnsi"/>
                <w:color w:val="000000" w:themeColor="text1"/>
                <w:sz w:val="24"/>
                <w:szCs w:val="24"/>
              </w:rPr>
              <w:t>obiektywnym i </w:t>
            </w:r>
            <w:r w:rsidRPr="00A642E0">
              <w:rPr>
                <w:rFonts w:cstheme="minorHAnsi"/>
                <w:color w:val="000000" w:themeColor="text1"/>
                <w:sz w:val="24"/>
                <w:szCs w:val="24"/>
              </w:rPr>
              <w:t xml:space="preserve">efektywnym kryterium podstawowym na poziomie centralnym, przy </w:t>
            </w:r>
            <w:r w:rsidRPr="00A642E0">
              <w:rPr>
                <w:rFonts w:cstheme="minorHAnsi"/>
                <w:color w:val="000000" w:themeColor="text1"/>
                <w:sz w:val="24"/>
                <w:szCs w:val="24"/>
              </w:rPr>
              <w:lastRenderedPageBreak/>
              <w:t xml:space="preserve">uwzględnieniu modyfikatorów. Wynika to przede wszystkim z faktu, że zasoby oraz infrastruktura ochrony ludności mają za zadanie chronić ludność cywilną przed zagrożeniami, </w:t>
            </w:r>
            <w:r w:rsidR="00095847">
              <w:rPr>
                <w:rFonts w:cstheme="minorHAnsi"/>
                <w:color w:val="000000" w:themeColor="text1"/>
                <w:sz w:val="24"/>
                <w:szCs w:val="24"/>
              </w:rPr>
              <w:t>więc</w:t>
            </w:r>
            <w:r w:rsidRPr="00A642E0">
              <w:rPr>
                <w:rFonts w:cstheme="minorHAnsi"/>
                <w:color w:val="000000" w:themeColor="text1"/>
                <w:sz w:val="24"/>
                <w:szCs w:val="24"/>
              </w:rPr>
              <w:t xml:space="preserve"> większe skupiska ludności wymagają bardziej rozbudowanej infrastruktury i większej </w:t>
            </w:r>
            <w:r w:rsidR="007C491D">
              <w:rPr>
                <w:rFonts w:cstheme="minorHAnsi"/>
                <w:color w:val="000000" w:themeColor="text1"/>
                <w:sz w:val="24"/>
                <w:szCs w:val="24"/>
              </w:rPr>
              <w:t>liczby</w:t>
            </w:r>
            <w:r w:rsidR="007C491D" w:rsidRPr="00A642E0">
              <w:rPr>
                <w:rFonts w:cstheme="minorHAnsi"/>
                <w:color w:val="000000" w:themeColor="text1"/>
                <w:sz w:val="24"/>
                <w:szCs w:val="24"/>
              </w:rPr>
              <w:t xml:space="preserve"> </w:t>
            </w:r>
            <w:r w:rsidRPr="00A642E0">
              <w:rPr>
                <w:rFonts w:cstheme="minorHAnsi"/>
                <w:color w:val="000000" w:themeColor="text1"/>
                <w:sz w:val="24"/>
                <w:szCs w:val="24"/>
              </w:rPr>
              <w:t xml:space="preserve">zasobów dla swojej ochrony. Doświadczenia </w:t>
            </w:r>
            <w:r w:rsidR="007C491D">
              <w:rPr>
                <w:rFonts w:cstheme="minorHAnsi"/>
                <w:color w:val="000000" w:themeColor="text1"/>
                <w:sz w:val="24"/>
                <w:szCs w:val="24"/>
              </w:rPr>
              <w:t xml:space="preserve">wynikające </w:t>
            </w:r>
            <w:r w:rsidRPr="00A642E0">
              <w:rPr>
                <w:rFonts w:cstheme="minorHAnsi"/>
                <w:color w:val="000000" w:themeColor="text1"/>
                <w:sz w:val="24"/>
                <w:szCs w:val="24"/>
              </w:rPr>
              <w:t>z</w:t>
            </w:r>
            <w:r w:rsidR="00DA37D2" w:rsidRPr="00A642E0">
              <w:rPr>
                <w:rFonts w:cstheme="minorHAnsi"/>
                <w:color w:val="000000" w:themeColor="text1"/>
                <w:sz w:val="24"/>
                <w:szCs w:val="24"/>
              </w:rPr>
              <w:t> </w:t>
            </w:r>
            <w:r w:rsidRPr="00A642E0">
              <w:rPr>
                <w:rFonts w:cstheme="minorHAnsi"/>
                <w:color w:val="000000" w:themeColor="text1"/>
                <w:sz w:val="24"/>
                <w:szCs w:val="24"/>
              </w:rPr>
              <w:t xml:space="preserve">przebiegu współczesnych </w:t>
            </w:r>
            <w:r w:rsidR="007C491D">
              <w:rPr>
                <w:rFonts w:cstheme="minorHAnsi"/>
                <w:color w:val="000000" w:themeColor="text1"/>
                <w:sz w:val="24"/>
                <w:szCs w:val="24"/>
              </w:rPr>
              <w:t>konfliktów zbrojnych</w:t>
            </w:r>
            <w:r w:rsidR="007C491D" w:rsidRPr="00A642E0">
              <w:rPr>
                <w:rFonts w:cstheme="minorHAnsi"/>
                <w:color w:val="000000" w:themeColor="text1"/>
                <w:sz w:val="24"/>
                <w:szCs w:val="24"/>
              </w:rPr>
              <w:t xml:space="preserve"> </w:t>
            </w:r>
            <w:r w:rsidRPr="00A642E0">
              <w:rPr>
                <w:rFonts w:cstheme="minorHAnsi"/>
                <w:color w:val="000000" w:themeColor="text1"/>
                <w:sz w:val="24"/>
                <w:szCs w:val="24"/>
              </w:rPr>
              <w:t>w</w:t>
            </w:r>
            <w:r w:rsidR="007C491D">
              <w:rPr>
                <w:rFonts w:cstheme="minorHAnsi"/>
                <w:color w:val="000000" w:themeColor="text1"/>
                <w:sz w:val="24"/>
                <w:szCs w:val="24"/>
              </w:rPr>
              <w:t>s</w:t>
            </w:r>
            <w:r w:rsidRPr="00A642E0">
              <w:rPr>
                <w:rFonts w:cstheme="minorHAnsi"/>
                <w:color w:val="000000" w:themeColor="text1"/>
                <w:sz w:val="24"/>
                <w:szCs w:val="24"/>
              </w:rPr>
              <w:t xml:space="preserve">kazują, że celami oddziaływania przeciwnika są </w:t>
            </w:r>
            <w:r w:rsidR="007C491D">
              <w:rPr>
                <w:rFonts w:cstheme="minorHAnsi"/>
                <w:color w:val="000000" w:themeColor="text1"/>
                <w:sz w:val="24"/>
                <w:szCs w:val="24"/>
              </w:rPr>
              <w:t xml:space="preserve">zarówno </w:t>
            </w:r>
            <w:r w:rsidRPr="00A642E0">
              <w:rPr>
                <w:rFonts w:cstheme="minorHAnsi"/>
                <w:color w:val="000000" w:themeColor="text1"/>
                <w:sz w:val="24"/>
                <w:szCs w:val="24"/>
              </w:rPr>
              <w:t>skupiska ludności cywilnej</w:t>
            </w:r>
            <w:r w:rsidR="007C491D">
              <w:rPr>
                <w:rFonts w:cstheme="minorHAnsi"/>
                <w:color w:val="000000" w:themeColor="text1"/>
                <w:sz w:val="24"/>
                <w:szCs w:val="24"/>
              </w:rPr>
              <w:t xml:space="preserve">, jak i </w:t>
            </w:r>
            <w:r w:rsidRPr="00A642E0">
              <w:rPr>
                <w:rFonts w:cstheme="minorHAnsi"/>
                <w:color w:val="000000" w:themeColor="text1"/>
                <w:sz w:val="24"/>
                <w:szCs w:val="24"/>
              </w:rPr>
              <w:t xml:space="preserve">infrastruktura zapewniająca </w:t>
            </w:r>
            <w:r w:rsidR="007C491D">
              <w:rPr>
                <w:rFonts w:cstheme="minorHAnsi"/>
                <w:color w:val="000000" w:themeColor="text1"/>
                <w:sz w:val="24"/>
                <w:szCs w:val="24"/>
              </w:rPr>
              <w:t xml:space="preserve">dostęp do </w:t>
            </w:r>
            <w:r w:rsidRPr="00A642E0">
              <w:rPr>
                <w:rFonts w:cstheme="minorHAnsi"/>
                <w:color w:val="000000" w:themeColor="text1"/>
                <w:sz w:val="24"/>
                <w:szCs w:val="24"/>
              </w:rPr>
              <w:t>podstawow</w:t>
            </w:r>
            <w:r w:rsidR="007C491D">
              <w:rPr>
                <w:rFonts w:cstheme="minorHAnsi"/>
                <w:color w:val="000000" w:themeColor="text1"/>
                <w:sz w:val="24"/>
                <w:szCs w:val="24"/>
              </w:rPr>
              <w:t>ych</w:t>
            </w:r>
            <w:r w:rsidRPr="00A642E0">
              <w:rPr>
                <w:rFonts w:cstheme="minorHAnsi"/>
                <w:color w:val="000000" w:themeColor="text1"/>
                <w:sz w:val="24"/>
                <w:szCs w:val="24"/>
              </w:rPr>
              <w:t xml:space="preserve"> usług</w:t>
            </w:r>
            <w:r w:rsidR="007C491D">
              <w:rPr>
                <w:rFonts w:cstheme="minorHAnsi"/>
                <w:color w:val="000000" w:themeColor="text1"/>
                <w:sz w:val="24"/>
                <w:szCs w:val="24"/>
              </w:rPr>
              <w:t>,</w:t>
            </w:r>
            <w:r w:rsidRPr="00A642E0">
              <w:rPr>
                <w:rFonts w:cstheme="minorHAnsi"/>
                <w:color w:val="000000" w:themeColor="text1"/>
                <w:sz w:val="24"/>
                <w:szCs w:val="24"/>
              </w:rPr>
              <w:t xml:space="preserve"> </w:t>
            </w:r>
            <w:r w:rsidR="007C491D">
              <w:rPr>
                <w:rFonts w:cstheme="minorHAnsi"/>
                <w:color w:val="000000" w:themeColor="text1"/>
                <w:sz w:val="24"/>
                <w:szCs w:val="24"/>
              </w:rPr>
              <w:t xml:space="preserve"> w</w:t>
            </w:r>
            <w:r w:rsidR="00E86AFB">
              <w:rPr>
                <w:rFonts w:cstheme="minorHAnsi"/>
                <w:color w:val="000000" w:themeColor="text1"/>
                <w:sz w:val="24"/>
                <w:szCs w:val="24"/>
              </w:rPr>
              <w:t> </w:t>
            </w:r>
            <w:r w:rsidR="007C491D">
              <w:rPr>
                <w:rFonts w:cstheme="minorHAnsi"/>
                <w:color w:val="000000" w:themeColor="text1"/>
                <w:sz w:val="24"/>
                <w:szCs w:val="24"/>
              </w:rPr>
              <w:t xml:space="preserve">szczególności </w:t>
            </w:r>
            <w:r w:rsidRPr="00A642E0">
              <w:rPr>
                <w:rFonts w:cstheme="minorHAnsi"/>
                <w:color w:val="000000" w:themeColor="text1"/>
                <w:sz w:val="24"/>
                <w:szCs w:val="24"/>
              </w:rPr>
              <w:t>energi</w:t>
            </w:r>
            <w:r w:rsidR="007C491D">
              <w:rPr>
                <w:rFonts w:cstheme="minorHAnsi"/>
                <w:color w:val="000000" w:themeColor="text1"/>
                <w:sz w:val="24"/>
                <w:szCs w:val="24"/>
              </w:rPr>
              <w:t>i</w:t>
            </w:r>
            <w:r w:rsidRPr="00A642E0">
              <w:rPr>
                <w:rFonts w:cstheme="minorHAnsi"/>
                <w:color w:val="000000" w:themeColor="text1"/>
                <w:sz w:val="24"/>
                <w:szCs w:val="24"/>
              </w:rPr>
              <w:t xml:space="preserve"> elektryczn</w:t>
            </w:r>
            <w:r w:rsidR="007C491D">
              <w:rPr>
                <w:rFonts w:cstheme="minorHAnsi"/>
                <w:color w:val="000000" w:themeColor="text1"/>
                <w:sz w:val="24"/>
                <w:szCs w:val="24"/>
              </w:rPr>
              <w:t>ej i</w:t>
            </w:r>
            <w:r w:rsidRPr="00A642E0">
              <w:rPr>
                <w:rFonts w:cstheme="minorHAnsi"/>
                <w:color w:val="000000" w:themeColor="text1"/>
                <w:sz w:val="24"/>
                <w:szCs w:val="24"/>
              </w:rPr>
              <w:t xml:space="preserve"> ciepln</w:t>
            </w:r>
            <w:r w:rsidR="007C491D">
              <w:rPr>
                <w:rFonts w:cstheme="minorHAnsi"/>
                <w:color w:val="000000" w:themeColor="text1"/>
                <w:sz w:val="24"/>
                <w:szCs w:val="24"/>
              </w:rPr>
              <w:t>ej,</w:t>
            </w:r>
            <w:r w:rsidRPr="00A642E0">
              <w:rPr>
                <w:rFonts w:cstheme="minorHAnsi"/>
                <w:color w:val="000000" w:themeColor="text1"/>
                <w:sz w:val="24"/>
                <w:szCs w:val="24"/>
              </w:rPr>
              <w:t xml:space="preserve"> wod</w:t>
            </w:r>
            <w:r w:rsidR="007C491D">
              <w:rPr>
                <w:rFonts w:cstheme="minorHAnsi"/>
                <w:color w:val="000000" w:themeColor="text1"/>
                <w:sz w:val="24"/>
                <w:szCs w:val="24"/>
              </w:rPr>
              <w:t>y</w:t>
            </w:r>
            <w:r w:rsidRPr="00A642E0">
              <w:rPr>
                <w:rFonts w:cstheme="minorHAnsi"/>
                <w:color w:val="000000" w:themeColor="text1"/>
                <w:sz w:val="24"/>
                <w:szCs w:val="24"/>
              </w:rPr>
              <w:t>, transport</w:t>
            </w:r>
            <w:r w:rsidR="00B973A6">
              <w:rPr>
                <w:rFonts w:cstheme="minorHAnsi"/>
                <w:color w:val="000000" w:themeColor="text1"/>
                <w:sz w:val="24"/>
                <w:szCs w:val="24"/>
              </w:rPr>
              <w:t>u</w:t>
            </w:r>
            <w:r w:rsidRPr="00A642E0">
              <w:rPr>
                <w:rFonts w:cstheme="minorHAnsi"/>
                <w:color w:val="000000" w:themeColor="text1"/>
                <w:sz w:val="24"/>
                <w:szCs w:val="24"/>
              </w:rPr>
              <w:t xml:space="preserve"> </w:t>
            </w:r>
            <w:r w:rsidR="00B973A6">
              <w:rPr>
                <w:rFonts w:cstheme="minorHAnsi"/>
                <w:color w:val="000000" w:themeColor="text1"/>
                <w:sz w:val="24"/>
                <w:szCs w:val="24"/>
              </w:rPr>
              <w:t>oraz</w:t>
            </w:r>
            <w:r w:rsidRPr="00A642E0">
              <w:rPr>
                <w:rFonts w:cstheme="minorHAnsi"/>
                <w:color w:val="000000" w:themeColor="text1"/>
                <w:sz w:val="24"/>
                <w:szCs w:val="24"/>
              </w:rPr>
              <w:t xml:space="preserve"> łącznoś</w:t>
            </w:r>
            <w:r w:rsidR="00B973A6">
              <w:rPr>
                <w:rFonts w:cstheme="minorHAnsi"/>
                <w:color w:val="000000" w:themeColor="text1"/>
                <w:sz w:val="24"/>
                <w:szCs w:val="24"/>
              </w:rPr>
              <w:t>ci. Działania te prowadzą do bezpośredniego</w:t>
            </w:r>
            <w:r w:rsidRPr="00A642E0">
              <w:rPr>
                <w:rFonts w:cstheme="minorHAnsi"/>
                <w:color w:val="000000" w:themeColor="text1"/>
                <w:sz w:val="24"/>
                <w:szCs w:val="24"/>
              </w:rPr>
              <w:t xml:space="preserve"> zagrożenia </w:t>
            </w:r>
            <w:r w:rsidR="00B973A6">
              <w:rPr>
                <w:rFonts w:cstheme="minorHAnsi"/>
                <w:color w:val="000000" w:themeColor="text1"/>
                <w:sz w:val="24"/>
                <w:szCs w:val="24"/>
              </w:rPr>
              <w:t xml:space="preserve">życia i </w:t>
            </w:r>
            <w:r w:rsidRPr="00A642E0">
              <w:rPr>
                <w:rFonts w:cstheme="minorHAnsi"/>
                <w:color w:val="000000" w:themeColor="text1"/>
                <w:sz w:val="24"/>
                <w:szCs w:val="24"/>
              </w:rPr>
              <w:t xml:space="preserve">zdrowia </w:t>
            </w:r>
            <w:r w:rsidR="00B973A6">
              <w:rPr>
                <w:rFonts w:cstheme="minorHAnsi"/>
                <w:color w:val="000000" w:themeColor="text1"/>
                <w:sz w:val="24"/>
                <w:szCs w:val="24"/>
              </w:rPr>
              <w:t>ludności, a</w:t>
            </w:r>
            <w:r w:rsidR="00E86AFB">
              <w:rPr>
                <w:rFonts w:cstheme="minorHAnsi"/>
                <w:color w:val="000000" w:themeColor="text1"/>
                <w:sz w:val="24"/>
                <w:szCs w:val="24"/>
              </w:rPr>
              <w:t> </w:t>
            </w:r>
            <w:r w:rsidR="00B973A6">
              <w:rPr>
                <w:rFonts w:cstheme="minorHAnsi"/>
                <w:color w:val="000000" w:themeColor="text1"/>
                <w:sz w:val="24"/>
                <w:szCs w:val="24"/>
              </w:rPr>
              <w:t>także do</w:t>
            </w:r>
            <w:r w:rsidR="00B973A6" w:rsidRPr="00A642E0">
              <w:rPr>
                <w:rFonts w:cstheme="minorHAnsi"/>
                <w:color w:val="000000" w:themeColor="text1"/>
                <w:sz w:val="24"/>
                <w:szCs w:val="24"/>
              </w:rPr>
              <w:t xml:space="preserve"> </w:t>
            </w:r>
            <w:r w:rsidRPr="00A642E0">
              <w:rPr>
                <w:rFonts w:cstheme="minorHAnsi"/>
                <w:color w:val="000000" w:themeColor="text1"/>
                <w:sz w:val="24"/>
                <w:szCs w:val="24"/>
              </w:rPr>
              <w:t xml:space="preserve">zakłócenia funkcjonowania społeczeństwa. </w:t>
            </w:r>
            <w:r w:rsidR="00B973A6">
              <w:rPr>
                <w:rFonts w:cstheme="minorHAnsi"/>
                <w:color w:val="000000" w:themeColor="text1"/>
                <w:sz w:val="24"/>
                <w:szCs w:val="24"/>
              </w:rPr>
              <w:t>W tym kontekście zastosowanie k</w:t>
            </w:r>
            <w:r w:rsidRPr="00A642E0">
              <w:rPr>
                <w:rFonts w:cstheme="minorHAnsi"/>
                <w:color w:val="000000" w:themeColor="text1"/>
                <w:sz w:val="24"/>
                <w:szCs w:val="24"/>
              </w:rPr>
              <w:t>ryterium ludnościow</w:t>
            </w:r>
            <w:r w:rsidR="00B973A6">
              <w:rPr>
                <w:rFonts w:cstheme="minorHAnsi"/>
                <w:color w:val="000000" w:themeColor="text1"/>
                <w:sz w:val="24"/>
                <w:szCs w:val="24"/>
              </w:rPr>
              <w:t>ego</w:t>
            </w:r>
            <w:r w:rsidRPr="00A642E0">
              <w:rPr>
                <w:rFonts w:cstheme="minorHAnsi"/>
                <w:color w:val="000000" w:themeColor="text1"/>
                <w:sz w:val="24"/>
                <w:szCs w:val="24"/>
              </w:rPr>
              <w:t xml:space="preserve"> pozwala na alok</w:t>
            </w:r>
            <w:r w:rsidR="00B973A6">
              <w:rPr>
                <w:rFonts w:cstheme="minorHAnsi"/>
                <w:color w:val="000000" w:themeColor="text1"/>
                <w:sz w:val="24"/>
                <w:szCs w:val="24"/>
              </w:rPr>
              <w:t>ację</w:t>
            </w:r>
            <w:r w:rsidRPr="00A642E0">
              <w:rPr>
                <w:rFonts w:cstheme="minorHAnsi"/>
                <w:color w:val="000000" w:themeColor="text1"/>
                <w:sz w:val="24"/>
                <w:szCs w:val="24"/>
              </w:rPr>
              <w:t xml:space="preserve"> środków </w:t>
            </w:r>
            <w:r w:rsidR="00B973A6">
              <w:rPr>
                <w:rFonts w:cstheme="minorHAnsi"/>
                <w:color w:val="000000" w:themeColor="text1"/>
                <w:sz w:val="24"/>
                <w:szCs w:val="24"/>
              </w:rPr>
              <w:t>proporcjonalnie</w:t>
            </w:r>
            <w:r w:rsidR="00B973A6" w:rsidRPr="00A642E0">
              <w:rPr>
                <w:rFonts w:cstheme="minorHAnsi"/>
                <w:color w:val="000000" w:themeColor="text1"/>
                <w:sz w:val="24"/>
                <w:szCs w:val="24"/>
              </w:rPr>
              <w:t xml:space="preserve"> </w:t>
            </w:r>
            <w:r w:rsidRPr="00A642E0">
              <w:rPr>
                <w:rFonts w:cstheme="minorHAnsi"/>
                <w:color w:val="000000" w:themeColor="text1"/>
                <w:sz w:val="24"/>
                <w:szCs w:val="24"/>
              </w:rPr>
              <w:t xml:space="preserve">do </w:t>
            </w:r>
            <w:r w:rsidR="00B973A6">
              <w:rPr>
                <w:rFonts w:cstheme="minorHAnsi"/>
                <w:color w:val="000000" w:themeColor="text1"/>
                <w:sz w:val="24"/>
                <w:szCs w:val="24"/>
              </w:rPr>
              <w:t>liczby mieszkańców na danym obszarze, a tym samym na ukierunkowanie inwestycji odpowiednio do skali populacji wymagającej ochrony</w:t>
            </w:r>
            <w:r w:rsidRPr="00A642E0">
              <w:rPr>
                <w:rFonts w:cstheme="minorHAnsi"/>
                <w:color w:val="000000" w:themeColor="text1"/>
                <w:sz w:val="24"/>
                <w:szCs w:val="24"/>
              </w:rPr>
              <w:t xml:space="preserve">.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Uzupełnieniem kryterium ludnościowego jest modyfikator urbanizacji. Modyfikator zastosowano przez przypisanie wagi – 0,65 dla </w:t>
            </w:r>
            <w:r w:rsidR="003C52C1" w:rsidRPr="00A642E0">
              <w:rPr>
                <w:rFonts w:cstheme="minorHAnsi"/>
                <w:color w:val="000000" w:themeColor="text1"/>
                <w:sz w:val="24"/>
                <w:szCs w:val="24"/>
              </w:rPr>
              <w:t>liczby</w:t>
            </w:r>
            <w:r w:rsidRPr="00A642E0">
              <w:rPr>
                <w:rFonts w:cstheme="minorHAnsi"/>
                <w:color w:val="000000" w:themeColor="text1"/>
                <w:sz w:val="24"/>
                <w:szCs w:val="24"/>
              </w:rPr>
              <w:t xml:space="preserve"> mieszkańców miast i 0,35 dla </w:t>
            </w:r>
            <w:r w:rsidR="003C52C1" w:rsidRPr="00A642E0">
              <w:rPr>
                <w:rFonts w:cstheme="minorHAnsi"/>
                <w:color w:val="000000" w:themeColor="text1"/>
                <w:sz w:val="24"/>
                <w:szCs w:val="24"/>
              </w:rPr>
              <w:t>licz</w:t>
            </w:r>
            <w:r w:rsidR="003744EC" w:rsidRPr="00A642E0">
              <w:rPr>
                <w:rFonts w:cstheme="minorHAnsi"/>
                <w:color w:val="000000" w:themeColor="text1"/>
                <w:sz w:val="24"/>
                <w:szCs w:val="24"/>
              </w:rPr>
              <w:t>b</w:t>
            </w:r>
            <w:r w:rsidR="003C52C1" w:rsidRPr="00A642E0">
              <w:rPr>
                <w:rFonts w:cstheme="minorHAnsi"/>
                <w:color w:val="000000" w:themeColor="text1"/>
                <w:sz w:val="24"/>
                <w:szCs w:val="24"/>
              </w:rPr>
              <w:t>y</w:t>
            </w:r>
            <w:r w:rsidRPr="00A642E0">
              <w:rPr>
                <w:rFonts w:cstheme="minorHAnsi"/>
                <w:color w:val="000000" w:themeColor="text1"/>
                <w:sz w:val="24"/>
                <w:szCs w:val="24"/>
              </w:rPr>
              <w:t xml:space="preserve"> mieszkańców wsi.</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Jednocześnie wprowadza się modyfikator geograficzny, odnoszący się do konieczności skompensowania kryterium ludnościowego i urbanizacyjnego w</w:t>
            </w:r>
            <w:r w:rsidR="00DA37D2" w:rsidRPr="00A642E0">
              <w:rPr>
                <w:rFonts w:cstheme="minorHAnsi"/>
                <w:color w:val="000000" w:themeColor="text1"/>
                <w:sz w:val="24"/>
                <w:szCs w:val="24"/>
              </w:rPr>
              <w:t> </w:t>
            </w:r>
            <w:r w:rsidRPr="00A642E0">
              <w:rPr>
                <w:rFonts w:cstheme="minorHAnsi"/>
                <w:color w:val="000000" w:themeColor="text1"/>
                <w:sz w:val="24"/>
                <w:szCs w:val="24"/>
              </w:rPr>
              <w:t xml:space="preserve">odniesieniu do wschodnich województw kraju, o mniejszej liczbie ludności, ale zlokalizowanych bliżej potencjalnego zagrożenia. Powyższe jest </w:t>
            </w:r>
            <w:r w:rsidR="007C491D">
              <w:rPr>
                <w:rFonts w:cstheme="minorHAnsi"/>
                <w:color w:val="000000" w:themeColor="text1"/>
                <w:sz w:val="24"/>
                <w:szCs w:val="24"/>
              </w:rPr>
              <w:t xml:space="preserve">również </w:t>
            </w:r>
            <w:r w:rsidRPr="00A642E0">
              <w:rPr>
                <w:rFonts w:cstheme="minorHAnsi"/>
                <w:color w:val="000000" w:themeColor="text1"/>
                <w:sz w:val="24"/>
                <w:szCs w:val="24"/>
              </w:rPr>
              <w:t>związane z uwzględnieniem wymagań Narodowego Programu Odstraszania i</w:t>
            </w:r>
            <w:r w:rsidR="00EC08CB">
              <w:rPr>
                <w:rFonts w:cstheme="minorHAnsi"/>
                <w:color w:val="000000" w:themeColor="text1"/>
                <w:sz w:val="24"/>
                <w:szCs w:val="24"/>
              </w:rPr>
              <w:t> </w:t>
            </w:r>
            <w:r w:rsidRPr="00A642E0">
              <w:rPr>
                <w:rFonts w:cstheme="minorHAnsi"/>
                <w:color w:val="000000" w:themeColor="text1"/>
                <w:sz w:val="24"/>
                <w:szCs w:val="24"/>
              </w:rPr>
              <w:t>Obrony „Tarcza Wschód”.</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Zaproponowano podział województw na następujące grupy ze stosownymi modyfikatorami:</w:t>
            </w:r>
          </w:p>
          <w:p w:rsidR="00BD03E9" w:rsidRPr="00A642E0" w:rsidRDefault="00BD03E9" w:rsidP="004E6B17">
            <w:pPr>
              <w:pStyle w:val="Akapitzlist"/>
              <w:numPr>
                <w:ilvl w:val="0"/>
                <w:numId w:val="3"/>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województwa warmińsko-mazurskie i podlaskie – współczynnik +0,3</w:t>
            </w:r>
            <w:r w:rsidR="00AF6679">
              <w:rPr>
                <w:rFonts w:cstheme="minorHAnsi"/>
                <w:color w:val="000000" w:themeColor="text1"/>
                <w:sz w:val="24"/>
                <w:szCs w:val="24"/>
              </w:rPr>
              <w:t>;</w:t>
            </w:r>
          </w:p>
          <w:p w:rsidR="00BD03E9" w:rsidRDefault="00BD03E9" w:rsidP="004E6B17">
            <w:pPr>
              <w:pStyle w:val="Akapitzlist"/>
              <w:numPr>
                <w:ilvl w:val="0"/>
                <w:numId w:val="3"/>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województwa podkarpackie i lubelskie – współczynnik +0,2</w:t>
            </w:r>
            <w:r w:rsidR="00AF6679">
              <w:rPr>
                <w:rFonts w:cstheme="minorHAnsi"/>
                <w:color w:val="000000" w:themeColor="text1"/>
                <w:sz w:val="24"/>
                <w:szCs w:val="24"/>
              </w:rPr>
              <w:t>;</w:t>
            </w:r>
          </w:p>
          <w:p w:rsidR="00BD03E9" w:rsidRDefault="00BD03E9" w:rsidP="004E6B17">
            <w:pPr>
              <w:pStyle w:val="Akapitzlist"/>
              <w:numPr>
                <w:ilvl w:val="0"/>
                <w:numId w:val="3"/>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pozostałe</w:t>
            </w:r>
            <w:r w:rsidR="00785C51">
              <w:rPr>
                <w:rFonts w:cstheme="minorHAnsi"/>
                <w:color w:val="000000" w:themeColor="text1"/>
                <w:sz w:val="24"/>
                <w:szCs w:val="24"/>
              </w:rPr>
              <w:t xml:space="preserve"> województwa</w:t>
            </w:r>
            <w:r w:rsidRPr="00A642E0">
              <w:rPr>
                <w:rFonts w:cstheme="minorHAnsi"/>
                <w:color w:val="000000" w:themeColor="text1"/>
                <w:sz w:val="24"/>
                <w:szCs w:val="24"/>
              </w:rPr>
              <w:t xml:space="preserve"> – </w:t>
            </w:r>
            <w:r w:rsidR="00B973A6">
              <w:rPr>
                <w:rFonts w:cstheme="minorHAnsi"/>
                <w:color w:val="000000" w:themeColor="text1"/>
                <w:sz w:val="24"/>
                <w:szCs w:val="24"/>
              </w:rPr>
              <w:t>brak współczynnika</w:t>
            </w:r>
            <w:r w:rsidRPr="00A642E0">
              <w:rPr>
                <w:rFonts w:cstheme="minorHAnsi"/>
                <w:color w:val="000000" w:themeColor="text1"/>
                <w:sz w:val="24"/>
                <w:szCs w:val="24"/>
              </w:rPr>
              <w:t>.</w:t>
            </w:r>
            <w:r w:rsidR="00785C51">
              <w:rPr>
                <w:rFonts w:cstheme="minorHAnsi"/>
                <w:color w:val="000000" w:themeColor="text1"/>
                <w:sz w:val="24"/>
                <w:szCs w:val="24"/>
              </w:rPr>
              <w:t xml:space="preserve"> </w:t>
            </w:r>
          </w:p>
          <w:p w:rsidR="00310E0B" w:rsidRDefault="00310E0B" w:rsidP="00D73436">
            <w:pPr>
              <w:spacing w:after="60" w:line="276" w:lineRule="auto"/>
              <w:jc w:val="both"/>
              <w:rPr>
                <w:rFonts w:cstheme="minorHAnsi"/>
                <w:color w:val="000000" w:themeColor="text1"/>
                <w:sz w:val="24"/>
                <w:szCs w:val="24"/>
              </w:rPr>
            </w:pPr>
            <w:r>
              <w:rPr>
                <w:rFonts w:cstheme="minorHAnsi"/>
                <w:color w:val="000000" w:themeColor="text1"/>
                <w:sz w:val="24"/>
                <w:szCs w:val="24"/>
              </w:rPr>
              <w:t xml:space="preserve">Ponadto </w:t>
            </w:r>
            <w:r w:rsidR="00714BEC">
              <w:rPr>
                <w:rFonts w:cstheme="minorHAnsi"/>
                <w:color w:val="000000" w:themeColor="text1"/>
                <w:sz w:val="24"/>
                <w:szCs w:val="24"/>
              </w:rPr>
              <w:t>W</w:t>
            </w:r>
            <w:r>
              <w:rPr>
                <w:rFonts w:cstheme="minorHAnsi"/>
                <w:color w:val="000000" w:themeColor="text1"/>
                <w:sz w:val="24"/>
                <w:szCs w:val="24"/>
              </w:rPr>
              <w:t xml:space="preserve">ojewoda </w:t>
            </w:r>
            <w:r w:rsidR="00714BEC">
              <w:rPr>
                <w:rFonts w:cstheme="minorHAnsi"/>
                <w:color w:val="000000" w:themeColor="text1"/>
                <w:sz w:val="24"/>
                <w:szCs w:val="24"/>
              </w:rPr>
              <w:t>M</w:t>
            </w:r>
            <w:r>
              <w:rPr>
                <w:rFonts w:cstheme="minorHAnsi"/>
                <w:color w:val="000000" w:themeColor="text1"/>
                <w:sz w:val="24"/>
                <w:szCs w:val="24"/>
              </w:rPr>
              <w:t>azowiecki</w:t>
            </w:r>
            <w:r w:rsidR="000C7DAA">
              <w:rPr>
                <w:rFonts w:cstheme="minorHAnsi"/>
                <w:color w:val="000000" w:themeColor="text1"/>
                <w:sz w:val="24"/>
                <w:szCs w:val="24"/>
              </w:rPr>
              <w:t xml:space="preserve">, również częściowo objęty Programem „Tarcza Wschód”, </w:t>
            </w:r>
            <w:r>
              <w:rPr>
                <w:rFonts w:cstheme="minorHAnsi"/>
                <w:color w:val="000000" w:themeColor="text1"/>
                <w:sz w:val="24"/>
                <w:szCs w:val="24"/>
              </w:rPr>
              <w:t>będzie traktował priorytetowo inwestycje na terenach powiatów: ostrowskiego,</w:t>
            </w:r>
            <w:r w:rsidR="000C7DAA">
              <w:rPr>
                <w:rFonts w:cstheme="minorHAnsi"/>
                <w:color w:val="000000" w:themeColor="text1"/>
                <w:sz w:val="24"/>
                <w:szCs w:val="24"/>
              </w:rPr>
              <w:t xml:space="preserve"> </w:t>
            </w:r>
            <w:r w:rsidRPr="00310E0B">
              <w:rPr>
                <w:rFonts w:cstheme="minorHAnsi"/>
                <w:color w:val="000000" w:themeColor="text1"/>
                <w:sz w:val="24"/>
                <w:szCs w:val="24"/>
              </w:rPr>
              <w:t>węgrowski</w:t>
            </w:r>
            <w:r>
              <w:rPr>
                <w:rFonts w:cstheme="minorHAnsi"/>
                <w:color w:val="000000" w:themeColor="text1"/>
                <w:sz w:val="24"/>
                <w:szCs w:val="24"/>
              </w:rPr>
              <w:t>ego, mińskiego</w:t>
            </w:r>
            <w:r w:rsidRPr="00310E0B">
              <w:rPr>
                <w:rFonts w:cstheme="minorHAnsi"/>
                <w:color w:val="000000" w:themeColor="text1"/>
                <w:sz w:val="24"/>
                <w:szCs w:val="24"/>
              </w:rPr>
              <w:t>, siedlecki</w:t>
            </w:r>
            <w:r>
              <w:rPr>
                <w:rFonts w:cstheme="minorHAnsi"/>
                <w:color w:val="000000" w:themeColor="text1"/>
                <w:sz w:val="24"/>
                <w:szCs w:val="24"/>
              </w:rPr>
              <w:t>ego</w:t>
            </w:r>
            <w:r w:rsidRPr="00310E0B">
              <w:rPr>
                <w:rFonts w:cstheme="minorHAnsi"/>
                <w:color w:val="000000" w:themeColor="text1"/>
                <w:sz w:val="24"/>
                <w:szCs w:val="24"/>
              </w:rPr>
              <w:t>, sokołowski</w:t>
            </w:r>
            <w:r>
              <w:rPr>
                <w:rFonts w:cstheme="minorHAnsi"/>
                <w:color w:val="000000" w:themeColor="text1"/>
                <w:sz w:val="24"/>
                <w:szCs w:val="24"/>
              </w:rPr>
              <w:t>ego</w:t>
            </w:r>
            <w:r w:rsidRPr="00310E0B">
              <w:rPr>
                <w:rFonts w:cstheme="minorHAnsi"/>
                <w:color w:val="000000" w:themeColor="text1"/>
                <w:sz w:val="24"/>
                <w:szCs w:val="24"/>
              </w:rPr>
              <w:t>, garwoliński</w:t>
            </w:r>
            <w:r>
              <w:rPr>
                <w:rFonts w:cstheme="minorHAnsi"/>
                <w:color w:val="000000" w:themeColor="text1"/>
                <w:sz w:val="24"/>
                <w:szCs w:val="24"/>
              </w:rPr>
              <w:t>ego</w:t>
            </w:r>
            <w:r w:rsidR="00714BEC">
              <w:rPr>
                <w:rFonts w:cstheme="minorHAnsi"/>
                <w:color w:val="000000" w:themeColor="text1"/>
                <w:sz w:val="24"/>
                <w:szCs w:val="24"/>
              </w:rPr>
              <w:t xml:space="preserve"> oraz</w:t>
            </w:r>
            <w:r w:rsidRPr="00310E0B">
              <w:rPr>
                <w:rFonts w:cstheme="minorHAnsi"/>
                <w:color w:val="000000" w:themeColor="text1"/>
                <w:sz w:val="24"/>
                <w:szCs w:val="24"/>
              </w:rPr>
              <w:t xml:space="preserve"> łosicki</w:t>
            </w:r>
            <w:r>
              <w:rPr>
                <w:rFonts w:cstheme="minorHAnsi"/>
                <w:color w:val="000000" w:themeColor="text1"/>
                <w:sz w:val="24"/>
                <w:szCs w:val="24"/>
              </w:rPr>
              <w:t>ego</w:t>
            </w:r>
            <w:r w:rsidR="000C7DAA">
              <w:rPr>
                <w:rFonts w:cstheme="minorHAnsi"/>
                <w:color w:val="000000" w:themeColor="text1"/>
                <w:sz w:val="24"/>
                <w:szCs w:val="24"/>
              </w:rPr>
              <w:t>.</w:t>
            </w:r>
          </w:p>
          <w:p w:rsidR="00CD1F13" w:rsidRDefault="00CD1F13"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Default="00D73436" w:rsidP="00432E92">
            <w:pPr>
              <w:spacing w:after="60" w:line="276" w:lineRule="auto"/>
              <w:jc w:val="both"/>
              <w:rPr>
                <w:rFonts w:cstheme="minorHAnsi"/>
                <w:color w:val="000000" w:themeColor="text1"/>
                <w:sz w:val="6"/>
                <w:szCs w:val="24"/>
              </w:rPr>
            </w:pPr>
          </w:p>
          <w:p w:rsidR="00D73436" w:rsidRPr="00432E92" w:rsidRDefault="00D73436" w:rsidP="00432E92">
            <w:pPr>
              <w:spacing w:after="60" w:line="276" w:lineRule="auto"/>
              <w:jc w:val="both"/>
              <w:rPr>
                <w:rFonts w:cstheme="minorHAnsi"/>
                <w:color w:val="000000" w:themeColor="text1"/>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0003CF" w:rsidTr="00432E92">
              <w:tc>
                <w:tcPr>
                  <w:tcW w:w="7713" w:type="dxa"/>
                </w:tcPr>
                <w:p w:rsidR="000003CF" w:rsidRDefault="000003CF" w:rsidP="00432E92">
                  <w:pPr>
                    <w:spacing w:after="60"/>
                    <w:rPr>
                      <w:rFonts w:cstheme="minorHAnsi"/>
                      <w:b/>
                      <w:color w:val="0070C0"/>
                      <w:sz w:val="20"/>
                      <w:szCs w:val="24"/>
                    </w:rPr>
                  </w:pPr>
                  <w:r>
                    <w:rPr>
                      <w:rFonts w:cstheme="minorHAnsi"/>
                      <w:b/>
                      <w:color w:val="0070C0"/>
                      <w:sz w:val="20"/>
                      <w:szCs w:val="24"/>
                    </w:rPr>
                    <w:t>Rysunek 6</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 xml:space="preserve">Modyfikatory podziału województw z uwzględnieniem </w:t>
                  </w:r>
                  <w:proofErr w:type="spellStart"/>
                  <w:r>
                    <w:rPr>
                      <w:rFonts w:cstheme="minorHAnsi"/>
                      <w:sz w:val="20"/>
                      <w:szCs w:val="24"/>
                    </w:rPr>
                    <w:t>NPOiO</w:t>
                  </w:r>
                  <w:proofErr w:type="spellEnd"/>
                  <w:r>
                    <w:rPr>
                      <w:rFonts w:cstheme="minorHAnsi"/>
                      <w:sz w:val="20"/>
                      <w:szCs w:val="24"/>
                    </w:rPr>
                    <w:t xml:space="preserve"> „Tarcza Wschód”</w:t>
                  </w:r>
                </w:p>
              </w:tc>
            </w:tr>
            <w:tr w:rsidR="000003CF" w:rsidTr="00432E92">
              <w:tc>
                <w:tcPr>
                  <w:tcW w:w="7713" w:type="dxa"/>
                </w:tcPr>
                <w:p w:rsidR="000003CF" w:rsidRDefault="000003CF" w:rsidP="00432E92">
                  <w:pPr>
                    <w:spacing w:after="60"/>
                    <w:rPr>
                      <w:rFonts w:cstheme="minorHAnsi"/>
                      <w:b/>
                      <w:color w:val="0070C0"/>
                      <w:sz w:val="20"/>
                      <w:szCs w:val="24"/>
                    </w:rPr>
                  </w:pPr>
                  <w:r>
                    <w:rPr>
                      <w:noProof/>
                      <w:lang w:eastAsia="pl-PL"/>
                    </w:rPr>
                    <w:drawing>
                      <wp:inline distT="0" distB="0" distL="0" distR="0" wp14:anchorId="6C5DAA71" wp14:editId="60609048">
                        <wp:extent cx="5004000" cy="3333600"/>
                        <wp:effectExtent l="0" t="0" r="6350" b="635"/>
                        <wp:docPr id="194812368" name="Obraz 194812368" descr="C:\Users\jtrocha\AppData\Local\Microsoft\Windows\INetCache\Content.Outlook\YTZP2OZ1\ChatGPT Image Aug 6 2026 11_46_0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trocha\AppData\Local\Microsoft\Windows\INetCache\Content.Outlook\YTZP2OZ1\ChatGPT Image Aug 6 2026 11_46_02 AM.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04000" cy="3333600"/>
                                </a:xfrm>
                                <a:prstGeom prst="rect">
                                  <a:avLst/>
                                </a:prstGeom>
                                <a:noFill/>
                                <a:ln>
                                  <a:noFill/>
                                </a:ln>
                              </pic:spPr>
                            </pic:pic>
                          </a:graphicData>
                        </a:graphic>
                      </wp:inline>
                    </w:drawing>
                  </w:r>
                </w:p>
              </w:tc>
            </w:tr>
            <w:tr w:rsidR="000003CF" w:rsidTr="00432E92">
              <w:tc>
                <w:tcPr>
                  <w:tcW w:w="7713" w:type="dxa"/>
                </w:tcPr>
                <w:p w:rsidR="000003CF" w:rsidRPr="00432E92" w:rsidRDefault="000003CF" w:rsidP="00432E92">
                  <w:pPr>
                    <w:spacing w:after="60"/>
                    <w:rPr>
                      <w:rFonts w:cstheme="minorHAnsi"/>
                      <w:sz w:val="20"/>
                      <w:szCs w:val="24"/>
                    </w:rPr>
                  </w:pPr>
                  <w:r w:rsidRPr="00432E92">
                    <w:rPr>
                      <w:rFonts w:cstheme="minorHAnsi"/>
                      <w:sz w:val="20"/>
                      <w:szCs w:val="24"/>
                    </w:rPr>
                    <w:t>Źródło: opracowanie własne</w:t>
                  </w:r>
                </w:p>
              </w:tc>
            </w:tr>
          </w:tbl>
          <w:p w:rsidR="00CD1F13" w:rsidRPr="00432E92" w:rsidRDefault="00CD1F13" w:rsidP="00493672">
            <w:pPr>
              <w:spacing w:after="60" w:line="276" w:lineRule="auto"/>
              <w:jc w:val="both"/>
              <w:rPr>
                <w:rFonts w:cstheme="minorHAnsi"/>
                <w:color w:val="0070C0"/>
                <w:sz w:val="6"/>
                <w:szCs w:val="24"/>
              </w:rPr>
            </w:pP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Uwzględnienie współczynników zwiększa </w:t>
            </w:r>
            <w:r w:rsidR="003744EC" w:rsidRPr="00A642E0">
              <w:rPr>
                <w:rFonts w:cstheme="minorHAnsi"/>
                <w:color w:val="000000" w:themeColor="text1"/>
                <w:sz w:val="24"/>
                <w:szCs w:val="24"/>
              </w:rPr>
              <w:t>wysokość</w:t>
            </w:r>
            <w:r w:rsidRPr="00A642E0">
              <w:rPr>
                <w:rFonts w:cstheme="minorHAnsi"/>
                <w:color w:val="000000" w:themeColor="text1"/>
                <w:sz w:val="24"/>
                <w:szCs w:val="24"/>
              </w:rPr>
              <w:t xml:space="preserve"> środków finansowych przydzielonych dla danego województwa wynikających z kryterium ludnościowego i urbanizacji.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Po uwzględnieniu powyższych elementów, algorytm podziału na województwa przedstawia się następująco:</w:t>
            </w:r>
          </w:p>
          <w:p w:rsidR="00555174" w:rsidRPr="00432E92" w:rsidRDefault="00555174" w:rsidP="00DA37D2">
            <w:pPr>
              <w:spacing w:after="60" w:line="276" w:lineRule="auto"/>
              <w:jc w:val="center"/>
              <w:rPr>
                <w:rFonts w:cstheme="minorHAnsi"/>
                <w:i/>
                <w:color w:val="000000" w:themeColor="text1"/>
                <w:spacing w:val="20"/>
                <w:sz w:val="12"/>
                <w:szCs w:val="24"/>
              </w:rPr>
            </w:pPr>
          </w:p>
          <w:p w:rsidR="00BD03E9" w:rsidRPr="00A642E0" w:rsidRDefault="00BD03E9" w:rsidP="00DA37D2">
            <w:pPr>
              <w:spacing w:after="60" w:line="276" w:lineRule="auto"/>
              <w:jc w:val="center"/>
              <w:rPr>
                <w:rFonts w:cstheme="minorHAnsi"/>
                <w:i/>
                <w:color w:val="000000" w:themeColor="text1"/>
                <w:spacing w:val="20"/>
                <w:sz w:val="24"/>
                <w:szCs w:val="24"/>
                <w:lang w:val="en-US"/>
              </w:rPr>
            </w:pPr>
            <w:proofErr w:type="spellStart"/>
            <w:r w:rsidRPr="00A642E0">
              <w:rPr>
                <w:rFonts w:cstheme="minorHAnsi"/>
                <w:i/>
                <w:color w:val="000000" w:themeColor="text1"/>
                <w:spacing w:val="20"/>
                <w:sz w:val="24"/>
                <w:szCs w:val="24"/>
                <w:lang w:val="en-US"/>
              </w:rPr>
              <w:t>LW</w:t>
            </w:r>
            <w:r w:rsidRPr="00A642E0">
              <w:rPr>
                <w:rFonts w:cstheme="minorHAnsi"/>
                <w:i/>
                <w:color w:val="000000" w:themeColor="text1"/>
                <w:spacing w:val="20"/>
                <w:sz w:val="24"/>
                <w:szCs w:val="24"/>
                <w:vertAlign w:val="subscript"/>
                <w:lang w:val="en-US"/>
              </w:rPr>
              <w:t>n</w:t>
            </w:r>
            <w:proofErr w:type="spellEnd"/>
            <w:r w:rsidRPr="00A642E0">
              <w:rPr>
                <w:rFonts w:cstheme="minorHAnsi"/>
                <w:i/>
                <w:color w:val="000000" w:themeColor="text1"/>
                <w:spacing w:val="20"/>
                <w:sz w:val="24"/>
                <w:szCs w:val="24"/>
                <w:lang w:val="en-US"/>
              </w:rPr>
              <w:t>=[</w:t>
            </w:r>
            <w:proofErr w:type="spellStart"/>
            <w:r w:rsidRPr="00A642E0">
              <w:rPr>
                <w:rFonts w:cstheme="minorHAnsi"/>
                <w:i/>
                <w:color w:val="000000" w:themeColor="text1"/>
                <w:spacing w:val="20"/>
                <w:sz w:val="24"/>
                <w:szCs w:val="24"/>
                <w:lang w:val="en-US"/>
              </w:rPr>
              <w:t>LW</w:t>
            </w:r>
            <w:r w:rsidRPr="00A642E0">
              <w:rPr>
                <w:rFonts w:cstheme="minorHAnsi"/>
                <w:i/>
                <w:color w:val="000000" w:themeColor="text1"/>
                <w:spacing w:val="20"/>
                <w:sz w:val="24"/>
                <w:szCs w:val="24"/>
                <w:vertAlign w:val="subscript"/>
                <w:lang w:val="en-US"/>
              </w:rPr>
              <w:t>n</w:t>
            </w:r>
            <w:proofErr w:type="spellEnd"/>
            <w:r w:rsidRPr="00A642E0">
              <w:rPr>
                <w:rFonts w:cstheme="minorHAnsi"/>
                <w:i/>
                <w:color w:val="000000" w:themeColor="text1"/>
                <w:spacing w:val="20"/>
                <w:sz w:val="24"/>
                <w:szCs w:val="24"/>
                <w:lang w:val="en-US"/>
              </w:rPr>
              <w:t xml:space="preserve">(MM)+ </w:t>
            </w:r>
            <w:proofErr w:type="spellStart"/>
            <w:r w:rsidRPr="00A642E0">
              <w:rPr>
                <w:rFonts w:cstheme="minorHAnsi"/>
                <w:i/>
                <w:color w:val="000000" w:themeColor="text1"/>
                <w:spacing w:val="20"/>
                <w:sz w:val="24"/>
                <w:szCs w:val="24"/>
                <w:lang w:val="en-US"/>
              </w:rPr>
              <w:t>LW</w:t>
            </w:r>
            <w:r w:rsidRPr="00A642E0">
              <w:rPr>
                <w:rFonts w:cstheme="minorHAnsi"/>
                <w:i/>
                <w:color w:val="000000" w:themeColor="text1"/>
                <w:spacing w:val="20"/>
                <w:sz w:val="24"/>
                <w:szCs w:val="24"/>
                <w:vertAlign w:val="subscript"/>
                <w:lang w:val="en-US"/>
              </w:rPr>
              <w:t>n</w:t>
            </w:r>
            <w:proofErr w:type="spellEnd"/>
            <w:r w:rsidR="00DA37D2" w:rsidRPr="00A642E0">
              <w:rPr>
                <w:rFonts w:cstheme="minorHAnsi"/>
                <w:i/>
                <w:color w:val="000000" w:themeColor="text1"/>
                <w:spacing w:val="20"/>
                <w:sz w:val="24"/>
                <w:szCs w:val="24"/>
                <w:lang w:val="en-US"/>
              </w:rPr>
              <w:t>(MW)]×(1+WG)</w:t>
            </w:r>
          </w:p>
          <w:p w:rsidR="00486357" w:rsidRPr="00432E92" w:rsidRDefault="00486357" w:rsidP="00DA37D2">
            <w:pPr>
              <w:spacing w:after="60" w:line="276" w:lineRule="auto"/>
              <w:jc w:val="center"/>
              <w:rPr>
                <w:rFonts w:cstheme="minorHAnsi"/>
                <w:i/>
                <w:color w:val="000000" w:themeColor="text1"/>
                <w:spacing w:val="20"/>
                <w:sz w:val="10"/>
                <w:szCs w:val="24"/>
                <w:lang w:val="en-US"/>
              </w:rPr>
            </w:pPr>
          </w:p>
          <w:p w:rsidR="00BD03E9" w:rsidRPr="00432E92" w:rsidRDefault="00BD03E9" w:rsidP="00493672">
            <w:pPr>
              <w:spacing w:after="60" w:line="276" w:lineRule="auto"/>
              <w:ind w:left="851"/>
              <w:rPr>
                <w:rFonts w:cstheme="minorHAnsi"/>
                <w:color w:val="000000" w:themeColor="text1"/>
                <w:spacing w:val="20"/>
                <w:sz w:val="21"/>
                <w:szCs w:val="21"/>
              </w:rPr>
            </w:pPr>
            <w:proofErr w:type="spellStart"/>
            <w:r w:rsidRPr="00432E92">
              <w:rPr>
                <w:rFonts w:cstheme="minorHAnsi"/>
                <w:i/>
                <w:color w:val="000000" w:themeColor="text1"/>
                <w:spacing w:val="20"/>
                <w:sz w:val="21"/>
                <w:szCs w:val="21"/>
              </w:rPr>
              <w:t>LW</w:t>
            </w:r>
            <w:r w:rsidRPr="00432E92">
              <w:rPr>
                <w:rFonts w:cstheme="minorHAnsi"/>
                <w:i/>
                <w:color w:val="000000" w:themeColor="text1"/>
                <w:spacing w:val="20"/>
                <w:sz w:val="21"/>
                <w:szCs w:val="21"/>
                <w:vertAlign w:val="subscript"/>
              </w:rPr>
              <w:t>n</w:t>
            </w:r>
            <w:proofErr w:type="spellEnd"/>
            <w:r w:rsidRPr="00432E92">
              <w:rPr>
                <w:rFonts w:cstheme="minorHAnsi"/>
                <w:color w:val="000000" w:themeColor="text1"/>
                <w:spacing w:val="20"/>
                <w:sz w:val="21"/>
                <w:szCs w:val="21"/>
              </w:rPr>
              <w:t xml:space="preserve"> – limit województwa</w:t>
            </w:r>
          </w:p>
          <w:p w:rsidR="00BD03E9" w:rsidRPr="00432E92" w:rsidRDefault="00BD03E9" w:rsidP="00493672">
            <w:pPr>
              <w:spacing w:after="60" w:line="276" w:lineRule="auto"/>
              <w:ind w:left="851"/>
              <w:rPr>
                <w:rFonts w:cstheme="minorHAnsi"/>
                <w:color w:val="000000" w:themeColor="text1"/>
                <w:spacing w:val="20"/>
                <w:sz w:val="21"/>
                <w:szCs w:val="21"/>
              </w:rPr>
            </w:pPr>
            <w:r w:rsidRPr="00432E92">
              <w:rPr>
                <w:rFonts w:cstheme="minorHAnsi"/>
                <w:i/>
                <w:color w:val="000000" w:themeColor="text1"/>
                <w:spacing w:val="20"/>
                <w:sz w:val="21"/>
                <w:szCs w:val="21"/>
              </w:rPr>
              <w:t>n</w:t>
            </w:r>
            <w:r w:rsidRPr="00432E92">
              <w:rPr>
                <w:rFonts w:cstheme="minorHAnsi"/>
                <w:color w:val="000000" w:themeColor="text1"/>
                <w:spacing w:val="20"/>
                <w:sz w:val="21"/>
                <w:szCs w:val="21"/>
              </w:rPr>
              <w:t xml:space="preserve"> – dysponent z części budżetowej 85 - Wojewodowie</w:t>
            </w:r>
          </w:p>
          <w:p w:rsidR="00BD03E9" w:rsidRPr="00432E92" w:rsidRDefault="00BD03E9" w:rsidP="00493672">
            <w:pPr>
              <w:spacing w:after="60" w:line="276" w:lineRule="auto"/>
              <w:ind w:left="851"/>
              <w:rPr>
                <w:rFonts w:cstheme="minorHAnsi"/>
                <w:color w:val="000000" w:themeColor="text1"/>
                <w:spacing w:val="20"/>
                <w:sz w:val="21"/>
                <w:szCs w:val="21"/>
              </w:rPr>
            </w:pPr>
            <w:proofErr w:type="spellStart"/>
            <w:r w:rsidRPr="00432E92">
              <w:rPr>
                <w:rFonts w:cstheme="minorHAnsi"/>
                <w:i/>
                <w:color w:val="000000" w:themeColor="text1"/>
                <w:spacing w:val="20"/>
                <w:sz w:val="21"/>
                <w:szCs w:val="21"/>
              </w:rPr>
              <w:t>LW</w:t>
            </w:r>
            <w:r w:rsidRPr="00432E92">
              <w:rPr>
                <w:rFonts w:cstheme="minorHAnsi"/>
                <w:i/>
                <w:color w:val="000000" w:themeColor="text1"/>
                <w:spacing w:val="20"/>
                <w:sz w:val="21"/>
                <w:szCs w:val="21"/>
                <w:vertAlign w:val="subscript"/>
              </w:rPr>
              <w:t>n</w:t>
            </w:r>
            <w:proofErr w:type="spellEnd"/>
            <w:r w:rsidRPr="00432E92">
              <w:rPr>
                <w:rFonts w:cstheme="minorHAnsi"/>
                <w:i/>
                <w:color w:val="000000" w:themeColor="text1"/>
                <w:spacing w:val="20"/>
                <w:sz w:val="21"/>
                <w:szCs w:val="21"/>
              </w:rPr>
              <w:t>(MM/MW)</w:t>
            </w:r>
            <w:r w:rsidRPr="00432E92">
              <w:rPr>
                <w:rFonts w:cstheme="minorHAnsi"/>
                <w:color w:val="000000" w:themeColor="text1"/>
                <w:spacing w:val="20"/>
                <w:sz w:val="21"/>
                <w:szCs w:val="21"/>
              </w:rPr>
              <w:t xml:space="preserve"> – limit na mieszkańców miast/mieszkańców wsi</w:t>
            </w:r>
          </w:p>
          <w:p w:rsidR="00E24F8A" w:rsidRDefault="00BD03E9" w:rsidP="00432E92">
            <w:pPr>
              <w:spacing w:after="60" w:line="276" w:lineRule="auto"/>
              <w:ind w:left="851"/>
              <w:rPr>
                <w:rFonts w:cstheme="minorHAnsi"/>
                <w:color w:val="000000" w:themeColor="text1"/>
                <w:spacing w:val="20"/>
                <w:sz w:val="21"/>
                <w:szCs w:val="21"/>
              </w:rPr>
            </w:pPr>
            <w:r w:rsidRPr="00432E92">
              <w:rPr>
                <w:rFonts w:cstheme="minorHAnsi"/>
                <w:i/>
                <w:color w:val="000000" w:themeColor="text1"/>
                <w:spacing w:val="20"/>
                <w:sz w:val="21"/>
                <w:szCs w:val="21"/>
              </w:rPr>
              <w:t>WG</w:t>
            </w:r>
            <w:r w:rsidRPr="00432E92">
              <w:rPr>
                <w:rFonts w:cstheme="minorHAnsi"/>
                <w:color w:val="000000" w:themeColor="text1"/>
                <w:spacing w:val="20"/>
                <w:sz w:val="21"/>
                <w:szCs w:val="21"/>
              </w:rPr>
              <w:t xml:space="preserve"> – współczynnik modyfikatora geograficznego</w:t>
            </w:r>
          </w:p>
          <w:p w:rsidR="00C939FA" w:rsidRPr="00C939FA" w:rsidRDefault="00C939FA" w:rsidP="00C939FA">
            <w:pPr>
              <w:spacing w:after="60" w:line="276" w:lineRule="auto"/>
              <w:rPr>
                <w:rFonts w:cstheme="minorHAnsi"/>
                <w:color w:val="000000" w:themeColor="text1"/>
                <w:sz w:val="12"/>
                <w:szCs w:val="21"/>
              </w:rPr>
            </w:pP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W celu zachowania stałego wzrostu środków na realizację zadań ochrony ludności i obrony cywilnej w latach 2025-2031, do ostatecznych kwot dla województw w 2027 r. zastosowano współczynnik korygujący, pokryty przez zwiększenie środków limitu wojewódzkiego z limitu centralnego.</w:t>
            </w:r>
          </w:p>
          <w:p w:rsidR="00B22394" w:rsidRPr="00A642E0" w:rsidRDefault="00486357" w:rsidP="00493672">
            <w:pPr>
              <w:spacing w:after="60" w:line="276" w:lineRule="auto"/>
              <w:jc w:val="both"/>
              <w:rPr>
                <w:rFonts w:cstheme="minorHAnsi"/>
                <w:color w:val="000000" w:themeColor="text1"/>
                <w:sz w:val="24"/>
                <w:szCs w:val="24"/>
                <w:u w:val="single"/>
              </w:rPr>
            </w:pPr>
            <w:r w:rsidRPr="00A642E0">
              <w:rPr>
                <w:rFonts w:cstheme="minorHAnsi"/>
                <w:color w:val="000000" w:themeColor="text1"/>
                <w:sz w:val="24"/>
                <w:szCs w:val="24"/>
                <w:u w:val="single"/>
              </w:rPr>
              <w:t>IV. Przesunięcia środków</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Podział środków na obszary został </w:t>
            </w:r>
            <w:r w:rsidR="00B973A6">
              <w:rPr>
                <w:rFonts w:cstheme="minorHAnsi"/>
                <w:color w:val="000000" w:themeColor="text1"/>
                <w:sz w:val="24"/>
                <w:szCs w:val="24"/>
              </w:rPr>
              <w:t>pozostawiony przez ustawodawcę do określenia</w:t>
            </w:r>
            <w:r w:rsidRPr="00A642E0">
              <w:rPr>
                <w:rFonts w:cstheme="minorHAnsi"/>
                <w:color w:val="000000" w:themeColor="text1"/>
                <w:sz w:val="24"/>
                <w:szCs w:val="24"/>
              </w:rPr>
              <w:t xml:space="preserve"> w</w:t>
            </w:r>
            <w:r w:rsidR="00B973A6">
              <w:rPr>
                <w:rFonts w:cstheme="minorHAnsi"/>
                <w:color w:val="000000" w:themeColor="text1"/>
                <w:sz w:val="24"/>
                <w:szCs w:val="24"/>
              </w:rPr>
              <w:t xml:space="preserve"> </w:t>
            </w:r>
            <w:r w:rsidRPr="00A642E0">
              <w:rPr>
                <w:rFonts w:cstheme="minorHAnsi"/>
                <w:color w:val="000000" w:themeColor="text1"/>
                <w:sz w:val="24"/>
                <w:szCs w:val="24"/>
              </w:rPr>
              <w:t xml:space="preserve">Programie Ochrony Ludności i Obrony Cywilnej, przy czym niezbędne jest zawarcie w Programie mechanizmu dokonywania przesunięć pomiędzy obszarami, celem zapewnienia możliwości efektywnego przeznaczania środków, stosownie do pojawiających się nowych potrzeb </w:t>
            </w:r>
            <w:r w:rsidRPr="00A642E0">
              <w:rPr>
                <w:rFonts w:cstheme="minorHAnsi"/>
                <w:color w:val="000000" w:themeColor="text1"/>
                <w:sz w:val="24"/>
                <w:szCs w:val="24"/>
              </w:rPr>
              <w:lastRenderedPageBreak/>
              <w:t xml:space="preserve">i zagrożeń. Mechanizm przesunięć </w:t>
            </w:r>
            <w:r w:rsidR="00486357" w:rsidRPr="00A642E0">
              <w:rPr>
                <w:rFonts w:cstheme="minorHAnsi"/>
                <w:color w:val="000000" w:themeColor="text1"/>
                <w:sz w:val="24"/>
                <w:szCs w:val="24"/>
              </w:rPr>
              <w:t>musi</w:t>
            </w:r>
            <w:r w:rsidRPr="00A642E0">
              <w:rPr>
                <w:rFonts w:cstheme="minorHAnsi"/>
                <w:color w:val="000000" w:themeColor="text1"/>
                <w:sz w:val="24"/>
                <w:szCs w:val="24"/>
              </w:rPr>
              <w:t xml:space="preserve"> uwzględniać jednak konieczność zachowania spójności planowania wydatków.</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Przeniesienie środków między obszarami przez wojewodów następuje za zgodą ministra właściwego do spraw wewnętrznych.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Przeniesienie środków finansowych przez wojewodów z jednego obszaru do innego jest możliwe po spełnieniu łącznie poniższych warunków:</w:t>
            </w:r>
          </w:p>
          <w:p w:rsidR="00BD03E9" w:rsidRPr="00A642E0" w:rsidRDefault="00BD03E9" w:rsidP="004E6B17">
            <w:pPr>
              <w:pStyle w:val="Akapitzlist"/>
              <w:numPr>
                <w:ilvl w:val="0"/>
                <w:numId w:val="4"/>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dysponent powinien wykazać, że istnieją obiektywne przesłanki niewydatkowania środków w przypisanym Programem obszarze;</w:t>
            </w:r>
          </w:p>
          <w:p w:rsidR="00BD03E9" w:rsidRPr="00A642E0" w:rsidRDefault="00BD03E9" w:rsidP="004E6B17">
            <w:pPr>
              <w:pStyle w:val="Akapitzlist"/>
              <w:numPr>
                <w:ilvl w:val="0"/>
                <w:numId w:val="4"/>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w obszarze, z którego przenosi się środki brak jest u danego dysponenta priorytetowych zadań wymagających dodatkowych środków finansowych;</w:t>
            </w:r>
          </w:p>
          <w:p w:rsidR="00BD03E9" w:rsidRPr="00A642E0" w:rsidRDefault="00BD03E9" w:rsidP="004E6B17">
            <w:pPr>
              <w:pStyle w:val="Akapitzlist"/>
              <w:numPr>
                <w:ilvl w:val="0"/>
                <w:numId w:val="4"/>
              </w:numPr>
              <w:spacing w:after="60" w:line="276" w:lineRule="auto"/>
              <w:contextualSpacing w:val="0"/>
              <w:jc w:val="both"/>
              <w:rPr>
                <w:rFonts w:cstheme="minorHAnsi"/>
                <w:color w:val="000000" w:themeColor="text1"/>
                <w:sz w:val="24"/>
                <w:szCs w:val="24"/>
              </w:rPr>
            </w:pPr>
            <w:r w:rsidRPr="00A642E0">
              <w:rPr>
                <w:rFonts w:cstheme="minorHAnsi"/>
                <w:color w:val="000000" w:themeColor="text1"/>
                <w:sz w:val="24"/>
                <w:szCs w:val="24"/>
              </w:rPr>
              <w:t xml:space="preserve">w obszarze, do którego przenoszone są środki zidentyfikowano istotne potrzeby, które mogą być zrealizowane przez przesunięcie wydatków – niedopuszczalne jest przenoszenie środków bez wyraźnego celu.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bCs/>
                <w:color w:val="000000" w:themeColor="text1"/>
                <w:sz w:val="24"/>
                <w:szCs w:val="24"/>
              </w:rPr>
              <w:t xml:space="preserve">Za obiektywne przesłanki niewydatkowania środków uznaje się w szczególności unieważnienie postępowania o udzielenie zamówienia publicznego albo brak ofert spełniających warunki zamówienia albo mieszczących się w limicie finansowym.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Minister właściwy do spraw wewnętrznych przenosi środki między obszarami w</w:t>
            </w:r>
            <w:r w:rsidR="00486357" w:rsidRPr="00A642E0">
              <w:rPr>
                <w:rFonts w:cstheme="minorHAnsi"/>
                <w:color w:val="000000" w:themeColor="text1"/>
                <w:sz w:val="24"/>
                <w:szCs w:val="24"/>
              </w:rPr>
              <w:t> </w:t>
            </w:r>
            <w:r w:rsidRPr="00A642E0">
              <w:rPr>
                <w:rFonts w:cstheme="minorHAnsi"/>
                <w:color w:val="000000" w:themeColor="text1"/>
                <w:sz w:val="24"/>
                <w:szCs w:val="24"/>
              </w:rPr>
              <w:t>części centralnej jeżeli jest to konieczne dla realizacji Programu.</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Przeniesienie środków nie może spowodować zmiany limitów wydatków inwestycyjnych na inwestycje budowlane o charakterze wieloletnim, przypisanych w Programie danemu dysponentowi</w:t>
            </w:r>
            <w:r w:rsidR="00E711C0">
              <w:rPr>
                <w:rFonts w:cstheme="minorHAnsi"/>
                <w:color w:val="000000" w:themeColor="text1"/>
                <w:sz w:val="24"/>
                <w:szCs w:val="24"/>
              </w:rPr>
              <w:t xml:space="preserve"> części budżetowych 85 - województwa</w:t>
            </w:r>
            <w:r w:rsidRPr="00A642E0">
              <w:rPr>
                <w:rFonts w:cstheme="minorHAnsi"/>
                <w:color w:val="000000" w:themeColor="text1"/>
                <w:sz w:val="24"/>
                <w:szCs w:val="24"/>
              </w:rPr>
              <w:t>.</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Kwoty środków wskazane w załączniku </w:t>
            </w:r>
            <w:r w:rsidR="00B22394" w:rsidRPr="00A642E0">
              <w:rPr>
                <w:rFonts w:cstheme="minorHAnsi"/>
                <w:color w:val="000000" w:themeColor="text1"/>
                <w:sz w:val="24"/>
                <w:szCs w:val="24"/>
              </w:rPr>
              <w:t>2</w:t>
            </w:r>
            <w:r w:rsidRPr="00A642E0">
              <w:rPr>
                <w:rFonts w:cstheme="minorHAnsi"/>
                <w:color w:val="000000" w:themeColor="text1"/>
                <w:sz w:val="24"/>
                <w:szCs w:val="24"/>
              </w:rPr>
              <w:t xml:space="preserve"> tabele 1–6 do Programu są wiążące dla danego roku budżetowego – dla kolejnych lat są prognozami i mogą ulegać zmianie. W razie konieczności dokonuje się nowelizacji Programu i aktualizuje się wartości środków, w oparciu o aktualne wskaźniki makroekonomiczne, przy uwzględnieniu konieczności właściwego planowania budżetowego.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Ustawa z dnia 5 grudnia 2024 r. o ochronie ludności i obronie cywilnej przewiduje mechanizm finansowania inwestycji budowlanych wieloletnich w</w:t>
            </w:r>
            <w:r w:rsidR="00B22394" w:rsidRPr="00A642E0">
              <w:rPr>
                <w:rFonts w:cstheme="minorHAnsi"/>
                <w:color w:val="000000" w:themeColor="text1"/>
                <w:sz w:val="24"/>
                <w:szCs w:val="24"/>
              </w:rPr>
              <w:t> </w:t>
            </w:r>
            <w:r w:rsidRPr="00A642E0">
              <w:rPr>
                <w:rFonts w:cstheme="minorHAnsi"/>
                <w:color w:val="000000" w:themeColor="text1"/>
                <w:sz w:val="24"/>
                <w:szCs w:val="24"/>
              </w:rPr>
              <w:t xml:space="preserve">art. 156a. Minister właściwy do spraw wewnętrznych zatwierdza, na wniosek właściwego wojewody, wykaz inwestycji budowlanych o charakterze wieloletnim realizowanych w województwie ze środków przewidzianych w Programie w podziale na poszczególne lata. W przypadku finansowania lub dofinansowania inwestycji budowlanych o charakterze wieloletnim, ujętych w wykazie minister właściwy do spraw wewnętrznych lub właściwy wojewoda, w odniesieniu do środków budżetu państwa, których są dysponentami, wyrażają zgodę jednostkom sektora finansów publicznych realizującym Program, w tym </w:t>
            </w:r>
            <w:r w:rsidRPr="00A642E0">
              <w:rPr>
                <w:rFonts w:cstheme="minorHAnsi"/>
                <w:color w:val="000000" w:themeColor="text1"/>
                <w:sz w:val="24"/>
                <w:szCs w:val="24"/>
              </w:rPr>
              <w:lastRenderedPageBreak/>
              <w:t xml:space="preserve">jednostkom samorządu terytorialnego albo podmiotom ochrony ludności spoza sektora finansów publicznych, na zaciąganie zobowiązań na kolejne lata do wysokości limitu wydatków na inwestycje budowlane w poszczególnych latach. </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 xml:space="preserve">Zgodnie z dyspozycją art. 156 ust. 7 w załączniku nr </w:t>
            </w:r>
            <w:r w:rsidR="00B22394" w:rsidRPr="00A642E0">
              <w:rPr>
                <w:rFonts w:cstheme="minorHAnsi"/>
                <w:color w:val="000000" w:themeColor="text1"/>
                <w:sz w:val="24"/>
                <w:szCs w:val="24"/>
              </w:rPr>
              <w:t>2</w:t>
            </w:r>
            <w:r w:rsidRPr="00A642E0">
              <w:rPr>
                <w:rFonts w:cstheme="minorHAnsi"/>
                <w:color w:val="000000" w:themeColor="text1"/>
                <w:sz w:val="24"/>
                <w:szCs w:val="24"/>
              </w:rPr>
              <w:t xml:space="preserve"> w tabeli 7 określono limit wydatków na realizację inwestycji budowlanych o charakterze wieloletnim. W</w:t>
            </w:r>
            <w:r w:rsidR="00B22394" w:rsidRPr="00A642E0">
              <w:rPr>
                <w:rFonts w:cstheme="minorHAnsi"/>
                <w:color w:val="000000" w:themeColor="text1"/>
                <w:sz w:val="24"/>
                <w:szCs w:val="24"/>
              </w:rPr>
              <w:t> </w:t>
            </w:r>
            <w:r w:rsidRPr="00A642E0">
              <w:rPr>
                <w:rFonts w:cstheme="minorHAnsi"/>
                <w:color w:val="000000" w:themeColor="text1"/>
                <w:sz w:val="24"/>
                <w:szCs w:val="24"/>
              </w:rPr>
              <w:t>każdym roku wojewodowie otrzymują środki finansowe wysokości nie mniejszej niż kwota wskazana w tabeli limitu wydatków o charakterze wieloletnim.</w:t>
            </w:r>
          </w:p>
          <w:p w:rsidR="00BD03E9" w:rsidRPr="00A642E0"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Wszystkie przyznane w danym roku środki finansowe muszą być wydatkowane do 31 grudnia danego roku budżetowego oraz rozliczone do 31 stycznia następującego roku. Ostateczne sprawozdanie z wydatkowania środków finansowych należy przekazać do Ministerstwa Spraw Wewnętrznych i</w:t>
            </w:r>
            <w:r w:rsidR="00486357" w:rsidRPr="00A642E0">
              <w:rPr>
                <w:rFonts w:cstheme="minorHAnsi"/>
                <w:color w:val="000000" w:themeColor="text1"/>
                <w:sz w:val="24"/>
                <w:szCs w:val="24"/>
              </w:rPr>
              <w:t> </w:t>
            </w:r>
            <w:r w:rsidRPr="00A642E0">
              <w:rPr>
                <w:rFonts w:cstheme="minorHAnsi"/>
                <w:color w:val="000000" w:themeColor="text1"/>
                <w:sz w:val="24"/>
                <w:szCs w:val="24"/>
              </w:rPr>
              <w:t>Administracji  do 31 marca następnego roku.</w:t>
            </w:r>
          </w:p>
          <w:p w:rsidR="00E8186F" w:rsidRPr="008F1545" w:rsidRDefault="00BD03E9" w:rsidP="00493672">
            <w:pPr>
              <w:spacing w:after="60" w:line="276" w:lineRule="auto"/>
              <w:jc w:val="both"/>
              <w:rPr>
                <w:rFonts w:cstheme="minorHAnsi"/>
                <w:color w:val="000000" w:themeColor="text1"/>
                <w:sz w:val="24"/>
                <w:szCs w:val="24"/>
              </w:rPr>
            </w:pPr>
            <w:r w:rsidRPr="00A642E0">
              <w:rPr>
                <w:rFonts w:cstheme="minorHAnsi"/>
                <w:color w:val="000000" w:themeColor="text1"/>
                <w:sz w:val="24"/>
                <w:szCs w:val="24"/>
              </w:rPr>
              <w:t>Mając na uwadze, że zadania ochrony ludności i obrony cywilnej mogą być finansowane z innych źródeł, dopuszcza się łączenie środków Programu Ochrony Ludności i Obrony Cywilnej z innymi środkami, takimi jak środki z</w:t>
            </w:r>
            <w:r w:rsidR="008154C8">
              <w:rPr>
                <w:rFonts w:cstheme="minorHAnsi"/>
                <w:color w:val="000000" w:themeColor="text1"/>
                <w:sz w:val="24"/>
                <w:szCs w:val="24"/>
              </w:rPr>
              <w:t> </w:t>
            </w:r>
            <w:r w:rsidRPr="00A642E0">
              <w:rPr>
                <w:rFonts w:cstheme="minorHAnsi"/>
                <w:color w:val="000000" w:themeColor="text1"/>
                <w:sz w:val="24"/>
                <w:szCs w:val="24"/>
              </w:rPr>
              <w:t>Funduszu Bezpieczeństwa i Obronności albo środkami z pr</w:t>
            </w:r>
            <w:r w:rsidR="00C3266C">
              <w:rPr>
                <w:rFonts w:cstheme="minorHAnsi"/>
                <w:color w:val="000000" w:themeColor="text1"/>
                <w:sz w:val="24"/>
                <w:szCs w:val="24"/>
              </w:rPr>
              <w:t>ogramów</w:t>
            </w:r>
            <w:r w:rsidR="009779F8">
              <w:rPr>
                <w:rFonts w:cstheme="minorHAnsi"/>
                <w:color w:val="000000" w:themeColor="text1"/>
                <w:sz w:val="24"/>
                <w:szCs w:val="24"/>
              </w:rPr>
              <w:t xml:space="preserve"> UE</w:t>
            </w:r>
            <w:r w:rsidRPr="00A642E0">
              <w:rPr>
                <w:rFonts w:cstheme="minorHAnsi"/>
                <w:color w:val="000000" w:themeColor="text1"/>
                <w:sz w:val="24"/>
                <w:szCs w:val="24"/>
              </w:rPr>
              <w:t>, w szczególności jako wkład własny do projektów z poszczególnych programów, na zasadach prze</w:t>
            </w:r>
            <w:r w:rsidR="008154C8">
              <w:rPr>
                <w:rFonts w:cstheme="minorHAnsi"/>
                <w:color w:val="000000" w:themeColor="text1"/>
                <w:sz w:val="24"/>
                <w:szCs w:val="24"/>
              </w:rPr>
              <w:t>widzianych dla tych programów.</w:t>
            </w:r>
          </w:p>
        </w:tc>
        <w:tc>
          <w:tcPr>
            <w:tcW w:w="1701" w:type="dxa"/>
            <w:shd w:val="clear" w:color="auto" w:fill="FCC770"/>
          </w:tcPr>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493672" w:rsidRPr="00A642E0" w:rsidRDefault="00493672" w:rsidP="00BD03E9">
            <w:pPr>
              <w:rPr>
                <w:rFonts w:cstheme="minorHAnsi"/>
                <w:b/>
                <w:i/>
                <w:smallCaps/>
                <w:color w:val="000000" w:themeColor="text1"/>
                <w:sz w:val="18"/>
                <w:szCs w:val="18"/>
              </w:rPr>
            </w:pPr>
            <w:r w:rsidRPr="00A642E0">
              <w:rPr>
                <w:rFonts w:cstheme="minorHAnsi"/>
                <w:b/>
                <w:i/>
                <w:smallCaps/>
                <w:color w:val="000000" w:themeColor="text1"/>
                <w:sz w:val="18"/>
                <w:szCs w:val="18"/>
              </w:rPr>
              <w:t xml:space="preserve">środki na ochronę </w:t>
            </w:r>
            <w:r w:rsidR="0041560F" w:rsidRPr="00A642E0">
              <w:rPr>
                <w:rFonts w:cstheme="minorHAnsi"/>
                <w:b/>
                <w:i/>
                <w:smallCaps/>
                <w:color w:val="000000" w:themeColor="text1"/>
                <w:sz w:val="18"/>
                <w:szCs w:val="18"/>
              </w:rPr>
              <w:t xml:space="preserve"> </w:t>
            </w:r>
            <w:r w:rsidRPr="00A642E0">
              <w:rPr>
                <w:rFonts w:cstheme="minorHAnsi"/>
                <w:b/>
                <w:i/>
                <w:smallCaps/>
                <w:color w:val="000000" w:themeColor="text1"/>
                <w:sz w:val="18"/>
                <w:szCs w:val="18"/>
              </w:rPr>
              <w:t>Ludności i obronę cywilną</w:t>
            </w:r>
          </w:p>
          <w:p w:rsidR="00BD03E9"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w:t>
            </w:r>
            <w:r w:rsidR="00BD03E9" w:rsidRPr="00A642E0">
              <w:rPr>
                <w:rFonts w:cstheme="minorHAnsi"/>
                <w:b/>
                <w:i/>
                <w:smallCaps/>
                <w:color w:val="000000" w:themeColor="text1"/>
                <w:sz w:val="18"/>
                <w:szCs w:val="18"/>
              </w:rPr>
              <w:t>0,3% Produktu Krajowego Brutto</w:t>
            </w: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0825C9" w:rsidRPr="00A642E0" w:rsidRDefault="000825C9" w:rsidP="00BD03E9">
            <w:pPr>
              <w:rPr>
                <w:rFonts w:cstheme="minorHAnsi"/>
                <w:b/>
                <w:i/>
                <w:smallCaps/>
                <w:color w:val="000000" w:themeColor="text1"/>
                <w:sz w:val="18"/>
                <w:szCs w:val="18"/>
              </w:rPr>
            </w:pPr>
          </w:p>
          <w:p w:rsidR="00704E95" w:rsidRPr="00A642E0" w:rsidRDefault="00704E95"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542323" w:rsidRDefault="00542323" w:rsidP="00BD03E9">
            <w:pPr>
              <w:rPr>
                <w:rFonts w:cstheme="minorHAnsi"/>
                <w:b/>
                <w:i/>
                <w:smallCaps/>
                <w:color w:val="000000" w:themeColor="text1"/>
                <w:sz w:val="18"/>
                <w:szCs w:val="18"/>
              </w:rPr>
            </w:pPr>
          </w:p>
          <w:p w:rsidR="00542323" w:rsidRDefault="00542323" w:rsidP="00BD03E9">
            <w:pPr>
              <w:rPr>
                <w:rFonts w:cstheme="minorHAnsi"/>
                <w:b/>
                <w:i/>
                <w:smallCaps/>
                <w:color w:val="000000" w:themeColor="text1"/>
                <w:sz w:val="18"/>
                <w:szCs w:val="18"/>
              </w:rPr>
            </w:pPr>
          </w:p>
          <w:p w:rsidR="00EB182E" w:rsidRDefault="00EB182E" w:rsidP="00BD03E9">
            <w:pPr>
              <w:rPr>
                <w:rFonts w:cstheme="minorHAnsi"/>
                <w:b/>
                <w:i/>
                <w:smallCaps/>
                <w:color w:val="000000" w:themeColor="text1"/>
                <w:sz w:val="18"/>
                <w:szCs w:val="18"/>
              </w:rPr>
            </w:pPr>
          </w:p>
          <w:p w:rsidR="00EB182E" w:rsidRDefault="00EB182E"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r w:rsidRPr="00A642E0">
              <w:rPr>
                <w:rFonts w:cstheme="minorHAnsi"/>
                <w:b/>
                <w:i/>
                <w:smallCaps/>
                <w:color w:val="000000" w:themeColor="text1"/>
                <w:sz w:val="18"/>
                <w:szCs w:val="18"/>
              </w:rPr>
              <w:t>Finansowanie zadań o charakterze obronnym</w:t>
            </w: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Default="00BD03E9"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Zadania HNS</w:t>
            </w: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0825C9" w:rsidRPr="00A642E0" w:rsidRDefault="000825C9" w:rsidP="00BD03E9">
            <w:pPr>
              <w:rPr>
                <w:rFonts w:cstheme="minorHAnsi"/>
                <w:b/>
                <w:i/>
                <w:smallCaps/>
                <w:color w:val="000000" w:themeColor="text1"/>
                <w:sz w:val="18"/>
                <w:szCs w:val="18"/>
              </w:rPr>
            </w:pPr>
          </w:p>
          <w:p w:rsidR="00A95177" w:rsidRPr="00A642E0" w:rsidRDefault="00A95177"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422CCA" w:rsidRPr="00A642E0" w:rsidRDefault="00422CCA" w:rsidP="00BD03E9">
            <w:pPr>
              <w:rPr>
                <w:rFonts w:cstheme="minorHAnsi"/>
                <w:b/>
                <w:i/>
                <w:smallCaps/>
                <w:color w:val="000000" w:themeColor="text1"/>
                <w:sz w:val="18"/>
                <w:szCs w:val="18"/>
              </w:rPr>
            </w:pPr>
          </w:p>
          <w:p w:rsidR="00000F9E" w:rsidRDefault="00000F9E"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środków na dysponentów</w:t>
            </w:r>
          </w:p>
          <w:p w:rsidR="00BD03E9" w:rsidRPr="00A642E0" w:rsidRDefault="00BD03E9"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p>
          <w:p w:rsidR="00C73807" w:rsidRDefault="00C73807" w:rsidP="00BD03E9">
            <w:pPr>
              <w:rPr>
                <w:rFonts w:cstheme="minorHAnsi"/>
                <w:b/>
                <w:i/>
                <w:smallCaps/>
                <w:color w:val="000000" w:themeColor="text1"/>
                <w:sz w:val="18"/>
                <w:szCs w:val="18"/>
              </w:rPr>
            </w:pPr>
          </w:p>
          <w:p w:rsidR="004B3CD4" w:rsidRPr="00A642E0" w:rsidRDefault="004B3CD4" w:rsidP="00BD03E9">
            <w:pPr>
              <w:rPr>
                <w:rFonts w:cstheme="minorHAnsi"/>
                <w:b/>
                <w:i/>
                <w:smallCaps/>
                <w:color w:val="000000" w:themeColor="text1"/>
                <w:sz w:val="18"/>
                <w:szCs w:val="18"/>
              </w:rPr>
            </w:pPr>
          </w:p>
          <w:p w:rsidR="00BD03E9" w:rsidRPr="00A642E0" w:rsidRDefault="00BD03E9" w:rsidP="00BD03E9">
            <w:pPr>
              <w:rPr>
                <w:rFonts w:cstheme="minorHAnsi"/>
                <w:b/>
                <w:i/>
                <w:smallCaps/>
                <w:color w:val="000000" w:themeColor="text1"/>
                <w:sz w:val="18"/>
                <w:szCs w:val="18"/>
              </w:rPr>
            </w:pPr>
            <w:r w:rsidRPr="00A642E0">
              <w:rPr>
                <w:rFonts w:cstheme="minorHAnsi"/>
                <w:b/>
                <w:i/>
                <w:smallCaps/>
                <w:color w:val="000000" w:themeColor="text1"/>
                <w:sz w:val="18"/>
                <w:szCs w:val="18"/>
              </w:rPr>
              <w:t>przeniesienie pomiędzy dysponentami</w:t>
            </w:r>
          </w:p>
          <w:p w:rsidR="000825C9" w:rsidRPr="00A642E0" w:rsidRDefault="000825C9" w:rsidP="00BD03E9">
            <w:pPr>
              <w:rPr>
                <w:rFonts w:cstheme="minorHAnsi"/>
                <w:b/>
                <w:i/>
                <w:smallCaps/>
                <w:color w:val="000000" w:themeColor="text1"/>
                <w:sz w:val="18"/>
                <w:szCs w:val="18"/>
              </w:rPr>
            </w:pPr>
          </w:p>
          <w:p w:rsidR="0041560F" w:rsidRPr="00A642E0" w:rsidRDefault="00493672" w:rsidP="00BD03E9">
            <w:pPr>
              <w:rPr>
                <w:rFonts w:cstheme="minorHAnsi"/>
                <w:b/>
                <w:i/>
                <w:smallCaps/>
                <w:color w:val="000000" w:themeColor="text1"/>
                <w:sz w:val="18"/>
                <w:szCs w:val="18"/>
              </w:rPr>
            </w:pPr>
            <w:r w:rsidRPr="00A642E0">
              <w:rPr>
                <w:rFonts w:cstheme="minorHAnsi"/>
                <w:b/>
                <w:i/>
                <w:smallCaps/>
                <w:color w:val="000000" w:themeColor="text1"/>
                <w:sz w:val="18"/>
                <w:szCs w:val="18"/>
              </w:rPr>
              <w:t>p</w:t>
            </w:r>
            <w:r w:rsidR="0041560F" w:rsidRPr="00A642E0">
              <w:rPr>
                <w:rFonts w:cstheme="minorHAnsi"/>
                <w:b/>
                <w:i/>
                <w:smallCaps/>
                <w:color w:val="000000" w:themeColor="text1"/>
                <w:sz w:val="18"/>
                <w:szCs w:val="18"/>
              </w:rPr>
              <w:t>odział części 0,15% PKB na wydatki obronne</w:t>
            </w: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Default="0041560F" w:rsidP="00BD03E9">
            <w:pPr>
              <w:rPr>
                <w:rFonts w:cstheme="minorHAnsi"/>
                <w:b/>
                <w:i/>
                <w:smallCaps/>
                <w:color w:val="000000" w:themeColor="text1"/>
                <w:sz w:val="18"/>
                <w:szCs w:val="18"/>
              </w:rPr>
            </w:pPr>
          </w:p>
          <w:p w:rsidR="000825C9" w:rsidRPr="00A642E0" w:rsidRDefault="000825C9"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na część wojewódzką i</w:t>
            </w:r>
            <w:r w:rsidR="00493672" w:rsidRPr="00A642E0">
              <w:rPr>
                <w:rFonts w:cstheme="minorHAnsi"/>
                <w:b/>
                <w:i/>
                <w:smallCaps/>
                <w:color w:val="000000" w:themeColor="text1"/>
                <w:sz w:val="18"/>
                <w:szCs w:val="18"/>
              </w:rPr>
              <w:t> </w:t>
            </w:r>
            <w:r w:rsidRPr="00A642E0">
              <w:rPr>
                <w:rFonts w:cstheme="minorHAnsi"/>
                <w:b/>
                <w:i/>
                <w:smallCaps/>
                <w:color w:val="000000" w:themeColor="text1"/>
                <w:sz w:val="18"/>
                <w:szCs w:val="18"/>
              </w:rPr>
              <w:t>centralną</w:t>
            </w: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93672" w:rsidRPr="00A642E0" w:rsidRDefault="00493672" w:rsidP="00BD03E9">
            <w:pPr>
              <w:rPr>
                <w:rFonts w:cstheme="minorHAnsi"/>
                <w:b/>
                <w:i/>
                <w:smallCaps/>
                <w:color w:val="000000" w:themeColor="text1"/>
                <w:sz w:val="18"/>
                <w:szCs w:val="18"/>
              </w:rPr>
            </w:pPr>
          </w:p>
          <w:p w:rsidR="00493672" w:rsidRPr="00A642E0" w:rsidRDefault="00493672" w:rsidP="00BD03E9">
            <w:pPr>
              <w:rPr>
                <w:rFonts w:cstheme="minorHAnsi"/>
                <w:b/>
                <w:i/>
                <w:smallCaps/>
                <w:color w:val="000000" w:themeColor="text1"/>
                <w:sz w:val="18"/>
                <w:szCs w:val="18"/>
              </w:rPr>
            </w:pPr>
          </w:p>
          <w:p w:rsidR="00A95177" w:rsidRPr="00A642E0" w:rsidRDefault="00A95177" w:rsidP="00BD03E9">
            <w:pPr>
              <w:rPr>
                <w:rFonts w:cstheme="minorHAnsi"/>
                <w:b/>
                <w:i/>
                <w:smallCaps/>
                <w:color w:val="000000" w:themeColor="text1"/>
                <w:sz w:val="18"/>
                <w:szCs w:val="18"/>
              </w:rPr>
            </w:pPr>
          </w:p>
          <w:p w:rsidR="00A95177" w:rsidRDefault="00A95177"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 xml:space="preserve">finansowanie </w:t>
            </w:r>
            <w:r w:rsidRPr="00A642E0">
              <w:rPr>
                <w:rFonts w:cstheme="minorHAnsi"/>
                <w:b/>
                <w:i/>
                <w:smallCaps/>
                <w:color w:val="000000" w:themeColor="text1"/>
                <w:sz w:val="18"/>
                <w:szCs w:val="18"/>
              </w:rPr>
              <w:br/>
              <w:t>obszaru 7</w:t>
            </w:r>
          </w:p>
          <w:p w:rsidR="0041560F" w:rsidRPr="00A642E0" w:rsidRDefault="0041560F"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p>
          <w:p w:rsidR="000943EB" w:rsidRDefault="000943EB"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r w:rsidRPr="00A642E0">
              <w:rPr>
                <w:rFonts w:cstheme="minorHAnsi"/>
                <w:b/>
                <w:i/>
                <w:smallCaps/>
                <w:color w:val="000000" w:themeColor="text1"/>
                <w:sz w:val="18"/>
                <w:szCs w:val="18"/>
              </w:rPr>
              <w:t xml:space="preserve">zwiększenie puli wojewódzkiej na szkolenia </w:t>
            </w:r>
          </w:p>
          <w:p w:rsidR="00C0238C" w:rsidRPr="00A642E0" w:rsidRDefault="00C0238C"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p>
          <w:p w:rsidR="00C0238C" w:rsidRPr="00A642E0" w:rsidRDefault="00C0238C"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dotacje dla Narodowego Instytutu Wolności – Centrum Rozwoju Społeczeństwa Obywatelskiego</w:t>
            </w: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0825C9" w:rsidRPr="00A642E0" w:rsidRDefault="000825C9"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 xml:space="preserve">podział środków </w:t>
            </w:r>
            <w:r w:rsidR="00697127">
              <w:rPr>
                <w:rFonts w:cstheme="minorHAnsi"/>
                <w:b/>
                <w:i/>
                <w:smallCaps/>
                <w:color w:val="000000" w:themeColor="text1"/>
                <w:sz w:val="18"/>
                <w:szCs w:val="18"/>
              </w:rPr>
              <w:t xml:space="preserve">z części wojewódzkiej </w:t>
            </w:r>
            <w:r w:rsidRPr="00A642E0">
              <w:rPr>
                <w:rFonts w:cstheme="minorHAnsi"/>
                <w:b/>
                <w:i/>
                <w:smallCaps/>
                <w:color w:val="000000" w:themeColor="text1"/>
                <w:sz w:val="18"/>
                <w:szCs w:val="18"/>
              </w:rPr>
              <w:t>pomiędzy obszary</w:t>
            </w: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na obszary a priorytety programu</w:t>
            </w: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E24F8A" w:rsidRPr="00A642E0" w:rsidRDefault="00E24F8A" w:rsidP="00BD03E9">
            <w:pPr>
              <w:rPr>
                <w:rFonts w:cstheme="minorHAnsi"/>
                <w:b/>
                <w:i/>
                <w:smallCaps/>
                <w:color w:val="000000" w:themeColor="text1"/>
                <w:sz w:val="18"/>
                <w:szCs w:val="18"/>
              </w:rPr>
            </w:pPr>
          </w:p>
          <w:p w:rsidR="0041560F" w:rsidRPr="00A642E0" w:rsidRDefault="0041560F"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procentowy części wojewódzkiej pomiędzy obszary</w:t>
            </w: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DA37D2" w:rsidRDefault="00DA37D2"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Default="00422CCA" w:rsidP="00BD03E9">
            <w:pPr>
              <w:rPr>
                <w:rFonts w:cstheme="minorHAnsi"/>
                <w:b/>
                <w:i/>
                <w:smallCaps/>
                <w:color w:val="000000" w:themeColor="text1"/>
                <w:sz w:val="18"/>
                <w:szCs w:val="18"/>
              </w:rPr>
            </w:pPr>
          </w:p>
          <w:p w:rsidR="00422CCA" w:rsidRPr="00A642E0" w:rsidRDefault="00422CCA" w:rsidP="00BD03E9">
            <w:pPr>
              <w:rPr>
                <w:rFonts w:cstheme="minorHAnsi"/>
                <w:b/>
                <w:i/>
                <w:smallCaps/>
                <w:color w:val="000000" w:themeColor="text1"/>
                <w:sz w:val="18"/>
                <w:szCs w:val="18"/>
              </w:rPr>
            </w:pPr>
          </w:p>
          <w:p w:rsidR="0020598D" w:rsidRPr="00A642E0" w:rsidRDefault="0020598D" w:rsidP="00BD03E9">
            <w:pPr>
              <w:rPr>
                <w:rFonts w:cstheme="minorHAnsi"/>
                <w:b/>
                <w:i/>
                <w:smallCaps/>
                <w:color w:val="000000" w:themeColor="text1"/>
                <w:sz w:val="18"/>
                <w:szCs w:val="18"/>
              </w:rPr>
            </w:pPr>
          </w:p>
          <w:p w:rsidR="0020598D" w:rsidRPr="00A642E0" w:rsidRDefault="0020598D" w:rsidP="00BD03E9">
            <w:pPr>
              <w:rPr>
                <w:rFonts w:cstheme="minorHAnsi"/>
                <w:b/>
                <w:i/>
                <w:smallCaps/>
                <w:color w:val="000000" w:themeColor="text1"/>
                <w:sz w:val="18"/>
                <w:szCs w:val="18"/>
              </w:rPr>
            </w:pPr>
          </w:p>
          <w:p w:rsidR="0049508D" w:rsidRDefault="0049508D" w:rsidP="00BD03E9">
            <w:pPr>
              <w:rPr>
                <w:rFonts w:cstheme="minorHAnsi"/>
                <w:b/>
                <w:i/>
                <w:smallCaps/>
                <w:color w:val="000000" w:themeColor="text1"/>
                <w:sz w:val="18"/>
                <w:szCs w:val="18"/>
              </w:rPr>
            </w:pPr>
          </w:p>
          <w:p w:rsidR="0049508D" w:rsidRDefault="0049508D" w:rsidP="00BD03E9">
            <w:pPr>
              <w:rPr>
                <w:rFonts w:cstheme="minorHAnsi"/>
                <w:b/>
                <w:i/>
                <w:smallCaps/>
                <w:color w:val="000000" w:themeColor="text1"/>
                <w:sz w:val="18"/>
                <w:szCs w:val="18"/>
              </w:rPr>
            </w:pPr>
          </w:p>
          <w:p w:rsidR="007B1144" w:rsidRDefault="007B1144" w:rsidP="00BD03E9">
            <w:pPr>
              <w:rPr>
                <w:rFonts w:cstheme="minorHAnsi"/>
                <w:b/>
                <w:i/>
                <w:smallCaps/>
                <w:color w:val="000000" w:themeColor="text1"/>
                <w:sz w:val="18"/>
                <w:szCs w:val="18"/>
              </w:rPr>
            </w:pPr>
          </w:p>
          <w:p w:rsidR="007B1144" w:rsidRDefault="007B1144" w:rsidP="00BD03E9">
            <w:pPr>
              <w:rPr>
                <w:rFonts w:cstheme="minorHAnsi"/>
                <w:b/>
                <w:i/>
                <w:smallCaps/>
                <w:color w:val="000000" w:themeColor="text1"/>
                <w:sz w:val="18"/>
                <w:szCs w:val="18"/>
              </w:rPr>
            </w:pPr>
          </w:p>
          <w:p w:rsidR="007B1144" w:rsidRDefault="007B1144" w:rsidP="00BD03E9">
            <w:pPr>
              <w:rPr>
                <w:rFonts w:cstheme="minorHAnsi"/>
                <w:b/>
                <w:i/>
                <w:smallCaps/>
                <w:color w:val="000000" w:themeColor="text1"/>
                <w:sz w:val="18"/>
                <w:szCs w:val="18"/>
              </w:rPr>
            </w:pPr>
          </w:p>
          <w:p w:rsidR="00E24F8A" w:rsidRDefault="00E24F8A"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D73436" w:rsidRDefault="00D73436"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środków ≥0,3%</w:t>
            </w:r>
            <w:r w:rsidR="00DA37D2" w:rsidRPr="00A642E0">
              <w:rPr>
                <w:rFonts w:cstheme="minorHAnsi"/>
                <w:b/>
                <w:i/>
                <w:smallCaps/>
                <w:color w:val="000000" w:themeColor="text1"/>
                <w:sz w:val="18"/>
                <w:szCs w:val="18"/>
              </w:rPr>
              <w:t xml:space="preserve"> PKB</w:t>
            </w:r>
            <w:r w:rsidRPr="00A642E0">
              <w:rPr>
                <w:rFonts w:cstheme="minorHAnsi"/>
                <w:b/>
                <w:i/>
                <w:smallCaps/>
                <w:color w:val="000000" w:themeColor="text1"/>
                <w:sz w:val="18"/>
                <w:szCs w:val="18"/>
              </w:rPr>
              <w:t xml:space="preserve"> na obszary</w:t>
            </w:r>
          </w:p>
          <w:p w:rsidR="007B1144" w:rsidRPr="00A642E0" w:rsidRDefault="007B1144"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środków 0,15</w:t>
            </w:r>
            <w:r w:rsidR="00DA37D2" w:rsidRPr="00A642E0">
              <w:rPr>
                <w:rFonts w:cstheme="minorHAnsi"/>
                <w:b/>
                <w:i/>
                <w:smallCaps/>
                <w:color w:val="000000" w:themeColor="text1"/>
                <w:sz w:val="18"/>
                <w:szCs w:val="18"/>
              </w:rPr>
              <w:t>%</w:t>
            </w:r>
            <w:r w:rsidRPr="00A642E0">
              <w:rPr>
                <w:rFonts w:cstheme="minorHAnsi"/>
                <w:b/>
                <w:i/>
                <w:smallCaps/>
                <w:color w:val="000000" w:themeColor="text1"/>
                <w:sz w:val="18"/>
                <w:szCs w:val="18"/>
              </w:rPr>
              <w:t xml:space="preserve"> PKB na obszary</w:t>
            </w:r>
          </w:p>
          <w:p w:rsidR="00A95177" w:rsidRPr="00A642E0" w:rsidRDefault="00A95177" w:rsidP="00BD03E9">
            <w:pPr>
              <w:rPr>
                <w:rFonts w:cstheme="minorHAnsi"/>
                <w:b/>
                <w:i/>
                <w:smallCaps/>
                <w:color w:val="000000" w:themeColor="text1"/>
                <w:sz w:val="18"/>
                <w:szCs w:val="18"/>
              </w:rPr>
            </w:pPr>
          </w:p>
          <w:p w:rsidR="00D50178" w:rsidRPr="00A642E0" w:rsidRDefault="00D50178" w:rsidP="00BD03E9">
            <w:pPr>
              <w:rPr>
                <w:rFonts w:cstheme="minorHAnsi"/>
                <w:b/>
                <w:i/>
                <w:smallCaps/>
                <w:color w:val="000000" w:themeColor="text1"/>
                <w:sz w:val="18"/>
                <w:szCs w:val="18"/>
              </w:rPr>
            </w:pPr>
          </w:p>
          <w:p w:rsidR="00D50178" w:rsidRPr="00A642E0" w:rsidRDefault="00D50178" w:rsidP="00D50178">
            <w:pPr>
              <w:rPr>
                <w:rFonts w:cstheme="minorHAnsi"/>
                <w:b/>
                <w:i/>
                <w:smallCaps/>
                <w:color w:val="000000" w:themeColor="text1"/>
                <w:sz w:val="18"/>
                <w:szCs w:val="18"/>
              </w:rPr>
            </w:pPr>
            <w:r w:rsidRPr="00A642E0">
              <w:rPr>
                <w:rFonts w:cstheme="minorHAnsi"/>
                <w:b/>
                <w:i/>
                <w:smallCaps/>
                <w:color w:val="000000" w:themeColor="text1"/>
                <w:sz w:val="18"/>
                <w:szCs w:val="18"/>
              </w:rPr>
              <w:t xml:space="preserve">finansowanie </w:t>
            </w:r>
            <w:r w:rsidRPr="00A642E0">
              <w:rPr>
                <w:rFonts w:cstheme="minorHAnsi"/>
                <w:b/>
                <w:i/>
                <w:smallCaps/>
                <w:color w:val="000000" w:themeColor="text1"/>
                <w:sz w:val="18"/>
                <w:szCs w:val="18"/>
              </w:rPr>
              <w:br/>
              <w:t xml:space="preserve">obszaru 6 z części centralnej </w:t>
            </w:r>
          </w:p>
          <w:p w:rsidR="00D73436" w:rsidRDefault="00D73436" w:rsidP="00BD03E9">
            <w:pPr>
              <w:rPr>
                <w:rFonts w:cstheme="minorHAnsi"/>
                <w:b/>
                <w:i/>
                <w:smallCaps/>
                <w:color w:val="000000" w:themeColor="text1"/>
                <w:sz w:val="18"/>
                <w:szCs w:val="18"/>
              </w:rPr>
            </w:pPr>
          </w:p>
          <w:p w:rsidR="000A1F98" w:rsidRDefault="000A1F98" w:rsidP="00BD03E9">
            <w:pPr>
              <w:rPr>
                <w:rFonts w:cstheme="minorHAnsi"/>
                <w:b/>
                <w:i/>
                <w:smallCaps/>
                <w:color w:val="000000" w:themeColor="text1"/>
                <w:sz w:val="18"/>
                <w:szCs w:val="18"/>
              </w:rPr>
            </w:pPr>
          </w:p>
          <w:p w:rsidR="004B3CD4" w:rsidRDefault="004B3CD4" w:rsidP="00BD03E9">
            <w:pPr>
              <w:rPr>
                <w:rFonts w:cstheme="minorHAnsi"/>
                <w:b/>
                <w:i/>
                <w:smallCaps/>
                <w:color w:val="000000" w:themeColor="text1"/>
                <w:sz w:val="18"/>
                <w:szCs w:val="18"/>
              </w:rPr>
            </w:pPr>
          </w:p>
          <w:p w:rsidR="007C2386" w:rsidRDefault="007C2386"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 xml:space="preserve">finansowanie </w:t>
            </w:r>
            <w:r w:rsidRPr="00A642E0">
              <w:rPr>
                <w:rFonts w:cstheme="minorHAnsi"/>
                <w:b/>
                <w:i/>
                <w:smallCaps/>
                <w:color w:val="000000" w:themeColor="text1"/>
                <w:sz w:val="18"/>
                <w:szCs w:val="18"/>
              </w:rPr>
              <w:br/>
              <w:t xml:space="preserve">obszaru 7 z części centralnej </w:t>
            </w:r>
          </w:p>
          <w:p w:rsidR="007B1144" w:rsidRPr="00D73436" w:rsidRDefault="007B1144" w:rsidP="00BD03E9">
            <w:pPr>
              <w:rPr>
                <w:rFonts w:cstheme="minorHAnsi"/>
                <w:b/>
                <w:i/>
                <w:smallCaps/>
                <w:color w:val="000000" w:themeColor="text1"/>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podział pomiędzy województwa – kryteria</w:t>
            </w:r>
          </w:p>
          <w:p w:rsidR="003C52C1" w:rsidRPr="00A642E0" w:rsidRDefault="003C52C1" w:rsidP="00BD03E9">
            <w:pPr>
              <w:rPr>
                <w:rFonts w:cstheme="minorHAnsi"/>
                <w:b/>
                <w:i/>
                <w:smallCaps/>
                <w:color w:val="000000" w:themeColor="text1"/>
                <w:sz w:val="18"/>
                <w:szCs w:val="18"/>
              </w:rPr>
            </w:pPr>
          </w:p>
          <w:p w:rsidR="004B3CD4" w:rsidRPr="00A642E0" w:rsidRDefault="004B3CD4"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Liczba ludności</w:t>
            </w: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p>
          <w:p w:rsidR="003C52C1" w:rsidRDefault="003C52C1"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B973A6" w:rsidRDefault="00B973A6" w:rsidP="00BD03E9">
            <w:pPr>
              <w:rPr>
                <w:rFonts w:cstheme="minorHAnsi"/>
                <w:b/>
                <w:i/>
                <w:smallCaps/>
                <w:color w:val="000000" w:themeColor="text1"/>
                <w:sz w:val="18"/>
                <w:szCs w:val="18"/>
              </w:rPr>
            </w:pPr>
          </w:p>
          <w:p w:rsidR="00D73436" w:rsidRDefault="00D73436" w:rsidP="00BD03E9">
            <w:pPr>
              <w:rPr>
                <w:rFonts w:cstheme="minorHAnsi"/>
                <w:b/>
                <w:i/>
                <w:smallCaps/>
                <w:color w:val="000000" w:themeColor="text1"/>
                <w:sz w:val="18"/>
                <w:szCs w:val="18"/>
              </w:rPr>
            </w:pPr>
          </w:p>
          <w:p w:rsidR="00B020A8" w:rsidRPr="00A642E0" w:rsidRDefault="00B020A8"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modyfikator urbanizacji</w:t>
            </w:r>
          </w:p>
          <w:p w:rsidR="000943EB" w:rsidRDefault="000943EB" w:rsidP="00BD03E9">
            <w:pPr>
              <w:rPr>
                <w:rFonts w:cstheme="minorHAnsi"/>
                <w:b/>
                <w:i/>
                <w:smallCaps/>
                <w:color w:val="000000" w:themeColor="text1"/>
                <w:sz w:val="18"/>
                <w:szCs w:val="18"/>
              </w:rPr>
            </w:pPr>
          </w:p>
          <w:p w:rsidR="00B020A8" w:rsidRDefault="00B020A8" w:rsidP="00BD03E9">
            <w:pPr>
              <w:rPr>
                <w:rFonts w:cstheme="minorHAnsi"/>
                <w:b/>
                <w:i/>
                <w:smallCaps/>
                <w:color w:val="000000" w:themeColor="text1"/>
                <w:sz w:val="18"/>
                <w:szCs w:val="18"/>
              </w:rPr>
            </w:pPr>
          </w:p>
          <w:p w:rsidR="0068369F" w:rsidRDefault="0068369F" w:rsidP="00BD03E9">
            <w:pPr>
              <w:rPr>
                <w:rFonts w:cstheme="minorHAnsi"/>
                <w:b/>
                <w:i/>
                <w:smallCaps/>
                <w:color w:val="000000" w:themeColor="text1"/>
                <w:sz w:val="18"/>
                <w:szCs w:val="18"/>
              </w:rPr>
            </w:pPr>
          </w:p>
          <w:p w:rsidR="00E24F8A"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modyfikator geograficzny</w:t>
            </w:r>
          </w:p>
          <w:p w:rsidR="00B973A6" w:rsidRPr="00A642E0" w:rsidRDefault="00B973A6" w:rsidP="00BD03E9">
            <w:pPr>
              <w:rPr>
                <w:rFonts w:cstheme="minorHAnsi"/>
                <w:b/>
                <w:i/>
                <w:smallCaps/>
                <w:color w:val="000000" w:themeColor="text1"/>
                <w:sz w:val="18"/>
                <w:szCs w:val="18"/>
              </w:rPr>
            </w:pPr>
          </w:p>
          <w:p w:rsidR="003C52C1" w:rsidRPr="00A642E0" w:rsidRDefault="003C52C1" w:rsidP="00BD03E9">
            <w:pPr>
              <w:rPr>
                <w:rFonts w:cstheme="minorHAnsi"/>
                <w:b/>
                <w:i/>
                <w:smallCaps/>
                <w:color w:val="000000" w:themeColor="text1"/>
                <w:sz w:val="18"/>
                <w:szCs w:val="18"/>
              </w:rPr>
            </w:pPr>
            <w:r w:rsidRPr="00A642E0">
              <w:rPr>
                <w:rFonts w:cstheme="minorHAnsi"/>
                <w:b/>
                <w:i/>
                <w:smallCaps/>
                <w:color w:val="000000" w:themeColor="text1"/>
                <w:sz w:val="18"/>
                <w:szCs w:val="18"/>
              </w:rPr>
              <w:t>Narodowy Program Odstraszania i Obrony „Tarcza Wschód”</w:t>
            </w:r>
          </w:p>
          <w:p w:rsidR="003C52C1" w:rsidRPr="00A642E0" w:rsidRDefault="003C52C1" w:rsidP="00BD03E9">
            <w:pPr>
              <w:rPr>
                <w:rFonts w:cstheme="minorHAnsi"/>
                <w:b/>
                <w:i/>
                <w:smallCaps/>
                <w:color w:val="000000" w:themeColor="text1"/>
                <w:sz w:val="18"/>
                <w:szCs w:val="18"/>
              </w:rPr>
            </w:pPr>
          </w:p>
          <w:p w:rsidR="00B020A8" w:rsidRPr="00A642E0" w:rsidRDefault="00B020A8" w:rsidP="00BD03E9">
            <w:pPr>
              <w:rPr>
                <w:rFonts w:cstheme="minorHAnsi"/>
                <w:b/>
                <w:i/>
                <w:smallCaps/>
                <w:color w:val="000000" w:themeColor="text1"/>
                <w:sz w:val="18"/>
                <w:szCs w:val="18"/>
              </w:rPr>
            </w:pPr>
          </w:p>
          <w:p w:rsidR="003C52C1" w:rsidRPr="00A642E0" w:rsidRDefault="004B3CD4" w:rsidP="003C52C1">
            <w:pPr>
              <w:rPr>
                <w:rFonts w:cstheme="minorHAnsi"/>
                <w:b/>
                <w:i/>
                <w:smallCaps/>
                <w:color w:val="000000" w:themeColor="text1"/>
                <w:sz w:val="18"/>
                <w:szCs w:val="18"/>
              </w:rPr>
            </w:pPr>
            <w:r>
              <w:rPr>
                <w:rFonts w:cstheme="minorHAnsi"/>
                <w:b/>
                <w:i/>
                <w:smallCaps/>
                <w:color w:val="000000" w:themeColor="text1"/>
                <w:sz w:val="18"/>
                <w:szCs w:val="18"/>
              </w:rPr>
              <w:t>W</w:t>
            </w:r>
            <w:r w:rsidRPr="00A642E0">
              <w:rPr>
                <w:rFonts w:cstheme="minorHAnsi"/>
                <w:b/>
                <w:i/>
                <w:smallCaps/>
                <w:color w:val="000000" w:themeColor="text1"/>
                <w:sz w:val="18"/>
                <w:szCs w:val="18"/>
              </w:rPr>
              <w:t xml:space="preserve">spółczynniki </w:t>
            </w:r>
            <w:proofErr w:type="spellStart"/>
            <w:r w:rsidR="003C52C1" w:rsidRPr="00A642E0">
              <w:rPr>
                <w:rFonts w:cstheme="minorHAnsi"/>
                <w:b/>
                <w:i/>
                <w:smallCaps/>
                <w:color w:val="000000" w:themeColor="text1"/>
                <w:sz w:val="18"/>
                <w:szCs w:val="18"/>
              </w:rPr>
              <w:t>NPOiO</w:t>
            </w:r>
            <w:proofErr w:type="spellEnd"/>
            <w:r w:rsidR="003C52C1" w:rsidRPr="00A642E0">
              <w:rPr>
                <w:rFonts w:cstheme="minorHAnsi"/>
                <w:b/>
                <w:i/>
                <w:smallCaps/>
                <w:color w:val="000000" w:themeColor="text1"/>
                <w:sz w:val="18"/>
                <w:szCs w:val="18"/>
              </w:rPr>
              <w:t xml:space="preserve"> </w:t>
            </w:r>
            <w:r>
              <w:rPr>
                <w:rFonts w:cstheme="minorHAnsi"/>
                <w:b/>
                <w:i/>
                <w:smallCaps/>
                <w:color w:val="000000" w:themeColor="text1"/>
                <w:sz w:val="18"/>
                <w:szCs w:val="18"/>
              </w:rPr>
              <w:t>„</w:t>
            </w:r>
            <w:r w:rsidR="003C52C1" w:rsidRPr="00A642E0">
              <w:rPr>
                <w:rFonts w:cstheme="minorHAnsi"/>
                <w:b/>
                <w:i/>
                <w:smallCaps/>
                <w:color w:val="000000" w:themeColor="text1"/>
                <w:sz w:val="18"/>
                <w:szCs w:val="18"/>
              </w:rPr>
              <w:t>Tarcza Wschód</w:t>
            </w:r>
            <w:r>
              <w:rPr>
                <w:rFonts w:cstheme="minorHAnsi"/>
                <w:b/>
                <w:i/>
                <w:smallCaps/>
                <w:color w:val="000000" w:themeColor="text1"/>
                <w:sz w:val="18"/>
                <w:szCs w:val="18"/>
              </w:rPr>
              <w:t>”</w:t>
            </w: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Default="003C52C1"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8C65ED" w:rsidRDefault="008C65ED" w:rsidP="003C52C1">
            <w:pPr>
              <w:rPr>
                <w:rFonts w:cstheme="minorHAnsi"/>
                <w:b/>
                <w:i/>
                <w:smallCaps/>
                <w:color w:val="000000" w:themeColor="text1"/>
                <w:sz w:val="18"/>
                <w:szCs w:val="18"/>
              </w:rPr>
            </w:pPr>
          </w:p>
          <w:p w:rsidR="007B1144" w:rsidRDefault="007B1144" w:rsidP="003C52C1">
            <w:pPr>
              <w:rPr>
                <w:rFonts w:cstheme="minorHAnsi"/>
                <w:b/>
                <w:i/>
                <w:smallCaps/>
                <w:color w:val="000000" w:themeColor="text1"/>
                <w:sz w:val="18"/>
                <w:szCs w:val="18"/>
              </w:rPr>
            </w:pPr>
          </w:p>
          <w:p w:rsidR="007B1144" w:rsidRDefault="007B1144"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C73807" w:rsidRPr="00D73436" w:rsidRDefault="00C73807" w:rsidP="003C52C1">
            <w:pPr>
              <w:rPr>
                <w:rFonts w:cstheme="minorHAnsi"/>
                <w:b/>
                <w:i/>
                <w:smallCaps/>
                <w:color w:val="000000" w:themeColor="text1"/>
                <w:sz w:val="28"/>
                <w:szCs w:val="18"/>
              </w:rPr>
            </w:pPr>
          </w:p>
          <w:p w:rsidR="003C52C1" w:rsidRPr="00A642E0" w:rsidRDefault="003C52C1" w:rsidP="003C52C1">
            <w:pPr>
              <w:rPr>
                <w:rFonts w:cstheme="minorHAnsi"/>
                <w:b/>
                <w:i/>
                <w:smallCaps/>
                <w:color w:val="000000" w:themeColor="text1"/>
                <w:sz w:val="18"/>
                <w:szCs w:val="18"/>
              </w:rPr>
            </w:pPr>
            <w:r w:rsidRPr="00A642E0">
              <w:rPr>
                <w:rFonts w:cstheme="minorHAnsi"/>
                <w:b/>
                <w:i/>
                <w:smallCaps/>
                <w:color w:val="000000" w:themeColor="text1"/>
                <w:sz w:val="18"/>
                <w:szCs w:val="18"/>
              </w:rPr>
              <w:t>Algorytm podziału na województwa</w:t>
            </w: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p>
          <w:p w:rsidR="00697127" w:rsidRDefault="00697127" w:rsidP="003C52C1">
            <w:pPr>
              <w:rPr>
                <w:rFonts w:cstheme="minorHAnsi"/>
                <w:b/>
                <w:i/>
                <w:smallCaps/>
                <w:color w:val="000000" w:themeColor="text1"/>
                <w:sz w:val="18"/>
                <w:szCs w:val="18"/>
              </w:rPr>
            </w:pPr>
          </w:p>
          <w:p w:rsidR="003C52C1" w:rsidRPr="00A642E0" w:rsidRDefault="003C52C1" w:rsidP="003C52C1">
            <w:pPr>
              <w:rPr>
                <w:rFonts w:cstheme="minorHAnsi"/>
                <w:b/>
                <w:i/>
                <w:smallCaps/>
                <w:color w:val="000000" w:themeColor="text1"/>
                <w:sz w:val="18"/>
                <w:szCs w:val="18"/>
              </w:rPr>
            </w:pPr>
            <w:r w:rsidRPr="00A642E0">
              <w:rPr>
                <w:rFonts w:cstheme="minorHAnsi"/>
                <w:b/>
                <w:i/>
                <w:smallCaps/>
                <w:color w:val="000000" w:themeColor="text1"/>
                <w:sz w:val="18"/>
                <w:szCs w:val="18"/>
              </w:rPr>
              <w:t>Współczynnik Korygujący 2027</w:t>
            </w:r>
          </w:p>
          <w:p w:rsidR="0068369F" w:rsidRDefault="0068369F" w:rsidP="003C52C1">
            <w:pPr>
              <w:rPr>
                <w:rFonts w:cstheme="minorHAnsi"/>
                <w:b/>
                <w:i/>
                <w:smallCaps/>
                <w:color w:val="000000" w:themeColor="text1"/>
                <w:sz w:val="18"/>
                <w:szCs w:val="18"/>
              </w:rPr>
            </w:pPr>
          </w:p>
          <w:p w:rsidR="004A26B1" w:rsidRDefault="004A26B1" w:rsidP="003C52C1">
            <w:pPr>
              <w:rPr>
                <w:rFonts w:cstheme="minorHAnsi"/>
                <w:b/>
                <w:i/>
                <w:smallCaps/>
                <w:color w:val="000000" w:themeColor="text1"/>
                <w:sz w:val="18"/>
                <w:szCs w:val="18"/>
              </w:rPr>
            </w:pPr>
          </w:p>
          <w:p w:rsidR="004A26B1" w:rsidRDefault="004A26B1" w:rsidP="003C52C1">
            <w:pPr>
              <w:rPr>
                <w:rFonts w:cstheme="minorHAnsi"/>
                <w:b/>
                <w:i/>
                <w:smallCaps/>
                <w:color w:val="000000" w:themeColor="text1"/>
                <w:sz w:val="18"/>
                <w:szCs w:val="18"/>
              </w:rPr>
            </w:pPr>
          </w:p>
          <w:p w:rsidR="00B22394" w:rsidRPr="00A642E0" w:rsidRDefault="00486357" w:rsidP="003C52C1">
            <w:pPr>
              <w:rPr>
                <w:rFonts w:cstheme="minorHAnsi"/>
                <w:b/>
                <w:i/>
                <w:smallCaps/>
                <w:color w:val="000000" w:themeColor="text1"/>
                <w:sz w:val="18"/>
                <w:szCs w:val="18"/>
              </w:rPr>
            </w:pPr>
            <w:r w:rsidRPr="00A642E0">
              <w:rPr>
                <w:rFonts w:cstheme="minorHAnsi"/>
                <w:b/>
                <w:i/>
                <w:smallCaps/>
                <w:color w:val="000000" w:themeColor="text1"/>
                <w:sz w:val="18"/>
                <w:szCs w:val="18"/>
              </w:rPr>
              <w:t>p</w:t>
            </w:r>
            <w:r w:rsidR="00B22394" w:rsidRPr="00A642E0">
              <w:rPr>
                <w:rFonts w:cstheme="minorHAnsi"/>
                <w:b/>
                <w:i/>
                <w:smallCaps/>
                <w:color w:val="000000" w:themeColor="text1"/>
                <w:sz w:val="18"/>
                <w:szCs w:val="18"/>
              </w:rPr>
              <w:t>rzesunięcia środków pomiędzy obszarami</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973A6" w:rsidRPr="00A642E0" w:rsidRDefault="00B973A6" w:rsidP="003C52C1">
            <w:pPr>
              <w:rPr>
                <w:rFonts w:cstheme="minorHAnsi"/>
                <w:b/>
                <w:i/>
                <w:smallCaps/>
                <w:color w:val="000000" w:themeColor="text1"/>
                <w:sz w:val="18"/>
                <w:szCs w:val="18"/>
              </w:rPr>
            </w:pPr>
          </w:p>
          <w:p w:rsidR="004B3CD4" w:rsidRDefault="004B3CD4" w:rsidP="00A95177">
            <w:pPr>
              <w:rPr>
                <w:rFonts w:cstheme="minorHAnsi"/>
                <w:b/>
                <w:i/>
                <w:smallCaps/>
                <w:color w:val="000000" w:themeColor="text1"/>
                <w:sz w:val="18"/>
                <w:szCs w:val="18"/>
              </w:rPr>
            </w:pPr>
          </w:p>
          <w:p w:rsidR="004B3CD4" w:rsidRPr="00A642E0" w:rsidRDefault="004B3CD4" w:rsidP="00A95177">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B22394" w:rsidRPr="00A642E0" w:rsidRDefault="00486357" w:rsidP="003C52C1">
            <w:pPr>
              <w:rPr>
                <w:rFonts w:cstheme="minorHAnsi"/>
                <w:b/>
                <w:i/>
                <w:smallCaps/>
                <w:color w:val="000000" w:themeColor="text1"/>
                <w:sz w:val="18"/>
                <w:szCs w:val="18"/>
              </w:rPr>
            </w:pPr>
            <w:r w:rsidRPr="00A642E0">
              <w:rPr>
                <w:rFonts w:cstheme="minorHAnsi"/>
                <w:b/>
                <w:i/>
                <w:smallCaps/>
                <w:color w:val="000000" w:themeColor="text1"/>
                <w:sz w:val="18"/>
                <w:szCs w:val="18"/>
              </w:rPr>
              <w:t>z</w:t>
            </w:r>
            <w:r w:rsidR="00B22394" w:rsidRPr="00A642E0">
              <w:rPr>
                <w:rFonts w:cstheme="minorHAnsi"/>
                <w:b/>
                <w:i/>
                <w:smallCaps/>
                <w:color w:val="000000" w:themeColor="text1"/>
                <w:sz w:val="18"/>
                <w:szCs w:val="18"/>
              </w:rPr>
              <w:t>goda ministra właściwego do spraw wewnętrznych</w:t>
            </w:r>
          </w:p>
          <w:p w:rsidR="00B22394" w:rsidRPr="00A642E0" w:rsidRDefault="00B22394" w:rsidP="003C52C1">
            <w:pPr>
              <w:rPr>
                <w:rFonts w:cstheme="minorHAnsi"/>
                <w:b/>
                <w:i/>
                <w:smallCaps/>
                <w:color w:val="000000" w:themeColor="text1"/>
                <w:sz w:val="18"/>
                <w:szCs w:val="18"/>
              </w:rPr>
            </w:pPr>
          </w:p>
          <w:p w:rsidR="00B22394" w:rsidRPr="00A642E0" w:rsidRDefault="00486357" w:rsidP="003C52C1">
            <w:pPr>
              <w:rPr>
                <w:rFonts w:cstheme="minorHAnsi"/>
                <w:b/>
                <w:i/>
                <w:smallCaps/>
                <w:color w:val="000000" w:themeColor="text1"/>
                <w:sz w:val="18"/>
                <w:szCs w:val="18"/>
              </w:rPr>
            </w:pPr>
            <w:r w:rsidRPr="00A642E0">
              <w:rPr>
                <w:rFonts w:cstheme="minorHAnsi"/>
                <w:b/>
                <w:i/>
                <w:smallCaps/>
                <w:color w:val="000000" w:themeColor="text1"/>
                <w:sz w:val="18"/>
                <w:szCs w:val="18"/>
              </w:rPr>
              <w:t>w</w:t>
            </w:r>
            <w:r w:rsidR="00B22394" w:rsidRPr="00A642E0">
              <w:rPr>
                <w:rFonts w:cstheme="minorHAnsi"/>
                <w:b/>
                <w:i/>
                <w:smallCaps/>
                <w:color w:val="000000" w:themeColor="text1"/>
                <w:sz w:val="18"/>
                <w:szCs w:val="18"/>
              </w:rPr>
              <w:t>arunki dokonania przeniesienia</w:t>
            </w:r>
          </w:p>
          <w:p w:rsidR="00AF2BF6" w:rsidRPr="00A642E0" w:rsidRDefault="00AF2BF6" w:rsidP="003C52C1">
            <w:pPr>
              <w:rPr>
                <w:rFonts w:cstheme="minorHAnsi"/>
                <w:b/>
                <w:i/>
                <w:smallCaps/>
                <w:color w:val="000000" w:themeColor="text1"/>
                <w:sz w:val="18"/>
                <w:szCs w:val="18"/>
              </w:rPr>
            </w:pPr>
          </w:p>
          <w:p w:rsidR="004A26B1" w:rsidRDefault="004A26B1"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brak możliwości wydatkowania</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brak niezrealizowanych priorytetów</w:t>
            </w:r>
          </w:p>
          <w:p w:rsidR="00B22394" w:rsidRPr="00A642E0" w:rsidRDefault="00B22394" w:rsidP="003C52C1">
            <w:pPr>
              <w:rPr>
                <w:rFonts w:cstheme="minorHAnsi"/>
                <w:b/>
                <w:i/>
                <w:smallCaps/>
                <w:color w:val="000000" w:themeColor="text1"/>
                <w:sz w:val="18"/>
                <w:szCs w:val="18"/>
              </w:rPr>
            </w:pPr>
          </w:p>
          <w:p w:rsidR="006B2E75" w:rsidRDefault="006B2E75" w:rsidP="003C52C1">
            <w:pPr>
              <w:rPr>
                <w:rFonts w:cstheme="minorHAnsi"/>
                <w:b/>
                <w:i/>
                <w:smallCaps/>
                <w:color w:val="000000" w:themeColor="text1"/>
                <w:sz w:val="18"/>
                <w:szCs w:val="18"/>
              </w:rPr>
            </w:pPr>
          </w:p>
          <w:p w:rsidR="004A26B1" w:rsidRPr="00A642E0" w:rsidRDefault="004A26B1"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istotne potrzeby</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C73807" w:rsidRPr="00A642E0" w:rsidRDefault="00C73807" w:rsidP="003C52C1">
            <w:pPr>
              <w:rPr>
                <w:rFonts w:cstheme="minorHAnsi"/>
                <w:b/>
                <w:i/>
                <w:smallCaps/>
                <w:color w:val="000000" w:themeColor="text1"/>
                <w:sz w:val="18"/>
                <w:szCs w:val="18"/>
              </w:rPr>
            </w:pPr>
          </w:p>
          <w:p w:rsidR="00AF2BF6" w:rsidRDefault="00AF2BF6" w:rsidP="003C52C1">
            <w:pPr>
              <w:rPr>
                <w:rFonts w:cstheme="minorHAnsi"/>
                <w:b/>
                <w:i/>
                <w:smallCaps/>
                <w:color w:val="000000" w:themeColor="text1"/>
                <w:sz w:val="18"/>
                <w:szCs w:val="18"/>
              </w:rPr>
            </w:pPr>
          </w:p>
          <w:p w:rsidR="00AF2BF6" w:rsidRDefault="00AF2BF6" w:rsidP="003C52C1">
            <w:pPr>
              <w:rPr>
                <w:rFonts w:cstheme="minorHAnsi"/>
                <w:b/>
                <w:i/>
                <w:smallCaps/>
                <w:color w:val="000000" w:themeColor="text1"/>
                <w:sz w:val="18"/>
                <w:szCs w:val="18"/>
              </w:rPr>
            </w:pPr>
          </w:p>
          <w:p w:rsidR="00D73436" w:rsidRDefault="00D73436"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przenoszenie środków w części centralnej</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Default="00B22394" w:rsidP="003C52C1">
            <w:pPr>
              <w:rPr>
                <w:rFonts w:cstheme="minorHAnsi"/>
                <w:b/>
                <w:i/>
                <w:smallCaps/>
                <w:color w:val="000000" w:themeColor="text1"/>
                <w:sz w:val="18"/>
                <w:szCs w:val="18"/>
              </w:rPr>
            </w:pPr>
          </w:p>
          <w:p w:rsidR="00AF2BF6" w:rsidRPr="00A642E0" w:rsidRDefault="00AF2BF6" w:rsidP="003C52C1">
            <w:pPr>
              <w:rPr>
                <w:rFonts w:cstheme="minorHAnsi"/>
                <w:b/>
                <w:i/>
                <w:smallCaps/>
                <w:color w:val="000000" w:themeColor="text1"/>
                <w:sz w:val="18"/>
                <w:szCs w:val="18"/>
              </w:rPr>
            </w:pPr>
          </w:p>
          <w:p w:rsidR="004B3CD4" w:rsidRDefault="004B3CD4" w:rsidP="003C52C1">
            <w:pPr>
              <w:rPr>
                <w:rFonts w:cstheme="minorHAnsi"/>
                <w:b/>
                <w:i/>
                <w:smallCaps/>
                <w:color w:val="000000" w:themeColor="text1"/>
                <w:sz w:val="18"/>
                <w:szCs w:val="18"/>
              </w:rPr>
            </w:pPr>
          </w:p>
          <w:p w:rsidR="008B4700" w:rsidRDefault="008B4700" w:rsidP="003C52C1">
            <w:pPr>
              <w:rPr>
                <w:rFonts w:cstheme="minorHAnsi"/>
                <w:b/>
                <w:i/>
                <w:smallCaps/>
                <w:color w:val="000000" w:themeColor="text1"/>
                <w:sz w:val="18"/>
                <w:szCs w:val="18"/>
              </w:rPr>
            </w:pPr>
          </w:p>
          <w:p w:rsidR="00D73436" w:rsidRPr="00A642E0" w:rsidRDefault="00D73436" w:rsidP="003C52C1">
            <w:pPr>
              <w:rPr>
                <w:rFonts w:cstheme="minorHAnsi"/>
                <w:b/>
                <w:i/>
                <w:smallCaps/>
                <w:color w:val="000000" w:themeColor="text1"/>
                <w:sz w:val="18"/>
                <w:szCs w:val="18"/>
              </w:rPr>
            </w:pPr>
          </w:p>
          <w:p w:rsidR="00A6329B" w:rsidRDefault="00486357" w:rsidP="003C52C1">
            <w:pPr>
              <w:rPr>
                <w:rFonts w:cstheme="minorHAnsi"/>
                <w:b/>
                <w:i/>
                <w:smallCaps/>
                <w:color w:val="000000" w:themeColor="text1"/>
                <w:sz w:val="18"/>
                <w:szCs w:val="18"/>
              </w:rPr>
            </w:pPr>
            <w:r w:rsidRPr="00A642E0">
              <w:rPr>
                <w:rFonts w:cstheme="minorHAnsi"/>
                <w:b/>
                <w:i/>
                <w:smallCaps/>
                <w:color w:val="000000" w:themeColor="text1"/>
                <w:sz w:val="18"/>
                <w:szCs w:val="18"/>
              </w:rPr>
              <w:t>p</w:t>
            </w:r>
            <w:r w:rsidR="00B22394" w:rsidRPr="00A642E0">
              <w:rPr>
                <w:rFonts w:cstheme="minorHAnsi"/>
                <w:b/>
                <w:i/>
                <w:smallCaps/>
                <w:color w:val="000000" w:themeColor="text1"/>
                <w:sz w:val="18"/>
                <w:szCs w:val="18"/>
              </w:rPr>
              <w:t xml:space="preserve">rognozy środków finansowych na podstawie </w:t>
            </w: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wskaźników makro</w:t>
            </w:r>
            <w:r w:rsidR="000943EB">
              <w:rPr>
                <w:rFonts w:cstheme="minorHAnsi"/>
                <w:b/>
                <w:i/>
                <w:smallCaps/>
                <w:color w:val="000000" w:themeColor="text1"/>
                <w:sz w:val="18"/>
                <w:szCs w:val="18"/>
              </w:rPr>
              <w:t>-</w:t>
            </w:r>
            <w:r w:rsidRPr="00A642E0">
              <w:rPr>
                <w:rFonts w:cstheme="minorHAnsi"/>
                <w:b/>
                <w:i/>
                <w:smallCaps/>
                <w:color w:val="000000" w:themeColor="text1"/>
                <w:sz w:val="18"/>
                <w:szCs w:val="18"/>
              </w:rPr>
              <w:t xml:space="preserve">ekonomicznych </w:t>
            </w:r>
          </w:p>
          <w:p w:rsidR="007B1144" w:rsidRDefault="007B1144" w:rsidP="003C52C1">
            <w:pPr>
              <w:rPr>
                <w:rFonts w:cstheme="minorHAnsi"/>
                <w:b/>
                <w:i/>
                <w:smallCaps/>
                <w:color w:val="000000" w:themeColor="text1"/>
                <w:sz w:val="18"/>
                <w:szCs w:val="18"/>
              </w:rPr>
            </w:pPr>
          </w:p>
          <w:p w:rsidR="00D73436" w:rsidRPr="00D73436" w:rsidRDefault="00D73436" w:rsidP="003C52C1">
            <w:pPr>
              <w:rPr>
                <w:rFonts w:cstheme="minorHAnsi"/>
                <w:b/>
                <w:i/>
                <w:smallCaps/>
                <w:color w:val="000000" w:themeColor="text1"/>
                <w:sz w:val="8"/>
                <w:szCs w:val="18"/>
              </w:rPr>
            </w:pPr>
          </w:p>
          <w:p w:rsidR="008B4700" w:rsidRDefault="008B4700"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inwestycje budowlane o</w:t>
            </w:r>
            <w:r w:rsidR="000943EB">
              <w:rPr>
                <w:rFonts w:cstheme="minorHAnsi"/>
                <w:b/>
                <w:i/>
                <w:smallCaps/>
                <w:color w:val="000000" w:themeColor="text1"/>
                <w:sz w:val="18"/>
                <w:szCs w:val="18"/>
              </w:rPr>
              <w:t> </w:t>
            </w:r>
            <w:r w:rsidRPr="00A642E0">
              <w:rPr>
                <w:rFonts w:cstheme="minorHAnsi"/>
                <w:b/>
                <w:i/>
                <w:smallCaps/>
                <w:color w:val="000000" w:themeColor="text1"/>
                <w:sz w:val="18"/>
                <w:szCs w:val="18"/>
              </w:rPr>
              <w:t>charakterze wieloletnim</w:t>
            </w:r>
          </w:p>
          <w:p w:rsidR="00AF2BF6" w:rsidRPr="00A642E0" w:rsidRDefault="00AF2BF6"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 xml:space="preserve">wykaz inwestycji budowlanych </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C73807" w:rsidRDefault="00C73807" w:rsidP="003C52C1">
            <w:pPr>
              <w:rPr>
                <w:rFonts w:cstheme="minorHAnsi"/>
                <w:b/>
                <w:i/>
                <w:smallCaps/>
                <w:color w:val="000000" w:themeColor="text1"/>
                <w:sz w:val="18"/>
                <w:szCs w:val="18"/>
              </w:rPr>
            </w:pPr>
          </w:p>
          <w:p w:rsidR="000943EB" w:rsidRPr="00A642E0" w:rsidRDefault="000943EB" w:rsidP="003C52C1">
            <w:pPr>
              <w:rPr>
                <w:rFonts w:cstheme="minorHAnsi"/>
                <w:b/>
                <w:i/>
                <w:smallCaps/>
                <w:color w:val="000000" w:themeColor="text1"/>
                <w:sz w:val="18"/>
                <w:szCs w:val="18"/>
              </w:rPr>
            </w:pPr>
          </w:p>
          <w:p w:rsidR="00EC08CB" w:rsidRDefault="00EC08CB" w:rsidP="003C52C1">
            <w:pPr>
              <w:rPr>
                <w:rFonts w:cstheme="minorHAnsi"/>
                <w:b/>
                <w:i/>
                <w:smallCaps/>
                <w:color w:val="000000" w:themeColor="text1"/>
                <w:sz w:val="18"/>
                <w:szCs w:val="18"/>
              </w:rPr>
            </w:pPr>
          </w:p>
          <w:p w:rsidR="008154C8" w:rsidRDefault="008154C8" w:rsidP="003C52C1">
            <w:pPr>
              <w:rPr>
                <w:rFonts w:cstheme="minorHAnsi"/>
                <w:b/>
                <w:i/>
                <w:smallCaps/>
                <w:color w:val="000000" w:themeColor="text1"/>
                <w:sz w:val="18"/>
                <w:szCs w:val="18"/>
              </w:rPr>
            </w:pPr>
          </w:p>
          <w:p w:rsidR="00EC08CB" w:rsidRDefault="00EC08CB" w:rsidP="003C52C1">
            <w:pPr>
              <w:rPr>
                <w:rFonts w:cstheme="minorHAnsi"/>
                <w:b/>
                <w:i/>
                <w:smallCaps/>
                <w:color w:val="000000" w:themeColor="text1"/>
                <w:sz w:val="18"/>
                <w:szCs w:val="18"/>
              </w:rPr>
            </w:pPr>
          </w:p>
          <w:p w:rsidR="00EC08CB" w:rsidRDefault="00EC08CB" w:rsidP="003C52C1">
            <w:pPr>
              <w:rPr>
                <w:rFonts w:cstheme="minorHAnsi"/>
                <w:b/>
                <w:i/>
                <w:smallCaps/>
                <w:color w:val="000000" w:themeColor="text1"/>
                <w:sz w:val="18"/>
                <w:szCs w:val="18"/>
              </w:rPr>
            </w:pPr>
          </w:p>
          <w:p w:rsidR="00D73436" w:rsidRPr="00D73436" w:rsidRDefault="00D73436" w:rsidP="003C52C1">
            <w:pPr>
              <w:rPr>
                <w:rFonts w:cstheme="minorHAnsi"/>
                <w:b/>
                <w:i/>
                <w:smallCaps/>
                <w:color w:val="000000" w:themeColor="text1"/>
                <w:sz w:val="10"/>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limit wydatków na inwestycje wieloletnie</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termin wydatkowania</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sprawozdanie</w:t>
            </w:r>
          </w:p>
          <w:p w:rsidR="00B22394" w:rsidRPr="00A642E0" w:rsidRDefault="00B22394"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p>
          <w:p w:rsidR="00C73807" w:rsidRPr="00A642E0" w:rsidRDefault="00C73807" w:rsidP="003C52C1">
            <w:pPr>
              <w:rPr>
                <w:rFonts w:cstheme="minorHAnsi"/>
                <w:b/>
                <w:i/>
                <w:smallCaps/>
                <w:color w:val="000000" w:themeColor="text1"/>
                <w:sz w:val="18"/>
                <w:szCs w:val="18"/>
              </w:rPr>
            </w:pPr>
          </w:p>
          <w:p w:rsidR="00C73807" w:rsidRPr="00A642E0" w:rsidRDefault="00C73807" w:rsidP="003C52C1">
            <w:pPr>
              <w:rPr>
                <w:rFonts w:cstheme="minorHAnsi"/>
                <w:b/>
                <w:i/>
                <w:smallCaps/>
                <w:color w:val="000000" w:themeColor="text1"/>
                <w:sz w:val="18"/>
                <w:szCs w:val="18"/>
              </w:rPr>
            </w:pPr>
          </w:p>
          <w:p w:rsidR="00B22394" w:rsidRPr="00A642E0" w:rsidRDefault="00B22394" w:rsidP="003C52C1">
            <w:pPr>
              <w:rPr>
                <w:rFonts w:cstheme="minorHAnsi"/>
                <w:b/>
                <w:i/>
                <w:smallCaps/>
                <w:color w:val="000000" w:themeColor="text1"/>
                <w:sz w:val="18"/>
                <w:szCs w:val="18"/>
              </w:rPr>
            </w:pPr>
            <w:r w:rsidRPr="00A642E0">
              <w:rPr>
                <w:rFonts w:cstheme="minorHAnsi"/>
                <w:b/>
                <w:i/>
                <w:smallCaps/>
                <w:color w:val="000000" w:themeColor="text1"/>
                <w:sz w:val="18"/>
                <w:szCs w:val="18"/>
              </w:rPr>
              <w:t>środki finansowe z</w:t>
            </w:r>
            <w:r w:rsidR="00486357" w:rsidRPr="00A642E0">
              <w:rPr>
                <w:rFonts w:cstheme="minorHAnsi"/>
                <w:b/>
                <w:i/>
                <w:smallCaps/>
                <w:color w:val="000000" w:themeColor="text1"/>
                <w:sz w:val="18"/>
                <w:szCs w:val="18"/>
              </w:rPr>
              <w:t> </w:t>
            </w:r>
            <w:r w:rsidRPr="00A642E0">
              <w:rPr>
                <w:rFonts w:cstheme="minorHAnsi"/>
                <w:b/>
                <w:i/>
                <w:smallCaps/>
                <w:color w:val="000000" w:themeColor="text1"/>
                <w:sz w:val="18"/>
                <w:szCs w:val="18"/>
              </w:rPr>
              <w:t>innych źródeł</w:t>
            </w:r>
          </w:p>
          <w:p w:rsidR="00B22394" w:rsidRDefault="00B22394" w:rsidP="00486357">
            <w:pPr>
              <w:rPr>
                <w:rFonts w:cstheme="minorHAnsi"/>
                <w:b/>
                <w:i/>
                <w:smallCaps/>
                <w:color w:val="000000" w:themeColor="text1"/>
                <w:sz w:val="18"/>
                <w:szCs w:val="18"/>
              </w:rPr>
            </w:pPr>
            <w:r w:rsidRPr="00A642E0">
              <w:rPr>
                <w:rFonts w:cstheme="minorHAnsi"/>
                <w:b/>
                <w:i/>
                <w:smallCaps/>
                <w:color w:val="000000" w:themeColor="text1"/>
                <w:sz w:val="18"/>
                <w:szCs w:val="18"/>
              </w:rPr>
              <w:t>Fundusz Bezpieczeństwa i</w:t>
            </w:r>
            <w:r w:rsidR="00486357" w:rsidRPr="00A642E0">
              <w:rPr>
                <w:rFonts w:cstheme="minorHAnsi"/>
                <w:b/>
                <w:i/>
                <w:smallCaps/>
                <w:color w:val="000000" w:themeColor="text1"/>
                <w:sz w:val="18"/>
                <w:szCs w:val="18"/>
              </w:rPr>
              <w:t> </w:t>
            </w:r>
            <w:r w:rsidRPr="00A642E0">
              <w:rPr>
                <w:rFonts w:cstheme="minorHAnsi"/>
                <w:b/>
                <w:i/>
                <w:smallCaps/>
                <w:color w:val="000000" w:themeColor="text1"/>
                <w:sz w:val="18"/>
                <w:szCs w:val="18"/>
              </w:rPr>
              <w:t>Obronności</w:t>
            </w:r>
          </w:p>
          <w:p w:rsidR="00CB0C8E" w:rsidRDefault="00CB0C8E" w:rsidP="00486357">
            <w:pPr>
              <w:rPr>
                <w:rFonts w:cstheme="minorHAnsi"/>
                <w:b/>
                <w:i/>
                <w:smallCaps/>
                <w:color w:val="000000" w:themeColor="text1"/>
                <w:sz w:val="18"/>
                <w:szCs w:val="18"/>
              </w:rPr>
            </w:pPr>
          </w:p>
          <w:p w:rsidR="00CB0C8E" w:rsidRDefault="00CB0C8E" w:rsidP="00486357">
            <w:pPr>
              <w:rPr>
                <w:rFonts w:cstheme="minorHAnsi"/>
                <w:b/>
                <w:i/>
                <w:smallCaps/>
                <w:color w:val="000000" w:themeColor="text1"/>
                <w:sz w:val="18"/>
                <w:szCs w:val="18"/>
              </w:rPr>
            </w:pPr>
          </w:p>
          <w:p w:rsidR="00CB0C8E" w:rsidRPr="00A642E0" w:rsidRDefault="00CB0C8E" w:rsidP="00363086">
            <w:pPr>
              <w:rPr>
                <w:rFonts w:cstheme="minorHAnsi"/>
                <w:b/>
                <w:i/>
                <w:smallCaps/>
                <w:color w:val="000000" w:themeColor="text1"/>
                <w:sz w:val="18"/>
                <w:szCs w:val="18"/>
              </w:rPr>
            </w:pPr>
          </w:p>
        </w:tc>
      </w:tr>
      <w:tr w:rsidR="00704E95" w:rsidRPr="00704E95" w:rsidTr="00434AC4">
        <w:tc>
          <w:tcPr>
            <w:tcW w:w="7939" w:type="dxa"/>
          </w:tcPr>
          <w:p w:rsidR="000825C9" w:rsidRPr="00A95177" w:rsidRDefault="00A95177" w:rsidP="00C939FA">
            <w:pPr>
              <w:pStyle w:val="Nagwek2"/>
              <w:spacing w:line="276" w:lineRule="auto"/>
              <w:jc w:val="both"/>
              <w:outlineLvl w:val="1"/>
            </w:pPr>
            <w:bookmarkStart w:id="16" w:name="_Toc237252358"/>
            <w:r w:rsidRPr="00A95177">
              <w:lastRenderedPageBreak/>
              <w:t>Realizacja</w:t>
            </w:r>
            <w:r w:rsidR="000825C9" w:rsidRPr="00A95177">
              <w:t xml:space="preserve"> program</w:t>
            </w:r>
            <w:r w:rsidRPr="00A95177">
              <w:t>u</w:t>
            </w:r>
            <w:r w:rsidR="000825C9" w:rsidRPr="00A95177">
              <w:t xml:space="preserve"> ochrony ludności i obrony cywilnej</w:t>
            </w:r>
            <w:r w:rsidRPr="00A95177">
              <w:t xml:space="preserve"> w województwie</w:t>
            </w:r>
            <w:bookmarkEnd w:id="16"/>
          </w:p>
          <w:p w:rsidR="00C0238C" w:rsidRDefault="00C0238C" w:rsidP="00C939FA">
            <w:pPr>
              <w:spacing w:after="60" w:line="276" w:lineRule="auto"/>
              <w:jc w:val="both"/>
              <w:rPr>
                <w:rFonts w:cstheme="minorHAnsi"/>
                <w:sz w:val="24"/>
                <w:szCs w:val="24"/>
              </w:rPr>
            </w:pPr>
            <w:r>
              <w:rPr>
                <w:rFonts w:cstheme="minorHAnsi"/>
                <w:sz w:val="24"/>
                <w:szCs w:val="24"/>
              </w:rPr>
              <w:t xml:space="preserve">Zapewnienie realizacji Programu Ochrony Ludności i Obrony Cywilnej na poziomie województwa należy do wojewody jako terytorialnego organu ochrony ludności. </w:t>
            </w:r>
            <w:r w:rsidRPr="009D55AB">
              <w:rPr>
                <w:rFonts w:cstheme="minorHAnsi"/>
                <w:sz w:val="24"/>
                <w:szCs w:val="24"/>
              </w:rPr>
              <w:t xml:space="preserve">Wojewodowie </w:t>
            </w:r>
            <w:r>
              <w:rPr>
                <w:rFonts w:cstheme="minorHAnsi"/>
                <w:sz w:val="24"/>
                <w:szCs w:val="24"/>
              </w:rPr>
              <w:t>opracowują</w:t>
            </w:r>
            <w:r w:rsidRPr="009D55AB">
              <w:rPr>
                <w:rFonts w:cstheme="minorHAnsi"/>
                <w:sz w:val="24"/>
                <w:szCs w:val="24"/>
              </w:rPr>
              <w:t xml:space="preserve"> wojewódzkie plany wykonawcze Programu Och</w:t>
            </w:r>
            <w:r>
              <w:rPr>
                <w:rFonts w:cstheme="minorHAnsi"/>
                <w:sz w:val="24"/>
                <w:szCs w:val="24"/>
              </w:rPr>
              <w:t>rony Ludności i</w:t>
            </w:r>
            <w:r w:rsidR="003703DE">
              <w:rPr>
                <w:rFonts w:cstheme="minorHAnsi"/>
                <w:sz w:val="24"/>
                <w:szCs w:val="24"/>
              </w:rPr>
              <w:t> </w:t>
            </w:r>
            <w:r>
              <w:rPr>
                <w:rFonts w:cstheme="minorHAnsi"/>
                <w:sz w:val="24"/>
                <w:szCs w:val="24"/>
              </w:rPr>
              <w:t xml:space="preserve">Obrony Cywilnej. Wojewódzki plan wykonawczy powinien </w:t>
            </w:r>
            <w:r w:rsidR="00332DD0">
              <w:rPr>
                <w:rFonts w:cstheme="minorHAnsi"/>
                <w:sz w:val="24"/>
                <w:szCs w:val="24"/>
              </w:rPr>
              <w:t xml:space="preserve">być adekwatny do ram czasowych Programu, w tym </w:t>
            </w:r>
            <w:r>
              <w:rPr>
                <w:rFonts w:cstheme="minorHAnsi"/>
                <w:sz w:val="24"/>
                <w:szCs w:val="24"/>
              </w:rPr>
              <w:t>zawierać:</w:t>
            </w:r>
          </w:p>
          <w:p w:rsidR="00C0238C" w:rsidRPr="00485D2D" w:rsidRDefault="00C0238C" w:rsidP="003924EC">
            <w:pPr>
              <w:pStyle w:val="Akapitzlist"/>
              <w:numPr>
                <w:ilvl w:val="0"/>
                <w:numId w:val="24"/>
              </w:numPr>
              <w:spacing w:after="60" w:line="276" w:lineRule="auto"/>
              <w:contextualSpacing w:val="0"/>
              <w:jc w:val="both"/>
              <w:rPr>
                <w:rFonts w:cstheme="minorHAnsi"/>
                <w:sz w:val="24"/>
                <w:szCs w:val="24"/>
              </w:rPr>
            </w:pPr>
            <w:r w:rsidRPr="00485D2D">
              <w:rPr>
                <w:rFonts w:cstheme="minorHAnsi"/>
                <w:bCs/>
                <w:sz w:val="24"/>
                <w:szCs w:val="24"/>
              </w:rPr>
              <w:t>diagnozę zasobów</w:t>
            </w:r>
            <w:r w:rsidRPr="00485D2D">
              <w:rPr>
                <w:rFonts w:cstheme="minorHAnsi"/>
                <w:sz w:val="24"/>
                <w:szCs w:val="24"/>
              </w:rPr>
              <w:t xml:space="preserve"> i analizę potrzeb</w:t>
            </w:r>
            <w:r>
              <w:rPr>
                <w:rFonts w:cstheme="minorHAnsi"/>
                <w:sz w:val="24"/>
                <w:szCs w:val="24"/>
              </w:rPr>
              <w:t>;</w:t>
            </w:r>
          </w:p>
          <w:p w:rsidR="00C0238C" w:rsidRPr="00485D2D" w:rsidRDefault="00C0238C" w:rsidP="003924EC">
            <w:pPr>
              <w:pStyle w:val="Akapitzlist"/>
              <w:numPr>
                <w:ilvl w:val="0"/>
                <w:numId w:val="24"/>
              </w:numPr>
              <w:spacing w:after="60" w:line="276" w:lineRule="auto"/>
              <w:contextualSpacing w:val="0"/>
              <w:jc w:val="both"/>
              <w:rPr>
                <w:rFonts w:cstheme="minorHAnsi"/>
                <w:sz w:val="24"/>
                <w:szCs w:val="24"/>
              </w:rPr>
            </w:pPr>
            <w:r w:rsidRPr="00485D2D">
              <w:rPr>
                <w:rFonts w:cstheme="minorHAnsi"/>
                <w:sz w:val="24"/>
                <w:szCs w:val="24"/>
              </w:rPr>
              <w:t>zestawienie zadań i wykaz inwestycji, w tym wieloletnich</w:t>
            </w:r>
            <w:r w:rsidR="00B973A6">
              <w:rPr>
                <w:rFonts w:cstheme="minorHAnsi"/>
                <w:sz w:val="24"/>
                <w:szCs w:val="24"/>
              </w:rPr>
              <w:t xml:space="preserve"> na</w:t>
            </w:r>
            <w:r w:rsidRPr="00485D2D">
              <w:rPr>
                <w:rFonts w:cstheme="minorHAnsi"/>
                <w:sz w:val="24"/>
                <w:szCs w:val="24"/>
              </w:rPr>
              <w:t xml:space="preserve"> obszar</w:t>
            </w:r>
            <w:r w:rsidR="00B973A6">
              <w:rPr>
                <w:rFonts w:cstheme="minorHAnsi"/>
                <w:sz w:val="24"/>
                <w:szCs w:val="24"/>
              </w:rPr>
              <w:t>ze</w:t>
            </w:r>
            <w:r w:rsidRPr="00485D2D">
              <w:rPr>
                <w:rFonts w:cstheme="minorHAnsi"/>
                <w:sz w:val="24"/>
                <w:szCs w:val="24"/>
              </w:rPr>
              <w:t xml:space="preserve"> województwa;</w:t>
            </w:r>
          </w:p>
          <w:p w:rsidR="00C0238C" w:rsidRPr="00485D2D" w:rsidRDefault="00C0238C" w:rsidP="003924EC">
            <w:pPr>
              <w:pStyle w:val="Akapitzlist"/>
              <w:numPr>
                <w:ilvl w:val="0"/>
                <w:numId w:val="24"/>
              </w:numPr>
              <w:spacing w:after="60" w:line="276" w:lineRule="auto"/>
              <w:contextualSpacing w:val="0"/>
              <w:jc w:val="both"/>
              <w:rPr>
                <w:rFonts w:cstheme="minorHAnsi"/>
                <w:sz w:val="24"/>
                <w:szCs w:val="24"/>
              </w:rPr>
            </w:pPr>
            <w:r w:rsidRPr="00485D2D">
              <w:rPr>
                <w:rFonts w:cstheme="minorHAnsi"/>
                <w:sz w:val="24"/>
                <w:szCs w:val="24"/>
              </w:rPr>
              <w:t xml:space="preserve">plan geograficznej dyslokacji zasobów; </w:t>
            </w:r>
          </w:p>
          <w:p w:rsidR="002671F1" w:rsidRDefault="00C0238C" w:rsidP="003924EC">
            <w:pPr>
              <w:pStyle w:val="Akapitzlist"/>
              <w:numPr>
                <w:ilvl w:val="0"/>
                <w:numId w:val="24"/>
              </w:numPr>
              <w:spacing w:after="60" w:line="276" w:lineRule="auto"/>
              <w:contextualSpacing w:val="0"/>
              <w:jc w:val="both"/>
              <w:rPr>
                <w:rFonts w:cstheme="minorHAnsi"/>
                <w:sz w:val="24"/>
                <w:szCs w:val="24"/>
              </w:rPr>
            </w:pPr>
            <w:r w:rsidRPr="00485D2D">
              <w:rPr>
                <w:rFonts w:cstheme="minorHAnsi"/>
                <w:sz w:val="24"/>
                <w:szCs w:val="24"/>
              </w:rPr>
              <w:t>sposób i zasady podziału środków pomiędzy jednostki samorządu terytorialnego;</w:t>
            </w:r>
          </w:p>
          <w:p w:rsidR="002671F1" w:rsidRPr="00341C40" w:rsidRDefault="002671F1" w:rsidP="003924EC">
            <w:pPr>
              <w:pStyle w:val="Akapitzlist"/>
              <w:numPr>
                <w:ilvl w:val="0"/>
                <w:numId w:val="24"/>
              </w:numPr>
              <w:spacing w:after="60" w:line="276" w:lineRule="auto"/>
              <w:contextualSpacing w:val="0"/>
              <w:jc w:val="both"/>
              <w:rPr>
                <w:rFonts w:cstheme="minorHAnsi"/>
                <w:sz w:val="24"/>
                <w:szCs w:val="24"/>
              </w:rPr>
            </w:pPr>
            <w:r w:rsidRPr="00341C40">
              <w:rPr>
                <w:sz w:val="24"/>
                <w:szCs w:val="24"/>
              </w:rPr>
              <w:t>planowane rezultaty i zmiany zdolności w okresie realizacji planu, zgodnie z metodyką monitorowania Programu;</w:t>
            </w:r>
          </w:p>
          <w:p w:rsidR="00CD1F13" w:rsidRDefault="00C0238C" w:rsidP="003924EC">
            <w:pPr>
              <w:pStyle w:val="Akapitzlist"/>
              <w:numPr>
                <w:ilvl w:val="0"/>
                <w:numId w:val="24"/>
              </w:numPr>
              <w:spacing w:after="60" w:line="276" w:lineRule="auto"/>
              <w:contextualSpacing w:val="0"/>
              <w:jc w:val="both"/>
              <w:rPr>
                <w:rFonts w:cstheme="minorHAnsi"/>
                <w:sz w:val="24"/>
                <w:szCs w:val="24"/>
              </w:rPr>
            </w:pPr>
            <w:r w:rsidRPr="00485D2D">
              <w:rPr>
                <w:rFonts w:cstheme="minorHAnsi"/>
                <w:bCs/>
                <w:sz w:val="24"/>
                <w:szCs w:val="24"/>
              </w:rPr>
              <w:t>harmonogram realizacji</w:t>
            </w:r>
            <w:r w:rsidRPr="00485D2D">
              <w:rPr>
                <w:rFonts w:cstheme="minorHAnsi"/>
                <w:sz w:val="24"/>
                <w:szCs w:val="24"/>
              </w:rPr>
              <w:t xml:space="preserve"> zadań</w:t>
            </w:r>
            <w:r>
              <w:rPr>
                <w:rFonts w:cstheme="minorHAnsi"/>
                <w:sz w:val="24"/>
                <w:szCs w:val="24"/>
              </w:rPr>
              <w:t>.</w:t>
            </w:r>
          </w:p>
          <w:p w:rsidR="00363086" w:rsidRDefault="00363086" w:rsidP="00363086">
            <w:pPr>
              <w:spacing w:after="60" w:line="276" w:lineRule="auto"/>
              <w:jc w:val="both"/>
              <w:rPr>
                <w:rFonts w:cstheme="minorHAnsi"/>
                <w:sz w:val="24"/>
                <w:szCs w:val="24"/>
              </w:rPr>
            </w:pPr>
          </w:p>
          <w:p w:rsidR="00363086" w:rsidRPr="00363086" w:rsidRDefault="00363086" w:rsidP="00363086">
            <w:pPr>
              <w:spacing w:after="60" w:line="276" w:lineRule="auto"/>
              <w:jc w:val="both"/>
              <w:rPr>
                <w:rFonts w:cstheme="minorHAnsi"/>
                <w:sz w:val="24"/>
                <w:szCs w:val="24"/>
              </w:rPr>
            </w:pPr>
          </w:p>
          <w:p w:rsidR="00CF4196" w:rsidRPr="00432E92" w:rsidRDefault="00CF4196" w:rsidP="00432E92">
            <w:pPr>
              <w:spacing w:after="60" w:line="276" w:lineRule="auto"/>
              <w:jc w:val="both"/>
              <w:rPr>
                <w:rFonts w:cstheme="minorHAnsi"/>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CD1F13" w:rsidTr="00432E92">
              <w:tc>
                <w:tcPr>
                  <w:tcW w:w="7713" w:type="dxa"/>
                </w:tcPr>
                <w:p w:rsidR="00CD1F13" w:rsidRPr="00432E92" w:rsidRDefault="00CD1F13" w:rsidP="00432E92">
                  <w:pPr>
                    <w:spacing w:after="60" w:line="276" w:lineRule="auto"/>
                    <w:rPr>
                      <w:rFonts w:cstheme="minorHAnsi"/>
                      <w:sz w:val="20"/>
                      <w:szCs w:val="24"/>
                    </w:rPr>
                  </w:pPr>
                  <w:r>
                    <w:rPr>
                      <w:rFonts w:cstheme="minorHAnsi"/>
                      <w:b/>
                      <w:color w:val="0070C0"/>
                      <w:sz w:val="20"/>
                      <w:szCs w:val="24"/>
                    </w:rPr>
                    <w:lastRenderedPageBreak/>
                    <w:t>Rysunek 7</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 xml:space="preserve">Wojewódzkie plany wykonawcze </w:t>
                  </w:r>
                </w:p>
              </w:tc>
            </w:tr>
            <w:tr w:rsidR="00CD1F13" w:rsidTr="00432E92">
              <w:tc>
                <w:tcPr>
                  <w:tcW w:w="7713" w:type="dxa"/>
                </w:tcPr>
                <w:p w:rsidR="00CD1F13" w:rsidRDefault="00CD1F13" w:rsidP="00432E92">
                  <w:pPr>
                    <w:spacing w:after="60"/>
                    <w:jc w:val="both"/>
                    <w:rPr>
                      <w:rFonts w:cstheme="minorHAnsi"/>
                      <w:sz w:val="24"/>
                      <w:szCs w:val="24"/>
                    </w:rPr>
                  </w:pPr>
                  <w:r>
                    <w:rPr>
                      <w:rFonts w:cstheme="minorHAnsi"/>
                      <w:noProof/>
                      <w:sz w:val="24"/>
                      <w:szCs w:val="24"/>
                      <w:lang w:eastAsia="pl-PL"/>
                    </w:rPr>
                    <w:drawing>
                      <wp:inline distT="0" distB="0" distL="0" distR="0" wp14:anchorId="738C1543" wp14:editId="601895E3">
                        <wp:extent cx="4850296" cy="1584960"/>
                        <wp:effectExtent l="0" t="0" r="7620" b="0"/>
                        <wp:docPr id="194812369" name="Obraz 19481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7171" cy="1597010"/>
                                </a:xfrm>
                                <a:prstGeom prst="rect">
                                  <a:avLst/>
                                </a:prstGeom>
                                <a:noFill/>
                              </pic:spPr>
                            </pic:pic>
                          </a:graphicData>
                        </a:graphic>
                      </wp:inline>
                    </w:drawing>
                  </w:r>
                </w:p>
              </w:tc>
            </w:tr>
            <w:tr w:rsidR="00CD1F13" w:rsidTr="00432E92">
              <w:tc>
                <w:tcPr>
                  <w:tcW w:w="7713" w:type="dxa"/>
                </w:tcPr>
                <w:p w:rsidR="00CD1F13" w:rsidRPr="00432E92" w:rsidRDefault="00CD1F13" w:rsidP="00432E92">
                  <w:pPr>
                    <w:spacing w:after="60"/>
                    <w:jc w:val="both"/>
                    <w:rPr>
                      <w:rFonts w:cstheme="minorHAnsi"/>
                      <w:sz w:val="20"/>
                      <w:szCs w:val="24"/>
                    </w:rPr>
                  </w:pPr>
                  <w:r w:rsidRPr="00432E92">
                    <w:rPr>
                      <w:rFonts w:cstheme="minorHAnsi"/>
                      <w:sz w:val="20"/>
                      <w:szCs w:val="24"/>
                    </w:rPr>
                    <w:t>Źródło: opracowanie własne</w:t>
                  </w:r>
                </w:p>
              </w:tc>
            </w:tr>
          </w:tbl>
          <w:p w:rsidR="00CF4196" w:rsidRPr="00432E92" w:rsidRDefault="00CF4196" w:rsidP="00432E92">
            <w:pPr>
              <w:spacing w:after="60"/>
              <w:jc w:val="both"/>
              <w:rPr>
                <w:rFonts w:cstheme="minorHAnsi"/>
                <w:sz w:val="6"/>
                <w:szCs w:val="24"/>
              </w:rPr>
            </w:pPr>
          </w:p>
          <w:p w:rsidR="00C0238C" w:rsidRDefault="00C0238C" w:rsidP="00C939FA">
            <w:pPr>
              <w:spacing w:after="60" w:line="276" w:lineRule="auto"/>
              <w:jc w:val="both"/>
              <w:rPr>
                <w:rFonts w:cstheme="minorHAnsi"/>
                <w:sz w:val="24"/>
                <w:szCs w:val="24"/>
              </w:rPr>
            </w:pPr>
            <w:r w:rsidRPr="009D55AB">
              <w:rPr>
                <w:rFonts w:cstheme="minorHAnsi"/>
                <w:sz w:val="24"/>
                <w:szCs w:val="24"/>
              </w:rPr>
              <w:t xml:space="preserve">Plany wykonawcze Programu </w:t>
            </w:r>
            <w:r>
              <w:rPr>
                <w:rFonts w:cstheme="minorHAnsi"/>
                <w:sz w:val="24"/>
                <w:szCs w:val="24"/>
              </w:rPr>
              <w:t>muszą</w:t>
            </w:r>
            <w:r w:rsidRPr="009D55AB">
              <w:rPr>
                <w:rFonts w:cstheme="minorHAnsi"/>
                <w:sz w:val="24"/>
                <w:szCs w:val="24"/>
              </w:rPr>
              <w:t xml:space="preserve"> być poprzedzone analizą posiadanych zasobów oraz przeprowadzeniem analizy ryzyka</w:t>
            </w:r>
            <w:r>
              <w:rPr>
                <w:rFonts w:cstheme="minorHAnsi"/>
                <w:sz w:val="24"/>
                <w:szCs w:val="24"/>
              </w:rPr>
              <w:t>. W planie wykonawczym można wykorzystać analizę ryzyka opracowaną na potrzeby właściwych planów zarządzania kryzysowego. Plan wykonawczy może być zawarty w jednym lub w</w:t>
            </w:r>
            <w:r w:rsidR="003703DE">
              <w:rPr>
                <w:rFonts w:cstheme="minorHAnsi"/>
                <w:sz w:val="24"/>
                <w:szCs w:val="24"/>
              </w:rPr>
              <w:t> </w:t>
            </w:r>
            <w:r>
              <w:rPr>
                <w:rFonts w:cstheme="minorHAnsi"/>
                <w:sz w:val="24"/>
                <w:szCs w:val="24"/>
              </w:rPr>
              <w:t>kilku powiązanych ze sobą i spójnych dokumentach.</w:t>
            </w:r>
            <w:r w:rsidRPr="00485D2D">
              <w:rPr>
                <w:rFonts w:cstheme="minorHAnsi"/>
                <w:sz w:val="24"/>
                <w:szCs w:val="24"/>
              </w:rPr>
              <w:t xml:space="preserve"> </w:t>
            </w:r>
            <w:r w:rsidRPr="009D55AB">
              <w:rPr>
                <w:rFonts w:cstheme="minorHAnsi"/>
                <w:sz w:val="24"/>
                <w:szCs w:val="24"/>
              </w:rPr>
              <w:t>Wojewódzkie plany wykonawcze stanowi</w:t>
            </w:r>
            <w:r>
              <w:rPr>
                <w:rFonts w:cstheme="minorHAnsi"/>
                <w:sz w:val="24"/>
                <w:szCs w:val="24"/>
              </w:rPr>
              <w:t>ą</w:t>
            </w:r>
            <w:r w:rsidRPr="009D55AB">
              <w:rPr>
                <w:rFonts w:cstheme="minorHAnsi"/>
                <w:sz w:val="24"/>
                <w:szCs w:val="24"/>
              </w:rPr>
              <w:t xml:space="preserve"> podstawę realizacji inwestycji.</w:t>
            </w:r>
          </w:p>
          <w:p w:rsidR="00C0238C" w:rsidRDefault="00C0238C" w:rsidP="00C939FA">
            <w:pPr>
              <w:spacing w:after="60" w:line="276" w:lineRule="auto"/>
              <w:jc w:val="both"/>
              <w:rPr>
                <w:rFonts w:cstheme="minorHAnsi"/>
                <w:sz w:val="24"/>
                <w:szCs w:val="24"/>
              </w:rPr>
            </w:pPr>
            <w:r w:rsidRPr="009D55AB">
              <w:rPr>
                <w:rFonts w:cstheme="minorHAnsi"/>
                <w:sz w:val="24"/>
                <w:szCs w:val="24"/>
              </w:rPr>
              <w:t xml:space="preserve">Wskazane jest, aby plany wykonawcze Programu zostały opracowane również na szczeblu gmin, powiatów i samorządu województwa, w szczególności w przypadku realizacji istotnych inwestycji na obszarze danej jednostki samorządu terytorialnego. </w:t>
            </w:r>
            <w:r>
              <w:rPr>
                <w:rFonts w:cstheme="minorHAnsi"/>
                <w:sz w:val="24"/>
                <w:szCs w:val="24"/>
              </w:rPr>
              <w:t>Plany wykonawcze jednostek samorządu terytorialnego powinny z</w:t>
            </w:r>
            <w:r w:rsidR="00894E37">
              <w:rPr>
                <w:rFonts w:cstheme="minorHAnsi"/>
                <w:sz w:val="24"/>
                <w:szCs w:val="24"/>
              </w:rPr>
              <w:t>a</w:t>
            </w:r>
            <w:r>
              <w:rPr>
                <w:rFonts w:cstheme="minorHAnsi"/>
                <w:sz w:val="24"/>
                <w:szCs w:val="24"/>
              </w:rPr>
              <w:t>wierać w szczególności:</w:t>
            </w:r>
          </w:p>
          <w:p w:rsidR="00C0238C" w:rsidRDefault="00C0238C" w:rsidP="003924EC">
            <w:pPr>
              <w:pStyle w:val="Akapitzlist"/>
              <w:numPr>
                <w:ilvl w:val="0"/>
                <w:numId w:val="36"/>
              </w:numPr>
              <w:spacing w:after="60" w:line="276" w:lineRule="auto"/>
              <w:contextualSpacing w:val="0"/>
              <w:jc w:val="both"/>
              <w:rPr>
                <w:rFonts w:cstheme="minorHAnsi"/>
                <w:sz w:val="24"/>
                <w:szCs w:val="24"/>
              </w:rPr>
            </w:pPr>
            <w:r w:rsidRPr="00485D2D">
              <w:rPr>
                <w:rFonts w:cstheme="minorHAnsi"/>
                <w:bCs/>
                <w:sz w:val="24"/>
                <w:szCs w:val="24"/>
              </w:rPr>
              <w:t>diagnozę stanu wyjściowego zasobów</w:t>
            </w:r>
            <w:r w:rsidRPr="00485D2D">
              <w:rPr>
                <w:rFonts w:cstheme="minorHAnsi"/>
                <w:sz w:val="24"/>
                <w:szCs w:val="24"/>
              </w:rPr>
              <w:t xml:space="preserve"> i analizę potrzeb</w:t>
            </w:r>
            <w:r>
              <w:rPr>
                <w:rFonts w:cstheme="minorHAnsi"/>
                <w:sz w:val="24"/>
                <w:szCs w:val="24"/>
              </w:rPr>
              <w:t>;</w:t>
            </w:r>
          </w:p>
          <w:p w:rsidR="008D6689" w:rsidRPr="00485D2D" w:rsidRDefault="00B973A6" w:rsidP="003924EC">
            <w:pPr>
              <w:pStyle w:val="Akapitzlist"/>
              <w:numPr>
                <w:ilvl w:val="0"/>
                <w:numId w:val="36"/>
              </w:numPr>
              <w:spacing w:after="60" w:line="276" w:lineRule="auto"/>
              <w:contextualSpacing w:val="0"/>
              <w:jc w:val="both"/>
              <w:rPr>
                <w:rFonts w:cstheme="minorHAnsi"/>
                <w:sz w:val="24"/>
                <w:szCs w:val="24"/>
              </w:rPr>
            </w:pPr>
            <w:r>
              <w:rPr>
                <w:rFonts w:cstheme="minorHAnsi"/>
                <w:sz w:val="24"/>
                <w:szCs w:val="24"/>
              </w:rPr>
              <w:t xml:space="preserve">identyfikację </w:t>
            </w:r>
            <w:r w:rsidR="008D6689">
              <w:rPr>
                <w:rFonts w:cstheme="minorHAnsi"/>
                <w:sz w:val="24"/>
                <w:szCs w:val="24"/>
              </w:rPr>
              <w:t>zasobów społecznych;</w:t>
            </w:r>
          </w:p>
          <w:p w:rsidR="00C0238C" w:rsidRPr="00485D2D" w:rsidRDefault="00C0238C" w:rsidP="003924EC">
            <w:pPr>
              <w:pStyle w:val="Akapitzlist"/>
              <w:numPr>
                <w:ilvl w:val="0"/>
                <w:numId w:val="36"/>
              </w:numPr>
              <w:spacing w:after="60" w:line="276" w:lineRule="auto"/>
              <w:contextualSpacing w:val="0"/>
              <w:jc w:val="both"/>
              <w:rPr>
                <w:rFonts w:cstheme="minorHAnsi"/>
                <w:sz w:val="24"/>
                <w:szCs w:val="24"/>
              </w:rPr>
            </w:pPr>
            <w:r w:rsidRPr="00485D2D">
              <w:rPr>
                <w:rFonts w:cstheme="minorHAnsi"/>
                <w:sz w:val="24"/>
                <w:szCs w:val="24"/>
              </w:rPr>
              <w:t>wykaz inwestycji</w:t>
            </w:r>
            <w:r>
              <w:rPr>
                <w:rFonts w:cstheme="minorHAnsi"/>
                <w:sz w:val="24"/>
                <w:szCs w:val="24"/>
              </w:rPr>
              <w:t>;</w:t>
            </w:r>
          </w:p>
          <w:p w:rsidR="00C0238C" w:rsidRPr="00485D2D" w:rsidRDefault="00C0238C" w:rsidP="003924EC">
            <w:pPr>
              <w:pStyle w:val="Akapitzlist"/>
              <w:numPr>
                <w:ilvl w:val="0"/>
                <w:numId w:val="36"/>
              </w:numPr>
              <w:spacing w:after="60" w:line="276" w:lineRule="auto"/>
              <w:contextualSpacing w:val="0"/>
              <w:jc w:val="both"/>
              <w:rPr>
                <w:rFonts w:cstheme="minorHAnsi"/>
                <w:sz w:val="24"/>
                <w:szCs w:val="24"/>
              </w:rPr>
            </w:pPr>
            <w:r w:rsidRPr="00485D2D">
              <w:rPr>
                <w:rFonts w:cstheme="minorHAnsi"/>
                <w:sz w:val="24"/>
                <w:szCs w:val="24"/>
              </w:rPr>
              <w:t>plan geograficznej dyslokacji zasobów</w:t>
            </w:r>
            <w:r>
              <w:rPr>
                <w:rFonts w:cstheme="minorHAnsi"/>
                <w:sz w:val="24"/>
                <w:szCs w:val="24"/>
              </w:rPr>
              <w:t>, z uwzględnieniem współpracy z</w:t>
            </w:r>
            <w:r w:rsidR="003703DE">
              <w:rPr>
                <w:rFonts w:cstheme="minorHAnsi"/>
                <w:sz w:val="24"/>
                <w:szCs w:val="24"/>
              </w:rPr>
              <w:t> </w:t>
            </w:r>
            <w:r>
              <w:rPr>
                <w:rFonts w:cstheme="minorHAnsi"/>
                <w:sz w:val="24"/>
                <w:szCs w:val="24"/>
              </w:rPr>
              <w:t>innymi jednostkami samorządu terytorialnego</w:t>
            </w:r>
            <w:r w:rsidRPr="00485D2D">
              <w:rPr>
                <w:rFonts w:cstheme="minorHAnsi"/>
                <w:sz w:val="24"/>
                <w:szCs w:val="24"/>
              </w:rPr>
              <w:t xml:space="preserve">; </w:t>
            </w:r>
          </w:p>
          <w:p w:rsidR="00285737" w:rsidRPr="007C4D58" w:rsidRDefault="00C0238C" w:rsidP="003924EC">
            <w:pPr>
              <w:pStyle w:val="Akapitzlist"/>
              <w:numPr>
                <w:ilvl w:val="0"/>
                <w:numId w:val="36"/>
              </w:numPr>
              <w:spacing w:after="60" w:line="276" w:lineRule="auto"/>
              <w:contextualSpacing w:val="0"/>
              <w:jc w:val="both"/>
              <w:rPr>
                <w:rFonts w:cstheme="minorHAnsi"/>
                <w:sz w:val="24"/>
                <w:szCs w:val="24"/>
              </w:rPr>
            </w:pPr>
            <w:r w:rsidRPr="00485D2D">
              <w:rPr>
                <w:rFonts w:cstheme="minorHAnsi"/>
                <w:bCs/>
                <w:sz w:val="24"/>
                <w:szCs w:val="24"/>
              </w:rPr>
              <w:t>harmonogram realizacji</w:t>
            </w:r>
            <w:r w:rsidRPr="00485D2D">
              <w:rPr>
                <w:rFonts w:cstheme="minorHAnsi"/>
                <w:sz w:val="24"/>
                <w:szCs w:val="24"/>
              </w:rPr>
              <w:t xml:space="preserve"> zadań</w:t>
            </w:r>
            <w:r>
              <w:rPr>
                <w:rFonts w:cstheme="minorHAnsi"/>
                <w:sz w:val="24"/>
                <w:szCs w:val="24"/>
              </w:rPr>
              <w:t>.</w:t>
            </w:r>
          </w:p>
          <w:p w:rsidR="00C0238C" w:rsidRPr="009D55AB" w:rsidRDefault="00C0238C" w:rsidP="0035595A">
            <w:pPr>
              <w:spacing w:after="60" w:line="276" w:lineRule="auto"/>
              <w:jc w:val="both"/>
              <w:rPr>
                <w:rFonts w:cstheme="minorHAnsi"/>
                <w:sz w:val="24"/>
                <w:szCs w:val="24"/>
              </w:rPr>
            </w:pPr>
            <w:r w:rsidRPr="009D55AB">
              <w:rPr>
                <w:rFonts w:cstheme="minorHAnsi"/>
                <w:sz w:val="24"/>
                <w:szCs w:val="24"/>
              </w:rPr>
              <w:t>Powiaty powinny wspierać szczebel gminny w dokonaniu oceny ryzyka niezbędnej do planowania inwestycji.</w:t>
            </w:r>
          </w:p>
          <w:p w:rsidR="00C0238C" w:rsidRDefault="00C0238C" w:rsidP="0035595A">
            <w:pPr>
              <w:spacing w:after="60" w:line="276" w:lineRule="auto"/>
              <w:jc w:val="both"/>
            </w:pPr>
            <w:r w:rsidRPr="009D55AB">
              <w:rPr>
                <w:rFonts w:cstheme="minorHAnsi"/>
                <w:sz w:val="24"/>
                <w:szCs w:val="24"/>
              </w:rPr>
              <w:t>Minister Spraw Wewnętrznych i Administracji może dokonywać przeglądu planów wykonawczych wojewodów, w trybie art. 58 ustawy z dnia 5 grudnia 2024 r. o ochronie ludności i obronie cywilnej, zalecając stosownie do potrzeb ich korektę, w szczególności w celu zapewnienia efektywnego tworzenia zasobów systemu ochrony ludności, w tym ich lokalizacji na obszarze kraju.</w:t>
            </w:r>
            <w:r w:rsidRPr="00871B2D">
              <w:rPr>
                <w:rFonts w:cstheme="minorHAnsi"/>
                <w:sz w:val="24"/>
                <w:szCs w:val="24"/>
              </w:rPr>
              <w:t xml:space="preserve"> </w:t>
            </w:r>
            <w:r w:rsidRPr="00397E87">
              <w:rPr>
                <w:rFonts w:cstheme="minorHAnsi"/>
                <w:sz w:val="24"/>
                <w:szCs w:val="24"/>
              </w:rPr>
              <w:t xml:space="preserve"> </w:t>
            </w:r>
          </w:p>
          <w:p w:rsidR="002671F1" w:rsidRPr="007B6529" w:rsidRDefault="002671F1" w:rsidP="0035595A">
            <w:pPr>
              <w:spacing w:after="60" w:line="276" w:lineRule="auto"/>
              <w:jc w:val="both"/>
              <w:rPr>
                <w:sz w:val="24"/>
                <w:szCs w:val="24"/>
              </w:rPr>
            </w:pPr>
            <w:r w:rsidRPr="007B6529">
              <w:rPr>
                <w:sz w:val="24"/>
                <w:szCs w:val="24"/>
              </w:rPr>
              <w:t xml:space="preserve">Wojewoda dokonuje podziału środków z części wojewódzkiej pomiędzy jednostki samorządu terytorialnego. Podział ten odbywa się na podstawie lokalnych ocen ryzyka, uwzględnionych w planach zarządzania kryzysowego oraz zidentyfikowanych potrzeb inwestycyjnych. Przy podziale środków nie jest dopuszczalne stosowanie wyłącznie kryterium ludnościowego. Ponieważ każda jednostka samorządu terytorialnego </w:t>
            </w:r>
            <w:r w:rsidR="009779F8">
              <w:rPr>
                <w:sz w:val="24"/>
                <w:szCs w:val="24"/>
              </w:rPr>
              <w:t>wykonuje</w:t>
            </w:r>
            <w:r w:rsidRPr="007B6529">
              <w:rPr>
                <w:sz w:val="24"/>
                <w:szCs w:val="24"/>
              </w:rPr>
              <w:t xml:space="preserve"> zadania ochrony ludności </w:t>
            </w:r>
            <w:r w:rsidRPr="007B6529">
              <w:rPr>
                <w:sz w:val="24"/>
                <w:szCs w:val="24"/>
              </w:rPr>
              <w:lastRenderedPageBreak/>
              <w:t>i</w:t>
            </w:r>
            <w:r w:rsidR="00E02902">
              <w:rPr>
                <w:sz w:val="24"/>
                <w:szCs w:val="24"/>
              </w:rPr>
              <w:t> </w:t>
            </w:r>
            <w:r w:rsidRPr="007B6529">
              <w:rPr>
                <w:sz w:val="24"/>
                <w:szCs w:val="24"/>
              </w:rPr>
              <w:t>obrony cywilnej, wymagane jest, aby w danym roku każda jednostka samorządu terytorialnego otrzymała środki finansowe, w celu realizacji podstawowego zakresu zadań, chyba że poinformuje wojewodę o braku zapotrzebowania na takie środki.</w:t>
            </w:r>
          </w:p>
          <w:p w:rsidR="00C0238C" w:rsidRDefault="00C0238C" w:rsidP="0035595A">
            <w:pPr>
              <w:spacing w:after="60" w:line="276" w:lineRule="auto"/>
              <w:jc w:val="both"/>
              <w:rPr>
                <w:rFonts w:cstheme="minorHAnsi"/>
                <w:sz w:val="24"/>
                <w:szCs w:val="24"/>
              </w:rPr>
            </w:pPr>
            <w:r>
              <w:rPr>
                <w:rFonts w:cstheme="minorHAnsi"/>
                <w:sz w:val="24"/>
                <w:szCs w:val="24"/>
              </w:rPr>
              <w:t>P</w:t>
            </w:r>
            <w:r w:rsidRPr="009D55AB">
              <w:rPr>
                <w:rFonts w:cstheme="minorHAnsi"/>
                <w:sz w:val="24"/>
                <w:szCs w:val="24"/>
              </w:rPr>
              <w:t xml:space="preserve">rzed rozpoczęciem procedury przyjmowania wniosków  </w:t>
            </w:r>
            <w:r>
              <w:rPr>
                <w:rFonts w:cstheme="minorHAnsi"/>
                <w:sz w:val="24"/>
                <w:szCs w:val="24"/>
              </w:rPr>
              <w:t xml:space="preserve">wojewoda </w:t>
            </w:r>
            <w:r w:rsidRPr="009D55AB">
              <w:rPr>
                <w:rFonts w:cstheme="minorHAnsi"/>
                <w:sz w:val="24"/>
                <w:szCs w:val="24"/>
              </w:rPr>
              <w:t>opracowuje w jednym dokumencie i przekazuje jednostkom samorządu terytorialnego przejrzyste zasady podziału środków,</w:t>
            </w:r>
            <w:r>
              <w:rPr>
                <w:rFonts w:cstheme="minorHAnsi"/>
                <w:sz w:val="24"/>
                <w:szCs w:val="24"/>
              </w:rPr>
              <w:t xml:space="preserve"> zawierające:</w:t>
            </w:r>
            <w:r w:rsidRPr="009D55AB">
              <w:rPr>
                <w:rFonts w:cstheme="minorHAnsi"/>
                <w:sz w:val="24"/>
                <w:szCs w:val="24"/>
              </w:rPr>
              <w:t xml:space="preserve"> </w:t>
            </w:r>
          </w:p>
          <w:p w:rsidR="00C0238C" w:rsidRPr="00A34B54" w:rsidRDefault="00C0238C" w:rsidP="003924EC">
            <w:pPr>
              <w:pStyle w:val="Akapitzlist"/>
              <w:numPr>
                <w:ilvl w:val="0"/>
                <w:numId w:val="37"/>
              </w:numPr>
              <w:spacing w:after="60" w:line="276" w:lineRule="auto"/>
              <w:contextualSpacing w:val="0"/>
              <w:jc w:val="both"/>
              <w:rPr>
                <w:rFonts w:cstheme="minorHAnsi"/>
                <w:sz w:val="24"/>
                <w:szCs w:val="24"/>
              </w:rPr>
            </w:pPr>
            <w:r w:rsidRPr="00A34B54">
              <w:rPr>
                <w:rFonts w:cstheme="minorHAnsi"/>
                <w:sz w:val="24"/>
                <w:szCs w:val="24"/>
              </w:rPr>
              <w:t xml:space="preserve">przyjęte kryteria podziału; </w:t>
            </w:r>
          </w:p>
          <w:p w:rsidR="00C0238C" w:rsidRPr="00A34B54" w:rsidRDefault="00C0238C" w:rsidP="003924EC">
            <w:pPr>
              <w:pStyle w:val="Akapitzlist"/>
              <w:numPr>
                <w:ilvl w:val="0"/>
                <w:numId w:val="37"/>
              </w:numPr>
              <w:spacing w:after="60" w:line="276" w:lineRule="auto"/>
              <w:contextualSpacing w:val="0"/>
              <w:jc w:val="both"/>
              <w:rPr>
                <w:rFonts w:cstheme="minorHAnsi"/>
                <w:sz w:val="24"/>
                <w:szCs w:val="24"/>
              </w:rPr>
            </w:pPr>
            <w:r w:rsidRPr="00A34B54">
              <w:rPr>
                <w:rFonts w:cstheme="minorHAnsi"/>
                <w:sz w:val="24"/>
                <w:szCs w:val="24"/>
              </w:rPr>
              <w:t>terminy wnioskowania o środki;</w:t>
            </w:r>
          </w:p>
          <w:p w:rsidR="00C0238C" w:rsidRPr="00A34B54" w:rsidRDefault="00C0238C" w:rsidP="003924EC">
            <w:pPr>
              <w:pStyle w:val="Akapitzlist"/>
              <w:numPr>
                <w:ilvl w:val="0"/>
                <w:numId w:val="37"/>
              </w:numPr>
              <w:spacing w:after="60" w:line="276" w:lineRule="auto"/>
              <w:contextualSpacing w:val="0"/>
              <w:jc w:val="both"/>
              <w:rPr>
                <w:rFonts w:cstheme="minorHAnsi"/>
                <w:sz w:val="24"/>
                <w:szCs w:val="24"/>
              </w:rPr>
            </w:pPr>
            <w:r w:rsidRPr="00A34B54">
              <w:rPr>
                <w:rFonts w:cstheme="minorHAnsi"/>
                <w:sz w:val="24"/>
                <w:szCs w:val="24"/>
              </w:rPr>
              <w:t>tryb wnioskowania o środki.</w:t>
            </w:r>
          </w:p>
          <w:p w:rsidR="00310E0B" w:rsidRDefault="00C0238C" w:rsidP="0035595A">
            <w:pPr>
              <w:spacing w:after="60" w:line="276" w:lineRule="auto"/>
              <w:jc w:val="both"/>
              <w:rPr>
                <w:rFonts w:cstheme="minorHAnsi"/>
                <w:sz w:val="24"/>
                <w:szCs w:val="24"/>
              </w:rPr>
            </w:pPr>
            <w:r w:rsidRPr="009D55AB">
              <w:rPr>
                <w:rFonts w:cstheme="minorHAnsi"/>
                <w:sz w:val="24"/>
                <w:szCs w:val="24"/>
              </w:rPr>
              <w:t>Maksymalny poziom wkładu własnego, który może być wymagany przez wojewodę od jednostki samorządu terytorialnego wynosi 20% wartości inwestycji. W uzasadnionych przypadkach maksymalny wymagany poziom wkładu własnego może zostać zwiększony.</w:t>
            </w:r>
            <w:r w:rsidR="00310E0B">
              <w:rPr>
                <w:rFonts w:cstheme="minorHAnsi"/>
                <w:sz w:val="24"/>
                <w:szCs w:val="24"/>
              </w:rPr>
              <w:t xml:space="preserve"> </w:t>
            </w:r>
          </w:p>
          <w:p w:rsidR="00C0238C" w:rsidRDefault="00C3266C" w:rsidP="0035595A">
            <w:pPr>
              <w:spacing w:after="60" w:line="276" w:lineRule="auto"/>
              <w:jc w:val="both"/>
              <w:rPr>
                <w:rFonts w:cstheme="minorHAnsi"/>
                <w:sz w:val="24"/>
                <w:szCs w:val="24"/>
              </w:rPr>
            </w:pPr>
            <w:r>
              <w:rPr>
                <w:rFonts w:cstheme="minorHAnsi"/>
                <w:sz w:val="24"/>
                <w:szCs w:val="24"/>
              </w:rPr>
              <w:t>Modernizacja istniejących budowli ochronnych sprawdzonych</w:t>
            </w:r>
            <w:r w:rsidR="00310E0B">
              <w:rPr>
                <w:rFonts w:cstheme="minorHAnsi"/>
                <w:sz w:val="24"/>
                <w:szCs w:val="24"/>
              </w:rPr>
              <w:t xml:space="preserve"> przez Państwową Straż Pożarną i Inspekcję Nadzoru Budowlanego</w:t>
            </w:r>
            <w:r>
              <w:rPr>
                <w:rFonts w:cstheme="minorHAnsi"/>
                <w:sz w:val="24"/>
                <w:szCs w:val="24"/>
              </w:rPr>
              <w:t xml:space="preserve"> powinn</w:t>
            </w:r>
            <w:r w:rsidR="002671F1">
              <w:rPr>
                <w:rFonts w:cstheme="minorHAnsi"/>
                <w:sz w:val="24"/>
                <w:szCs w:val="24"/>
              </w:rPr>
              <w:t>a</w:t>
            </w:r>
            <w:r>
              <w:rPr>
                <w:rFonts w:cstheme="minorHAnsi"/>
                <w:sz w:val="24"/>
                <w:szCs w:val="24"/>
              </w:rPr>
              <w:t xml:space="preserve"> być traktowan</w:t>
            </w:r>
            <w:r w:rsidR="002671F1">
              <w:rPr>
                <w:rFonts w:cstheme="minorHAnsi"/>
                <w:sz w:val="24"/>
                <w:szCs w:val="24"/>
              </w:rPr>
              <w:t>a</w:t>
            </w:r>
            <w:r>
              <w:rPr>
                <w:rFonts w:cstheme="minorHAnsi"/>
                <w:sz w:val="24"/>
                <w:szCs w:val="24"/>
              </w:rPr>
              <w:t xml:space="preserve"> w</w:t>
            </w:r>
            <w:r w:rsidR="003267AC">
              <w:rPr>
                <w:rFonts w:cstheme="minorHAnsi"/>
                <w:sz w:val="24"/>
                <w:szCs w:val="24"/>
              </w:rPr>
              <w:t> </w:t>
            </w:r>
            <w:r>
              <w:rPr>
                <w:rFonts w:cstheme="minorHAnsi"/>
                <w:sz w:val="24"/>
                <w:szCs w:val="24"/>
              </w:rPr>
              <w:t>sposób priorytetowy.</w:t>
            </w:r>
            <w:r w:rsidR="003267AC">
              <w:rPr>
                <w:rFonts w:cstheme="minorHAnsi"/>
                <w:sz w:val="24"/>
                <w:szCs w:val="24"/>
              </w:rPr>
              <w:t xml:space="preserve"> Dofinansowanie może wynosić do 100% kosztów inwestycji.</w:t>
            </w:r>
            <w:r>
              <w:rPr>
                <w:rFonts w:cstheme="minorHAnsi"/>
                <w:sz w:val="24"/>
                <w:szCs w:val="24"/>
              </w:rPr>
              <w:t xml:space="preserve"> </w:t>
            </w:r>
          </w:p>
          <w:p w:rsidR="00C0238C" w:rsidRDefault="00C0238C" w:rsidP="0035595A">
            <w:pPr>
              <w:spacing w:after="60" w:line="276" w:lineRule="auto"/>
              <w:jc w:val="both"/>
              <w:rPr>
                <w:rFonts w:cstheme="minorHAnsi"/>
                <w:sz w:val="24"/>
                <w:szCs w:val="24"/>
              </w:rPr>
            </w:pPr>
            <w:r w:rsidRPr="009D55AB">
              <w:rPr>
                <w:rFonts w:cstheme="minorHAnsi"/>
                <w:sz w:val="24"/>
                <w:szCs w:val="24"/>
              </w:rPr>
              <w:t>Aby zapewnić skuteczne i realne możliwości finansowania zadań przez jednostki samorządu terytorialnego wojewoda powinien przekazać nie mniej niż 90% środków z części wojewódzkiej do jednostek samorządu terytorialnego. W</w:t>
            </w:r>
            <w:r w:rsidR="003703DE">
              <w:rPr>
                <w:rFonts w:cstheme="minorHAnsi"/>
                <w:sz w:val="24"/>
                <w:szCs w:val="24"/>
              </w:rPr>
              <w:t> </w:t>
            </w:r>
            <w:r w:rsidRPr="009D55AB">
              <w:rPr>
                <w:rFonts w:cstheme="minorHAnsi"/>
                <w:sz w:val="24"/>
                <w:szCs w:val="24"/>
              </w:rPr>
              <w:t>przypadku wystąpienia okoliczności uniemożliwiających racjonalne wykorzystanie środków przez daną jednostkę samorządu terytorialnego można je przesunąć do innych jednostek samorządu terytorialnego. W</w:t>
            </w:r>
            <w:r>
              <w:rPr>
                <w:rFonts w:cstheme="minorHAnsi"/>
                <w:sz w:val="24"/>
                <w:szCs w:val="24"/>
              </w:rPr>
              <w:t> </w:t>
            </w:r>
            <w:r w:rsidRPr="009D55AB">
              <w:rPr>
                <w:rFonts w:cstheme="minorHAnsi"/>
                <w:sz w:val="24"/>
                <w:szCs w:val="24"/>
              </w:rPr>
              <w:t>przypadku gdy jednostki samorządu terytorialnego z obiektywnych przyczyn nie są w stanie wykorzystać limitu 90% środków części wojewódzkiej, priorytetem jest pełne wykorzystanie środków w danym roku budżetowym i może być ono dokonane przez wojewodę. Środki stanowiące dotację dla jednostki samorządu terytorialnego powinny być przekazywane w</w:t>
            </w:r>
            <w:r>
              <w:rPr>
                <w:rFonts w:cstheme="minorHAnsi"/>
                <w:sz w:val="24"/>
                <w:szCs w:val="24"/>
              </w:rPr>
              <w:t> </w:t>
            </w:r>
            <w:r w:rsidRPr="009D55AB">
              <w:rPr>
                <w:rFonts w:cstheme="minorHAnsi"/>
                <w:sz w:val="24"/>
                <w:szCs w:val="24"/>
              </w:rPr>
              <w:t>terminie wynikającym z realizacji dotowanego zadania.</w:t>
            </w:r>
          </w:p>
          <w:p w:rsidR="00C0238C" w:rsidRDefault="00C0238C" w:rsidP="0035595A">
            <w:pPr>
              <w:spacing w:after="60" w:line="276" w:lineRule="auto"/>
              <w:jc w:val="both"/>
              <w:rPr>
                <w:rFonts w:cstheme="minorHAnsi"/>
                <w:sz w:val="24"/>
                <w:szCs w:val="24"/>
              </w:rPr>
            </w:pPr>
            <w:r w:rsidRPr="009D55AB">
              <w:rPr>
                <w:rFonts w:cstheme="minorHAnsi"/>
                <w:sz w:val="24"/>
                <w:szCs w:val="24"/>
              </w:rPr>
              <w:t>Co najmniej 75 % środków przyznanych w ramach limitów wojewódzkich w</w:t>
            </w:r>
            <w:r w:rsidR="00E02902">
              <w:rPr>
                <w:rFonts w:cstheme="minorHAnsi"/>
                <w:sz w:val="24"/>
                <w:szCs w:val="24"/>
              </w:rPr>
              <w:t> </w:t>
            </w:r>
            <w:r w:rsidRPr="009D55AB">
              <w:rPr>
                <w:rFonts w:cstheme="minorHAnsi"/>
                <w:sz w:val="24"/>
                <w:szCs w:val="24"/>
              </w:rPr>
              <w:t>obszarze 3 należy przeznaczyć na realizację zadań o charakterze obronnym wynikających z ustawy z dnia 5 grudnia 2024 r. o ochronie ludności i obronie cywilnej, realizowanych przez</w:t>
            </w:r>
            <w:r>
              <w:rPr>
                <w:rFonts w:cstheme="minorHAnsi"/>
                <w:sz w:val="24"/>
                <w:szCs w:val="24"/>
              </w:rPr>
              <w:t>:</w:t>
            </w:r>
          </w:p>
          <w:p w:rsidR="00C0238C" w:rsidRPr="00C04C24" w:rsidRDefault="00C0238C" w:rsidP="003924EC">
            <w:pPr>
              <w:pStyle w:val="Akapitzlist"/>
              <w:numPr>
                <w:ilvl w:val="0"/>
                <w:numId w:val="38"/>
              </w:numPr>
              <w:spacing w:after="60" w:line="276" w:lineRule="auto"/>
              <w:contextualSpacing w:val="0"/>
              <w:jc w:val="both"/>
              <w:rPr>
                <w:rFonts w:cstheme="minorHAnsi"/>
                <w:sz w:val="24"/>
                <w:szCs w:val="24"/>
              </w:rPr>
            </w:pPr>
            <w:r w:rsidRPr="00C04C24">
              <w:rPr>
                <w:rFonts w:cstheme="minorHAnsi"/>
                <w:sz w:val="24"/>
                <w:szCs w:val="24"/>
              </w:rPr>
              <w:t>jednostki organizacyjne Państwowej Straży Pożarnej;</w:t>
            </w:r>
          </w:p>
          <w:p w:rsidR="00C0238C" w:rsidRPr="00C04C24" w:rsidRDefault="00C0238C" w:rsidP="003924EC">
            <w:pPr>
              <w:pStyle w:val="Akapitzlist"/>
              <w:numPr>
                <w:ilvl w:val="0"/>
                <w:numId w:val="38"/>
              </w:numPr>
              <w:spacing w:after="60" w:line="276" w:lineRule="auto"/>
              <w:contextualSpacing w:val="0"/>
              <w:jc w:val="both"/>
              <w:rPr>
                <w:rFonts w:cstheme="minorHAnsi"/>
                <w:sz w:val="24"/>
                <w:szCs w:val="24"/>
              </w:rPr>
            </w:pPr>
            <w:r w:rsidRPr="00C04C24">
              <w:rPr>
                <w:rFonts w:cstheme="minorHAnsi"/>
                <w:sz w:val="24"/>
                <w:szCs w:val="24"/>
              </w:rPr>
              <w:t>ochotnicz</w:t>
            </w:r>
            <w:r w:rsidR="00B35399">
              <w:rPr>
                <w:rFonts w:cstheme="minorHAnsi"/>
                <w:sz w:val="24"/>
                <w:szCs w:val="24"/>
              </w:rPr>
              <w:t>e</w:t>
            </w:r>
            <w:r w:rsidRPr="00C04C24">
              <w:rPr>
                <w:rFonts w:cstheme="minorHAnsi"/>
                <w:sz w:val="24"/>
                <w:szCs w:val="24"/>
              </w:rPr>
              <w:t xml:space="preserve"> straż</w:t>
            </w:r>
            <w:r w:rsidR="00B35399">
              <w:rPr>
                <w:rFonts w:cstheme="minorHAnsi"/>
                <w:sz w:val="24"/>
                <w:szCs w:val="24"/>
              </w:rPr>
              <w:t>e</w:t>
            </w:r>
            <w:r w:rsidRPr="00C04C24">
              <w:rPr>
                <w:rFonts w:cstheme="minorHAnsi"/>
                <w:sz w:val="24"/>
                <w:szCs w:val="24"/>
              </w:rPr>
              <w:t xml:space="preserve"> pożarn</w:t>
            </w:r>
            <w:r w:rsidR="00B35399">
              <w:rPr>
                <w:rFonts w:cstheme="minorHAnsi"/>
                <w:sz w:val="24"/>
                <w:szCs w:val="24"/>
              </w:rPr>
              <w:t>e</w:t>
            </w:r>
            <w:r w:rsidRPr="00C04C24">
              <w:rPr>
                <w:rFonts w:cstheme="minorHAnsi"/>
                <w:sz w:val="24"/>
                <w:szCs w:val="24"/>
              </w:rPr>
              <w:t>;</w:t>
            </w:r>
          </w:p>
          <w:p w:rsidR="00C0238C" w:rsidRPr="00C04C24" w:rsidRDefault="00C0238C" w:rsidP="003924EC">
            <w:pPr>
              <w:pStyle w:val="Akapitzlist"/>
              <w:numPr>
                <w:ilvl w:val="0"/>
                <w:numId w:val="38"/>
              </w:numPr>
              <w:spacing w:after="60" w:line="276" w:lineRule="auto"/>
              <w:contextualSpacing w:val="0"/>
              <w:jc w:val="both"/>
              <w:rPr>
                <w:rFonts w:cstheme="minorHAnsi"/>
                <w:sz w:val="24"/>
                <w:szCs w:val="24"/>
              </w:rPr>
            </w:pPr>
            <w:r w:rsidRPr="00C04C24">
              <w:rPr>
                <w:rFonts w:cstheme="minorHAnsi"/>
                <w:sz w:val="24"/>
                <w:szCs w:val="24"/>
              </w:rPr>
              <w:t>jednostk</w:t>
            </w:r>
            <w:r w:rsidR="00B35399">
              <w:rPr>
                <w:rFonts w:cstheme="minorHAnsi"/>
                <w:sz w:val="24"/>
                <w:szCs w:val="24"/>
              </w:rPr>
              <w:t>i</w:t>
            </w:r>
            <w:r w:rsidRPr="00C04C24">
              <w:rPr>
                <w:rFonts w:cstheme="minorHAnsi"/>
                <w:sz w:val="24"/>
                <w:szCs w:val="24"/>
              </w:rPr>
              <w:t xml:space="preserve"> Wojskowej Ochrony Przeciwpożarowej włączon</w:t>
            </w:r>
            <w:r w:rsidR="00B35399">
              <w:rPr>
                <w:rFonts w:cstheme="minorHAnsi"/>
                <w:sz w:val="24"/>
                <w:szCs w:val="24"/>
              </w:rPr>
              <w:t>e</w:t>
            </w:r>
            <w:r w:rsidRPr="00C04C24">
              <w:rPr>
                <w:rFonts w:cstheme="minorHAnsi"/>
                <w:sz w:val="24"/>
                <w:szCs w:val="24"/>
              </w:rPr>
              <w:t xml:space="preserve"> do krajowego systemu ratowniczo-gaśniczego;</w:t>
            </w:r>
          </w:p>
          <w:p w:rsidR="00C0238C" w:rsidRDefault="00C0238C" w:rsidP="0035595A">
            <w:pPr>
              <w:spacing w:after="60" w:line="276" w:lineRule="auto"/>
              <w:jc w:val="both"/>
              <w:rPr>
                <w:rFonts w:cstheme="minorHAnsi"/>
                <w:sz w:val="24"/>
                <w:szCs w:val="24"/>
              </w:rPr>
            </w:pPr>
            <w:r>
              <w:rPr>
                <w:rFonts w:cstheme="minorHAnsi"/>
                <w:sz w:val="24"/>
                <w:szCs w:val="24"/>
              </w:rPr>
              <w:lastRenderedPageBreak/>
              <w:t>-</w:t>
            </w:r>
            <w:r w:rsidRPr="009D55AB">
              <w:rPr>
                <w:rFonts w:cstheme="minorHAnsi"/>
                <w:sz w:val="24"/>
                <w:szCs w:val="24"/>
              </w:rPr>
              <w:t xml:space="preserve"> oraz</w:t>
            </w:r>
            <w:r>
              <w:rPr>
                <w:rFonts w:cstheme="minorHAnsi"/>
                <w:sz w:val="24"/>
                <w:szCs w:val="24"/>
              </w:rPr>
              <w:t xml:space="preserve"> na</w:t>
            </w:r>
            <w:r w:rsidRPr="009D55AB">
              <w:rPr>
                <w:rFonts w:cstheme="minorHAnsi"/>
                <w:sz w:val="24"/>
                <w:szCs w:val="24"/>
              </w:rPr>
              <w:t xml:space="preserve"> rozwój jednostek ochrony przeciwpożarowej, zgodnie ze strategią rozwoju jednostek ochrony przeciwpożarowej, o której mowa w art. 10 ust. 9 pkt 1 ustawy z dnia 24 sierpnia 1991</w:t>
            </w:r>
            <w:r>
              <w:rPr>
                <w:rFonts w:cstheme="minorHAnsi"/>
                <w:sz w:val="24"/>
                <w:szCs w:val="24"/>
              </w:rPr>
              <w:t> </w:t>
            </w:r>
            <w:r w:rsidRPr="009D55AB">
              <w:rPr>
                <w:rFonts w:cstheme="minorHAnsi"/>
                <w:sz w:val="24"/>
                <w:szCs w:val="24"/>
              </w:rPr>
              <w:t>r. o Państwowej Straży Pożarnej (Dz. U. z</w:t>
            </w:r>
            <w:r w:rsidR="003703DE">
              <w:rPr>
                <w:rFonts w:cstheme="minorHAnsi"/>
                <w:sz w:val="24"/>
                <w:szCs w:val="24"/>
              </w:rPr>
              <w:t> </w:t>
            </w:r>
            <w:r w:rsidRPr="009D55AB">
              <w:rPr>
                <w:rFonts w:cstheme="minorHAnsi"/>
                <w:sz w:val="24"/>
                <w:szCs w:val="24"/>
              </w:rPr>
              <w:t xml:space="preserve">2025 r. poz. 1312, z </w:t>
            </w:r>
            <w:proofErr w:type="spellStart"/>
            <w:r w:rsidRPr="009D55AB">
              <w:rPr>
                <w:rFonts w:cstheme="minorHAnsi"/>
                <w:sz w:val="24"/>
                <w:szCs w:val="24"/>
              </w:rPr>
              <w:t>późn</w:t>
            </w:r>
            <w:proofErr w:type="spellEnd"/>
            <w:r w:rsidRPr="009D55AB">
              <w:rPr>
                <w:rFonts w:cstheme="minorHAnsi"/>
                <w:sz w:val="24"/>
                <w:szCs w:val="24"/>
              </w:rPr>
              <w:t xml:space="preserve">. zm.). </w:t>
            </w:r>
          </w:p>
          <w:p w:rsidR="00C0238C" w:rsidRPr="009D55AB" w:rsidRDefault="00C0238C" w:rsidP="0035595A">
            <w:pPr>
              <w:spacing w:after="60" w:line="276" w:lineRule="auto"/>
              <w:jc w:val="both"/>
              <w:rPr>
                <w:rFonts w:cstheme="minorHAnsi"/>
                <w:sz w:val="24"/>
                <w:szCs w:val="24"/>
              </w:rPr>
            </w:pPr>
            <w:r w:rsidRPr="009D55AB">
              <w:rPr>
                <w:rFonts w:cstheme="minorHAnsi"/>
                <w:sz w:val="24"/>
                <w:szCs w:val="24"/>
              </w:rPr>
              <w:t>Z powyższej kwoty co najmniej 50% środków przeznacza się na ochotnicze straże pożarne, a pozostałą część na jednostki organizacyjne Państwowej Straży Pożarnej i Wojskowej Ochrony Przeciwpożarowej. Wskazane podmioty stanowią główny element sprzętowych i osobowych zasobów ratowniczych korpusu Obrony Cywilnej. W przypadku gdy w danym roku zostanie wykorzystana pula 25% środków z obszaru 3 dla pozostałych podmiotów ratowniczych, jednostek samorządu terytorialnego i innych podmiotów, a</w:t>
            </w:r>
            <w:r w:rsidR="003703DE">
              <w:rPr>
                <w:rFonts w:cstheme="minorHAnsi"/>
                <w:sz w:val="24"/>
                <w:szCs w:val="24"/>
              </w:rPr>
              <w:t> </w:t>
            </w:r>
            <w:r w:rsidRPr="009D55AB">
              <w:rPr>
                <w:rFonts w:cstheme="minorHAnsi"/>
                <w:sz w:val="24"/>
                <w:szCs w:val="24"/>
              </w:rPr>
              <w:t xml:space="preserve">istnieje potrzeba sfinansowania zadań w tym obszarze, minister właściwy </w:t>
            </w:r>
            <w:r w:rsidR="003744EC">
              <w:rPr>
                <w:rFonts w:cstheme="minorHAnsi"/>
                <w:sz w:val="24"/>
                <w:szCs w:val="24"/>
              </w:rPr>
              <w:t xml:space="preserve">do </w:t>
            </w:r>
            <w:r w:rsidRPr="009D55AB">
              <w:rPr>
                <w:rFonts w:cstheme="minorHAnsi"/>
                <w:sz w:val="24"/>
                <w:szCs w:val="24"/>
              </w:rPr>
              <w:t>spraw wewnętrznych może przenieść środki na ich sfinansowanie z obszaru 2.</w:t>
            </w:r>
          </w:p>
          <w:p w:rsidR="00C0238C" w:rsidRPr="009D55AB" w:rsidRDefault="00C0238C" w:rsidP="0035595A">
            <w:pPr>
              <w:spacing w:after="60" w:line="276" w:lineRule="auto"/>
              <w:jc w:val="both"/>
              <w:rPr>
                <w:rFonts w:cstheme="minorHAnsi"/>
                <w:sz w:val="24"/>
                <w:szCs w:val="24"/>
              </w:rPr>
            </w:pPr>
            <w:r w:rsidRPr="009D55AB">
              <w:rPr>
                <w:rFonts w:cstheme="minorHAnsi"/>
                <w:sz w:val="24"/>
                <w:szCs w:val="24"/>
              </w:rPr>
              <w:t xml:space="preserve">Ze środków puli wojewódzkiej co najmniej 5% łącznej puli środków powinno zostać przeznaczone na działania organizacji pozarządowych. </w:t>
            </w:r>
          </w:p>
          <w:p w:rsidR="00C0238C" w:rsidRDefault="00C0238C" w:rsidP="0035595A">
            <w:pPr>
              <w:spacing w:after="60" w:line="276" w:lineRule="auto"/>
              <w:jc w:val="both"/>
              <w:rPr>
                <w:rFonts w:cstheme="minorHAnsi"/>
                <w:sz w:val="24"/>
                <w:szCs w:val="24"/>
              </w:rPr>
            </w:pPr>
            <w:r w:rsidRPr="009D55AB">
              <w:rPr>
                <w:rFonts w:cstheme="minorHAnsi"/>
                <w:sz w:val="24"/>
                <w:szCs w:val="24"/>
              </w:rPr>
              <w:t>W celu zapewnienia realizacji potrzeb obronnych w latach 2027-2028 należy przewidzieć budowę magazynów lub placów magazynowych o powierzchni ok</w:t>
            </w:r>
            <w:r w:rsidR="003703DE">
              <w:rPr>
                <w:rFonts w:cstheme="minorHAnsi"/>
                <w:sz w:val="24"/>
                <w:szCs w:val="24"/>
              </w:rPr>
              <w:t>. </w:t>
            </w:r>
            <w:r w:rsidRPr="009D55AB">
              <w:rPr>
                <w:rFonts w:cstheme="minorHAnsi"/>
                <w:sz w:val="24"/>
                <w:szCs w:val="24"/>
              </w:rPr>
              <w:t>1</w:t>
            </w:r>
            <w:r w:rsidR="00FB5704">
              <w:rPr>
                <w:rFonts w:cstheme="minorHAnsi"/>
                <w:sz w:val="24"/>
                <w:szCs w:val="24"/>
              </w:rPr>
              <w:t> </w:t>
            </w:r>
            <w:r w:rsidRPr="009D55AB">
              <w:rPr>
                <w:rFonts w:cstheme="minorHAnsi"/>
                <w:sz w:val="24"/>
                <w:szCs w:val="24"/>
              </w:rPr>
              <w:t>ha na potrzeby obrony cywilnej oraz realizacji Narodowego Programu Odstraszania i Obrony „Tarcza Wschód”: w województwie</w:t>
            </w:r>
            <w:r>
              <w:rPr>
                <w:rFonts w:cstheme="minorHAnsi"/>
                <w:sz w:val="24"/>
                <w:szCs w:val="24"/>
              </w:rPr>
              <w:t>:</w:t>
            </w:r>
          </w:p>
          <w:p w:rsidR="00C0238C" w:rsidRPr="00C04C24" w:rsidRDefault="00C0238C" w:rsidP="003924EC">
            <w:pPr>
              <w:pStyle w:val="Akapitzlist"/>
              <w:numPr>
                <w:ilvl w:val="0"/>
                <w:numId w:val="39"/>
              </w:numPr>
              <w:spacing w:after="60" w:line="276" w:lineRule="auto"/>
              <w:contextualSpacing w:val="0"/>
              <w:jc w:val="both"/>
              <w:rPr>
                <w:rFonts w:cstheme="minorHAnsi"/>
                <w:sz w:val="24"/>
                <w:szCs w:val="24"/>
              </w:rPr>
            </w:pPr>
            <w:r w:rsidRPr="00C04C24">
              <w:rPr>
                <w:rFonts w:cstheme="minorHAnsi"/>
                <w:sz w:val="24"/>
                <w:szCs w:val="24"/>
              </w:rPr>
              <w:t xml:space="preserve">warmińsko-mazurskim </w:t>
            </w:r>
            <w:r>
              <w:rPr>
                <w:rFonts w:cstheme="minorHAnsi"/>
                <w:sz w:val="24"/>
                <w:szCs w:val="24"/>
              </w:rPr>
              <w:t>–</w:t>
            </w:r>
            <w:r w:rsidRPr="00C04C24">
              <w:rPr>
                <w:rFonts w:cstheme="minorHAnsi"/>
                <w:sz w:val="24"/>
                <w:szCs w:val="24"/>
              </w:rPr>
              <w:t xml:space="preserve"> co najmniej 5 obiektów;</w:t>
            </w:r>
            <w:r>
              <w:rPr>
                <w:rFonts w:cstheme="minorHAnsi"/>
                <w:sz w:val="24"/>
                <w:szCs w:val="24"/>
              </w:rPr>
              <w:t xml:space="preserve"> </w:t>
            </w:r>
          </w:p>
          <w:p w:rsidR="00C0238C" w:rsidRPr="00C04C24" w:rsidRDefault="00C0238C" w:rsidP="003924EC">
            <w:pPr>
              <w:pStyle w:val="Akapitzlist"/>
              <w:numPr>
                <w:ilvl w:val="0"/>
                <w:numId w:val="39"/>
              </w:numPr>
              <w:spacing w:after="60" w:line="276" w:lineRule="auto"/>
              <w:contextualSpacing w:val="0"/>
              <w:jc w:val="both"/>
              <w:rPr>
                <w:rFonts w:cstheme="minorHAnsi"/>
                <w:sz w:val="24"/>
                <w:szCs w:val="24"/>
              </w:rPr>
            </w:pPr>
            <w:r w:rsidRPr="00C04C24">
              <w:rPr>
                <w:rFonts w:cstheme="minorHAnsi"/>
                <w:sz w:val="24"/>
                <w:szCs w:val="24"/>
              </w:rPr>
              <w:t xml:space="preserve">podlaskim </w:t>
            </w:r>
            <w:r>
              <w:rPr>
                <w:rFonts w:cstheme="minorHAnsi"/>
                <w:sz w:val="24"/>
                <w:szCs w:val="24"/>
              </w:rPr>
              <w:t>–</w:t>
            </w:r>
            <w:r w:rsidRPr="00C04C24">
              <w:rPr>
                <w:rFonts w:cstheme="minorHAnsi"/>
                <w:sz w:val="24"/>
                <w:szCs w:val="24"/>
              </w:rPr>
              <w:t xml:space="preserve"> co najmniej 5 obiektów;</w:t>
            </w:r>
          </w:p>
          <w:p w:rsidR="00C0238C" w:rsidRPr="00C04C24" w:rsidRDefault="00C0238C" w:rsidP="003924EC">
            <w:pPr>
              <w:pStyle w:val="Akapitzlist"/>
              <w:numPr>
                <w:ilvl w:val="0"/>
                <w:numId w:val="39"/>
              </w:numPr>
              <w:spacing w:after="60" w:line="276" w:lineRule="auto"/>
              <w:contextualSpacing w:val="0"/>
              <w:jc w:val="both"/>
              <w:rPr>
                <w:rFonts w:cstheme="minorHAnsi"/>
                <w:sz w:val="24"/>
                <w:szCs w:val="24"/>
              </w:rPr>
            </w:pPr>
            <w:r w:rsidRPr="00C04C24">
              <w:rPr>
                <w:rFonts w:cstheme="minorHAnsi"/>
                <w:sz w:val="24"/>
                <w:szCs w:val="24"/>
              </w:rPr>
              <w:t xml:space="preserve">lubelskim </w:t>
            </w:r>
            <w:r>
              <w:rPr>
                <w:rFonts w:cstheme="minorHAnsi"/>
                <w:sz w:val="24"/>
                <w:szCs w:val="24"/>
              </w:rPr>
              <w:t>–</w:t>
            </w:r>
            <w:r w:rsidRPr="00C04C24">
              <w:rPr>
                <w:rFonts w:cstheme="minorHAnsi"/>
                <w:sz w:val="24"/>
                <w:szCs w:val="24"/>
              </w:rPr>
              <w:t xml:space="preserve"> co najmniej 4 obiekty; </w:t>
            </w:r>
          </w:p>
          <w:p w:rsidR="00C0238C" w:rsidRPr="00C04C24" w:rsidRDefault="00C0238C" w:rsidP="003924EC">
            <w:pPr>
              <w:pStyle w:val="Akapitzlist"/>
              <w:numPr>
                <w:ilvl w:val="0"/>
                <w:numId w:val="39"/>
              </w:numPr>
              <w:spacing w:after="60" w:line="276" w:lineRule="auto"/>
              <w:contextualSpacing w:val="0"/>
              <w:jc w:val="both"/>
              <w:rPr>
                <w:rFonts w:cstheme="minorHAnsi"/>
                <w:sz w:val="24"/>
                <w:szCs w:val="24"/>
              </w:rPr>
            </w:pPr>
            <w:r w:rsidRPr="00C04C24">
              <w:rPr>
                <w:rFonts w:cstheme="minorHAnsi"/>
                <w:sz w:val="24"/>
                <w:szCs w:val="24"/>
              </w:rPr>
              <w:t xml:space="preserve">pomorskim </w:t>
            </w:r>
            <w:r>
              <w:rPr>
                <w:rFonts w:cstheme="minorHAnsi"/>
                <w:sz w:val="24"/>
                <w:szCs w:val="24"/>
              </w:rPr>
              <w:t>–</w:t>
            </w:r>
            <w:r w:rsidRPr="00C04C24">
              <w:rPr>
                <w:rFonts w:cstheme="minorHAnsi"/>
                <w:sz w:val="24"/>
                <w:szCs w:val="24"/>
              </w:rPr>
              <w:t xml:space="preserve"> co najmniej 3 obiekty;</w:t>
            </w:r>
          </w:p>
          <w:p w:rsidR="00C0238C" w:rsidRPr="00C04C24" w:rsidRDefault="00C0238C" w:rsidP="003924EC">
            <w:pPr>
              <w:pStyle w:val="Akapitzlist"/>
              <w:numPr>
                <w:ilvl w:val="0"/>
                <w:numId w:val="39"/>
              </w:numPr>
              <w:spacing w:after="60" w:line="276" w:lineRule="auto"/>
              <w:contextualSpacing w:val="0"/>
              <w:jc w:val="both"/>
              <w:rPr>
                <w:rFonts w:cstheme="minorHAnsi"/>
                <w:sz w:val="24"/>
                <w:szCs w:val="24"/>
              </w:rPr>
            </w:pPr>
            <w:r w:rsidRPr="00C04C24">
              <w:rPr>
                <w:rFonts w:cstheme="minorHAnsi"/>
                <w:sz w:val="24"/>
                <w:szCs w:val="24"/>
              </w:rPr>
              <w:t xml:space="preserve">mazowieckim </w:t>
            </w:r>
            <w:r>
              <w:rPr>
                <w:rFonts w:cstheme="minorHAnsi"/>
                <w:sz w:val="24"/>
                <w:szCs w:val="24"/>
              </w:rPr>
              <w:t>–</w:t>
            </w:r>
            <w:r w:rsidR="006F7230">
              <w:rPr>
                <w:rFonts w:cstheme="minorHAnsi"/>
                <w:sz w:val="24"/>
                <w:szCs w:val="24"/>
              </w:rPr>
              <w:t xml:space="preserve"> co najmniej 3 obiekty;</w:t>
            </w:r>
          </w:p>
          <w:p w:rsidR="00C0238C" w:rsidRPr="009D55AB" w:rsidRDefault="00C0238C" w:rsidP="003703DE">
            <w:pPr>
              <w:spacing w:after="60" w:line="276" w:lineRule="auto"/>
              <w:jc w:val="both"/>
              <w:rPr>
                <w:rFonts w:cstheme="minorHAnsi"/>
                <w:sz w:val="24"/>
                <w:szCs w:val="24"/>
              </w:rPr>
            </w:pPr>
            <w:r>
              <w:rPr>
                <w:rFonts w:cstheme="minorHAnsi"/>
                <w:sz w:val="24"/>
                <w:szCs w:val="24"/>
              </w:rPr>
              <w:t xml:space="preserve">- </w:t>
            </w:r>
            <w:r w:rsidRPr="009D55AB">
              <w:rPr>
                <w:rFonts w:cstheme="minorHAnsi"/>
                <w:sz w:val="24"/>
                <w:szCs w:val="24"/>
              </w:rPr>
              <w:t xml:space="preserve">a w </w:t>
            </w:r>
            <w:r w:rsidR="006A7459">
              <w:rPr>
                <w:rFonts w:cstheme="minorHAnsi"/>
                <w:sz w:val="24"/>
                <w:szCs w:val="24"/>
              </w:rPr>
              <w:t>latach</w:t>
            </w:r>
            <w:r w:rsidRPr="009D55AB">
              <w:rPr>
                <w:rFonts w:cstheme="minorHAnsi"/>
                <w:sz w:val="24"/>
                <w:szCs w:val="24"/>
              </w:rPr>
              <w:t xml:space="preserve"> 2027-2029 w województwie podkarpackim</w:t>
            </w:r>
            <w:r>
              <w:rPr>
                <w:rFonts w:cstheme="minorHAnsi"/>
                <w:sz w:val="24"/>
                <w:szCs w:val="24"/>
              </w:rPr>
              <w:t xml:space="preserve"> –</w:t>
            </w:r>
            <w:r w:rsidRPr="009D55AB">
              <w:rPr>
                <w:rFonts w:cstheme="minorHAnsi"/>
                <w:sz w:val="24"/>
                <w:szCs w:val="24"/>
              </w:rPr>
              <w:t xml:space="preserve"> 4 obiekty. </w:t>
            </w:r>
          </w:p>
          <w:p w:rsidR="00A642E0" w:rsidRPr="000943EB" w:rsidRDefault="00C0238C" w:rsidP="003703DE">
            <w:pPr>
              <w:spacing w:after="60" w:line="276" w:lineRule="auto"/>
              <w:jc w:val="both"/>
              <w:rPr>
                <w:rFonts w:cstheme="minorHAnsi"/>
                <w:sz w:val="24"/>
                <w:szCs w:val="24"/>
              </w:rPr>
            </w:pPr>
            <w:r w:rsidRPr="009D55AB">
              <w:rPr>
                <w:rFonts w:cstheme="minorHAnsi"/>
                <w:sz w:val="24"/>
                <w:szCs w:val="24"/>
              </w:rPr>
              <w:t>Zadania z obszaru 5 podobszar 5D w zakresie odpornej infrastruktury medycznej w</w:t>
            </w:r>
            <w:r>
              <w:rPr>
                <w:rFonts w:cstheme="minorHAnsi"/>
                <w:sz w:val="24"/>
                <w:szCs w:val="24"/>
              </w:rPr>
              <w:t> </w:t>
            </w:r>
            <w:r w:rsidRPr="009D55AB">
              <w:rPr>
                <w:rFonts w:cstheme="minorHAnsi"/>
                <w:sz w:val="24"/>
                <w:szCs w:val="24"/>
              </w:rPr>
              <w:t>Wojskowym Instytucie Medycznym są finansowane w ramach limitu wojewódzkiego dla województwa mazowieckiego</w:t>
            </w:r>
            <w:r w:rsidR="00086A65">
              <w:rPr>
                <w:rFonts w:cstheme="minorHAnsi"/>
                <w:sz w:val="24"/>
                <w:szCs w:val="24"/>
              </w:rPr>
              <w:t xml:space="preserve"> oraz m. st. Warszawy</w:t>
            </w:r>
            <w:r w:rsidRPr="009D55AB">
              <w:rPr>
                <w:rFonts w:cstheme="minorHAnsi"/>
                <w:sz w:val="24"/>
                <w:szCs w:val="24"/>
              </w:rPr>
              <w:t xml:space="preserve">. </w:t>
            </w:r>
          </w:p>
        </w:tc>
        <w:tc>
          <w:tcPr>
            <w:tcW w:w="1701" w:type="dxa"/>
            <w:shd w:val="clear" w:color="auto" w:fill="FCC770"/>
          </w:tcPr>
          <w:p w:rsidR="0014373E" w:rsidRDefault="0014373E" w:rsidP="0075612E">
            <w:pPr>
              <w:rPr>
                <w:rFonts w:cstheme="minorHAnsi"/>
                <w:b/>
                <w:i/>
                <w:smallCaps/>
                <w:color w:val="000000" w:themeColor="text1"/>
                <w:sz w:val="18"/>
                <w:szCs w:val="18"/>
              </w:rPr>
            </w:pPr>
          </w:p>
          <w:p w:rsidR="0014373E" w:rsidRDefault="0014373E" w:rsidP="0075612E">
            <w:pPr>
              <w:rPr>
                <w:rFonts w:cstheme="minorHAnsi"/>
                <w:b/>
                <w:i/>
                <w:smallCaps/>
                <w:color w:val="000000" w:themeColor="text1"/>
                <w:sz w:val="18"/>
                <w:szCs w:val="18"/>
              </w:rPr>
            </w:pPr>
          </w:p>
          <w:p w:rsidR="0014373E" w:rsidRDefault="0014373E" w:rsidP="0075612E">
            <w:pPr>
              <w:rPr>
                <w:rFonts w:cstheme="minorHAnsi"/>
                <w:b/>
                <w:i/>
                <w:smallCaps/>
                <w:color w:val="000000" w:themeColor="text1"/>
                <w:sz w:val="18"/>
                <w:szCs w:val="18"/>
              </w:rPr>
            </w:pPr>
          </w:p>
          <w:p w:rsidR="00A6329B" w:rsidRDefault="00A6329B" w:rsidP="0075612E">
            <w:pPr>
              <w:rPr>
                <w:rFonts w:cstheme="minorHAnsi"/>
                <w:b/>
                <w:i/>
                <w:smallCaps/>
                <w:color w:val="000000" w:themeColor="text1"/>
                <w:sz w:val="18"/>
                <w:szCs w:val="18"/>
              </w:rPr>
            </w:pPr>
          </w:p>
          <w:p w:rsidR="00D73436" w:rsidRDefault="00D73436" w:rsidP="0075612E">
            <w:pPr>
              <w:rPr>
                <w:rFonts w:cstheme="minorHAnsi"/>
                <w:b/>
                <w:i/>
                <w:smallCaps/>
                <w:color w:val="000000" w:themeColor="text1"/>
                <w:sz w:val="18"/>
                <w:szCs w:val="18"/>
              </w:rPr>
            </w:pPr>
          </w:p>
          <w:p w:rsidR="000825C9"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wojewódzkie </w:t>
            </w:r>
            <w:r w:rsidR="00C0238C" w:rsidRPr="00A642E0">
              <w:rPr>
                <w:rFonts w:cstheme="minorHAnsi"/>
                <w:b/>
                <w:i/>
                <w:smallCaps/>
                <w:color w:val="000000" w:themeColor="text1"/>
                <w:sz w:val="18"/>
                <w:szCs w:val="18"/>
              </w:rPr>
              <w:t>plany</w:t>
            </w:r>
            <w:r w:rsidRPr="00A642E0">
              <w:rPr>
                <w:rFonts w:cstheme="minorHAnsi"/>
                <w:b/>
                <w:i/>
                <w:smallCaps/>
                <w:color w:val="000000" w:themeColor="text1"/>
                <w:sz w:val="18"/>
                <w:szCs w:val="18"/>
              </w:rPr>
              <w:t xml:space="preserve"> </w:t>
            </w:r>
            <w:r w:rsidR="00C0238C" w:rsidRPr="00A642E0">
              <w:rPr>
                <w:rFonts w:cstheme="minorHAnsi"/>
                <w:b/>
                <w:i/>
                <w:smallCaps/>
                <w:color w:val="000000" w:themeColor="text1"/>
                <w:sz w:val="18"/>
                <w:szCs w:val="18"/>
              </w:rPr>
              <w:t>wykonawcze</w:t>
            </w:r>
          </w:p>
          <w:p w:rsidR="00C0238C" w:rsidRPr="00A642E0" w:rsidRDefault="00C0238C" w:rsidP="0075612E">
            <w:pPr>
              <w:rPr>
                <w:rFonts w:cstheme="minorHAnsi"/>
                <w:b/>
                <w:i/>
                <w:smallCaps/>
                <w:color w:val="000000" w:themeColor="text1"/>
                <w:sz w:val="18"/>
                <w:szCs w:val="18"/>
              </w:rPr>
            </w:pPr>
          </w:p>
          <w:p w:rsidR="00C0238C" w:rsidRPr="00A642E0" w:rsidRDefault="00C0238C" w:rsidP="0075612E">
            <w:pPr>
              <w:rPr>
                <w:rFonts w:cstheme="minorHAnsi"/>
                <w:b/>
                <w:i/>
                <w:smallCaps/>
                <w:color w:val="000000" w:themeColor="text1"/>
                <w:sz w:val="18"/>
                <w:szCs w:val="18"/>
              </w:rPr>
            </w:pPr>
          </w:p>
          <w:p w:rsidR="00A6329B" w:rsidRDefault="00A6329B" w:rsidP="0075612E">
            <w:pPr>
              <w:rPr>
                <w:rFonts w:cstheme="minorHAnsi"/>
                <w:b/>
                <w:i/>
                <w:smallCaps/>
                <w:color w:val="000000" w:themeColor="text1"/>
                <w:sz w:val="18"/>
                <w:szCs w:val="18"/>
              </w:rPr>
            </w:pPr>
          </w:p>
          <w:p w:rsidR="00C0238C" w:rsidRPr="00A642E0" w:rsidRDefault="00C0238C" w:rsidP="0075612E">
            <w:pPr>
              <w:rPr>
                <w:rFonts w:cstheme="minorHAnsi"/>
                <w:b/>
                <w:i/>
                <w:smallCaps/>
                <w:color w:val="000000" w:themeColor="text1"/>
                <w:sz w:val="18"/>
                <w:szCs w:val="18"/>
              </w:rPr>
            </w:pPr>
            <w:r w:rsidRPr="00A642E0">
              <w:rPr>
                <w:rFonts w:cstheme="minorHAnsi"/>
                <w:b/>
                <w:i/>
                <w:smallCaps/>
                <w:color w:val="000000" w:themeColor="text1"/>
                <w:sz w:val="18"/>
                <w:szCs w:val="18"/>
              </w:rPr>
              <w:t>zawartość wojewódzkiego planu wykonawczego</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8D6689" w:rsidRDefault="008D668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7C4D58" w:rsidRDefault="007C4D58" w:rsidP="0075612E">
            <w:pPr>
              <w:rPr>
                <w:rFonts w:cstheme="minorHAnsi"/>
                <w:b/>
                <w:i/>
                <w:smallCaps/>
                <w:color w:val="000000" w:themeColor="text1"/>
                <w:sz w:val="18"/>
                <w:szCs w:val="18"/>
              </w:rPr>
            </w:pPr>
          </w:p>
          <w:p w:rsidR="007C4D58" w:rsidRDefault="007C4D58" w:rsidP="0075612E">
            <w:pPr>
              <w:rPr>
                <w:rFonts w:cstheme="minorHAnsi"/>
                <w:b/>
                <w:i/>
                <w:smallCaps/>
                <w:color w:val="000000" w:themeColor="text1"/>
                <w:sz w:val="18"/>
                <w:szCs w:val="18"/>
              </w:rPr>
            </w:pPr>
          </w:p>
          <w:p w:rsidR="007C4D58" w:rsidRDefault="007C4D58"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D73436" w:rsidRDefault="00D73436" w:rsidP="0075612E">
            <w:pPr>
              <w:rPr>
                <w:rFonts w:cstheme="minorHAnsi"/>
                <w:b/>
                <w:i/>
                <w:smallCaps/>
                <w:color w:val="000000" w:themeColor="text1"/>
                <w:sz w:val="18"/>
                <w:szCs w:val="18"/>
              </w:rPr>
            </w:pPr>
          </w:p>
          <w:p w:rsidR="00D73436" w:rsidRDefault="00D73436" w:rsidP="0075612E">
            <w:pPr>
              <w:rPr>
                <w:rFonts w:cstheme="minorHAnsi"/>
                <w:b/>
                <w:i/>
                <w:smallCaps/>
                <w:color w:val="000000" w:themeColor="text1"/>
                <w:sz w:val="18"/>
                <w:szCs w:val="18"/>
              </w:rPr>
            </w:pPr>
          </w:p>
          <w:p w:rsidR="00D73436" w:rsidRDefault="00D73436" w:rsidP="0075612E">
            <w:pPr>
              <w:rPr>
                <w:rFonts w:cstheme="minorHAnsi"/>
                <w:b/>
                <w:i/>
                <w:smallCaps/>
                <w:color w:val="000000" w:themeColor="text1"/>
                <w:sz w:val="18"/>
                <w:szCs w:val="18"/>
              </w:rPr>
            </w:pPr>
          </w:p>
          <w:p w:rsidR="00BA47B9" w:rsidRDefault="00BA47B9"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analiza ryzyka</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4B3CD4" w:rsidRPr="00432E92" w:rsidRDefault="004B3CD4" w:rsidP="0075612E">
            <w:pPr>
              <w:rPr>
                <w:rFonts w:cstheme="minorHAnsi"/>
                <w:b/>
                <w:i/>
                <w:smallCaps/>
                <w:color w:val="000000" w:themeColor="text1"/>
                <w:sz w:val="8"/>
                <w:szCs w:val="18"/>
              </w:rPr>
            </w:pPr>
          </w:p>
          <w:p w:rsidR="000943EB" w:rsidRPr="00432E92" w:rsidRDefault="000943EB" w:rsidP="0075612E">
            <w:pPr>
              <w:rPr>
                <w:rFonts w:cstheme="minorHAnsi"/>
                <w:b/>
                <w:i/>
                <w:smallCaps/>
                <w:color w:val="000000" w:themeColor="text1"/>
                <w:sz w:val="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plany wykonawcze jednostek samorządu terytorialnego</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Default="003703DE" w:rsidP="0075612E">
            <w:pPr>
              <w:rPr>
                <w:rFonts w:cstheme="minorHAnsi"/>
                <w:b/>
                <w:i/>
                <w:smallCaps/>
                <w:color w:val="000000" w:themeColor="text1"/>
                <w:sz w:val="18"/>
                <w:szCs w:val="18"/>
              </w:rPr>
            </w:pPr>
          </w:p>
          <w:p w:rsidR="00D73436" w:rsidRPr="00A642E0" w:rsidRDefault="00D73436"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wsparcie powiatu w analizie ryzyka</w:t>
            </w:r>
          </w:p>
          <w:p w:rsidR="00697127" w:rsidRDefault="00697127" w:rsidP="0075612E">
            <w:pPr>
              <w:rPr>
                <w:rFonts w:cstheme="minorHAnsi"/>
                <w:b/>
                <w:i/>
                <w:smallCaps/>
                <w:color w:val="000000" w:themeColor="text1"/>
                <w:sz w:val="18"/>
                <w:szCs w:val="18"/>
              </w:rPr>
            </w:pPr>
          </w:p>
          <w:p w:rsidR="000A1F98" w:rsidRDefault="000A1F98" w:rsidP="0075612E">
            <w:pPr>
              <w:rPr>
                <w:rFonts w:cstheme="minorHAnsi"/>
                <w:b/>
                <w:i/>
                <w:smallCaps/>
                <w:color w:val="000000" w:themeColor="text1"/>
                <w:sz w:val="18"/>
                <w:szCs w:val="18"/>
              </w:rPr>
            </w:pPr>
          </w:p>
          <w:p w:rsidR="00D73436" w:rsidRPr="00A642E0" w:rsidRDefault="00D73436"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monitoring planów wykonawczych</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8D6689" w:rsidRDefault="008D6689"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podział środków na jednostki samorządu terytorialnego w województwie</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Default="003703DE" w:rsidP="0075612E">
            <w:pPr>
              <w:rPr>
                <w:rFonts w:cstheme="minorHAnsi"/>
                <w:b/>
                <w:i/>
                <w:smallCaps/>
                <w:color w:val="000000" w:themeColor="text1"/>
                <w:sz w:val="18"/>
                <w:szCs w:val="18"/>
              </w:rPr>
            </w:pPr>
          </w:p>
          <w:p w:rsidR="000A1F98" w:rsidRPr="00A642E0" w:rsidRDefault="000A1F98"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zasady podziału środków</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697127" w:rsidRPr="00432E92" w:rsidRDefault="00697127" w:rsidP="0075612E">
            <w:pPr>
              <w:rPr>
                <w:rFonts w:cstheme="minorHAnsi"/>
                <w:b/>
                <w:i/>
                <w:smallCaps/>
                <w:color w:val="000000" w:themeColor="text1"/>
                <w:sz w:val="12"/>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maksymalny poziom wkładu własnego</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Default="003703DE" w:rsidP="0075612E">
            <w:pPr>
              <w:rPr>
                <w:rFonts w:cstheme="minorHAnsi"/>
                <w:b/>
                <w:i/>
                <w:smallCaps/>
                <w:color w:val="000000" w:themeColor="text1"/>
                <w:sz w:val="18"/>
                <w:szCs w:val="18"/>
              </w:rPr>
            </w:pPr>
          </w:p>
          <w:p w:rsidR="008154C8" w:rsidRDefault="008154C8"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E02902" w:rsidRPr="00A642E0" w:rsidRDefault="00E02902" w:rsidP="0075612E">
            <w:pPr>
              <w:rPr>
                <w:rFonts w:cstheme="minorHAnsi"/>
                <w:b/>
                <w:i/>
                <w:smallCaps/>
                <w:color w:val="000000" w:themeColor="text1"/>
                <w:sz w:val="18"/>
                <w:szCs w:val="18"/>
              </w:rPr>
            </w:pPr>
          </w:p>
          <w:p w:rsidR="003267AC" w:rsidRDefault="003267AC"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gwarantowane środki finansowe dla jednostek samorządu terytorialnego</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Default="003703DE" w:rsidP="0075612E">
            <w:pPr>
              <w:rPr>
                <w:rFonts w:cstheme="minorHAnsi"/>
                <w:b/>
                <w:i/>
                <w:smallCaps/>
                <w:color w:val="000000" w:themeColor="text1"/>
                <w:sz w:val="18"/>
                <w:szCs w:val="18"/>
              </w:rPr>
            </w:pPr>
          </w:p>
          <w:p w:rsidR="00697127" w:rsidRPr="00A642E0" w:rsidRDefault="00697127" w:rsidP="0075612E">
            <w:pPr>
              <w:rPr>
                <w:rFonts w:cstheme="minorHAnsi"/>
                <w:b/>
                <w:i/>
                <w:smallCaps/>
                <w:color w:val="000000" w:themeColor="text1"/>
                <w:sz w:val="18"/>
                <w:szCs w:val="18"/>
              </w:rPr>
            </w:pPr>
          </w:p>
          <w:p w:rsidR="008154C8" w:rsidRDefault="008154C8"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Podział środków części wojewódzkiej w obszarze 3 dla podmiotów ratowniczych</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697127" w:rsidRPr="00A642E0" w:rsidRDefault="00697127" w:rsidP="0075612E">
            <w:pPr>
              <w:rPr>
                <w:rFonts w:cstheme="minorHAnsi"/>
                <w:b/>
                <w:i/>
                <w:smallCaps/>
                <w:color w:val="000000" w:themeColor="text1"/>
                <w:sz w:val="18"/>
                <w:szCs w:val="18"/>
              </w:rPr>
            </w:pPr>
          </w:p>
          <w:p w:rsidR="00DE3F35" w:rsidRDefault="00DE3F35" w:rsidP="0075612E">
            <w:pPr>
              <w:rPr>
                <w:rFonts w:cstheme="minorHAnsi"/>
                <w:b/>
                <w:i/>
                <w:smallCaps/>
                <w:color w:val="000000" w:themeColor="text1"/>
                <w:sz w:val="18"/>
                <w:szCs w:val="18"/>
              </w:rPr>
            </w:pPr>
          </w:p>
          <w:p w:rsidR="00E86AFB" w:rsidRDefault="00E86AFB"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podział pomiędzy podmioty ratownicze</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DE3F35" w:rsidRDefault="00DE3F35"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uzupełnienie środków obszaru 3</w:t>
            </w:r>
          </w:p>
          <w:p w:rsidR="00DE3F35" w:rsidRDefault="00DE3F35"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8369F" w:rsidRPr="00A642E0" w:rsidRDefault="0068369F"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środki dla organizacji pozarządowych</w:t>
            </w:r>
          </w:p>
          <w:p w:rsidR="00FB5704" w:rsidRPr="00A642E0" w:rsidRDefault="00FB5704"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środki na </w:t>
            </w:r>
            <w:proofErr w:type="spellStart"/>
            <w:r w:rsidRPr="00A642E0">
              <w:rPr>
                <w:rFonts w:cstheme="minorHAnsi"/>
                <w:b/>
                <w:i/>
                <w:smallCaps/>
                <w:color w:val="000000" w:themeColor="text1"/>
                <w:sz w:val="18"/>
                <w:szCs w:val="18"/>
              </w:rPr>
              <w:t>NPOiO</w:t>
            </w:r>
            <w:proofErr w:type="spellEnd"/>
            <w:r w:rsidRPr="00A642E0">
              <w:rPr>
                <w:rFonts w:cstheme="minorHAnsi"/>
                <w:b/>
                <w:i/>
                <w:smallCaps/>
                <w:color w:val="000000" w:themeColor="text1"/>
                <w:sz w:val="18"/>
                <w:szCs w:val="18"/>
              </w:rPr>
              <w:t xml:space="preserve"> </w:t>
            </w:r>
            <w:r w:rsidR="00FB5704">
              <w:rPr>
                <w:rFonts w:cstheme="minorHAnsi"/>
                <w:b/>
                <w:i/>
                <w:smallCaps/>
                <w:color w:val="000000" w:themeColor="text1"/>
                <w:sz w:val="18"/>
                <w:szCs w:val="18"/>
              </w:rPr>
              <w:t>„</w:t>
            </w:r>
            <w:r w:rsidRPr="00A642E0">
              <w:rPr>
                <w:rFonts w:cstheme="minorHAnsi"/>
                <w:b/>
                <w:i/>
                <w:smallCaps/>
                <w:color w:val="000000" w:themeColor="text1"/>
                <w:sz w:val="18"/>
                <w:szCs w:val="18"/>
              </w:rPr>
              <w:t>Tarcza Wschód</w:t>
            </w:r>
            <w:r w:rsidR="00FB5704">
              <w:rPr>
                <w:rFonts w:cstheme="minorHAnsi"/>
                <w:b/>
                <w:i/>
                <w:smallCaps/>
                <w:color w:val="000000" w:themeColor="text1"/>
                <w:sz w:val="18"/>
                <w:szCs w:val="18"/>
              </w:rPr>
              <w:t>”</w:t>
            </w:r>
          </w:p>
          <w:p w:rsidR="003703DE" w:rsidRPr="00A642E0" w:rsidRDefault="003703DE" w:rsidP="0075612E">
            <w:pPr>
              <w:rPr>
                <w:rFonts w:cstheme="minorHAnsi"/>
                <w:b/>
                <w:i/>
                <w:smallCaps/>
                <w:color w:val="000000" w:themeColor="text1"/>
                <w:sz w:val="18"/>
                <w:szCs w:val="18"/>
              </w:rPr>
            </w:pPr>
          </w:p>
          <w:p w:rsidR="003703DE" w:rsidRPr="00A642E0" w:rsidRDefault="003703DE" w:rsidP="0075612E">
            <w:pPr>
              <w:rPr>
                <w:rFonts w:cstheme="minorHAnsi"/>
                <w:b/>
                <w:i/>
                <w:smallCaps/>
                <w:color w:val="000000" w:themeColor="text1"/>
                <w:sz w:val="18"/>
                <w:szCs w:val="18"/>
              </w:rPr>
            </w:pPr>
          </w:p>
          <w:p w:rsidR="000825C9" w:rsidRDefault="000825C9"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CB0C8E" w:rsidRDefault="00CB0C8E"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CB0C8E" w:rsidRPr="00A642E0" w:rsidRDefault="00CB0C8E" w:rsidP="0075612E">
            <w:pPr>
              <w:rPr>
                <w:rFonts w:cstheme="minorHAnsi"/>
                <w:b/>
                <w:i/>
                <w:smallCaps/>
                <w:color w:val="000000" w:themeColor="text1"/>
                <w:sz w:val="18"/>
                <w:szCs w:val="18"/>
              </w:rPr>
            </w:pPr>
          </w:p>
        </w:tc>
      </w:tr>
      <w:tr w:rsidR="00704E95" w:rsidRPr="00704E95" w:rsidTr="00434AC4">
        <w:tc>
          <w:tcPr>
            <w:tcW w:w="7939" w:type="dxa"/>
          </w:tcPr>
          <w:p w:rsidR="000825C9" w:rsidRDefault="000825C9" w:rsidP="0035595A">
            <w:pPr>
              <w:pStyle w:val="Nagwek2"/>
              <w:spacing w:line="276" w:lineRule="auto"/>
              <w:jc w:val="both"/>
              <w:outlineLvl w:val="1"/>
            </w:pPr>
            <w:bookmarkStart w:id="17" w:name="_Toc237252359"/>
            <w:r>
              <w:lastRenderedPageBreak/>
              <w:t>Zasady realizacji inwestycji</w:t>
            </w:r>
            <w:bookmarkEnd w:id="17"/>
          </w:p>
          <w:p w:rsidR="002671F1" w:rsidRPr="007B6529" w:rsidRDefault="002671F1" w:rsidP="0035595A">
            <w:pPr>
              <w:spacing w:after="60" w:line="276" w:lineRule="auto"/>
              <w:jc w:val="both"/>
              <w:rPr>
                <w:sz w:val="24"/>
                <w:szCs w:val="24"/>
              </w:rPr>
            </w:pPr>
            <w:r w:rsidRPr="007B6529">
              <w:rPr>
                <w:sz w:val="24"/>
                <w:szCs w:val="24"/>
              </w:rPr>
              <w:t>Zadania są wykonywane poprzez realizację inwestycji, na które przyznawane są środki z Programu. Podstawowym warunkiem finansowania inwestycji jest jej kwalifikowalność. Oznacza to możliwość przypisania danego zakupu lub inwestycji do obszaru, podobszaru i zadania Programu. Po potwierdzeniu takiego przypisania inwestycja może uzyskać finansowanie. Kwalifikowalność inwestycji podlega monitorowaniu w celu zapewnienia prawidłowej realizacji Programu i osiągania jego celów.</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lastRenderedPageBreak/>
              <w:t>Po stwierdzeniu kwalifikowalności inwestycji konieczne jest dokonanie oceny inwestycji poprzez cele systemu ochrony ludności. Inwestycja powinna być oceniona z uwzględnieniem trzech kryteriów:</w:t>
            </w:r>
          </w:p>
          <w:p w:rsidR="000825C9" w:rsidRPr="000825C9" w:rsidRDefault="000825C9" w:rsidP="0035595A">
            <w:pPr>
              <w:numPr>
                <w:ilvl w:val="0"/>
                <w:numId w:val="11"/>
              </w:numPr>
              <w:spacing w:after="60" w:line="276" w:lineRule="auto"/>
              <w:jc w:val="both"/>
              <w:rPr>
                <w:rFonts w:cstheme="minorHAnsi"/>
                <w:sz w:val="24"/>
                <w:szCs w:val="24"/>
              </w:rPr>
            </w:pPr>
            <w:r w:rsidRPr="000825C9">
              <w:rPr>
                <w:rFonts w:cstheme="minorHAnsi"/>
                <w:sz w:val="24"/>
                <w:szCs w:val="24"/>
              </w:rPr>
              <w:t>celowości oraz przydatnoś</w:t>
            </w:r>
            <w:r w:rsidR="003744EC">
              <w:rPr>
                <w:rFonts w:cstheme="minorHAnsi"/>
                <w:sz w:val="24"/>
                <w:szCs w:val="24"/>
              </w:rPr>
              <w:t>ci</w:t>
            </w:r>
            <w:r w:rsidRPr="000825C9">
              <w:rPr>
                <w:rFonts w:cstheme="minorHAnsi"/>
                <w:sz w:val="24"/>
                <w:szCs w:val="24"/>
              </w:rPr>
              <w:t xml:space="preserve"> z uwzględnieniem już posiadanych zasobów;</w:t>
            </w:r>
          </w:p>
          <w:p w:rsidR="000825C9" w:rsidRPr="000825C9" w:rsidRDefault="000825C9" w:rsidP="0035595A">
            <w:pPr>
              <w:numPr>
                <w:ilvl w:val="0"/>
                <w:numId w:val="11"/>
              </w:numPr>
              <w:spacing w:after="60" w:line="276" w:lineRule="auto"/>
              <w:jc w:val="both"/>
              <w:rPr>
                <w:rFonts w:cstheme="minorHAnsi"/>
                <w:sz w:val="24"/>
                <w:szCs w:val="24"/>
              </w:rPr>
            </w:pPr>
            <w:r w:rsidRPr="000825C9">
              <w:rPr>
                <w:rFonts w:cstheme="minorHAnsi"/>
                <w:sz w:val="24"/>
                <w:szCs w:val="24"/>
              </w:rPr>
              <w:t>zgodności z potrzebami obronnymi;</w:t>
            </w:r>
          </w:p>
          <w:p w:rsidR="000825C9" w:rsidRDefault="000825C9" w:rsidP="0035595A">
            <w:pPr>
              <w:numPr>
                <w:ilvl w:val="0"/>
                <w:numId w:val="11"/>
              </w:numPr>
              <w:spacing w:after="60" w:line="276" w:lineRule="auto"/>
              <w:jc w:val="both"/>
              <w:rPr>
                <w:rFonts w:cstheme="minorHAnsi"/>
                <w:sz w:val="24"/>
                <w:szCs w:val="24"/>
              </w:rPr>
            </w:pPr>
            <w:r w:rsidRPr="000825C9">
              <w:rPr>
                <w:rFonts w:cstheme="minorHAnsi"/>
                <w:sz w:val="24"/>
                <w:szCs w:val="24"/>
              </w:rPr>
              <w:t>lokalizacji geograficznej inwestycji.</w:t>
            </w:r>
          </w:p>
          <w:p w:rsidR="00CF4196" w:rsidRPr="00432E92" w:rsidRDefault="00CF4196" w:rsidP="00432E92">
            <w:pPr>
              <w:spacing w:after="60" w:line="276" w:lineRule="auto"/>
              <w:jc w:val="both"/>
              <w:rPr>
                <w:rFonts w:cstheme="minorHAnsi"/>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3"/>
            </w:tblGrid>
            <w:tr w:rsidR="00CD1F13" w:rsidTr="00432E92">
              <w:tc>
                <w:tcPr>
                  <w:tcW w:w="7713" w:type="dxa"/>
                </w:tcPr>
                <w:p w:rsidR="00CD1F13" w:rsidRPr="00432E92" w:rsidRDefault="00CD1F13" w:rsidP="00E3693A">
                  <w:pPr>
                    <w:spacing w:after="60" w:line="276" w:lineRule="auto"/>
                    <w:rPr>
                      <w:rFonts w:cstheme="minorHAnsi"/>
                      <w:sz w:val="20"/>
                      <w:szCs w:val="24"/>
                    </w:rPr>
                  </w:pPr>
                  <w:r>
                    <w:rPr>
                      <w:rFonts w:cstheme="minorHAnsi"/>
                      <w:b/>
                      <w:color w:val="0070C0"/>
                      <w:sz w:val="20"/>
                      <w:szCs w:val="24"/>
                    </w:rPr>
                    <w:t>Rysunek 8</w:t>
                  </w:r>
                  <w:r w:rsidRPr="003F6E7E">
                    <w:rPr>
                      <w:rFonts w:cstheme="minorHAnsi"/>
                      <w:b/>
                      <w:color w:val="0070C0"/>
                      <w:sz w:val="20"/>
                      <w:szCs w:val="24"/>
                    </w:rPr>
                    <w:t>.</w:t>
                  </w:r>
                  <w:r w:rsidRPr="003F6E7E">
                    <w:rPr>
                      <w:rFonts w:cstheme="minorHAnsi"/>
                      <w:color w:val="0070C0"/>
                      <w:sz w:val="20"/>
                      <w:szCs w:val="24"/>
                    </w:rPr>
                    <w:t xml:space="preserve"> </w:t>
                  </w:r>
                  <w:r>
                    <w:rPr>
                      <w:rFonts w:cstheme="minorHAnsi"/>
                      <w:sz w:val="20"/>
                      <w:szCs w:val="24"/>
                    </w:rPr>
                    <w:t>Zasady realizacji inwestycji</w:t>
                  </w:r>
                </w:p>
              </w:tc>
            </w:tr>
            <w:tr w:rsidR="00CD1F13" w:rsidTr="00432E92">
              <w:tc>
                <w:tcPr>
                  <w:tcW w:w="7713" w:type="dxa"/>
                </w:tcPr>
                <w:p w:rsidR="00CD1F13" w:rsidRDefault="00CD1F13" w:rsidP="00432E92">
                  <w:pPr>
                    <w:spacing w:after="60" w:line="276" w:lineRule="auto"/>
                    <w:jc w:val="center"/>
                    <w:rPr>
                      <w:rFonts w:cstheme="minorHAnsi"/>
                      <w:b/>
                      <w:color w:val="0070C0"/>
                      <w:sz w:val="20"/>
                      <w:szCs w:val="24"/>
                    </w:rPr>
                  </w:pPr>
                  <w:r>
                    <w:rPr>
                      <w:rFonts w:cstheme="minorHAnsi"/>
                      <w:noProof/>
                      <w:sz w:val="24"/>
                      <w:szCs w:val="24"/>
                      <w:lang w:eastAsia="pl-PL"/>
                    </w:rPr>
                    <w:drawing>
                      <wp:inline distT="0" distB="0" distL="0" distR="0" wp14:anchorId="2A3B0AB2" wp14:editId="3616115A">
                        <wp:extent cx="3688008" cy="2997641"/>
                        <wp:effectExtent l="0" t="0" r="8255" b="0"/>
                        <wp:docPr id="194812370" name="Obraz 19481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44438" cy="3043507"/>
                                </a:xfrm>
                                <a:prstGeom prst="rect">
                                  <a:avLst/>
                                </a:prstGeom>
                                <a:noFill/>
                              </pic:spPr>
                            </pic:pic>
                          </a:graphicData>
                        </a:graphic>
                      </wp:inline>
                    </w:drawing>
                  </w:r>
                </w:p>
              </w:tc>
            </w:tr>
            <w:tr w:rsidR="00CD1F13" w:rsidTr="00432E92">
              <w:tc>
                <w:tcPr>
                  <w:tcW w:w="7713" w:type="dxa"/>
                </w:tcPr>
                <w:p w:rsidR="00CD1F13" w:rsidRPr="00432E92" w:rsidRDefault="00CD1F13" w:rsidP="00E3693A">
                  <w:pPr>
                    <w:spacing w:after="60" w:line="276" w:lineRule="auto"/>
                    <w:rPr>
                      <w:rFonts w:cstheme="minorHAnsi"/>
                      <w:sz w:val="20"/>
                      <w:szCs w:val="24"/>
                    </w:rPr>
                  </w:pPr>
                  <w:r w:rsidRPr="00432E92">
                    <w:rPr>
                      <w:rFonts w:cstheme="minorHAnsi"/>
                      <w:sz w:val="20"/>
                      <w:szCs w:val="24"/>
                    </w:rPr>
                    <w:t>Źródło: opracowanie własne</w:t>
                  </w:r>
                </w:p>
              </w:tc>
            </w:tr>
          </w:tbl>
          <w:p w:rsidR="00CF4196" w:rsidRPr="00432E92" w:rsidRDefault="00CF4196" w:rsidP="00432E92">
            <w:pPr>
              <w:spacing w:after="60" w:line="276" w:lineRule="auto"/>
              <w:rPr>
                <w:rFonts w:cstheme="minorHAnsi"/>
                <w:b/>
                <w:color w:val="0070C0"/>
                <w:sz w:val="6"/>
                <w:szCs w:val="24"/>
              </w:rPr>
            </w:pP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Ocena pod względem celowości z uwzględnieniem już posiadanych zasobów oznacza konieczność zidentyfikowania, czy nowe zasoby wprowadzone do systemu ochrony ludności poprzez daną inwestycję przyczynią się do zwiększenia odporności na zagrożenia oraz zdolności do przeciwdziałania i minimalizacji skutków tych zagrożeń. Inwestycje powinny stanowić odpowiedź na potrzeby zidentyfikowane w toku analizy ryzyka oraz potrzeb systemu.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Przy realizacji inwestycji należy również w miarę potrzeb uwzględniać zapewnienie rozwiązań organizacyjnych i osobowych, pozwalających na wykorzystanie nowych zasobów w systemie ochrony ludności – w szczególności zapewnienie i przeszkolenie personelu do obsługi zakupionego sprzętu i</w:t>
            </w:r>
            <w:r w:rsidR="00AC68F9">
              <w:rPr>
                <w:rFonts w:cstheme="minorHAnsi"/>
                <w:sz w:val="24"/>
                <w:szCs w:val="24"/>
              </w:rPr>
              <w:t> </w:t>
            </w:r>
            <w:r w:rsidRPr="000825C9">
              <w:rPr>
                <w:rFonts w:cstheme="minorHAnsi"/>
                <w:sz w:val="24"/>
                <w:szCs w:val="24"/>
              </w:rPr>
              <w:t xml:space="preserve">infrastruktury oraz koszty nadzoru inwestycyjnego będącego częścią inwestycji. W miarę możliwości realizacja zadań odbywa się na podstawie wystandaryzowanych rozwiązań.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Inwestycje powinny być zgodne z potrzebami obronnymi – obrona cywilna jest jednym z elementów systemu bezpieczeństwa narodowego i konieczne jest zapewnienie spójności działań podsystemu militarnego i pozamilitarnego. </w:t>
            </w:r>
            <w:r w:rsidRPr="000825C9">
              <w:rPr>
                <w:rFonts w:cstheme="minorHAnsi"/>
                <w:sz w:val="24"/>
                <w:szCs w:val="24"/>
              </w:rPr>
              <w:lastRenderedPageBreak/>
              <w:t>Zapewnienie zgodności planowania obrony cywilnej z planowaniem obronnym ma na celu przede wszystkim:</w:t>
            </w:r>
          </w:p>
          <w:p w:rsidR="000825C9" w:rsidRPr="000825C9" w:rsidRDefault="000825C9" w:rsidP="0035595A">
            <w:pPr>
              <w:numPr>
                <w:ilvl w:val="0"/>
                <w:numId w:val="13"/>
              </w:numPr>
              <w:spacing w:after="60" w:line="276" w:lineRule="auto"/>
              <w:jc w:val="both"/>
              <w:rPr>
                <w:rFonts w:cstheme="minorHAnsi"/>
                <w:sz w:val="24"/>
                <w:szCs w:val="24"/>
              </w:rPr>
            </w:pPr>
            <w:r w:rsidRPr="000825C9">
              <w:rPr>
                <w:rFonts w:cstheme="minorHAnsi"/>
                <w:sz w:val="24"/>
                <w:szCs w:val="24"/>
              </w:rPr>
              <w:t>zapobieżenie lokalizowania istotnych inwestycji w obszarach przewidzianych do działania Sił Zbrojnych, w których prawdopodobnie nie będzie przebywać ludność cywilna</w:t>
            </w:r>
            <w:r w:rsidR="00B35399">
              <w:rPr>
                <w:rFonts w:cstheme="minorHAnsi"/>
                <w:sz w:val="24"/>
                <w:szCs w:val="24"/>
              </w:rPr>
              <w:t>;</w:t>
            </w:r>
          </w:p>
          <w:p w:rsidR="000825C9" w:rsidRPr="000825C9" w:rsidRDefault="000825C9" w:rsidP="0035595A">
            <w:pPr>
              <w:numPr>
                <w:ilvl w:val="0"/>
                <w:numId w:val="13"/>
              </w:numPr>
              <w:spacing w:after="60" w:line="276" w:lineRule="auto"/>
              <w:jc w:val="both"/>
              <w:rPr>
                <w:rFonts w:cstheme="minorHAnsi"/>
                <w:sz w:val="24"/>
                <w:szCs w:val="24"/>
              </w:rPr>
            </w:pPr>
            <w:r w:rsidRPr="000825C9">
              <w:rPr>
                <w:rFonts w:cstheme="minorHAnsi"/>
                <w:sz w:val="24"/>
                <w:szCs w:val="24"/>
              </w:rPr>
              <w:t>projektowanie i lokalizowanie inwestycji jako obiektów podwójnego przeznaczenia, które będą mogły być, w zgodzie z prawem międzynarodowym, wykorzystywane alternatywnie przez obronę cywilną bądź Siły Zbrojne</w:t>
            </w:r>
            <w:r w:rsidR="00B35399">
              <w:rPr>
                <w:rFonts w:cstheme="minorHAnsi"/>
                <w:sz w:val="24"/>
                <w:szCs w:val="24"/>
              </w:rPr>
              <w:t>;</w:t>
            </w:r>
          </w:p>
          <w:p w:rsidR="000825C9" w:rsidRPr="000825C9" w:rsidRDefault="000825C9" w:rsidP="0035595A">
            <w:pPr>
              <w:numPr>
                <w:ilvl w:val="0"/>
                <w:numId w:val="13"/>
              </w:numPr>
              <w:spacing w:after="60" w:line="276" w:lineRule="auto"/>
              <w:jc w:val="both"/>
              <w:rPr>
                <w:rFonts w:cstheme="minorHAnsi"/>
                <w:sz w:val="24"/>
                <w:szCs w:val="24"/>
              </w:rPr>
            </w:pPr>
            <w:r w:rsidRPr="000825C9">
              <w:rPr>
                <w:rFonts w:cstheme="minorHAnsi"/>
                <w:sz w:val="24"/>
                <w:szCs w:val="24"/>
              </w:rPr>
              <w:t>lokalizowanie inwestycji w sposób wzmacniający efekt realizacji Narodowego Programu Odstraszania i Obrony „Tarcza Wschód”</w:t>
            </w:r>
            <w:r w:rsidR="00B35399">
              <w:rPr>
                <w:rFonts w:cstheme="minorHAnsi"/>
                <w:sz w:val="24"/>
                <w:szCs w:val="24"/>
              </w:rPr>
              <w:t>;</w:t>
            </w:r>
          </w:p>
          <w:p w:rsidR="000825C9" w:rsidRPr="000825C9" w:rsidRDefault="000825C9" w:rsidP="0035595A">
            <w:pPr>
              <w:numPr>
                <w:ilvl w:val="0"/>
                <w:numId w:val="13"/>
              </w:numPr>
              <w:spacing w:after="60" w:line="276" w:lineRule="auto"/>
              <w:jc w:val="both"/>
              <w:rPr>
                <w:rFonts w:cstheme="minorHAnsi"/>
                <w:sz w:val="24"/>
                <w:szCs w:val="24"/>
              </w:rPr>
            </w:pPr>
            <w:r w:rsidRPr="000825C9">
              <w:rPr>
                <w:rFonts w:cstheme="minorHAnsi"/>
                <w:sz w:val="24"/>
                <w:szCs w:val="24"/>
              </w:rPr>
              <w:t>dostosowanie lokalizacji inwestycji do założeń planów ewakuacji na czas wojny.</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Ocena zgodności inwestycji z potrzebami obronnymi oraz ograniczeniami wynikającymi z oddziaływania z terenami zamkniętymi ustanowionymi przez Ministra Obrony Narodowej i ich strefami ochronnymi  jest dokonywana przez zaopiniowanie inwestycji przez wojewódzki zespół zarządzania kryzysowego przy udziale przedstawicieli resortu obrony narodowej.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Ocena pod względem lokalizacji inwestycji bądź zakupów ma zapewnić prawidłową dyslokację zasobów i infrastruktury ochrony ludności i obrony cywilnej na obszarze kraju. Organy ochrony ludności powinny zapewnić taką lokalizację zasobów, aby możliwe było ich wykorzystanie na obszarze całego kraju, stosownie do potrzeb. Wojewodowie oraz jednostki samorządu terytorialnego na obszarze swojej właściwości powinni zapewnić, by sprzęt i infrastruktura tworzona w drodze inwestycji z Programu były racjonalnie rozlokowane.</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W przypadku odrzucenia przez wojewodę wniosku jednostki samorządu terytorialnego o finansowanie inwestycji wojewoda przedstawia uzasadnienie powodu odrzucenia wniosku.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Inwestycje budowlane oraz zakupy o wartości powyżej </w:t>
            </w:r>
            <w:r w:rsidR="00E6322B">
              <w:rPr>
                <w:rFonts w:cstheme="minorHAnsi"/>
                <w:sz w:val="24"/>
                <w:szCs w:val="24"/>
              </w:rPr>
              <w:t>50</w:t>
            </w:r>
            <w:r w:rsidRPr="000825C9">
              <w:rPr>
                <w:rFonts w:cstheme="minorHAnsi"/>
                <w:sz w:val="24"/>
                <w:szCs w:val="24"/>
              </w:rPr>
              <w:t xml:space="preserve"> 000 złotych brutto dla jednego rodzaju zakupów, dokonywane przez jednostki samorządu terytorialnego albo wojewodów podlegają zaopiniowaniu przez ministra właściwego do spraw wewnętrznych.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Inwestycje budowlane: wieloletnie oraz o wartości inwestycji powyżej 500</w:t>
            </w:r>
            <w:r w:rsidR="009C695D">
              <w:rPr>
                <w:rFonts w:cstheme="minorHAnsi"/>
                <w:sz w:val="24"/>
                <w:szCs w:val="24"/>
              </w:rPr>
              <w:t> </w:t>
            </w:r>
            <w:r w:rsidRPr="000825C9">
              <w:rPr>
                <w:rFonts w:cstheme="minorHAnsi"/>
                <w:sz w:val="24"/>
                <w:szCs w:val="24"/>
              </w:rPr>
              <w:t>000</w:t>
            </w:r>
            <w:r w:rsidR="009C695D">
              <w:rPr>
                <w:rFonts w:cstheme="minorHAnsi"/>
                <w:sz w:val="24"/>
                <w:szCs w:val="24"/>
              </w:rPr>
              <w:t> </w:t>
            </w:r>
            <w:r w:rsidRPr="000825C9">
              <w:rPr>
                <w:rFonts w:cstheme="minorHAnsi"/>
                <w:sz w:val="24"/>
                <w:szCs w:val="24"/>
              </w:rPr>
              <w:t>zł minister właściwy do spraw wewnętrznych opiniuje</w:t>
            </w:r>
            <w:r w:rsidR="009C184F">
              <w:rPr>
                <w:rFonts w:cstheme="minorHAnsi"/>
                <w:sz w:val="24"/>
                <w:szCs w:val="24"/>
              </w:rPr>
              <w:t xml:space="preserve"> wspólnie </w:t>
            </w:r>
            <w:r w:rsidRPr="000825C9">
              <w:rPr>
                <w:rFonts w:cstheme="minorHAnsi"/>
                <w:sz w:val="24"/>
                <w:szCs w:val="24"/>
              </w:rPr>
              <w:t xml:space="preserve"> z Ministrem Obrony Narodowej.</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Inwestycje budowlane realizowane ze środków</w:t>
            </w:r>
            <w:r w:rsidR="00130312">
              <w:rPr>
                <w:rFonts w:cstheme="minorHAnsi"/>
                <w:sz w:val="24"/>
                <w:szCs w:val="24"/>
              </w:rPr>
              <w:t xml:space="preserve"> pozostających</w:t>
            </w:r>
            <w:r w:rsidRPr="000825C9">
              <w:rPr>
                <w:rFonts w:cstheme="minorHAnsi"/>
                <w:sz w:val="24"/>
                <w:szCs w:val="24"/>
              </w:rPr>
              <w:t xml:space="preserve"> w dyspozycji ministra właściwego do spraw wewnętrznych nie podlegają opiniowaniu.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lastRenderedPageBreak/>
              <w:t xml:space="preserve">Dla usprawnienia oceny kwalifikowalności inwestycji </w:t>
            </w:r>
            <w:r w:rsidR="009C749F">
              <w:rPr>
                <w:rFonts w:cstheme="minorHAnsi"/>
                <w:sz w:val="24"/>
                <w:szCs w:val="24"/>
              </w:rPr>
              <w:t xml:space="preserve">przewidziano zakres rzeczowy zakupów kwalifikowalnych </w:t>
            </w:r>
            <w:r w:rsidRPr="000825C9">
              <w:rPr>
                <w:rFonts w:cstheme="minorHAnsi"/>
                <w:sz w:val="24"/>
                <w:szCs w:val="24"/>
              </w:rPr>
              <w:t xml:space="preserve">do Programu Ochrony Ludności i Obrony Cywilnej, określony w załączniku nr 3 do Programu. Wykaz zawiera </w:t>
            </w:r>
            <w:r w:rsidR="009C749F">
              <w:rPr>
                <w:rFonts w:cstheme="minorHAnsi"/>
                <w:sz w:val="24"/>
                <w:szCs w:val="24"/>
              </w:rPr>
              <w:t>zestawienie rzeczowe asortymentu</w:t>
            </w:r>
            <w:r w:rsidRPr="000825C9">
              <w:rPr>
                <w:rFonts w:cstheme="minorHAnsi"/>
                <w:sz w:val="24"/>
                <w:szCs w:val="24"/>
              </w:rPr>
              <w:t xml:space="preserve">, podzielonego na organy ochrony ludności oraz obszary Programu, który jest w każdym przypadku uznawany </w:t>
            </w:r>
            <w:r w:rsidR="009C749F">
              <w:rPr>
                <w:rFonts w:cstheme="minorHAnsi"/>
                <w:sz w:val="24"/>
                <w:szCs w:val="24"/>
              </w:rPr>
              <w:t>za kwalifikowalny</w:t>
            </w:r>
            <w:r w:rsidRPr="000825C9">
              <w:rPr>
                <w:rFonts w:cstheme="minorHAnsi"/>
                <w:sz w:val="24"/>
                <w:szCs w:val="24"/>
              </w:rPr>
              <w:t>,</w:t>
            </w:r>
            <w:r w:rsidR="00AC68F9">
              <w:rPr>
                <w:rFonts w:cstheme="minorHAnsi"/>
                <w:sz w:val="24"/>
                <w:szCs w:val="24"/>
              </w:rPr>
              <w:t> </w:t>
            </w:r>
            <w:r w:rsidRPr="000825C9">
              <w:rPr>
                <w:rFonts w:cstheme="minorHAnsi"/>
                <w:sz w:val="24"/>
                <w:szCs w:val="24"/>
              </w:rPr>
              <w:t>więc nie wymaga</w:t>
            </w:r>
            <w:r w:rsidR="009C749F">
              <w:rPr>
                <w:rFonts w:cstheme="minorHAnsi"/>
                <w:sz w:val="24"/>
                <w:szCs w:val="24"/>
              </w:rPr>
              <w:t>jący</w:t>
            </w:r>
            <w:r w:rsidRPr="000825C9">
              <w:rPr>
                <w:rFonts w:cstheme="minorHAnsi"/>
                <w:sz w:val="24"/>
                <w:szCs w:val="24"/>
              </w:rPr>
              <w:t xml:space="preserve"> opiniowania. </w:t>
            </w:r>
            <w:r w:rsidR="009C749F">
              <w:rPr>
                <w:rFonts w:cstheme="minorHAnsi"/>
                <w:sz w:val="24"/>
                <w:szCs w:val="24"/>
              </w:rPr>
              <w:t xml:space="preserve">Zakres rzeczowy zakupów kwalifikowany stanowi </w:t>
            </w:r>
            <w:r w:rsidR="009C749F" w:rsidRPr="000825C9">
              <w:rPr>
                <w:rFonts w:cstheme="minorHAnsi"/>
                <w:sz w:val="24"/>
                <w:szCs w:val="24"/>
              </w:rPr>
              <w:t xml:space="preserve"> </w:t>
            </w:r>
            <w:r w:rsidRPr="000825C9">
              <w:rPr>
                <w:rFonts w:cstheme="minorHAnsi"/>
                <w:sz w:val="24"/>
                <w:szCs w:val="24"/>
              </w:rPr>
              <w:t>uniwersalny katalog zasobów do realizacji zadań ochrony ludności i obrony cywilnej i nie ma konieczności opiniowania i oceny jego indywidualnej kwalifikowalności. Powyższe nie zwalnia  organu z oceny racjonalności zakupu w konkretnym przypadku. Wykaz nie stanowi katalogu zasobów obowiązkow</w:t>
            </w:r>
            <w:r w:rsidR="009C749F">
              <w:rPr>
                <w:rFonts w:cstheme="minorHAnsi"/>
                <w:sz w:val="24"/>
                <w:szCs w:val="24"/>
              </w:rPr>
              <w:t>ych</w:t>
            </w:r>
            <w:r w:rsidRPr="000825C9">
              <w:rPr>
                <w:rFonts w:cstheme="minorHAnsi"/>
                <w:sz w:val="24"/>
                <w:szCs w:val="24"/>
              </w:rPr>
              <w:t xml:space="preserve"> do posiadania lub utrzymywania</w:t>
            </w:r>
            <w:r w:rsidR="009C749F">
              <w:rPr>
                <w:rFonts w:cstheme="minorHAnsi"/>
                <w:sz w:val="24"/>
                <w:szCs w:val="24"/>
              </w:rPr>
              <w:t xml:space="preserve">. Możliwy jest również </w:t>
            </w:r>
            <w:r w:rsidR="00B35399">
              <w:rPr>
                <w:rFonts w:cstheme="minorHAnsi"/>
                <w:sz w:val="24"/>
                <w:szCs w:val="24"/>
              </w:rPr>
              <w:t xml:space="preserve"> </w:t>
            </w:r>
            <w:r w:rsidRPr="000825C9">
              <w:rPr>
                <w:rFonts w:cstheme="minorHAnsi"/>
                <w:sz w:val="24"/>
                <w:szCs w:val="24"/>
              </w:rPr>
              <w:t>zakup</w:t>
            </w:r>
            <w:r w:rsidR="009C749F">
              <w:rPr>
                <w:rFonts w:cstheme="minorHAnsi"/>
                <w:sz w:val="24"/>
                <w:szCs w:val="24"/>
              </w:rPr>
              <w:t xml:space="preserve"> rzeczowy</w:t>
            </w:r>
            <w:r w:rsidRPr="000825C9">
              <w:rPr>
                <w:rFonts w:cstheme="minorHAnsi"/>
                <w:sz w:val="24"/>
                <w:szCs w:val="24"/>
              </w:rPr>
              <w:t xml:space="preserve"> spoza katalogu, pod warunkiem wykazania kwalifikowalności</w:t>
            </w:r>
            <w:r w:rsidR="00B35399">
              <w:rPr>
                <w:rFonts w:cstheme="minorHAnsi"/>
                <w:sz w:val="24"/>
                <w:szCs w:val="24"/>
              </w:rPr>
              <w:t xml:space="preserve"> takiego zakupu.</w:t>
            </w:r>
          </w:p>
          <w:p w:rsidR="0075612E" w:rsidRDefault="000825C9" w:rsidP="0035595A">
            <w:pPr>
              <w:spacing w:after="60" w:line="276" w:lineRule="auto"/>
              <w:jc w:val="both"/>
              <w:rPr>
                <w:rFonts w:cstheme="minorHAnsi"/>
                <w:sz w:val="24"/>
                <w:szCs w:val="24"/>
              </w:rPr>
            </w:pPr>
            <w:r w:rsidRPr="000825C9">
              <w:rPr>
                <w:rFonts w:cstheme="minorHAnsi"/>
                <w:sz w:val="24"/>
                <w:szCs w:val="24"/>
              </w:rPr>
              <w:t>Odrębnemu opiniowaniu nie podlegają zakupy realizowane na rzecz Państwowej Straży Pożarnej, ochotniczych straży pożarnych oraz jednostek Wojskowej Ochrony Przeciwpożarowej w ramach obszaru 3, z wyjątkiem inwestycji budowlanych lub zakupu nieruchomości. Komendant Główny Państwowej Straży Pożarnej opracowuje i przedkłada ministrowi właściwemu do spraw wewnętrznych rozdzielniki zadań przewidzianych do realizacji w</w:t>
            </w:r>
            <w:r w:rsidR="000943EB">
              <w:rPr>
                <w:rFonts w:cstheme="minorHAnsi"/>
                <w:sz w:val="24"/>
                <w:szCs w:val="24"/>
              </w:rPr>
              <w:t> </w:t>
            </w:r>
            <w:r w:rsidRPr="000825C9">
              <w:rPr>
                <w:rFonts w:cstheme="minorHAnsi"/>
                <w:sz w:val="24"/>
                <w:szCs w:val="24"/>
              </w:rPr>
              <w:t>ramach 75% limitu wojewódzkiego z obszaru 3, dla</w:t>
            </w:r>
            <w:r w:rsidR="00A9300B">
              <w:rPr>
                <w:rFonts w:cstheme="minorHAnsi"/>
                <w:sz w:val="24"/>
                <w:szCs w:val="24"/>
              </w:rPr>
              <w:t>:</w:t>
            </w:r>
          </w:p>
          <w:p w:rsidR="0075612E" w:rsidRPr="00213A71" w:rsidRDefault="000825C9" w:rsidP="003924EC">
            <w:pPr>
              <w:pStyle w:val="Akapitzlist"/>
              <w:numPr>
                <w:ilvl w:val="0"/>
                <w:numId w:val="26"/>
              </w:numPr>
              <w:spacing w:after="60" w:line="276" w:lineRule="auto"/>
              <w:jc w:val="both"/>
              <w:rPr>
                <w:rFonts w:cstheme="minorHAnsi"/>
                <w:sz w:val="24"/>
                <w:szCs w:val="24"/>
              </w:rPr>
            </w:pPr>
            <w:r w:rsidRPr="00213A71">
              <w:rPr>
                <w:rFonts w:cstheme="minorHAnsi"/>
                <w:sz w:val="24"/>
                <w:szCs w:val="24"/>
              </w:rPr>
              <w:t>Państwowej Straży Pożarnej</w:t>
            </w:r>
            <w:r w:rsidR="00B35399">
              <w:rPr>
                <w:rFonts w:cstheme="minorHAnsi"/>
                <w:sz w:val="24"/>
                <w:szCs w:val="24"/>
              </w:rPr>
              <w:t>;</w:t>
            </w:r>
            <w:r w:rsidRPr="00213A71">
              <w:rPr>
                <w:rFonts w:cstheme="minorHAnsi"/>
                <w:sz w:val="24"/>
                <w:szCs w:val="24"/>
              </w:rPr>
              <w:t xml:space="preserve"> </w:t>
            </w:r>
          </w:p>
          <w:p w:rsidR="0075612E" w:rsidRPr="00213A71" w:rsidRDefault="000825C9" w:rsidP="003924EC">
            <w:pPr>
              <w:pStyle w:val="Akapitzlist"/>
              <w:numPr>
                <w:ilvl w:val="0"/>
                <w:numId w:val="26"/>
              </w:numPr>
              <w:spacing w:after="60" w:line="276" w:lineRule="auto"/>
              <w:jc w:val="both"/>
              <w:rPr>
                <w:rFonts w:cstheme="minorHAnsi"/>
                <w:sz w:val="24"/>
                <w:szCs w:val="24"/>
              </w:rPr>
            </w:pPr>
            <w:r w:rsidRPr="00213A71">
              <w:rPr>
                <w:rFonts w:cstheme="minorHAnsi"/>
                <w:sz w:val="24"/>
                <w:szCs w:val="24"/>
              </w:rPr>
              <w:t>ochotniczych straży pożarnych</w:t>
            </w:r>
            <w:r w:rsidR="00B35399">
              <w:rPr>
                <w:rFonts w:cstheme="minorHAnsi"/>
                <w:sz w:val="24"/>
                <w:szCs w:val="24"/>
              </w:rPr>
              <w:t>;</w:t>
            </w:r>
          </w:p>
          <w:p w:rsidR="0075612E" w:rsidRPr="00213A71" w:rsidRDefault="000825C9" w:rsidP="003924EC">
            <w:pPr>
              <w:pStyle w:val="Akapitzlist"/>
              <w:numPr>
                <w:ilvl w:val="0"/>
                <w:numId w:val="26"/>
              </w:numPr>
              <w:spacing w:after="60" w:line="276" w:lineRule="auto"/>
              <w:jc w:val="both"/>
              <w:rPr>
                <w:rFonts w:cstheme="minorHAnsi"/>
                <w:sz w:val="24"/>
                <w:szCs w:val="24"/>
              </w:rPr>
            </w:pPr>
            <w:r w:rsidRPr="00213A71">
              <w:rPr>
                <w:rFonts w:cstheme="minorHAnsi"/>
                <w:sz w:val="24"/>
                <w:szCs w:val="24"/>
              </w:rPr>
              <w:t xml:space="preserve">Wojskowej Ochrony Przeciwpożarowej. </w:t>
            </w:r>
          </w:p>
          <w:p w:rsidR="000825C9" w:rsidRPr="000825C9" w:rsidRDefault="00A9300B" w:rsidP="0035595A">
            <w:pPr>
              <w:spacing w:after="60" w:line="276" w:lineRule="auto"/>
              <w:jc w:val="both"/>
              <w:rPr>
                <w:rFonts w:cstheme="minorHAnsi"/>
                <w:sz w:val="24"/>
                <w:szCs w:val="24"/>
              </w:rPr>
            </w:pPr>
            <w:r w:rsidRPr="000825C9">
              <w:rPr>
                <w:rFonts w:cstheme="minorHAnsi"/>
                <w:sz w:val="24"/>
                <w:szCs w:val="24"/>
              </w:rPr>
              <w:t xml:space="preserve">Rozdzielniki uwzględniają nazwę zadania, planowane </w:t>
            </w:r>
            <w:r w:rsidR="00B35399">
              <w:rPr>
                <w:rFonts w:cstheme="minorHAnsi"/>
                <w:sz w:val="24"/>
                <w:szCs w:val="24"/>
              </w:rPr>
              <w:t>liczby</w:t>
            </w:r>
            <w:r w:rsidR="00B35399" w:rsidRPr="000825C9">
              <w:rPr>
                <w:rFonts w:cstheme="minorHAnsi"/>
                <w:sz w:val="24"/>
                <w:szCs w:val="24"/>
              </w:rPr>
              <w:t xml:space="preserve"> </w:t>
            </w:r>
            <w:r w:rsidRPr="000825C9">
              <w:rPr>
                <w:rFonts w:cstheme="minorHAnsi"/>
                <w:sz w:val="24"/>
                <w:szCs w:val="24"/>
              </w:rPr>
              <w:t>oraz proponowaną lokalizację.</w:t>
            </w:r>
            <w:r>
              <w:rPr>
                <w:rFonts w:cstheme="minorHAnsi"/>
                <w:sz w:val="24"/>
                <w:szCs w:val="24"/>
              </w:rPr>
              <w:t xml:space="preserve"> </w:t>
            </w:r>
            <w:r w:rsidR="000825C9" w:rsidRPr="000825C9">
              <w:rPr>
                <w:rFonts w:cstheme="minorHAnsi"/>
                <w:sz w:val="24"/>
                <w:szCs w:val="24"/>
              </w:rPr>
              <w:t xml:space="preserve">Szef Wojskowej Ochrony Przeciwpożarowej składa do Komendanta Głównego Państwowej Straży Pożarnej propozycję zakupów sprzętu dla jednostek  Wojskowej Ochrony Przeciwpożarowej włączonych do krajowego systemu ratowniczo-gaśniczego. </w:t>
            </w:r>
          </w:p>
          <w:p w:rsidR="000825C9" w:rsidRDefault="000825C9" w:rsidP="0035595A">
            <w:pPr>
              <w:spacing w:after="60" w:line="276" w:lineRule="auto"/>
              <w:jc w:val="both"/>
              <w:rPr>
                <w:rFonts w:cstheme="minorHAnsi"/>
                <w:sz w:val="24"/>
                <w:szCs w:val="24"/>
              </w:rPr>
            </w:pPr>
            <w:r w:rsidRPr="000825C9">
              <w:rPr>
                <w:rFonts w:cstheme="minorHAnsi"/>
                <w:sz w:val="24"/>
                <w:szCs w:val="24"/>
              </w:rPr>
              <w:t>Ponadto w odniesieniu do inwestycji budowlanych o charakterze wieloletnim, o</w:t>
            </w:r>
            <w:r w:rsidR="00A9300B">
              <w:rPr>
                <w:rFonts w:cstheme="minorHAnsi"/>
                <w:sz w:val="24"/>
                <w:szCs w:val="24"/>
              </w:rPr>
              <w:t> </w:t>
            </w:r>
            <w:r w:rsidRPr="000825C9">
              <w:rPr>
                <w:rFonts w:cstheme="minorHAnsi"/>
                <w:sz w:val="24"/>
                <w:szCs w:val="24"/>
              </w:rPr>
              <w:t>których mowa w art. 156a ustawy z dnia 5 grudnia 2024 r. o ochronie ludności i obronie cywilnej,  organy ochrony ludności zapewniają ciągłość ich finansowania w sposób umożliwiający planowe zakończenie inwestycji. Stosowanie powyższego mechanizmu jest dopuszczalne w odniesieniu do kluczowych inwestycji budowlanych – obiektów zbiorowej ochrony oraz podziemnej infrastruktury medycznej. W przypadku pozostałych inwestycji możliwość zapewnienia ciągłoś</w:t>
            </w:r>
            <w:r w:rsidR="00694060">
              <w:rPr>
                <w:rFonts w:cstheme="minorHAnsi"/>
                <w:sz w:val="24"/>
                <w:szCs w:val="24"/>
              </w:rPr>
              <w:t>ci</w:t>
            </w:r>
            <w:r w:rsidRPr="000825C9">
              <w:rPr>
                <w:rFonts w:cstheme="minorHAnsi"/>
                <w:sz w:val="24"/>
                <w:szCs w:val="24"/>
              </w:rPr>
              <w:t xml:space="preserve"> finansowania powinna być realizowana przez ujęcie ich w wieloletniej prognozie finansowej jednostki samorządu terytorialnego. </w:t>
            </w:r>
          </w:p>
          <w:p w:rsidR="00A9300B" w:rsidRDefault="00A9300B" w:rsidP="0035595A">
            <w:pPr>
              <w:spacing w:after="60" w:line="276" w:lineRule="auto"/>
              <w:jc w:val="both"/>
              <w:rPr>
                <w:rFonts w:cstheme="minorHAnsi"/>
                <w:sz w:val="24"/>
                <w:szCs w:val="24"/>
              </w:rPr>
            </w:pPr>
            <w:r>
              <w:rPr>
                <w:rFonts w:cstheme="minorHAnsi"/>
                <w:sz w:val="24"/>
                <w:szCs w:val="24"/>
              </w:rPr>
              <w:lastRenderedPageBreak/>
              <w:t>Inwestycje mogą być dokonywane jedynie na rzecz organów i podmiotów ochrony ludności, zgodnie z art. 152 ust. 2 ustawy z dnia 5 grudnia 2024 r. o</w:t>
            </w:r>
            <w:r w:rsidR="00AC68F9">
              <w:rPr>
                <w:rFonts w:cstheme="minorHAnsi"/>
                <w:sz w:val="24"/>
                <w:szCs w:val="24"/>
              </w:rPr>
              <w:t> </w:t>
            </w:r>
            <w:r>
              <w:rPr>
                <w:rFonts w:cstheme="minorHAnsi"/>
                <w:sz w:val="24"/>
                <w:szCs w:val="24"/>
              </w:rPr>
              <w:t>ochronie ludności i obronie cywilnej. W szczególności oznacza to, że:</w:t>
            </w:r>
          </w:p>
          <w:p w:rsidR="00A9300B" w:rsidRPr="00213A71" w:rsidRDefault="00A9300B" w:rsidP="003924EC">
            <w:pPr>
              <w:pStyle w:val="Akapitzlist"/>
              <w:numPr>
                <w:ilvl w:val="0"/>
                <w:numId w:val="25"/>
              </w:numPr>
              <w:spacing w:after="60" w:line="276" w:lineRule="auto"/>
              <w:jc w:val="both"/>
              <w:rPr>
                <w:rFonts w:cstheme="minorHAnsi"/>
                <w:sz w:val="24"/>
                <w:szCs w:val="24"/>
              </w:rPr>
            </w:pPr>
            <w:r w:rsidRPr="00213A71">
              <w:rPr>
                <w:rFonts w:cstheme="minorHAnsi"/>
                <w:sz w:val="24"/>
                <w:szCs w:val="24"/>
              </w:rPr>
              <w:t>w przypadku zakupu dla podmiotu konieczne jest wcześniejsze uznanie</w:t>
            </w:r>
            <w:r w:rsidR="000D2B30">
              <w:rPr>
                <w:rFonts w:cstheme="minorHAnsi"/>
                <w:sz w:val="24"/>
                <w:szCs w:val="24"/>
              </w:rPr>
              <w:t xml:space="preserve"> go</w:t>
            </w:r>
            <w:r w:rsidRPr="00213A71">
              <w:rPr>
                <w:rFonts w:cstheme="minorHAnsi"/>
                <w:sz w:val="24"/>
                <w:szCs w:val="24"/>
              </w:rPr>
              <w:t xml:space="preserve"> za podmiot ochrony ludności, jeżeli nie jest to organ lub podmiot ustawowy</w:t>
            </w:r>
            <w:r w:rsidR="00AC68F9" w:rsidRPr="00213A71">
              <w:rPr>
                <w:rFonts w:cstheme="minorHAnsi"/>
                <w:sz w:val="24"/>
                <w:szCs w:val="24"/>
              </w:rPr>
              <w:t>;</w:t>
            </w:r>
          </w:p>
          <w:p w:rsidR="00A9300B" w:rsidRPr="00213A71" w:rsidRDefault="00A9300B" w:rsidP="003924EC">
            <w:pPr>
              <w:pStyle w:val="Akapitzlist"/>
              <w:numPr>
                <w:ilvl w:val="0"/>
                <w:numId w:val="25"/>
              </w:numPr>
              <w:spacing w:after="60" w:line="276" w:lineRule="auto"/>
              <w:jc w:val="both"/>
              <w:rPr>
                <w:rFonts w:cstheme="minorHAnsi"/>
                <w:sz w:val="24"/>
                <w:szCs w:val="24"/>
              </w:rPr>
            </w:pPr>
            <w:r w:rsidRPr="00213A71">
              <w:rPr>
                <w:rFonts w:cstheme="minorHAnsi"/>
                <w:sz w:val="24"/>
                <w:szCs w:val="24"/>
              </w:rPr>
              <w:t>w odniesieniu do budowli ochronnych warunkiem finansowania inwestycji jest jej wcześniejsze uznanie za budowlę ochronną na zasadach przewidzianych w ustawie z dnia 5 grudnia 2024 r. o ochro</w:t>
            </w:r>
            <w:r w:rsidR="006F7230">
              <w:rPr>
                <w:rFonts w:cstheme="minorHAnsi"/>
                <w:sz w:val="24"/>
                <w:szCs w:val="24"/>
              </w:rPr>
              <w:t>nie ludności i obronie cywilnej;</w:t>
            </w:r>
          </w:p>
          <w:p w:rsidR="00A9300B" w:rsidRPr="00213A71" w:rsidRDefault="00A9300B" w:rsidP="003924EC">
            <w:pPr>
              <w:pStyle w:val="Akapitzlist"/>
              <w:numPr>
                <w:ilvl w:val="0"/>
                <w:numId w:val="25"/>
              </w:numPr>
              <w:spacing w:after="60" w:line="276" w:lineRule="auto"/>
              <w:jc w:val="both"/>
              <w:rPr>
                <w:rFonts w:cstheme="minorHAnsi"/>
                <w:sz w:val="24"/>
                <w:szCs w:val="24"/>
              </w:rPr>
            </w:pPr>
            <w:r w:rsidRPr="00213A71">
              <w:rPr>
                <w:rFonts w:cstheme="minorHAnsi"/>
                <w:sz w:val="24"/>
                <w:szCs w:val="24"/>
              </w:rPr>
              <w:t>środki dla podmiotów niebędących podmiotami ochrony ludności mogą być przekazywane tylko, gdy ustawa wprost to przewiduje.</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Organ ochrony ludności, realizując inwestycję finansowaną z Programu Ochrony Ludności i Obrony Cywilnej, powinien:</w:t>
            </w:r>
          </w:p>
          <w:p w:rsidR="000825C9" w:rsidRPr="000825C9" w:rsidRDefault="000825C9" w:rsidP="0035595A">
            <w:pPr>
              <w:numPr>
                <w:ilvl w:val="0"/>
                <w:numId w:val="12"/>
              </w:numPr>
              <w:spacing w:after="60" w:line="276" w:lineRule="auto"/>
              <w:jc w:val="both"/>
              <w:rPr>
                <w:rFonts w:cstheme="minorHAnsi"/>
                <w:sz w:val="24"/>
                <w:szCs w:val="24"/>
              </w:rPr>
            </w:pPr>
            <w:r w:rsidRPr="000825C9">
              <w:rPr>
                <w:rFonts w:cstheme="minorHAnsi"/>
                <w:sz w:val="24"/>
                <w:szCs w:val="24"/>
              </w:rPr>
              <w:t>wykazać kwalifikowalność inwestycji do Programu na jeden z poniższych sposobów:</w:t>
            </w:r>
          </w:p>
          <w:p w:rsidR="000825C9" w:rsidRPr="000825C9" w:rsidRDefault="000825C9" w:rsidP="0035595A">
            <w:pPr>
              <w:numPr>
                <w:ilvl w:val="1"/>
                <w:numId w:val="12"/>
              </w:numPr>
              <w:spacing w:after="60" w:line="276" w:lineRule="auto"/>
              <w:jc w:val="both"/>
              <w:rPr>
                <w:rFonts w:cstheme="minorHAnsi"/>
                <w:sz w:val="24"/>
                <w:szCs w:val="24"/>
              </w:rPr>
            </w:pPr>
            <w:r w:rsidRPr="000825C9">
              <w:rPr>
                <w:rFonts w:cstheme="minorHAnsi"/>
                <w:sz w:val="24"/>
                <w:szCs w:val="24"/>
              </w:rPr>
              <w:t>wskazanie obszaru, podobszaru i zadania, które realizuje inwestycja, wraz z uzasadnieniem,</w:t>
            </w:r>
          </w:p>
          <w:p w:rsidR="000825C9" w:rsidRPr="000825C9" w:rsidRDefault="000825C9" w:rsidP="0035595A">
            <w:pPr>
              <w:numPr>
                <w:ilvl w:val="1"/>
                <w:numId w:val="12"/>
              </w:numPr>
              <w:spacing w:after="60" w:line="276" w:lineRule="auto"/>
              <w:jc w:val="both"/>
              <w:rPr>
                <w:rFonts w:cstheme="minorHAnsi"/>
                <w:sz w:val="24"/>
                <w:szCs w:val="24"/>
              </w:rPr>
            </w:pPr>
            <w:r w:rsidRPr="000825C9">
              <w:rPr>
                <w:rFonts w:cstheme="minorHAnsi"/>
                <w:sz w:val="24"/>
                <w:szCs w:val="24"/>
              </w:rPr>
              <w:t>wskazanie asortymentu w wykazie kwalifikowanych zakupów;</w:t>
            </w:r>
          </w:p>
          <w:p w:rsidR="00A9300B" w:rsidRDefault="00AC68F9" w:rsidP="0035595A">
            <w:pPr>
              <w:numPr>
                <w:ilvl w:val="0"/>
                <w:numId w:val="12"/>
              </w:numPr>
              <w:spacing w:after="60" w:line="276" w:lineRule="auto"/>
              <w:jc w:val="both"/>
              <w:rPr>
                <w:rFonts w:cstheme="minorHAnsi"/>
                <w:sz w:val="24"/>
                <w:szCs w:val="24"/>
              </w:rPr>
            </w:pPr>
            <w:r>
              <w:rPr>
                <w:rFonts w:cstheme="minorHAnsi"/>
                <w:sz w:val="24"/>
                <w:szCs w:val="24"/>
              </w:rPr>
              <w:t>stwierdzić</w:t>
            </w:r>
            <w:r w:rsidR="00A9300B">
              <w:rPr>
                <w:rFonts w:cstheme="minorHAnsi"/>
                <w:sz w:val="24"/>
                <w:szCs w:val="24"/>
              </w:rPr>
              <w:t xml:space="preserve"> kwalifikowalność podmiotową</w:t>
            </w:r>
            <w:r>
              <w:rPr>
                <w:rFonts w:cstheme="minorHAnsi"/>
                <w:sz w:val="24"/>
                <w:szCs w:val="24"/>
              </w:rPr>
              <w:t>;</w:t>
            </w:r>
          </w:p>
          <w:p w:rsidR="000825C9" w:rsidRPr="000825C9" w:rsidRDefault="000825C9" w:rsidP="0035595A">
            <w:pPr>
              <w:numPr>
                <w:ilvl w:val="0"/>
                <w:numId w:val="12"/>
              </w:numPr>
              <w:spacing w:after="60" w:line="276" w:lineRule="auto"/>
              <w:jc w:val="both"/>
              <w:rPr>
                <w:rFonts w:cstheme="minorHAnsi"/>
                <w:sz w:val="24"/>
                <w:szCs w:val="24"/>
              </w:rPr>
            </w:pPr>
            <w:r w:rsidRPr="000825C9">
              <w:rPr>
                <w:rFonts w:cstheme="minorHAnsi"/>
                <w:sz w:val="24"/>
                <w:szCs w:val="24"/>
              </w:rPr>
              <w:t>wykazać zasadność inwestycji w zakresie:</w:t>
            </w:r>
          </w:p>
          <w:p w:rsidR="000825C9" w:rsidRPr="000825C9" w:rsidRDefault="000825C9" w:rsidP="0035595A">
            <w:pPr>
              <w:numPr>
                <w:ilvl w:val="1"/>
                <w:numId w:val="12"/>
              </w:numPr>
              <w:spacing w:after="60" w:line="276" w:lineRule="auto"/>
              <w:jc w:val="both"/>
              <w:rPr>
                <w:rFonts w:cstheme="minorHAnsi"/>
                <w:sz w:val="24"/>
                <w:szCs w:val="24"/>
              </w:rPr>
            </w:pPr>
            <w:r w:rsidRPr="000825C9">
              <w:rPr>
                <w:rFonts w:cstheme="minorHAnsi"/>
                <w:sz w:val="24"/>
                <w:szCs w:val="24"/>
              </w:rPr>
              <w:t>celowości z uwzględnieniem już posiadanych zasobów,</w:t>
            </w:r>
          </w:p>
          <w:p w:rsidR="000825C9" w:rsidRPr="000825C9" w:rsidRDefault="000825C9" w:rsidP="0035595A">
            <w:pPr>
              <w:numPr>
                <w:ilvl w:val="1"/>
                <w:numId w:val="12"/>
              </w:numPr>
              <w:spacing w:after="60" w:line="276" w:lineRule="auto"/>
              <w:jc w:val="both"/>
              <w:rPr>
                <w:rFonts w:cstheme="minorHAnsi"/>
                <w:sz w:val="24"/>
                <w:szCs w:val="24"/>
              </w:rPr>
            </w:pPr>
            <w:r w:rsidRPr="000825C9">
              <w:rPr>
                <w:rFonts w:cstheme="minorHAnsi"/>
                <w:sz w:val="24"/>
                <w:szCs w:val="24"/>
              </w:rPr>
              <w:t>zgodności z potrzebami obronnymi,</w:t>
            </w:r>
          </w:p>
          <w:p w:rsidR="000825C9" w:rsidRPr="007B6529" w:rsidRDefault="000825C9" w:rsidP="0035595A">
            <w:pPr>
              <w:numPr>
                <w:ilvl w:val="1"/>
                <w:numId w:val="12"/>
              </w:numPr>
              <w:spacing w:after="60" w:line="276" w:lineRule="auto"/>
              <w:jc w:val="both"/>
              <w:rPr>
                <w:rFonts w:cstheme="minorHAnsi"/>
                <w:sz w:val="24"/>
                <w:szCs w:val="24"/>
              </w:rPr>
            </w:pPr>
            <w:r w:rsidRPr="007B6529">
              <w:rPr>
                <w:rFonts w:cstheme="minorHAnsi"/>
                <w:sz w:val="24"/>
                <w:szCs w:val="24"/>
              </w:rPr>
              <w:t>lokalizacji geograficznej inwestycji;</w:t>
            </w:r>
          </w:p>
          <w:p w:rsidR="00186612" w:rsidRPr="00D35009" w:rsidRDefault="00186612" w:rsidP="00D35009">
            <w:pPr>
              <w:pStyle w:val="Akapitzlist"/>
              <w:numPr>
                <w:ilvl w:val="0"/>
                <w:numId w:val="12"/>
              </w:numPr>
              <w:spacing w:after="60" w:line="276" w:lineRule="auto"/>
              <w:jc w:val="both"/>
              <w:rPr>
                <w:sz w:val="24"/>
                <w:szCs w:val="24"/>
              </w:rPr>
            </w:pPr>
            <w:r w:rsidRPr="00D35009">
              <w:rPr>
                <w:sz w:val="24"/>
                <w:szCs w:val="24"/>
              </w:rPr>
              <w:t>określić przewidywany wpływ inwestycji na rozwój zdolności albo na utrzymanie wcześniej osiągniętego poziomu zdolności.</w:t>
            </w:r>
          </w:p>
          <w:p w:rsidR="00186612" w:rsidRPr="007B6529" w:rsidRDefault="00186612" w:rsidP="0035595A">
            <w:pPr>
              <w:spacing w:after="60" w:line="276" w:lineRule="auto"/>
              <w:jc w:val="both"/>
              <w:rPr>
                <w:sz w:val="24"/>
                <w:szCs w:val="24"/>
              </w:rPr>
            </w:pPr>
            <w:r w:rsidRPr="007B6529">
              <w:rPr>
                <w:sz w:val="24"/>
                <w:szCs w:val="24"/>
              </w:rPr>
              <w:t>Podmioty realizujące Program powinny zapewniać zrównoważony rozwój zdolności we wszystkich obszarach, z uwzględnieniem analizy ryzyka, stanu posiadanych zasobów, potrzeb terytorialnych i priorytetów Programu. Na poziomie gminy należy zapewnić przede wszystkim podstawowy pakiet odporności gminy, obejmujący priorytetowe zadania i zdolności w każdym z obszarów:</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procedury współpracy ze szczeblem powiatowym, wojewódzkim, sołectwami, ochotniczą strażą pożarną oraz organizacjami pozarządowymi i przedsiębiorcami</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awaryjne źródła energii elektrycznej dla kluczowych obiektów gminnych</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zaopatrzenie w wodę, żywność oraz środki higieniczne, opatrunkowe i</w:t>
            </w:r>
            <w:r w:rsidR="00AC68F9">
              <w:rPr>
                <w:rFonts w:cstheme="minorHAnsi"/>
                <w:sz w:val="24"/>
                <w:szCs w:val="24"/>
              </w:rPr>
              <w:t> </w:t>
            </w:r>
            <w:r w:rsidRPr="000825C9">
              <w:rPr>
                <w:rFonts w:cstheme="minorHAnsi"/>
                <w:sz w:val="24"/>
                <w:szCs w:val="24"/>
              </w:rPr>
              <w:t>sprzęt kwaterunkowy</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lastRenderedPageBreak/>
              <w:t>co najmniej jeden magazyn zasobów ochrony ludności;</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co najmniej jeden lokalny punkt przetrwania</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podstawowe wyposażenie ochotniczych straży pożarnych i innych podmiotów ochrony ludności</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awaryjną łączność kompatybilną z systemem bezpiecznej łączności państwowej</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zintegrowany system powiadamiania, ostrzegania i alarmowania mieszkańców</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punkty schronienia i miejsca doraźnego schronienia</w:t>
            </w:r>
            <w:r w:rsidR="00AC68F9">
              <w:rPr>
                <w:rFonts w:cstheme="minorHAnsi"/>
                <w:sz w:val="24"/>
                <w:szCs w:val="24"/>
              </w:rPr>
              <w:t>;</w:t>
            </w:r>
          </w:p>
          <w:p w:rsidR="000825C9" w:rsidRPr="000825C9" w:rsidRDefault="000825C9" w:rsidP="003924EC">
            <w:pPr>
              <w:numPr>
                <w:ilvl w:val="0"/>
                <w:numId w:val="14"/>
              </w:numPr>
              <w:spacing w:after="60" w:line="276" w:lineRule="auto"/>
              <w:jc w:val="both"/>
              <w:rPr>
                <w:rFonts w:cstheme="minorHAnsi"/>
                <w:sz w:val="24"/>
                <w:szCs w:val="24"/>
              </w:rPr>
            </w:pPr>
            <w:r w:rsidRPr="000825C9">
              <w:rPr>
                <w:rFonts w:cstheme="minorHAnsi"/>
                <w:sz w:val="24"/>
                <w:szCs w:val="24"/>
              </w:rPr>
              <w:t>przeszkolenie personelu ochrony ludności gminy, ochotniczych straży pożarnych i sołtysów.</w:t>
            </w:r>
          </w:p>
          <w:p w:rsidR="00186612" w:rsidRPr="007B6529" w:rsidRDefault="00186612" w:rsidP="0035595A">
            <w:pPr>
              <w:spacing w:after="60" w:line="276" w:lineRule="auto"/>
              <w:jc w:val="both"/>
              <w:rPr>
                <w:sz w:val="24"/>
                <w:szCs w:val="24"/>
              </w:rPr>
            </w:pPr>
            <w:r w:rsidRPr="007B6529">
              <w:rPr>
                <w:sz w:val="24"/>
                <w:szCs w:val="24"/>
              </w:rPr>
              <w:t>Na poziomie powiatu należy zapewnić odpowiednio podstawowy pakiet odporności powiatu, obejmujący:</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procedury kierowania, koordynowania i nadzorowania zadań z zakresu ochrony ludności i obrony cywilnej na obszarze powiatu</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awaryjne źródła energii elektrycznej dla kluczowych obiektów powiatowych, w szczególności starostwa powiatowego, placówek pomocy społecznej i szpitali</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co najmniej jedną mobilną stację uzdatniania wody</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co najmniej jedną cysternę do przewozu paliwa</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co najmniej jeden magazyn zasobów ochrony ludności z powiatową rezerwą sprzętu ratowniczego i logistycznego;</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 xml:space="preserve">co </w:t>
            </w:r>
            <w:r w:rsidR="00B04ACD">
              <w:rPr>
                <w:rFonts w:cstheme="minorHAnsi"/>
                <w:sz w:val="24"/>
                <w:szCs w:val="24"/>
              </w:rPr>
              <w:t>najmniej dwa punkty przetrwania;</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awaryjną łączność kompatybilną z systemem bezpiecznej łączności państwowej</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zintegrowany system powiadamiania, ostrzegania i alarmowania mieszkańców</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zapewnienie ciągłości funkcjonowania starostwa</w:t>
            </w:r>
            <w:r w:rsidR="00AC68F9">
              <w:rPr>
                <w:rFonts w:cstheme="minorHAnsi"/>
                <w:sz w:val="24"/>
                <w:szCs w:val="24"/>
              </w:rPr>
              <w:t>;</w:t>
            </w:r>
          </w:p>
          <w:p w:rsidR="000825C9" w:rsidRPr="000825C9" w:rsidRDefault="000825C9" w:rsidP="003924EC">
            <w:pPr>
              <w:numPr>
                <w:ilvl w:val="0"/>
                <w:numId w:val="15"/>
              </w:numPr>
              <w:spacing w:after="60" w:line="276" w:lineRule="auto"/>
              <w:jc w:val="both"/>
              <w:rPr>
                <w:rFonts w:cstheme="minorHAnsi"/>
                <w:sz w:val="24"/>
                <w:szCs w:val="24"/>
              </w:rPr>
            </w:pPr>
            <w:r w:rsidRPr="000825C9">
              <w:rPr>
                <w:rFonts w:cstheme="minorHAnsi"/>
                <w:sz w:val="24"/>
                <w:szCs w:val="24"/>
              </w:rPr>
              <w:t xml:space="preserve">przeszkolenie personelu ochrony ludności powiatu oraz wolontariuszy. </w:t>
            </w:r>
          </w:p>
          <w:p w:rsidR="00186612" w:rsidRPr="007B6529" w:rsidRDefault="00186612" w:rsidP="0035595A">
            <w:pPr>
              <w:spacing w:after="60" w:line="276" w:lineRule="auto"/>
              <w:jc w:val="both"/>
              <w:rPr>
                <w:sz w:val="24"/>
                <w:szCs w:val="24"/>
              </w:rPr>
            </w:pPr>
            <w:r w:rsidRPr="007B6529">
              <w:rPr>
                <w:sz w:val="24"/>
                <w:szCs w:val="24"/>
              </w:rPr>
              <w:t>Elementy podstawowych pakietów odporności mogą być zapewniane także w</w:t>
            </w:r>
            <w:r w:rsidR="00A300B1">
              <w:rPr>
                <w:sz w:val="24"/>
                <w:szCs w:val="24"/>
              </w:rPr>
              <w:t> </w:t>
            </w:r>
            <w:r w:rsidRPr="007B6529">
              <w:rPr>
                <w:sz w:val="24"/>
                <w:szCs w:val="24"/>
              </w:rPr>
              <w:t>ramach współpracy między jednostkami samorządu terytorialnego lub z</w:t>
            </w:r>
            <w:r w:rsidR="00A300B1">
              <w:rPr>
                <w:sz w:val="24"/>
                <w:szCs w:val="24"/>
              </w:rPr>
              <w:t> </w:t>
            </w:r>
            <w:r w:rsidRPr="007B6529">
              <w:rPr>
                <w:sz w:val="24"/>
                <w:szCs w:val="24"/>
              </w:rPr>
              <w:t>podmiotami ochrony ludności, jeżeli zasady udostępnienia, czas uruchomienia i odpowiedzialność za użycie zasobów zostały określone w sposób zapewniający wykonanie zadań na właściwym obszarze.</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Wojewoda opracowuje i przedstawia jednostkom samorządu terytorialnego przejrzyste zasady wnioskowania i oceny wniosków dotyczących inwestycji m.in. w oparciu o dokumenty potwierdzające uznanie obiektu za budowlę ochronną. Minister właściwy do spraw wewnętrznych może, w ramach nadzoru nad </w:t>
            </w:r>
            <w:r w:rsidRPr="000825C9">
              <w:rPr>
                <w:rFonts w:cstheme="minorHAnsi"/>
                <w:sz w:val="24"/>
                <w:szCs w:val="24"/>
              </w:rPr>
              <w:lastRenderedPageBreak/>
              <w:t xml:space="preserve">realizacją Programu, ustanowić tryb opiniowania inwestycji, celem zapewnienia sprawności realizacji Programu w danym roku.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Stosownie do potrzeb nieprzewidzianych w Programie Ochrony Ludności i</w:t>
            </w:r>
            <w:r w:rsidR="00B775D5">
              <w:rPr>
                <w:rFonts w:cstheme="minorHAnsi"/>
                <w:sz w:val="24"/>
                <w:szCs w:val="24"/>
              </w:rPr>
              <w:t> </w:t>
            </w:r>
            <w:r w:rsidRPr="000825C9">
              <w:rPr>
                <w:rFonts w:cstheme="minorHAnsi"/>
                <w:sz w:val="24"/>
                <w:szCs w:val="24"/>
              </w:rPr>
              <w:t xml:space="preserve">Obrony Cywilnej w momencie jego przyjęcia, wytyczne co do </w:t>
            </w:r>
            <w:proofErr w:type="spellStart"/>
            <w:r w:rsidRPr="000825C9">
              <w:rPr>
                <w:rFonts w:cstheme="minorHAnsi"/>
                <w:sz w:val="24"/>
                <w:szCs w:val="24"/>
              </w:rPr>
              <w:t>priorytetyzacji</w:t>
            </w:r>
            <w:proofErr w:type="spellEnd"/>
            <w:r w:rsidRPr="000825C9">
              <w:rPr>
                <w:rFonts w:cstheme="minorHAnsi"/>
                <w:sz w:val="24"/>
                <w:szCs w:val="24"/>
              </w:rPr>
              <w:t xml:space="preserve"> zakupów i inwestycji mogą być wydawane na bieżąco przez organy ochrony ludności, na podstawie art. 58 ustawy z dnia 5 grudnia 2024 r. o ochronie ludności i obronie cywilnej. Zalecenia mogą obejmować w szczególności tymczasowy nakaz lub zakaz realizacji niektórych inwestycji bądź zakupów.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Organy ochrony ludności na bieżąco wyjaśniają wątpliwości odnośnie zasad realizacji Programu przedstawiane przez organy niższego szczebla i inne podmioty realizujące, w szczególności poprzez regularne odprawy realizatorów Programu. Organy ochrony ludności współpracują z organami ochrony ludności niższego szczebla, w szczególności z organami o ograniczonym potencjale kadrowym i organizacyjnym, przez wspólne opracowanie wzorcowej dokumentacji, projektów umów, standardów technicznych oraz konsultacje w</w:t>
            </w:r>
            <w:r w:rsidR="00871B2D">
              <w:rPr>
                <w:rFonts w:cstheme="minorHAnsi"/>
                <w:sz w:val="24"/>
                <w:szCs w:val="24"/>
              </w:rPr>
              <w:t> </w:t>
            </w:r>
            <w:r w:rsidRPr="000825C9">
              <w:rPr>
                <w:rFonts w:cstheme="minorHAnsi"/>
                <w:sz w:val="24"/>
                <w:szCs w:val="24"/>
              </w:rPr>
              <w:t xml:space="preserve">zakresie kwalifikowalności wydatków.  </w:t>
            </w:r>
          </w:p>
          <w:p w:rsidR="000825C9" w:rsidRPr="000825C9" w:rsidRDefault="000825C9" w:rsidP="0035595A">
            <w:pPr>
              <w:spacing w:after="60" w:line="276" w:lineRule="auto"/>
              <w:jc w:val="both"/>
              <w:rPr>
                <w:rFonts w:cstheme="minorHAnsi"/>
                <w:sz w:val="24"/>
                <w:szCs w:val="24"/>
              </w:rPr>
            </w:pPr>
            <w:r w:rsidRPr="000825C9">
              <w:rPr>
                <w:rFonts w:cstheme="minorHAnsi"/>
                <w:sz w:val="24"/>
                <w:szCs w:val="24"/>
              </w:rPr>
              <w:t xml:space="preserve">Dla środków trwałych należy przewidzieć co najmniej dziesięcioletni okres użytkowania. W przypadku wcześniejszego zbycia zasobu, należy uzyskać zgodę wojewody. Nieruchomości nabyte ze środków Programu mogą być jedynie przekazywane nieodpłatnie na rzecz </w:t>
            </w:r>
            <w:r w:rsidR="00B04ACD">
              <w:rPr>
                <w:rFonts w:cstheme="minorHAnsi"/>
                <w:sz w:val="24"/>
                <w:szCs w:val="24"/>
              </w:rPr>
              <w:t>Skarbu P</w:t>
            </w:r>
            <w:r w:rsidRPr="000825C9">
              <w:rPr>
                <w:rFonts w:cstheme="minorHAnsi"/>
                <w:sz w:val="24"/>
                <w:szCs w:val="24"/>
              </w:rPr>
              <w:t>aństwa albo innych organów i</w:t>
            </w:r>
            <w:r w:rsidR="00871B2D">
              <w:rPr>
                <w:rFonts w:cstheme="minorHAnsi"/>
                <w:sz w:val="24"/>
                <w:szCs w:val="24"/>
              </w:rPr>
              <w:t> </w:t>
            </w:r>
            <w:r w:rsidRPr="000825C9">
              <w:rPr>
                <w:rFonts w:cstheme="minorHAnsi"/>
                <w:sz w:val="24"/>
                <w:szCs w:val="24"/>
              </w:rPr>
              <w:t xml:space="preserve">podmiotów ochrony ludności dla realizacji zadań ochrony ludności i obrony cywilnej. Pojazdy nabyte ze środków Programu dla Państwowej Straży Pożarnej po zakończeniu użytkowania przekazuje się ochotniczym strażom pożarnym. </w:t>
            </w:r>
          </w:p>
          <w:p w:rsidR="00FE32AB" w:rsidRPr="000943EB" w:rsidRDefault="000825C9" w:rsidP="0035595A">
            <w:pPr>
              <w:spacing w:after="60" w:line="276" w:lineRule="auto"/>
              <w:jc w:val="both"/>
              <w:rPr>
                <w:rFonts w:cstheme="minorHAnsi"/>
                <w:sz w:val="24"/>
                <w:szCs w:val="24"/>
              </w:rPr>
            </w:pPr>
            <w:r w:rsidRPr="000825C9">
              <w:rPr>
                <w:rFonts w:cstheme="minorHAnsi"/>
                <w:sz w:val="24"/>
                <w:szCs w:val="24"/>
              </w:rPr>
              <w:t>Sprzęt i infrastruktura sfinansowana ze środków Programu powinna być wykorzystywana przede wszystkim na cele ochrony ludności i obrony cywilnej, jednakże dopuszczalne jest ich wykorzystanie w bieżącej działalności organów i</w:t>
            </w:r>
            <w:r w:rsidR="00871B2D">
              <w:rPr>
                <w:rFonts w:cstheme="minorHAnsi"/>
                <w:sz w:val="24"/>
                <w:szCs w:val="24"/>
              </w:rPr>
              <w:t> </w:t>
            </w:r>
            <w:r w:rsidRPr="000825C9">
              <w:rPr>
                <w:rFonts w:cstheme="minorHAnsi"/>
                <w:sz w:val="24"/>
                <w:szCs w:val="24"/>
              </w:rPr>
              <w:t>podmiotów ochrony lud</w:t>
            </w:r>
            <w:r w:rsidR="00B775D5">
              <w:rPr>
                <w:rFonts w:cstheme="minorHAnsi"/>
                <w:sz w:val="24"/>
                <w:szCs w:val="24"/>
              </w:rPr>
              <w:t>ności, również z uwzględnieniem</w:t>
            </w:r>
            <w:r w:rsidRPr="000825C9">
              <w:rPr>
                <w:rFonts w:cstheme="minorHAnsi"/>
                <w:sz w:val="24"/>
                <w:szCs w:val="24"/>
              </w:rPr>
              <w:t xml:space="preserve"> ewentualnych postanowień umów dotacyjnych. Niedopuszczalne jest wynajmowanie lub zbywanie zakupionego sprzętu w celach komercyjnych. Konieczne jest, aby sprzęt pozostawał w stałej gotowości do wykorzystania na cele ochrony ludności i obrony cywilnej, także poza obszarem właściwości organu, który go nabył, jak również konieczne jest bieżące uzupełnianie zasobów zużywalnych. W</w:t>
            </w:r>
            <w:r w:rsidR="00871B2D">
              <w:rPr>
                <w:rFonts w:cstheme="minorHAnsi"/>
                <w:sz w:val="24"/>
                <w:szCs w:val="24"/>
              </w:rPr>
              <w:t> </w:t>
            </w:r>
            <w:r w:rsidRPr="000825C9">
              <w:rPr>
                <w:rFonts w:cstheme="minorHAnsi"/>
                <w:sz w:val="24"/>
                <w:szCs w:val="24"/>
              </w:rPr>
              <w:t>przypadku zasobów zużywalnych należy również przewidzieć rotację zapasów, celem racjonalnego gospodarowania zasobami.</w:t>
            </w:r>
          </w:p>
        </w:tc>
        <w:tc>
          <w:tcPr>
            <w:tcW w:w="1701" w:type="dxa"/>
            <w:shd w:val="clear" w:color="auto" w:fill="FCC770"/>
          </w:tcPr>
          <w:p w:rsidR="000825C9" w:rsidRPr="00A642E0" w:rsidRDefault="000825C9" w:rsidP="0075612E">
            <w:pPr>
              <w:rPr>
                <w:rFonts w:cstheme="minorHAnsi"/>
                <w:b/>
                <w:i/>
                <w:smallCaps/>
                <w:color w:val="000000" w:themeColor="text1"/>
                <w:sz w:val="18"/>
                <w:szCs w:val="18"/>
              </w:rPr>
            </w:pPr>
          </w:p>
          <w:p w:rsidR="000825C9" w:rsidRPr="00A642E0" w:rsidRDefault="000825C9" w:rsidP="0075612E">
            <w:pPr>
              <w:rPr>
                <w:rFonts w:cstheme="minorHAnsi"/>
                <w:b/>
                <w:i/>
                <w:smallCaps/>
                <w:color w:val="000000" w:themeColor="text1"/>
                <w:sz w:val="18"/>
                <w:szCs w:val="18"/>
              </w:rPr>
            </w:pPr>
          </w:p>
          <w:p w:rsidR="000825C9" w:rsidRPr="00A642E0" w:rsidRDefault="000825C9"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Kwalifikowalność inwestycji </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743E1" w:rsidRDefault="007743E1"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363086" w:rsidRDefault="00363086"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Kryteria oceny inwestycji</w:t>
            </w:r>
          </w:p>
          <w:p w:rsidR="0075612E" w:rsidRPr="00A642E0" w:rsidRDefault="0075612E" w:rsidP="0075612E">
            <w:pPr>
              <w:rPr>
                <w:rFonts w:cstheme="minorHAnsi"/>
                <w:b/>
                <w:i/>
                <w:smallCaps/>
                <w:color w:val="000000" w:themeColor="text1"/>
                <w:sz w:val="18"/>
                <w:szCs w:val="18"/>
              </w:rPr>
            </w:pPr>
          </w:p>
          <w:p w:rsidR="003744EC" w:rsidRDefault="003744EC" w:rsidP="0075612E">
            <w:pPr>
              <w:rPr>
                <w:rFonts w:cstheme="minorHAnsi"/>
                <w:b/>
                <w:i/>
                <w:smallCaps/>
                <w:color w:val="000000" w:themeColor="text1"/>
                <w:sz w:val="24"/>
                <w:szCs w:val="18"/>
              </w:rPr>
            </w:pPr>
          </w:p>
          <w:p w:rsidR="00D73436" w:rsidRPr="00D73436" w:rsidRDefault="00D73436" w:rsidP="0075612E">
            <w:pPr>
              <w:rPr>
                <w:rFonts w:cstheme="minorHAnsi"/>
                <w:b/>
                <w:i/>
                <w:smallCaps/>
                <w:color w:val="000000" w:themeColor="text1"/>
                <w:sz w:val="2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celowość</w:t>
            </w:r>
          </w:p>
          <w:p w:rsidR="0075612E" w:rsidRDefault="0075612E" w:rsidP="0075612E">
            <w:pPr>
              <w:rPr>
                <w:rFonts w:cstheme="minorHAnsi"/>
                <w:b/>
                <w:i/>
                <w:smallCaps/>
                <w:color w:val="000000" w:themeColor="text1"/>
                <w:sz w:val="18"/>
                <w:szCs w:val="18"/>
              </w:rPr>
            </w:pPr>
          </w:p>
          <w:p w:rsidR="00006540" w:rsidRPr="00D73436" w:rsidRDefault="00006540" w:rsidP="0075612E">
            <w:pPr>
              <w:rPr>
                <w:rFonts w:cstheme="minorHAnsi"/>
                <w:b/>
                <w:i/>
                <w:smallCaps/>
                <w:color w:val="000000" w:themeColor="text1"/>
                <w:sz w:val="20"/>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Potrzeby obronne</w:t>
            </w:r>
          </w:p>
          <w:p w:rsidR="00006540" w:rsidRPr="00A642E0" w:rsidRDefault="00006540"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lokalizacja </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7743E1" w:rsidRDefault="007743E1"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697127" w:rsidRDefault="00697127"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zasada efektywności inwestycji</w:t>
            </w:r>
            <w:r w:rsidR="00A76F52" w:rsidRPr="00A642E0">
              <w:rPr>
                <w:rFonts w:cstheme="minorHAnsi"/>
                <w:b/>
                <w:i/>
                <w:smallCaps/>
                <w:color w:val="000000" w:themeColor="text1"/>
                <w:sz w:val="18"/>
                <w:szCs w:val="18"/>
              </w:rPr>
              <w:t xml:space="preserve"> – synergia zasobów</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Default="0075612E" w:rsidP="0075612E">
            <w:pPr>
              <w:rPr>
                <w:rFonts w:cstheme="minorHAnsi"/>
                <w:b/>
                <w:i/>
                <w:smallCaps/>
                <w:color w:val="000000" w:themeColor="text1"/>
                <w:sz w:val="18"/>
                <w:szCs w:val="18"/>
              </w:rPr>
            </w:pPr>
          </w:p>
          <w:p w:rsidR="007743E1" w:rsidRPr="00A642E0" w:rsidRDefault="007743E1" w:rsidP="0075612E">
            <w:pPr>
              <w:rPr>
                <w:rFonts w:cstheme="minorHAnsi"/>
                <w:b/>
                <w:i/>
                <w:smallCaps/>
                <w:color w:val="000000" w:themeColor="text1"/>
                <w:sz w:val="18"/>
                <w:szCs w:val="18"/>
              </w:rPr>
            </w:pPr>
          </w:p>
          <w:p w:rsidR="0075612E" w:rsidRDefault="0075612E" w:rsidP="0075612E">
            <w:pPr>
              <w:rPr>
                <w:rFonts w:cstheme="minorHAnsi"/>
                <w:b/>
                <w:i/>
                <w:smallCaps/>
                <w:color w:val="000000" w:themeColor="text1"/>
                <w:sz w:val="18"/>
                <w:szCs w:val="18"/>
              </w:rPr>
            </w:pPr>
          </w:p>
          <w:p w:rsidR="006B1290" w:rsidRPr="00A642E0" w:rsidRDefault="006B1290"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rozwiązania organizacyjne</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FB5704" w:rsidRPr="00D35009" w:rsidRDefault="00FB5704" w:rsidP="0075612E">
            <w:pPr>
              <w:rPr>
                <w:rFonts w:cstheme="minorHAnsi"/>
                <w:b/>
                <w:i/>
                <w:smallCaps/>
                <w:color w:val="000000" w:themeColor="text1"/>
                <w:sz w:val="16"/>
                <w:szCs w:val="18"/>
              </w:rPr>
            </w:pPr>
          </w:p>
          <w:p w:rsidR="0075612E" w:rsidRPr="00A642E0" w:rsidRDefault="00AC68F9" w:rsidP="0075612E">
            <w:pPr>
              <w:rPr>
                <w:rFonts w:cstheme="minorHAnsi"/>
                <w:b/>
                <w:i/>
                <w:smallCaps/>
                <w:color w:val="000000" w:themeColor="text1"/>
                <w:sz w:val="18"/>
                <w:szCs w:val="18"/>
              </w:rPr>
            </w:pPr>
            <w:r w:rsidRPr="00A642E0">
              <w:rPr>
                <w:rFonts w:cstheme="minorHAnsi"/>
                <w:b/>
                <w:i/>
                <w:smallCaps/>
                <w:color w:val="000000" w:themeColor="text1"/>
                <w:sz w:val="18"/>
                <w:szCs w:val="18"/>
              </w:rPr>
              <w:t>p</w:t>
            </w:r>
            <w:r w:rsidR="0075612E" w:rsidRPr="00A642E0">
              <w:rPr>
                <w:rFonts w:cstheme="minorHAnsi"/>
                <w:b/>
                <w:i/>
                <w:smallCaps/>
                <w:color w:val="000000" w:themeColor="text1"/>
                <w:sz w:val="18"/>
                <w:szCs w:val="18"/>
              </w:rPr>
              <w:t>otrzeby obronne</w:t>
            </w:r>
          </w:p>
          <w:p w:rsidR="0075612E" w:rsidRPr="00A642E0" w:rsidRDefault="0075612E"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75612E" w:rsidRPr="00A642E0" w:rsidRDefault="00AC68F9" w:rsidP="0075612E">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o</w:t>
            </w:r>
            <w:r w:rsidR="0075612E" w:rsidRPr="00A642E0">
              <w:rPr>
                <w:rFonts w:cstheme="minorHAnsi"/>
                <w:b/>
                <w:i/>
                <w:smallCaps/>
                <w:color w:val="000000" w:themeColor="text1"/>
                <w:sz w:val="18"/>
                <w:szCs w:val="18"/>
              </w:rPr>
              <w:t>cena zgodności z potrzebami obronnymi</w:t>
            </w:r>
          </w:p>
          <w:p w:rsidR="0075612E" w:rsidRPr="00A642E0" w:rsidRDefault="0075612E" w:rsidP="0075612E">
            <w:pPr>
              <w:rPr>
                <w:rFonts w:cstheme="minorHAnsi"/>
                <w:b/>
                <w:i/>
                <w:smallCaps/>
                <w:color w:val="000000" w:themeColor="text1"/>
                <w:sz w:val="18"/>
                <w:szCs w:val="18"/>
              </w:rPr>
            </w:pPr>
          </w:p>
          <w:p w:rsidR="0075612E" w:rsidRDefault="0075612E"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lokalizacja</w:t>
            </w:r>
          </w:p>
          <w:p w:rsidR="0075612E" w:rsidRPr="00A642E0" w:rsidRDefault="0075612E" w:rsidP="0075612E">
            <w:pPr>
              <w:rPr>
                <w:rFonts w:cstheme="minorHAnsi"/>
                <w:b/>
                <w:i/>
                <w:smallCaps/>
                <w:color w:val="000000" w:themeColor="text1"/>
                <w:sz w:val="18"/>
                <w:szCs w:val="18"/>
              </w:rPr>
            </w:pPr>
          </w:p>
          <w:p w:rsidR="0075612E" w:rsidRDefault="0075612E" w:rsidP="0075612E">
            <w:pPr>
              <w:rPr>
                <w:rFonts w:cstheme="minorHAnsi"/>
                <w:b/>
                <w:i/>
                <w:smallCaps/>
                <w:color w:val="000000" w:themeColor="text1"/>
                <w:sz w:val="18"/>
                <w:szCs w:val="18"/>
              </w:rPr>
            </w:pPr>
          </w:p>
          <w:p w:rsidR="000943EB" w:rsidRPr="00D35009" w:rsidRDefault="000943EB" w:rsidP="0075612E">
            <w:pPr>
              <w:rPr>
                <w:rFonts w:cstheme="minorHAnsi"/>
                <w:b/>
                <w:i/>
                <w:smallCaps/>
                <w:color w:val="000000" w:themeColor="text1"/>
                <w:sz w:val="36"/>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zasada dual </w:t>
            </w:r>
            <w:proofErr w:type="spellStart"/>
            <w:r w:rsidRPr="00A642E0">
              <w:rPr>
                <w:rFonts w:cstheme="minorHAnsi"/>
                <w:b/>
                <w:i/>
                <w:smallCaps/>
                <w:color w:val="000000" w:themeColor="text1"/>
                <w:sz w:val="18"/>
                <w:szCs w:val="18"/>
              </w:rPr>
              <w:t>use</w:t>
            </w:r>
            <w:proofErr w:type="spellEnd"/>
          </w:p>
          <w:p w:rsidR="0075612E" w:rsidRPr="00A642E0" w:rsidRDefault="0075612E" w:rsidP="0075612E">
            <w:pPr>
              <w:rPr>
                <w:rFonts w:cstheme="minorHAnsi"/>
                <w:b/>
                <w:i/>
                <w:smallCaps/>
                <w:color w:val="000000" w:themeColor="text1"/>
                <w:sz w:val="18"/>
                <w:szCs w:val="18"/>
              </w:rPr>
            </w:pPr>
          </w:p>
          <w:p w:rsidR="005F2543" w:rsidRPr="00432E92" w:rsidRDefault="005F2543" w:rsidP="0075612E">
            <w:pPr>
              <w:rPr>
                <w:rFonts w:cstheme="minorHAnsi"/>
                <w:b/>
                <w:i/>
                <w:smallCaps/>
                <w:color w:val="000000" w:themeColor="text1"/>
                <w:sz w:val="24"/>
                <w:szCs w:val="18"/>
              </w:rPr>
            </w:pPr>
          </w:p>
          <w:p w:rsidR="0075612E" w:rsidRPr="00A642E0" w:rsidRDefault="0075612E" w:rsidP="0075612E">
            <w:pPr>
              <w:rPr>
                <w:rFonts w:cstheme="minorHAnsi"/>
                <w:b/>
                <w:i/>
                <w:smallCaps/>
                <w:color w:val="000000" w:themeColor="text1"/>
                <w:sz w:val="18"/>
                <w:szCs w:val="18"/>
              </w:rPr>
            </w:pPr>
            <w:proofErr w:type="spellStart"/>
            <w:r w:rsidRPr="00A642E0">
              <w:rPr>
                <w:rFonts w:cstheme="minorHAnsi"/>
                <w:b/>
                <w:i/>
                <w:smallCaps/>
                <w:color w:val="000000" w:themeColor="text1"/>
                <w:sz w:val="18"/>
                <w:szCs w:val="18"/>
              </w:rPr>
              <w:t>NPOiO</w:t>
            </w:r>
            <w:proofErr w:type="spellEnd"/>
            <w:r w:rsidRPr="00A642E0">
              <w:rPr>
                <w:rFonts w:cstheme="minorHAnsi"/>
                <w:b/>
                <w:i/>
                <w:smallCaps/>
                <w:color w:val="000000" w:themeColor="text1"/>
                <w:sz w:val="18"/>
                <w:szCs w:val="18"/>
              </w:rPr>
              <w:t xml:space="preserve"> </w:t>
            </w:r>
            <w:r w:rsidR="00FB5704">
              <w:rPr>
                <w:rFonts w:cstheme="minorHAnsi"/>
                <w:b/>
                <w:i/>
                <w:smallCaps/>
                <w:color w:val="000000" w:themeColor="text1"/>
                <w:sz w:val="18"/>
                <w:szCs w:val="18"/>
              </w:rPr>
              <w:t>„</w:t>
            </w:r>
            <w:r w:rsidRPr="00A642E0">
              <w:rPr>
                <w:rFonts w:cstheme="minorHAnsi"/>
                <w:b/>
                <w:i/>
                <w:smallCaps/>
                <w:color w:val="000000" w:themeColor="text1"/>
                <w:sz w:val="18"/>
                <w:szCs w:val="18"/>
              </w:rPr>
              <w:t>Tarcza Wschód</w:t>
            </w:r>
            <w:r w:rsidR="00FB5704">
              <w:rPr>
                <w:rFonts w:cstheme="minorHAnsi"/>
                <w:b/>
                <w:i/>
                <w:smallCaps/>
                <w:color w:val="000000" w:themeColor="text1"/>
                <w:sz w:val="18"/>
                <w:szCs w:val="18"/>
              </w:rPr>
              <w:t>”</w:t>
            </w:r>
          </w:p>
          <w:p w:rsidR="006E08E7" w:rsidRPr="00432E92" w:rsidRDefault="006E08E7" w:rsidP="0075612E">
            <w:pPr>
              <w:rPr>
                <w:rFonts w:cstheme="minorHAnsi"/>
                <w:b/>
                <w:i/>
                <w:smallCaps/>
                <w:color w:val="000000" w:themeColor="text1"/>
                <w:sz w:val="24"/>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zgodność z planami ewakuacji</w:t>
            </w:r>
          </w:p>
          <w:p w:rsidR="0075612E" w:rsidRPr="00A642E0" w:rsidRDefault="0075612E" w:rsidP="0075612E">
            <w:pPr>
              <w:rPr>
                <w:rFonts w:cstheme="minorHAnsi"/>
                <w:b/>
                <w:i/>
                <w:smallCaps/>
                <w:color w:val="000000" w:themeColor="text1"/>
                <w:sz w:val="18"/>
                <w:szCs w:val="18"/>
              </w:rPr>
            </w:pPr>
          </w:p>
          <w:p w:rsidR="0075612E" w:rsidRPr="00D35009" w:rsidRDefault="0075612E" w:rsidP="0075612E">
            <w:pPr>
              <w:rPr>
                <w:rFonts w:cstheme="minorHAnsi"/>
                <w:b/>
                <w:i/>
                <w:smallCaps/>
                <w:color w:val="000000" w:themeColor="text1"/>
                <w:sz w:val="12"/>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opinia wojewódzkiego zespołu zarządzania kryzysowego </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AC68F9" w:rsidP="0075612E">
            <w:pPr>
              <w:rPr>
                <w:rFonts w:cstheme="minorHAnsi"/>
                <w:b/>
                <w:i/>
                <w:smallCaps/>
                <w:color w:val="000000" w:themeColor="text1"/>
                <w:sz w:val="18"/>
                <w:szCs w:val="18"/>
              </w:rPr>
            </w:pPr>
            <w:r w:rsidRPr="00A642E0">
              <w:rPr>
                <w:rFonts w:cstheme="minorHAnsi"/>
                <w:b/>
                <w:i/>
                <w:smallCaps/>
                <w:color w:val="000000" w:themeColor="text1"/>
                <w:sz w:val="18"/>
                <w:szCs w:val="18"/>
              </w:rPr>
              <w:t>dyspozycyjność zasobów</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E6322B" w:rsidRDefault="00E6322B" w:rsidP="0075612E">
            <w:pPr>
              <w:rPr>
                <w:rFonts w:cstheme="minorHAnsi"/>
                <w:b/>
                <w:i/>
                <w:smallCaps/>
                <w:color w:val="000000" w:themeColor="text1"/>
                <w:sz w:val="18"/>
                <w:szCs w:val="18"/>
              </w:rPr>
            </w:pPr>
          </w:p>
          <w:p w:rsidR="00E6322B" w:rsidRDefault="00E6322B"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opiniowanie wniosków</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743E1" w:rsidRDefault="007743E1"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opiniowanie wniosków przez MSWiA i MON</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491A68" w:rsidP="0075612E">
            <w:pPr>
              <w:rPr>
                <w:rFonts w:cstheme="minorHAnsi"/>
                <w:b/>
                <w:i/>
                <w:smallCaps/>
                <w:color w:val="000000" w:themeColor="text1"/>
                <w:sz w:val="18"/>
                <w:szCs w:val="18"/>
              </w:rPr>
            </w:pPr>
            <w:r>
              <w:rPr>
                <w:rFonts w:cstheme="minorHAnsi"/>
                <w:b/>
                <w:i/>
                <w:smallCaps/>
                <w:color w:val="000000" w:themeColor="text1"/>
                <w:sz w:val="18"/>
                <w:szCs w:val="18"/>
              </w:rPr>
              <w:lastRenderedPageBreak/>
              <w:t>w</w:t>
            </w:r>
            <w:r w:rsidR="0075612E" w:rsidRPr="00A642E0">
              <w:rPr>
                <w:rFonts w:cstheme="minorHAnsi"/>
                <w:b/>
                <w:i/>
                <w:smallCaps/>
                <w:color w:val="000000" w:themeColor="text1"/>
                <w:sz w:val="18"/>
                <w:szCs w:val="18"/>
              </w:rPr>
              <w:t>ykaz kwalifikowanych zakupów</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Default="0075612E"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brak </w:t>
            </w:r>
            <w:r w:rsidR="00AC68F9" w:rsidRPr="00A642E0">
              <w:rPr>
                <w:rFonts w:cstheme="minorHAnsi"/>
                <w:b/>
                <w:i/>
                <w:smallCaps/>
                <w:color w:val="000000" w:themeColor="text1"/>
                <w:sz w:val="18"/>
                <w:szCs w:val="18"/>
              </w:rPr>
              <w:t>obowiązku</w:t>
            </w:r>
            <w:r w:rsidRPr="00A642E0">
              <w:rPr>
                <w:rFonts w:cstheme="minorHAnsi"/>
                <w:b/>
                <w:i/>
                <w:smallCaps/>
                <w:color w:val="000000" w:themeColor="text1"/>
                <w:sz w:val="18"/>
                <w:szCs w:val="18"/>
              </w:rPr>
              <w:t xml:space="preserve"> opiniowania</w:t>
            </w: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5F2543" w:rsidRPr="00A642E0" w:rsidRDefault="005F2543" w:rsidP="0075612E">
            <w:pPr>
              <w:rPr>
                <w:rFonts w:cstheme="minorHAnsi"/>
                <w:b/>
                <w:i/>
                <w:smallCaps/>
                <w:color w:val="000000" w:themeColor="text1"/>
                <w:sz w:val="18"/>
                <w:szCs w:val="18"/>
              </w:rPr>
            </w:pPr>
          </w:p>
          <w:p w:rsidR="00E6322B" w:rsidRDefault="00E6322B"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zakupy z obszaru 3</w:t>
            </w:r>
          </w:p>
          <w:p w:rsidR="005F2543" w:rsidRPr="00A642E0" w:rsidRDefault="005F2543"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rozdzielnik Komendanta Głównego PSP realizacji zadań</w:t>
            </w:r>
          </w:p>
          <w:p w:rsidR="00006540" w:rsidRPr="00432E92" w:rsidRDefault="00006540" w:rsidP="0075612E">
            <w:pPr>
              <w:rPr>
                <w:rFonts w:cstheme="minorHAnsi"/>
                <w:b/>
                <w:i/>
                <w:smallCaps/>
                <w:color w:val="000000" w:themeColor="text1"/>
                <w:sz w:val="36"/>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PSP</w:t>
            </w:r>
          </w:p>
          <w:p w:rsidR="0075612E" w:rsidRPr="00432E92" w:rsidRDefault="0075612E" w:rsidP="0075612E">
            <w:pPr>
              <w:rPr>
                <w:rFonts w:cstheme="minorHAnsi"/>
                <w:b/>
                <w:i/>
                <w:smallCaps/>
                <w:color w:val="000000" w:themeColor="text1"/>
                <w:sz w:val="14"/>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OSP </w:t>
            </w:r>
          </w:p>
          <w:p w:rsidR="0075612E" w:rsidRDefault="0075612E" w:rsidP="0075612E">
            <w:pPr>
              <w:rPr>
                <w:rFonts w:cstheme="minorHAnsi"/>
                <w:b/>
                <w:i/>
                <w:smallCaps/>
                <w:color w:val="000000" w:themeColor="text1"/>
                <w:sz w:val="6"/>
                <w:szCs w:val="18"/>
              </w:rPr>
            </w:pPr>
          </w:p>
          <w:p w:rsidR="00D35009" w:rsidRDefault="00D35009" w:rsidP="0075612E">
            <w:pPr>
              <w:rPr>
                <w:rFonts w:cstheme="minorHAnsi"/>
                <w:b/>
                <w:i/>
                <w:smallCaps/>
                <w:color w:val="000000" w:themeColor="text1"/>
                <w:sz w:val="6"/>
                <w:szCs w:val="18"/>
              </w:rPr>
            </w:pPr>
          </w:p>
          <w:p w:rsidR="00D35009" w:rsidRPr="00432E92" w:rsidRDefault="00D35009" w:rsidP="0075612E">
            <w:pPr>
              <w:rPr>
                <w:rFonts w:cstheme="minorHAnsi"/>
                <w:b/>
                <w:i/>
                <w:smallCaps/>
                <w:color w:val="000000" w:themeColor="text1"/>
                <w:sz w:val="6"/>
                <w:szCs w:val="18"/>
              </w:rPr>
            </w:pPr>
          </w:p>
          <w:p w:rsidR="0075612E" w:rsidRPr="00A642E0" w:rsidRDefault="0075612E" w:rsidP="0075612E">
            <w:pPr>
              <w:rPr>
                <w:rFonts w:cstheme="minorHAnsi"/>
                <w:b/>
                <w:i/>
                <w:smallCaps/>
                <w:color w:val="000000" w:themeColor="text1"/>
                <w:sz w:val="18"/>
                <w:szCs w:val="18"/>
              </w:rPr>
            </w:pPr>
            <w:r w:rsidRPr="00A642E0">
              <w:rPr>
                <w:rFonts w:cstheme="minorHAnsi"/>
                <w:b/>
                <w:i/>
                <w:smallCaps/>
                <w:color w:val="000000" w:themeColor="text1"/>
                <w:sz w:val="18"/>
                <w:szCs w:val="18"/>
              </w:rPr>
              <w:t>WOP</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Default="00A9300B"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inwestycje budowlane o</w:t>
            </w:r>
            <w:r w:rsidR="006E08E7">
              <w:rPr>
                <w:rFonts w:cstheme="minorHAnsi"/>
                <w:b/>
                <w:i/>
                <w:smallCaps/>
                <w:color w:val="000000" w:themeColor="text1"/>
                <w:sz w:val="18"/>
                <w:szCs w:val="18"/>
              </w:rPr>
              <w:t> </w:t>
            </w:r>
            <w:r w:rsidRPr="00A642E0">
              <w:rPr>
                <w:rFonts w:cstheme="minorHAnsi"/>
                <w:b/>
                <w:i/>
                <w:smallCaps/>
                <w:color w:val="000000" w:themeColor="text1"/>
                <w:sz w:val="18"/>
                <w:szCs w:val="18"/>
              </w:rPr>
              <w:t>charakterze wieloletnim</w:t>
            </w:r>
          </w:p>
          <w:p w:rsidR="00FB5704" w:rsidRDefault="00FB5704" w:rsidP="0075612E">
            <w:pPr>
              <w:rPr>
                <w:rFonts w:cstheme="minorHAnsi"/>
                <w:b/>
                <w:i/>
                <w:smallCaps/>
                <w:color w:val="000000" w:themeColor="text1"/>
                <w:szCs w:val="18"/>
              </w:rPr>
            </w:pPr>
          </w:p>
          <w:p w:rsidR="00D35009" w:rsidRPr="00D35009" w:rsidRDefault="00D35009" w:rsidP="0075612E">
            <w:pPr>
              <w:rPr>
                <w:rFonts w:cstheme="minorHAnsi"/>
                <w:b/>
                <w:i/>
                <w:smallCaps/>
                <w:color w:val="000000" w:themeColor="text1"/>
                <w:sz w:val="10"/>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ciągłość finansowania</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wieloletnie prognozy finansowe JST</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E76A69" w:rsidRDefault="00E76A69" w:rsidP="0075612E">
            <w:pPr>
              <w:rPr>
                <w:rFonts w:cstheme="minorHAnsi"/>
                <w:b/>
                <w:i/>
                <w:smallCaps/>
                <w:color w:val="000000" w:themeColor="text1"/>
                <w:sz w:val="18"/>
                <w:szCs w:val="18"/>
              </w:rPr>
            </w:pPr>
          </w:p>
          <w:p w:rsidR="00FB5704" w:rsidRPr="00A642E0" w:rsidRDefault="00FB5704" w:rsidP="0075612E">
            <w:pPr>
              <w:rPr>
                <w:rFonts w:cstheme="minorHAnsi"/>
                <w:b/>
                <w:i/>
                <w:smallCaps/>
                <w:color w:val="000000" w:themeColor="text1"/>
                <w:sz w:val="18"/>
                <w:szCs w:val="18"/>
              </w:rPr>
            </w:pPr>
          </w:p>
          <w:p w:rsidR="00FE32AB" w:rsidRDefault="00FE32AB" w:rsidP="0075612E">
            <w:pPr>
              <w:rPr>
                <w:rFonts w:cstheme="minorHAnsi"/>
                <w:b/>
                <w:i/>
                <w:smallCaps/>
                <w:color w:val="000000" w:themeColor="text1"/>
                <w:sz w:val="18"/>
                <w:szCs w:val="18"/>
              </w:rPr>
            </w:pPr>
          </w:p>
          <w:p w:rsidR="00FE32AB" w:rsidRDefault="00FE32AB" w:rsidP="0075612E">
            <w:pPr>
              <w:rPr>
                <w:rFonts w:cstheme="minorHAnsi"/>
                <w:b/>
                <w:i/>
                <w:smallCaps/>
                <w:color w:val="000000" w:themeColor="text1"/>
                <w:sz w:val="18"/>
                <w:szCs w:val="18"/>
              </w:rPr>
            </w:pPr>
          </w:p>
          <w:p w:rsidR="00FE32AB" w:rsidRDefault="00FE32A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lastRenderedPageBreak/>
              <w:t>kwalifikowalność podmiotowa</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Default="00A9300B"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Ocena inwestycji</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kwalifikowalność</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F14EE7" w:rsidRPr="00A642E0" w:rsidRDefault="00F14EE7" w:rsidP="0075612E">
            <w:pPr>
              <w:rPr>
                <w:rFonts w:cstheme="minorHAnsi"/>
                <w:b/>
                <w:i/>
                <w:smallCaps/>
                <w:color w:val="000000" w:themeColor="text1"/>
                <w:sz w:val="18"/>
                <w:szCs w:val="18"/>
              </w:rPr>
            </w:pPr>
          </w:p>
          <w:p w:rsidR="00F14EE7" w:rsidRPr="00A642E0" w:rsidRDefault="00F14EE7" w:rsidP="0075612E">
            <w:pPr>
              <w:rPr>
                <w:rFonts w:cstheme="minorHAnsi"/>
                <w:b/>
                <w:i/>
                <w:smallCaps/>
                <w:color w:val="000000" w:themeColor="text1"/>
                <w:sz w:val="18"/>
                <w:szCs w:val="18"/>
              </w:rPr>
            </w:pPr>
          </w:p>
          <w:p w:rsidR="005F2543" w:rsidRDefault="005F2543" w:rsidP="0075612E">
            <w:pPr>
              <w:rPr>
                <w:rFonts w:cstheme="minorHAnsi"/>
                <w:b/>
                <w:i/>
                <w:smallCaps/>
                <w:color w:val="000000" w:themeColor="text1"/>
                <w:sz w:val="18"/>
                <w:szCs w:val="18"/>
              </w:rPr>
            </w:pPr>
          </w:p>
          <w:p w:rsidR="00D35009" w:rsidRPr="00432E92" w:rsidRDefault="00D35009" w:rsidP="0075612E">
            <w:pPr>
              <w:rPr>
                <w:rFonts w:cstheme="minorHAnsi"/>
                <w:b/>
                <w:i/>
                <w:smallCaps/>
                <w:color w:val="000000" w:themeColor="text1"/>
                <w:sz w:val="10"/>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kwalifikowalność podmiotowa</w:t>
            </w: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przesłanki oceny celowości inwestycji </w:t>
            </w:r>
          </w:p>
          <w:p w:rsidR="00A9300B" w:rsidRPr="00A642E0" w:rsidRDefault="00A9300B" w:rsidP="0075612E">
            <w:pPr>
              <w:rPr>
                <w:rFonts w:cstheme="minorHAnsi"/>
                <w:b/>
                <w:i/>
                <w:smallCaps/>
                <w:color w:val="000000" w:themeColor="text1"/>
                <w:sz w:val="18"/>
                <w:szCs w:val="18"/>
              </w:rPr>
            </w:pPr>
          </w:p>
          <w:p w:rsidR="00A9300B" w:rsidRDefault="00A9300B" w:rsidP="0075612E">
            <w:pPr>
              <w:rPr>
                <w:rFonts w:cstheme="minorHAnsi"/>
                <w:b/>
                <w:i/>
                <w:smallCaps/>
                <w:color w:val="000000" w:themeColor="text1"/>
                <w:sz w:val="18"/>
                <w:szCs w:val="18"/>
              </w:rPr>
            </w:pPr>
          </w:p>
          <w:p w:rsidR="005F2543" w:rsidRPr="00A642E0" w:rsidRDefault="005F2543" w:rsidP="0075612E">
            <w:pPr>
              <w:rPr>
                <w:rFonts w:cstheme="minorHAnsi"/>
                <w:b/>
                <w:i/>
                <w:smallCaps/>
                <w:color w:val="000000" w:themeColor="text1"/>
                <w:sz w:val="18"/>
                <w:szCs w:val="18"/>
              </w:rPr>
            </w:pPr>
          </w:p>
          <w:p w:rsidR="00213A71" w:rsidRDefault="00213A71" w:rsidP="0075612E">
            <w:pPr>
              <w:rPr>
                <w:rFonts w:cstheme="minorHAnsi"/>
                <w:b/>
                <w:i/>
                <w:smallCaps/>
                <w:color w:val="000000" w:themeColor="text1"/>
                <w:sz w:val="18"/>
                <w:szCs w:val="18"/>
              </w:rPr>
            </w:pPr>
          </w:p>
          <w:p w:rsidR="00D05D61" w:rsidRDefault="00D05D61"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ocena skuteczności inwestycji </w:t>
            </w:r>
          </w:p>
          <w:p w:rsidR="00A9300B" w:rsidRPr="00A642E0" w:rsidRDefault="00A9300B" w:rsidP="0075612E">
            <w:pPr>
              <w:rPr>
                <w:rFonts w:cstheme="minorHAnsi"/>
                <w:b/>
                <w:i/>
                <w:smallCaps/>
                <w:color w:val="000000" w:themeColor="text1"/>
                <w:sz w:val="18"/>
                <w:szCs w:val="18"/>
              </w:rPr>
            </w:pPr>
          </w:p>
          <w:p w:rsidR="00A9300B" w:rsidRDefault="00A9300B"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zasada równomiernej dystrybucji środków</w:t>
            </w:r>
          </w:p>
          <w:p w:rsidR="00AC68F9" w:rsidRPr="00A642E0" w:rsidRDefault="00AC68F9" w:rsidP="0075612E">
            <w:pPr>
              <w:rPr>
                <w:rFonts w:cstheme="minorHAnsi"/>
                <w:b/>
                <w:i/>
                <w:smallCaps/>
                <w:color w:val="000000" w:themeColor="text1"/>
                <w:sz w:val="18"/>
                <w:szCs w:val="18"/>
              </w:rPr>
            </w:pPr>
          </w:p>
          <w:p w:rsidR="00A9300B"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mi</w:t>
            </w:r>
            <w:r w:rsidR="00CB0C8E">
              <w:rPr>
                <w:rFonts w:cstheme="minorHAnsi"/>
                <w:b/>
                <w:i/>
                <w:smallCaps/>
                <w:color w:val="000000" w:themeColor="text1"/>
                <w:sz w:val="18"/>
                <w:szCs w:val="18"/>
              </w:rPr>
              <w:t>nimalny pakiet odporności gminy</w:t>
            </w:r>
          </w:p>
          <w:p w:rsidR="00CB0C8E" w:rsidRPr="00A642E0" w:rsidRDefault="00CB0C8E"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p>
          <w:p w:rsidR="0016444C" w:rsidRDefault="0016444C"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D35009" w:rsidRPr="00A642E0" w:rsidRDefault="00D35009" w:rsidP="0075612E">
            <w:pPr>
              <w:rPr>
                <w:rFonts w:cstheme="minorHAnsi"/>
                <w:b/>
                <w:i/>
                <w:smallCaps/>
                <w:color w:val="000000" w:themeColor="text1"/>
                <w:sz w:val="18"/>
                <w:szCs w:val="18"/>
              </w:rPr>
            </w:pPr>
          </w:p>
          <w:p w:rsidR="00805446" w:rsidRDefault="00805446" w:rsidP="0075612E">
            <w:pPr>
              <w:rPr>
                <w:rFonts w:cstheme="minorHAnsi"/>
                <w:b/>
                <w:i/>
                <w:smallCaps/>
                <w:color w:val="000000" w:themeColor="text1"/>
                <w:sz w:val="18"/>
                <w:szCs w:val="18"/>
              </w:rPr>
            </w:pPr>
          </w:p>
          <w:p w:rsidR="00A9300B" w:rsidRPr="00A642E0" w:rsidRDefault="00A9300B" w:rsidP="0075612E">
            <w:pPr>
              <w:rPr>
                <w:rFonts w:cstheme="minorHAnsi"/>
                <w:b/>
                <w:i/>
                <w:smallCaps/>
                <w:color w:val="000000" w:themeColor="text1"/>
                <w:sz w:val="18"/>
                <w:szCs w:val="18"/>
              </w:rPr>
            </w:pPr>
            <w:r w:rsidRPr="00A642E0">
              <w:rPr>
                <w:rFonts w:cstheme="minorHAnsi"/>
                <w:b/>
                <w:i/>
                <w:smallCaps/>
                <w:color w:val="000000" w:themeColor="text1"/>
                <w:sz w:val="18"/>
                <w:szCs w:val="18"/>
              </w:rPr>
              <w:t>minimalny pakiet odporności powiatu</w:t>
            </w: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Default="00871B2D" w:rsidP="0075612E">
            <w:pPr>
              <w:rPr>
                <w:rFonts w:cstheme="minorHAnsi"/>
                <w:b/>
                <w:i/>
                <w:smallCaps/>
                <w:color w:val="000000" w:themeColor="text1"/>
                <w:sz w:val="18"/>
                <w:szCs w:val="18"/>
              </w:rPr>
            </w:pPr>
          </w:p>
          <w:p w:rsidR="00FB5704" w:rsidRDefault="00FB5704"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D35009" w:rsidRDefault="00D35009" w:rsidP="0075612E">
            <w:pPr>
              <w:rPr>
                <w:rFonts w:cstheme="minorHAnsi"/>
                <w:b/>
                <w:i/>
                <w:smallCaps/>
                <w:color w:val="000000" w:themeColor="text1"/>
                <w:sz w:val="18"/>
                <w:szCs w:val="18"/>
              </w:rPr>
            </w:pPr>
          </w:p>
          <w:p w:rsidR="00FE32AB" w:rsidRDefault="00FE32AB" w:rsidP="0075612E">
            <w:pPr>
              <w:rPr>
                <w:rFonts w:cstheme="minorHAnsi"/>
                <w:b/>
                <w:i/>
                <w:smallCaps/>
                <w:color w:val="000000" w:themeColor="text1"/>
                <w:sz w:val="18"/>
                <w:szCs w:val="18"/>
              </w:rPr>
            </w:pPr>
          </w:p>
          <w:p w:rsidR="00D05D61" w:rsidRDefault="00D05D61" w:rsidP="0075612E">
            <w:pPr>
              <w:rPr>
                <w:rFonts w:cstheme="minorHAnsi"/>
                <w:b/>
                <w:i/>
                <w:smallCaps/>
                <w:color w:val="000000" w:themeColor="text1"/>
                <w:sz w:val="18"/>
                <w:szCs w:val="18"/>
              </w:rPr>
            </w:pPr>
          </w:p>
          <w:p w:rsidR="00D05D61" w:rsidRDefault="00D05D61" w:rsidP="0075612E">
            <w:pPr>
              <w:rPr>
                <w:rFonts w:cstheme="minorHAnsi"/>
                <w:b/>
                <w:i/>
                <w:smallCaps/>
                <w:color w:val="000000" w:themeColor="text1"/>
                <w:sz w:val="18"/>
                <w:szCs w:val="18"/>
              </w:rPr>
            </w:pPr>
          </w:p>
          <w:p w:rsidR="00FE32AB" w:rsidRPr="00A642E0" w:rsidRDefault="00FE32AB" w:rsidP="0075612E">
            <w:pPr>
              <w:rPr>
                <w:rFonts w:cstheme="minorHAnsi"/>
                <w:b/>
                <w:i/>
                <w:smallCaps/>
                <w:color w:val="000000" w:themeColor="text1"/>
                <w:sz w:val="18"/>
                <w:szCs w:val="18"/>
              </w:rPr>
            </w:pPr>
          </w:p>
          <w:p w:rsidR="00871B2D" w:rsidRPr="00A642E0" w:rsidRDefault="00B775D5" w:rsidP="0075612E">
            <w:pPr>
              <w:rPr>
                <w:rFonts w:cstheme="minorHAnsi"/>
                <w:b/>
                <w:i/>
                <w:smallCaps/>
                <w:color w:val="000000" w:themeColor="text1"/>
                <w:sz w:val="18"/>
                <w:szCs w:val="18"/>
              </w:rPr>
            </w:pPr>
            <w:r w:rsidRPr="00A642E0">
              <w:rPr>
                <w:rFonts w:cstheme="minorHAnsi"/>
                <w:b/>
                <w:i/>
                <w:smallCaps/>
                <w:color w:val="000000" w:themeColor="text1"/>
                <w:sz w:val="18"/>
                <w:szCs w:val="18"/>
              </w:rPr>
              <w:t>zasady</w:t>
            </w:r>
            <w:r w:rsidR="00871B2D" w:rsidRPr="00A642E0">
              <w:rPr>
                <w:rFonts w:cstheme="minorHAnsi"/>
                <w:b/>
                <w:i/>
                <w:smallCaps/>
                <w:color w:val="000000" w:themeColor="text1"/>
                <w:sz w:val="18"/>
                <w:szCs w:val="18"/>
              </w:rPr>
              <w:t xml:space="preserve"> wnioskowania o</w:t>
            </w:r>
            <w:r w:rsidR="00AC68F9" w:rsidRPr="00A642E0">
              <w:rPr>
                <w:rFonts w:cstheme="minorHAnsi"/>
                <w:b/>
                <w:i/>
                <w:smallCaps/>
                <w:color w:val="000000" w:themeColor="text1"/>
                <w:sz w:val="18"/>
                <w:szCs w:val="18"/>
              </w:rPr>
              <w:t> </w:t>
            </w:r>
            <w:r w:rsidR="00871B2D" w:rsidRPr="00A642E0">
              <w:rPr>
                <w:rFonts w:cstheme="minorHAnsi"/>
                <w:b/>
                <w:i/>
                <w:smallCaps/>
                <w:color w:val="000000" w:themeColor="text1"/>
                <w:sz w:val="18"/>
                <w:szCs w:val="18"/>
              </w:rPr>
              <w:t>inwestycje</w:t>
            </w: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97418D" w:rsidRDefault="0097418D" w:rsidP="0075612E">
            <w:pPr>
              <w:rPr>
                <w:rFonts w:cstheme="minorHAnsi"/>
                <w:b/>
                <w:i/>
                <w:smallCaps/>
                <w:color w:val="000000" w:themeColor="text1"/>
                <w:sz w:val="18"/>
                <w:szCs w:val="18"/>
              </w:rPr>
            </w:pPr>
          </w:p>
          <w:p w:rsidR="00D05D61" w:rsidRDefault="00D05D61"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wytyczne dla priorytetów programu</w:t>
            </w:r>
          </w:p>
          <w:p w:rsidR="00B775D5" w:rsidRPr="00A642E0" w:rsidRDefault="00B775D5" w:rsidP="0075612E">
            <w:pPr>
              <w:rPr>
                <w:rFonts w:cstheme="minorHAnsi"/>
                <w:b/>
                <w:i/>
                <w:smallCaps/>
                <w:color w:val="000000" w:themeColor="text1"/>
                <w:sz w:val="18"/>
                <w:szCs w:val="18"/>
              </w:rPr>
            </w:pPr>
          </w:p>
          <w:p w:rsidR="00FD546F" w:rsidRDefault="00FD546F" w:rsidP="0075612E">
            <w:pPr>
              <w:rPr>
                <w:rFonts w:cstheme="minorHAnsi"/>
                <w:b/>
                <w:i/>
                <w:smallCaps/>
                <w:color w:val="000000" w:themeColor="text1"/>
                <w:sz w:val="18"/>
                <w:szCs w:val="18"/>
              </w:rPr>
            </w:pPr>
          </w:p>
          <w:p w:rsidR="0097418D" w:rsidRDefault="0097418D" w:rsidP="0075612E">
            <w:pPr>
              <w:rPr>
                <w:rFonts w:cstheme="minorHAnsi"/>
                <w:b/>
                <w:i/>
                <w:smallCaps/>
                <w:color w:val="000000" w:themeColor="text1"/>
                <w:sz w:val="18"/>
                <w:szCs w:val="18"/>
              </w:rPr>
            </w:pPr>
          </w:p>
          <w:p w:rsidR="0097418D" w:rsidRDefault="0097418D" w:rsidP="0075612E">
            <w:pPr>
              <w:rPr>
                <w:rFonts w:cstheme="minorHAnsi"/>
                <w:b/>
                <w:i/>
                <w:smallCaps/>
                <w:color w:val="000000" w:themeColor="text1"/>
                <w:sz w:val="18"/>
                <w:szCs w:val="18"/>
              </w:rPr>
            </w:pPr>
          </w:p>
          <w:p w:rsidR="0097418D" w:rsidRDefault="0097418D" w:rsidP="0075612E">
            <w:pPr>
              <w:rPr>
                <w:rFonts w:cstheme="minorHAnsi"/>
                <w:b/>
                <w:i/>
                <w:smallCaps/>
                <w:color w:val="000000" w:themeColor="text1"/>
                <w:sz w:val="18"/>
                <w:szCs w:val="18"/>
              </w:rPr>
            </w:pPr>
          </w:p>
          <w:p w:rsidR="0097418D" w:rsidRDefault="0097418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zasada wsparcia dla realizatorów Programu</w:t>
            </w: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Default="00871B2D" w:rsidP="0075612E">
            <w:pPr>
              <w:rPr>
                <w:rFonts w:cstheme="minorHAnsi"/>
                <w:b/>
                <w:i/>
                <w:smallCaps/>
                <w:color w:val="000000" w:themeColor="text1"/>
                <w:sz w:val="18"/>
                <w:szCs w:val="18"/>
              </w:rPr>
            </w:pPr>
          </w:p>
          <w:p w:rsidR="0097418D" w:rsidRPr="00A642E0" w:rsidRDefault="0097418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wzorcowa dokumentacja</w:t>
            </w: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DE3F35" w:rsidRDefault="00DE3F35"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trwałość środków</w:t>
            </w: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p>
          <w:p w:rsidR="000943EB" w:rsidRDefault="000943EB" w:rsidP="0075612E">
            <w:pPr>
              <w:rPr>
                <w:rFonts w:cstheme="minorHAnsi"/>
                <w:b/>
                <w:i/>
                <w:smallCaps/>
                <w:color w:val="000000" w:themeColor="text1"/>
                <w:sz w:val="18"/>
                <w:szCs w:val="18"/>
              </w:rPr>
            </w:pPr>
          </w:p>
          <w:p w:rsidR="00FD546F" w:rsidRDefault="00FD546F"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zasady użytkowania zakupionego sprzętu</w:t>
            </w:r>
          </w:p>
          <w:p w:rsidR="00871B2D" w:rsidRPr="00A642E0" w:rsidRDefault="00871B2D" w:rsidP="0075612E">
            <w:pPr>
              <w:rPr>
                <w:rFonts w:cstheme="minorHAnsi"/>
                <w:b/>
                <w:i/>
                <w:smallCaps/>
                <w:color w:val="000000" w:themeColor="text1"/>
                <w:sz w:val="18"/>
                <w:szCs w:val="18"/>
              </w:rPr>
            </w:pPr>
          </w:p>
          <w:p w:rsidR="00C17D97" w:rsidRPr="00A642E0" w:rsidRDefault="00C17D97" w:rsidP="0075612E">
            <w:pPr>
              <w:rPr>
                <w:rFonts w:cstheme="minorHAnsi"/>
                <w:b/>
                <w:i/>
                <w:smallCaps/>
                <w:color w:val="000000" w:themeColor="text1"/>
                <w:sz w:val="18"/>
                <w:szCs w:val="18"/>
              </w:rPr>
            </w:pPr>
          </w:p>
          <w:p w:rsidR="00871B2D" w:rsidRDefault="00871B2D" w:rsidP="0075612E">
            <w:pPr>
              <w:rPr>
                <w:rFonts w:cstheme="minorHAnsi"/>
                <w:b/>
                <w:i/>
                <w:smallCaps/>
                <w:color w:val="000000" w:themeColor="text1"/>
                <w:sz w:val="18"/>
                <w:szCs w:val="18"/>
              </w:rPr>
            </w:pPr>
          </w:p>
          <w:p w:rsidR="009705C4" w:rsidRPr="00A642E0" w:rsidRDefault="009705C4"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zakaz użytkowania komercyjnego</w:t>
            </w:r>
          </w:p>
          <w:p w:rsidR="00871B2D" w:rsidRDefault="00871B2D" w:rsidP="0075612E">
            <w:pPr>
              <w:rPr>
                <w:rFonts w:cstheme="minorHAnsi"/>
                <w:b/>
                <w:i/>
                <w:smallCaps/>
                <w:color w:val="000000" w:themeColor="text1"/>
                <w:sz w:val="18"/>
                <w:szCs w:val="18"/>
              </w:rPr>
            </w:pPr>
          </w:p>
          <w:p w:rsidR="005620A5" w:rsidRDefault="005620A5" w:rsidP="0075612E">
            <w:pPr>
              <w:rPr>
                <w:rFonts w:cstheme="minorHAnsi"/>
                <w:b/>
                <w:i/>
                <w:smallCaps/>
                <w:color w:val="000000" w:themeColor="text1"/>
                <w:sz w:val="18"/>
                <w:szCs w:val="18"/>
              </w:rPr>
            </w:pPr>
          </w:p>
          <w:p w:rsidR="005620A5" w:rsidRPr="00A642E0" w:rsidRDefault="005620A5" w:rsidP="0075612E">
            <w:pPr>
              <w:rPr>
                <w:rFonts w:cstheme="minorHAnsi"/>
                <w:b/>
                <w:i/>
                <w:smallCaps/>
                <w:color w:val="000000" w:themeColor="text1"/>
                <w:sz w:val="18"/>
                <w:szCs w:val="18"/>
              </w:rPr>
            </w:pPr>
          </w:p>
          <w:p w:rsidR="00871B2D" w:rsidRPr="00A642E0" w:rsidRDefault="00871B2D" w:rsidP="0075612E">
            <w:pPr>
              <w:rPr>
                <w:rFonts w:cstheme="minorHAnsi"/>
                <w:b/>
                <w:i/>
                <w:smallCaps/>
                <w:color w:val="000000" w:themeColor="text1"/>
                <w:sz w:val="18"/>
                <w:szCs w:val="18"/>
              </w:rPr>
            </w:pPr>
            <w:r w:rsidRPr="00A642E0">
              <w:rPr>
                <w:rFonts w:cstheme="minorHAnsi"/>
                <w:b/>
                <w:i/>
                <w:smallCaps/>
                <w:color w:val="000000" w:themeColor="text1"/>
                <w:sz w:val="18"/>
                <w:szCs w:val="18"/>
              </w:rPr>
              <w:t xml:space="preserve">zasoby zużywalne </w:t>
            </w:r>
          </w:p>
          <w:p w:rsidR="00871B2D" w:rsidRPr="00A642E0" w:rsidRDefault="00871B2D" w:rsidP="0075612E">
            <w:pPr>
              <w:rPr>
                <w:rFonts w:cstheme="minorHAnsi"/>
                <w:b/>
                <w:i/>
                <w:smallCaps/>
                <w:color w:val="000000" w:themeColor="text1"/>
                <w:sz w:val="18"/>
                <w:szCs w:val="18"/>
              </w:rPr>
            </w:pPr>
          </w:p>
        </w:tc>
      </w:tr>
      <w:tr w:rsidR="003F6E7E" w:rsidRPr="00867BBA" w:rsidTr="00434AC4">
        <w:tc>
          <w:tcPr>
            <w:tcW w:w="7939" w:type="dxa"/>
          </w:tcPr>
          <w:p w:rsidR="00F91C61" w:rsidRPr="00CE2582" w:rsidRDefault="00F91C61" w:rsidP="0035595A">
            <w:pPr>
              <w:pStyle w:val="Nagwek2"/>
              <w:spacing w:line="276" w:lineRule="auto"/>
              <w:jc w:val="both"/>
              <w:outlineLvl w:val="1"/>
            </w:pPr>
            <w:bookmarkStart w:id="18" w:name="_Toc237252360"/>
            <w:r w:rsidRPr="002179CB">
              <w:lastRenderedPageBreak/>
              <w:t xml:space="preserve">Monitorowanie realizacji </w:t>
            </w:r>
            <w:r w:rsidR="00CE2582">
              <w:t>programu</w:t>
            </w:r>
            <w:bookmarkEnd w:id="18"/>
          </w:p>
          <w:p w:rsidR="00CE2582" w:rsidRPr="007B6529" w:rsidRDefault="00CE2582" w:rsidP="0035595A">
            <w:pPr>
              <w:spacing w:after="60" w:line="276" w:lineRule="auto"/>
              <w:jc w:val="both"/>
              <w:rPr>
                <w:sz w:val="24"/>
                <w:szCs w:val="24"/>
              </w:rPr>
            </w:pPr>
            <w:r w:rsidRPr="007B6529">
              <w:rPr>
                <w:sz w:val="24"/>
                <w:szCs w:val="24"/>
              </w:rPr>
              <w:t>Realizacja Programu będzie podlegała systematycznemu monitorowaniu. Monitorowanie będzie służyło ocenie postępu wykonywania zadań, osiągania rezultatów Programu oraz rozwoju zdolności systemu ochrony ludności i obrony cywilnej.</w:t>
            </w:r>
          </w:p>
          <w:p w:rsidR="00CE2582" w:rsidRPr="007B6529" w:rsidRDefault="00CE2582" w:rsidP="0035595A">
            <w:pPr>
              <w:spacing w:after="60" w:line="276" w:lineRule="auto"/>
              <w:jc w:val="both"/>
              <w:rPr>
                <w:sz w:val="24"/>
                <w:szCs w:val="24"/>
              </w:rPr>
            </w:pPr>
            <w:r w:rsidRPr="007B6529">
              <w:rPr>
                <w:sz w:val="24"/>
                <w:szCs w:val="24"/>
              </w:rPr>
              <w:lastRenderedPageBreak/>
              <w:t>Monitorowanie będzie p</w:t>
            </w:r>
            <w:r w:rsidR="00D35009">
              <w:rPr>
                <w:sz w:val="24"/>
                <w:szCs w:val="24"/>
              </w:rPr>
              <w:t xml:space="preserve">rowadzone na podstawie odrębnej </w:t>
            </w:r>
            <w:r w:rsidRPr="007B6529">
              <w:rPr>
                <w:sz w:val="24"/>
                <w:szCs w:val="24"/>
              </w:rPr>
              <w:t>metodyki monitorowania Programu Ochrony Ludności i Obrony Cywilnej. Metodyka określi w szczególności wskaźniki i mierniki, sposób ich stosowania, źródła danych, zasady ustalania wartości bazowych i docelowych, sposób oceny postępu oraz zasady weryfikacji i agregacji danych.</w:t>
            </w:r>
          </w:p>
          <w:p w:rsidR="00CE2582" w:rsidRPr="007B6529" w:rsidRDefault="00CE2582" w:rsidP="0035595A">
            <w:pPr>
              <w:spacing w:after="60" w:line="276" w:lineRule="auto"/>
              <w:jc w:val="both"/>
              <w:rPr>
                <w:sz w:val="24"/>
                <w:szCs w:val="24"/>
              </w:rPr>
            </w:pPr>
            <w:r w:rsidRPr="007B6529">
              <w:rPr>
                <w:sz w:val="24"/>
                <w:szCs w:val="24"/>
              </w:rPr>
              <w:t>Zakres monitorowania będzie dostosowany do zadań i właściwości poszczególnych organów i podmiotów ochrony ludności. W możliwie największym zakresie będą wykorzystywane dane pochodzące z istniejących ewidencji, rejestrów i systemów teleinformatycznych. Pozostałe dane będą pozyskiwane według zasad określonych w metodyce.</w:t>
            </w:r>
          </w:p>
          <w:p w:rsidR="00CE2582" w:rsidRPr="007B6529" w:rsidRDefault="00CE2582" w:rsidP="0035595A">
            <w:pPr>
              <w:spacing w:after="60" w:line="276" w:lineRule="auto"/>
              <w:jc w:val="both"/>
              <w:rPr>
                <w:sz w:val="24"/>
                <w:szCs w:val="24"/>
              </w:rPr>
            </w:pPr>
            <w:r w:rsidRPr="007B6529">
              <w:rPr>
                <w:sz w:val="24"/>
                <w:szCs w:val="24"/>
              </w:rPr>
              <w:t>Wyniki monitorowania będą wykorzystywane przy planowaniu realizacji Programu, przygotowywaniu i aktualizacji planów wykonawczych, ustalaniu priorytetów inwestycyjnych oraz ocenie potrzeb w zakresie dalszego rozwoju zdolności systemu. Będą również stanowiły podstawę okresowej oceny realizacji Programu.</w:t>
            </w:r>
          </w:p>
          <w:p w:rsidR="00CE2582" w:rsidRPr="007B6529" w:rsidRDefault="00CE2582" w:rsidP="0035595A">
            <w:pPr>
              <w:spacing w:after="60" w:line="276" w:lineRule="auto"/>
              <w:jc w:val="both"/>
              <w:rPr>
                <w:sz w:val="24"/>
                <w:szCs w:val="24"/>
              </w:rPr>
            </w:pPr>
            <w:r w:rsidRPr="007B6529">
              <w:rPr>
                <w:sz w:val="24"/>
                <w:szCs w:val="24"/>
              </w:rPr>
              <w:t>W okresie realizacji Progra</w:t>
            </w:r>
            <w:r w:rsidR="00D35009">
              <w:rPr>
                <w:sz w:val="24"/>
                <w:szCs w:val="24"/>
              </w:rPr>
              <w:t>mu przewiduje się opracowanie i </w:t>
            </w:r>
            <w:r w:rsidRPr="007B6529">
              <w:rPr>
                <w:sz w:val="24"/>
                <w:szCs w:val="24"/>
              </w:rPr>
              <w:t>wdrożenie narzędzia teleinformatycznego wspierającego monitorowanie. Narzędzie będzie służyło w szczególności gromadzeni</w:t>
            </w:r>
            <w:r w:rsidR="00D35009">
              <w:rPr>
                <w:sz w:val="24"/>
                <w:szCs w:val="24"/>
              </w:rPr>
              <w:t>u, weryfikacji, analizie i </w:t>
            </w:r>
            <w:r w:rsidRPr="007B6529">
              <w:rPr>
                <w:sz w:val="24"/>
                <w:szCs w:val="24"/>
              </w:rPr>
              <w:t>prezentacji danych. Do czasu jego uruchomienia monitorowanie będzie prowadzone z wykorzystaniem dostępnych systemów, ewidencji oraz ujednoliconych sposobów przekazywania danych.</w:t>
            </w:r>
          </w:p>
          <w:p w:rsidR="00CE2582" w:rsidRPr="007B6529" w:rsidRDefault="00CE2582" w:rsidP="0035595A">
            <w:pPr>
              <w:spacing w:after="60" w:line="276" w:lineRule="auto"/>
              <w:jc w:val="both"/>
              <w:rPr>
                <w:sz w:val="24"/>
                <w:szCs w:val="24"/>
              </w:rPr>
            </w:pPr>
            <w:r w:rsidRPr="007B6529">
              <w:rPr>
                <w:sz w:val="24"/>
                <w:szCs w:val="24"/>
              </w:rPr>
              <w:t>Metodyka monitorowania będzie mogła być rozwijana na podstawie doświadczeń z realizacji Programu, zmian w zakresie dostępnych danych oraz rozwoju narzędzi teleinformatycznych. Zmiany metodyczne powinny zapewniać możliwość oceny porównywalności wyników w czasie.</w:t>
            </w:r>
          </w:p>
          <w:p w:rsidR="00CF4196" w:rsidRPr="00CE2582" w:rsidRDefault="00CF4196" w:rsidP="0035595A">
            <w:pPr>
              <w:spacing w:after="60" w:line="276" w:lineRule="auto"/>
              <w:jc w:val="both"/>
              <w:rPr>
                <w:rFonts w:cstheme="minorHAnsi"/>
                <w:strike/>
                <w:sz w:val="6"/>
                <w:szCs w:val="24"/>
              </w:rPr>
            </w:pPr>
          </w:p>
          <w:p w:rsidR="00CD1F13" w:rsidRPr="00CE2582" w:rsidRDefault="00CD1F13" w:rsidP="0035595A">
            <w:pPr>
              <w:spacing w:after="60" w:line="276" w:lineRule="auto"/>
              <w:jc w:val="both"/>
              <w:rPr>
                <w:rFonts w:cstheme="minorHAnsi"/>
                <w:strike/>
                <w:sz w:val="24"/>
                <w:szCs w:val="24"/>
              </w:rPr>
            </w:pPr>
          </w:p>
          <w:p w:rsidR="009705C4" w:rsidRPr="003F6E7E" w:rsidRDefault="009705C4" w:rsidP="0035595A">
            <w:pPr>
              <w:spacing w:after="60" w:line="276" w:lineRule="auto"/>
              <w:jc w:val="both"/>
              <w:rPr>
                <w:rFonts w:cstheme="minorHAnsi"/>
                <w:sz w:val="6"/>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07"/>
            </w:tblGrid>
            <w:tr w:rsidR="003F6E7E" w:rsidTr="00744186">
              <w:tc>
                <w:tcPr>
                  <w:tcW w:w="7707" w:type="dxa"/>
                </w:tcPr>
                <w:p w:rsidR="003F6E7E" w:rsidRPr="003F6E7E" w:rsidRDefault="003F6E7E" w:rsidP="0035595A">
                  <w:pPr>
                    <w:spacing w:after="60" w:line="276" w:lineRule="auto"/>
                    <w:jc w:val="both"/>
                    <w:rPr>
                      <w:rFonts w:cstheme="minorHAnsi"/>
                      <w:sz w:val="20"/>
                      <w:szCs w:val="20"/>
                    </w:rPr>
                  </w:pPr>
                </w:p>
              </w:tc>
            </w:tr>
            <w:tr w:rsidR="003F6E7E" w:rsidTr="00744186">
              <w:tc>
                <w:tcPr>
                  <w:tcW w:w="7707" w:type="dxa"/>
                </w:tcPr>
                <w:p w:rsidR="003F6E7E" w:rsidRDefault="003F6E7E" w:rsidP="0035595A">
                  <w:pPr>
                    <w:spacing w:after="60" w:line="276" w:lineRule="auto"/>
                    <w:jc w:val="both"/>
                    <w:rPr>
                      <w:rFonts w:cstheme="minorHAnsi"/>
                      <w:sz w:val="24"/>
                      <w:szCs w:val="24"/>
                    </w:rPr>
                  </w:pPr>
                </w:p>
              </w:tc>
            </w:tr>
          </w:tbl>
          <w:p w:rsidR="00F91C61" w:rsidRPr="002179CB" w:rsidRDefault="00F91C61" w:rsidP="0035595A">
            <w:pPr>
              <w:spacing w:after="60" w:line="276" w:lineRule="auto"/>
              <w:jc w:val="both"/>
              <w:rPr>
                <w:rFonts w:cstheme="minorHAnsi"/>
                <w:sz w:val="24"/>
                <w:szCs w:val="24"/>
              </w:rPr>
            </w:pPr>
          </w:p>
        </w:tc>
        <w:tc>
          <w:tcPr>
            <w:tcW w:w="1701" w:type="dxa"/>
            <w:shd w:val="clear" w:color="auto" w:fill="FCC770"/>
          </w:tcPr>
          <w:p w:rsidR="002179CB" w:rsidRPr="00A642E0" w:rsidRDefault="002179CB" w:rsidP="00F91C61">
            <w:pPr>
              <w:rPr>
                <w:rFonts w:cstheme="minorHAnsi"/>
                <w:b/>
                <w:i/>
                <w:smallCaps/>
                <w:color w:val="000000" w:themeColor="text1"/>
                <w:sz w:val="18"/>
                <w:szCs w:val="18"/>
              </w:rPr>
            </w:pPr>
          </w:p>
          <w:p w:rsidR="007F2062" w:rsidRDefault="007F2062" w:rsidP="00F91C61">
            <w:pPr>
              <w:rPr>
                <w:rFonts w:cstheme="minorHAnsi"/>
                <w:b/>
                <w:i/>
                <w:smallCaps/>
                <w:color w:val="000000" w:themeColor="text1"/>
                <w:sz w:val="18"/>
                <w:szCs w:val="18"/>
              </w:rPr>
            </w:pPr>
          </w:p>
          <w:p w:rsidR="00244931" w:rsidRPr="00A642E0" w:rsidRDefault="00244931"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F91C61" w:rsidRPr="00A642E0" w:rsidRDefault="00D35009" w:rsidP="00F91C61">
            <w:pPr>
              <w:rPr>
                <w:rFonts w:cstheme="minorHAnsi"/>
                <w:b/>
                <w:i/>
                <w:smallCaps/>
                <w:color w:val="000000" w:themeColor="text1"/>
                <w:sz w:val="18"/>
                <w:szCs w:val="18"/>
              </w:rPr>
            </w:pPr>
            <w:r>
              <w:rPr>
                <w:rFonts w:cstheme="minorHAnsi"/>
                <w:b/>
                <w:i/>
                <w:smallCaps/>
                <w:color w:val="000000" w:themeColor="text1"/>
                <w:sz w:val="18"/>
                <w:szCs w:val="18"/>
              </w:rPr>
              <w:lastRenderedPageBreak/>
              <w:t>metodyka monitorowania</w:t>
            </w: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2179CB" w:rsidRPr="00A642E0" w:rsidRDefault="002179CB"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2179CB" w:rsidRDefault="00D35009" w:rsidP="00F91C61">
            <w:pPr>
              <w:rPr>
                <w:rFonts w:cstheme="minorHAnsi"/>
                <w:b/>
                <w:i/>
                <w:smallCaps/>
                <w:color w:val="000000" w:themeColor="text1"/>
                <w:sz w:val="18"/>
                <w:szCs w:val="18"/>
              </w:rPr>
            </w:pPr>
            <w:r>
              <w:rPr>
                <w:rFonts w:cstheme="minorHAnsi"/>
                <w:b/>
                <w:i/>
                <w:smallCaps/>
                <w:color w:val="000000" w:themeColor="text1"/>
                <w:sz w:val="18"/>
                <w:szCs w:val="18"/>
              </w:rPr>
              <w:t>zakres monitorowania</w:t>
            </w: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Default="00D35009" w:rsidP="00F91C61">
            <w:pPr>
              <w:rPr>
                <w:rFonts w:cstheme="minorHAnsi"/>
                <w:b/>
                <w:i/>
                <w:smallCaps/>
                <w:color w:val="000000" w:themeColor="text1"/>
                <w:sz w:val="18"/>
                <w:szCs w:val="18"/>
              </w:rPr>
            </w:pPr>
          </w:p>
          <w:p w:rsidR="00D35009" w:rsidRPr="00A642E0" w:rsidRDefault="00D35009" w:rsidP="00F91C61">
            <w:pPr>
              <w:rPr>
                <w:rFonts w:cstheme="minorHAnsi"/>
                <w:b/>
                <w:i/>
                <w:smallCaps/>
                <w:color w:val="000000" w:themeColor="text1"/>
                <w:sz w:val="18"/>
                <w:szCs w:val="18"/>
              </w:rPr>
            </w:pPr>
            <w:r>
              <w:rPr>
                <w:rFonts w:cstheme="minorHAnsi"/>
                <w:b/>
                <w:i/>
                <w:smallCaps/>
                <w:color w:val="000000" w:themeColor="text1"/>
                <w:sz w:val="18"/>
                <w:szCs w:val="18"/>
              </w:rPr>
              <w:t>wyniki monitorowania</w:t>
            </w: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Default="008B028B" w:rsidP="00451AD9">
            <w:pPr>
              <w:rPr>
                <w:rFonts w:cstheme="minorHAnsi"/>
                <w:b/>
                <w:i/>
                <w:smallCaps/>
                <w:color w:val="000000" w:themeColor="text1"/>
                <w:sz w:val="18"/>
                <w:szCs w:val="18"/>
              </w:rPr>
            </w:pPr>
          </w:p>
          <w:p w:rsidR="008B028B" w:rsidRPr="00A642E0" w:rsidRDefault="008B028B" w:rsidP="00451AD9">
            <w:pPr>
              <w:rPr>
                <w:rFonts w:cstheme="minorHAnsi"/>
                <w:b/>
                <w:i/>
                <w:smallCaps/>
                <w:color w:val="000000" w:themeColor="text1"/>
                <w:sz w:val="18"/>
                <w:szCs w:val="18"/>
              </w:rPr>
            </w:pPr>
          </w:p>
        </w:tc>
      </w:tr>
      <w:bookmarkEnd w:id="2"/>
    </w:tbl>
    <w:p w:rsidR="002B45CB" w:rsidRPr="00F0496A" w:rsidRDefault="002B45CB" w:rsidP="00F0496A">
      <w:pPr>
        <w:tabs>
          <w:tab w:val="left" w:pos="2545"/>
        </w:tabs>
        <w:rPr>
          <w:rFonts w:cstheme="minorHAnsi"/>
          <w:sz w:val="24"/>
          <w:szCs w:val="24"/>
        </w:rPr>
        <w:sectPr w:rsidR="002B45CB" w:rsidRPr="00F0496A" w:rsidSect="00D52031">
          <w:footerReference w:type="even" r:id="rId34"/>
          <w:footerReference w:type="first" r:id="rId35"/>
          <w:pgSz w:w="11906" w:h="16838" w:code="9"/>
          <w:pgMar w:top="1418" w:right="1418" w:bottom="1418" w:left="1418" w:header="709" w:footer="709" w:gutter="0"/>
          <w:cols w:space="708"/>
          <w:titlePg/>
          <w:docGrid w:linePitch="360"/>
        </w:sectPr>
      </w:pPr>
    </w:p>
    <w:p w:rsidR="00A642E0" w:rsidRDefault="00A642E0" w:rsidP="00A642E0">
      <w:pPr>
        <w:pStyle w:val="Nagwek1"/>
      </w:pPr>
      <w:bookmarkStart w:id="19" w:name="_Toc237252361"/>
      <w:r>
        <w:lastRenderedPageBreak/>
        <w:t>Z</w:t>
      </w:r>
      <w:r w:rsidR="00D06B71">
        <w:t>ałączniki</w:t>
      </w:r>
      <w:bookmarkEnd w:id="19"/>
    </w:p>
    <w:p w:rsidR="004D61A7" w:rsidRPr="00CE65DA" w:rsidRDefault="00CE65DA" w:rsidP="00CE65DA">
      <w:pPr>
        <w:pStyle w:val="Nagwek2"/>
        <w:jc w:val="right"/>
        <w:rPr>
          <w:sz w:val="24"/>
          <w:szCs w:val="24"/>
        </w:rPr>
      </w:pPr>
      <w:bookmarkStart w:id="20" w:name="_Toc237252362"/>
      <w:r>
        <w:rPr>
          <w:sz w:val="24"/>
          <w:szCs w:val="24"/>
        </w:rPr>
        <w:t>Załącznik</w:t>
      </w:r>
      <w:r w:rsidR="004D61A7" w:rsidRPr="00CE65DA">
        <w:rPr>
          <w:sz w:val="24"/>
          <w:szCs w:val="24"/>
        </w:rPr>
        <w:t xml:space="preserve"> </w:t>
      </w:r>
      <w:r w:rsidR="00B775D5" w:rsidRPr="00CE65DA">
        <w:rPr>
          <w:sz w:val="24"/>
          <w:szCs w:val="24"/>
        </w:rPr>
        <w:t>1</w:t>
      </w:r>
      <w:bookmarkEnd w:id="20"/>
    </w:p>
    <w:p w:rsidR="004D61A7" w:rsidRPr="00CE65DA" w:rsidRDefault="004D61A7" w:rsidP="00CE65DA">
      <w:pPr>
        <w:pStyle w:val="Nagwek2"/>
        <w:jc w:val="center"/>
        <w:rPr>
          <w:sz w:val="24"/>
          <w:szCs w:val="24"/>
        </w:rPr>
      </w:pPr>
      <w:bookmarkStart w:id="21" w:name="_Toc237252363"/>
      <w:r w:rsidRPr="00CE65DA">
        <w:rPr>
          <w:sz w:val="24"/>
          <w:szCs w:val="24"/>
        </w:rPr>
        <w:t>Tabela obszarów, podobszarów i zadań Programu Ochrony Ludności i Obrony Cywilnej</w:t>
      </w:r>
      <w:bookmarkEnd w:id="21"/>
    </w:p>
    <w:tbl>
      <w:tblPr>
        <w:tblStyle w:val="Tabela-Siatka"/>
        <w:tblW w:w="14601"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2"/>
        <w:gridCol w:w="2409"/>
        <w:gridCol w:w="10920"/>
      </w:tblGrid>
      <w:tr w:rsidR="004D61A7" w:rsidTr="00BA3A35">
        <w:trPr>
          <w:trHeight w:val="342"/>
        </w:trPr>
        <w:tc>
          <w:tcPr>
            <w:tcW w:w="1272" w:type="dxa"/>
            <w:vMerge w:val="restart"/>
            <w:shd w:val="clear" w:color="auto" w:fill="BFBFBF" w:themeFill="background1" w:themeFillShade="BF"/>
            <w:vAlign w:val="center"/>
          </w:tcPr>
          <w:p w:rsidR="004D61A7" w:rsidRPr="002E231B" w:rsidRDefault="004D61A7" w:rsidP="0052375D">
            <w:pPr>
              <w:jc w:val="center"/>
              <w:rPr>
                <w:rFonts w:cstheme="minorHAnsi"/>
                <w:b/>
                <w:sz w:val="28"/>
                <w:szCs w:val="32"/>
              </w:rPr>
            </w:pPr>
            <w:r w:rsidRPr="002E231B">
              <w:rPr>
                <w:rFonts w:cstheme="minorHAnsi"/>
                <w:b/>
                <w:sz w:val="28"/>
                <w:szCs w:val="32"/>
              </w:rPr>
              <w:t>Obszar</w:t>
            </w:r>
          </w:p>
        </w:tc>
        <w:tc>
          <w:tcPr>
            <w:tcW w:w="2409" w:type="dxa"/>
            <w:vMerge w:val="restart"/>
            <w:shd w:val="clear" w:color="auto" w:fill="BFBFBF" w:themeFill="background1" w:themeFillShade="BF"/>
            <w:vAlign w:val="center"/>
          </w:tcPr>
          <w:p w:rsidR="004D61A7" w:rsidRPr="002E231B" w:rsidRDefault="004D61A7" w:rsidP="0052375D">
            <w:pPr>
              <w:jc w:val="center"/>
              <w:rPr>
                <w:rFonts w:cstheme="minorHAnsi"/>
                <w:b/>
                <w:sz w:val="28"/>
                <w:szCs w:val="32"/>
              </w:rPr>
            </w:pPr>
            <w:r w:rsidRPr="002E231B">
              <w:rPr>
                <w:rFonts w:cstheme="minorHAnsi"/>
                <w:b/>
                <w:sz w:val="28"/>
                <w:szCs w:val="32"/>
              </w:rPr>
              <w:t>Podobszar</w:t>
            </w:r>
          </w:p>
        </w:tc>
        <w:tc>
          <w:tcPr>
            <w:tcW w:w="10920" w:type="dxa"/>
            <w:vMerge w:val="restart"/>
            <w:shd w:val="clear" w:color="auto" w:fill="BFBFBF" w:themeFill="background1" w:themeFillShade="BF"/>
            <w:vAlign w:val="center"/>
          </w:tcPr>
          <w:p w:rsidR="004D61A7" w:rsidRPr="002E231B" w:rsidRDefault="004D61A7" w:rsidP="0052375D">
            <w:pPr>
              <w:jc w:val="center"/>
              <w:rPr>
                <w:rFonts w:cstheme="minorHAnsi"/>
                <w:b/>
                <w:sz w:val="28"/>
                <w:szCs w:val="32"/>
              </w:rPr>
            </w:pPr>
            <w:r w:rsidRPr="002E231B">
              <w:rPr>
                <w:rFonts w:cstheme="minorHAnsi"/>
                <w:b/>
                <w:sz w:val="28"/>
                <w:szCs w:val="32"/>
              </w:rPr>
              <w:t>Zadania</w:t>
            </w:r>
          </w:p>
        </w:tc>
      </w:tr>
      <w:tr w:rsidR="004D61A7" w:rsidTr="00BA3A35">
        <w:trPr>
          <w:trHeight w:val="342"/>
        </w:trPr>
        <w:tc>
          <w:tcPr>
            <w:tcW w:w="1272" w:type="dxa"/>
            <w:vMerge/>
            <w:vAlign w:val="center"/>
          </w:tcPr>
          <w:p w:rsidR="004D61A7" w:rsidRPr="002E231B" w:rsidRDefault="004D61A7" w:rsidP="0052375D">
            <w:pPr>
              <w:jc w:val="center"/>
              <w:rPr>
                <w:rFonts w:cstheme="minorHAnsi"/>
                <w:b/>
                <w:sz w:val="28"/>
                <w:szCs w:val="32"/>
              </w:rPr>
            </w:pPr>
          </w:p>
        </w:tc>
        <w:tc>
          <w:tcPr>
            <w:tcW w:w="2409" w:type="dxa"/>
            <w:vMerge/>
            <w:vAlign w:val="center"/>
          </w:tcPr>
          <w:p w:rsidR="004D61A7" w:rsidRPr="002E231B" w:rsidRDefault="004D61A7" w:rsidP="0052375D">
            <w:pPr>
              <w:jc w:val="center"/>
              <w:rPr>
                <w:rFonts w:cstheme="minorHAnsi"/>
                <w:b/>
                <w:sz w:val="28"/>
                <w:szCs w:val="32"/>
              </w:rPr>
            </w:pPr>
          </w:p>
        </w:tc>
        <w:tc>
          <w:tcPr>
            <w:tcW w:w="10920" w:type="dxa"/>
            <w:vMerge/>
            <w:vAlign w:val="center"/>
          </w:tcPr>
          <w:p w:rsidR="004D61A7" w:rsidRPr="002E231B" w:rsidRDefault="004D61A7" w:rsidP="0052375D">
            <w:pPr>
              <w:jc w:val="center"/>
              <w:rPr>
                <w:rFonts w:cstheme="minorHAnsi"/>
                <w:b/>
                <w:sz w:val="28"/>
                <w:szCs w:val="32"/>
              </w:rPr>
            </w:pPr>
          </w:p>
        </w:tc>
      </w:tr>
      <w:tr w:rsidR="004D61A7" w:rsidTr="00BA3A35">
        <w:trPr>
          <w:cantSplit/>
        </w:trPr>
        <w:tc>
          <w:tcPr>
            <w:tcW w:w="1272" w:type="dxa"/>
            <w:vMerge w:val="restart"/>
            <w:shd w:val="clear" w:color="auto" w:fill="FF5537"/>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OBSZAR 1</w:t>
            </w:r>
          </w:p>
          <w:p w:rsidR="004D61A7" w:rsidRPr="00920A3A" w:rsidRDefault="004D61A7" w:rsidP="0052375D">
            <w:pPr>
              <w:ind w:left="113" w:right="113"/>
              <w:jc w:val="center"/>
              <w:rPr>
                <w:rFonts w:cstheme="minorHAnsi"/>
                <w:b/>
                <w:sz w:val="24"/>
                <w:szCs w:val="24"/>
              </w:rPr>
            </w:pPr>
            <w:r w:rsidRPr="00920A3A">
              <w:rPr>
                <w:rFonts w:cstheme="minorHAnsi"/>
                <w:b/>
                <w:sz w:val="24"/>
                <w:szCs w:val="24"/>
              </w:rPr>
              <w:t>Personel ochrony ludności</w:t>
            </w:r>
          </w:p>
        </w:tc>
        <w:tc>
          <w:tcPr>
            <w:tcW w:w="2409" w:type="dxa"/>
            <w:shd w:val="clear" w:color="auto" w:fill="FF5537"/>
            <w:vAlign w:val="center"/>
          </w:tcPr>
          <w:p w:rsidR="004D61A7" w:rsidRDefault="004D61A7" w:rsidP="0052375D">
            <w:pPr>
              <w:jc w:val="center"/>
              <w:rPr>
                <w:rFonts w:cstheme="minorHAnsi"/>
                <w:sz w:val="24"/>
                <w:szCs w:val="24"/>
              </w:rPr>
            </w:pPr>
            <w:r w:rsidRPr="009E13C5">
              <w:rPr>
                <w:rFonts w:cstheme="minorHAnsi"/>
                <w:sz w:val="24"/>
                <w:szCs w:val="24"/>
              </w:rPr>
              <w:t>1A</w:t>
            </w:r>
          </w:p>
          <w:p w:rsidR="004D61A7" w:rsidRPr="009E13C5" w:rsidRDefault="004D61A7" w:rsidP="003A39C8">
            <w:pPr>
              <w:jc w:val="center"/>
              <w:rPr>
                <w:rFonts w:cstheme="minorHAnsi"/>
                <w:sz w:val="24"/>
                <w:szCs w:val="24"/>
              </w:rPr>
            </w:pPr>
            <w:r>
              <w:rPr>
                <w:rFonts w:cstheme="minorHAnsi"/>
                <w:sz w:val="24"/>
                <w:szCs w:val="24"/>
              </w:rPr>
              <w:t>System ochrony ludności</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analiza potrzeb w zakresie wyznaczenia podmiotów ochrony ludności w celu stworzenia systemu ochrony ludności</w:t>
            </w:r>
            <w:r w:rsidR="0068193D">
              <w:rPr>
                <w:rFonts w:cstheme="minorHAnsi"/>
              </w:rPr>
              <w:t xml:space="preserve"> oraz sieciowanie</w:t>
            </w:r>
            <w:r w:rsidR="00FB4900">
              <w:rPr>
                <w:rFonts w:cstheme="minorHAnsi"/>
              </w:rPr>
              <w:t xml:space="preserve"> i mapowanie</w:t>
            </w:r>
            <w:r w:rsidR="0068193D">
              <w:rPr>
                <w:rFonts w:cstheme="minorHAnsi"/>
              </w:rPr>
              <w:t xml:space="preserve"> podmiotów ochrony ludności</w:t>
            </w:r>
            <w:r w:rsidR="00036BD6">
              <w:rPr>
                <w:rFonts w:cstheme="minorHAnsi"/>
              </w:rPr>
              <w:t>,</w:t>
            </w:r>
          </w:p>
          <w:p w:rsidR="00A5333C" w:rsidRDefault="004D61A7" w:rsidP="0052375D">
            <w:pPr>
              <w:rPr>
                <w:rFonts w:cstheme="minorHAnsi"/>
              </w:rPr>
            </w:pPr>
            <w:r>
              <w:rPr>
                <w:rFonts w:cstheme="minorHAnsi"/>
              </w:rPr>
              <w:t>2. wyznaczenie podmiotów ochrony ludności realizujących kluczowe zadania ochrony ludności i obrony cywilnej dla danego organu</w:t>
            </w:r>
            <w:r w:rsidR="00A5333C">
              <w:rPr>
                <w:rFonts w:cstheme="minorHAnsi"/>
              </w:rPr>
              <w:t>,</w:t>
            </w:r>
          </w:p>
          <w:p w:rsidR="009B0C93" w:rsidRDefault="00A5333C" w:rsidP="0052375D">
            <w:pPr>
              <w:rPr>
                <w:rFonts w:cstheme="minorHAnsi"/>
              </w:rPr>
            </w:pPr>
            <w:r>
              <w:rPr>
                <w:rFonts w:cstheme="minorHAnsi"/>
              </w:rPr>
              <w:t>3. włącz</w:t>
            </w:r>
            <w:r w:rsidR="008F08C2">
              <w:rPr>
                <w:rFonts w:cstheme="minorHAnsi"/>
              </w:rPr>
              <w:t>a</w:t>
            </w:r>
            <w:r>
              <w:rPr>
                <w:rFonts w:cstheme="minorHAnsi"/>
              </w:rPr>
              <w:t>nie organizacji pozarządowych do systemu ochrony ludności i obrony cywilnej.</w:t>
            </w:r>
          </w:p>
          <w:p w:rsidR="004D61A7" w:rsidRDefault="004D61A7" w:rsidP="0052375D">
            <w:pPr>
              <w:rPr>
                <w:rFonts w:cstheme="minorHAnsi"/>
              </w:rPr>
            </w:pPr>
            <w:r>
              <w:rPr>
                <w:rFonts w:cstheme="minorHAnsi"/>
                <w:u w:val="single"/>
              </w:rPr>
              <w:t>Pozostałe</w:t>
            </w:r>
            <w:r>
              <w:rPr>
                <w:rFonts w:cstheme="minorHAnsi"/>
              </w:rPr>
              <w:t>:</w:t>
            </w:r>
          </w:p>
          <w:p w:rsidR="00B01C44" w:rsidRDefault="00B01C44" w:rsidP="0052375D">
            <w:pPr>
              <w:rPr>
                <w:rFonts w:cstheme="minorHAnsi"/>
              </w:rPr>
            </w:pPr>
            <w:r>
              <w:rPr>
                <w:rFonts w:cstheme="minorHAnsi"/>
              </w:rPr>
              <w:t>1. opracowanie procedur działania organów i podmiotów ochrony ludności</w:t>
            </w:r>
            <w:r w:rsidR="00036BD6">
              <w:rPr>
                <w:rFonts w:cstheme="minorHAnsi"/>
              </w:rPr>
              <w:t>,</w:t>
            </w:r>
          </w:p>
          <w:p w:rsidR="004D61A7" w:rsidRDefault="00B01C44" w:rsidP="0052375D">
            <w:pPr>
              <w:rPr>
                <w:rFonts w:cstheme="minorHAnsi"/>
                <w:u w:val="single"/>
              </w:rPr>
            </w:pPr>
            <w:r>
              <w:rPr>
                <w:rFonts w:cstheme="minorHAnsi"/>
              </w:rPr>
              <w:t>2</w:t>
            </w:r>
            <w:r w:rsidR="004D61A7">
              <w:rPr>
                <w:rFonts w:cstheme="minorHAnsi"/>
              </w:rPr>
              <w:t xml:space="preserve">. utrzymanie gotowości działania personelu </w:t>
            </w:r>
            <w:r w:rsidR="004E57FC">
              <w:rPr>
                <w:rFonts w:cstheme="minorHAnsi"/>
              </w:rPr>
              <w:t xml:space="preserve">organów i </w:t>
            </w:r>
            <w:r w:rsidR="004D61A7">
              <w:rPr>
                <w:rFonts w:cstheme="minorHAnsi"/>
              </w:rPr>
              <w:t>podmiotów ochrony ludności</w:t>
            </w:r>
            <w:r w:rsidR="004E57FC" w:rsidRPr="008D13CF">
              <w:rPr>
                <w:rFonts w:cstheme="minorHAnsi"/>
              </w:rPr>
              <w:t>,</w:t>
            </w:r>
          </w:p>
          <w:p w:rsidR="004D61A7" w:rsidRDefault="00B01C44" w:rsidP="0052375D">
            <w:pPr>
              <w:rPr>
                <w:rFonts w:cstheme="minorHAnsi"/>
              </w:rPr>
            </w:pPr>
            <w:r>
              <w:rPr>
                <w:rFonts w:cstheme="minorHAnsi"/>
              </w:rPr>
              <w:t>3</w:t>
            </w:r>
            <w:r w:rsidR="004D61A7">
              <w:rPr>
                <w:rFonts w:cstheme="minorHAnsi"/>
              </w:rPr>
              <w:t>. działania związane z ewidencjonowaniem, analizą i kontrolą nad systemem podmiotów ochrony ludności, w tym ewidencje i rejestry</w:t>
            </w:r>
            <w:r w:rsidR="00036BD6">
              <w:rPr>
                <w:rFonts w:cstheme="minorHAnsi"/>
              </w:rPr>
              <w:t>,</w:t>
            </w:r>
            <w:r w:rsidR="004D61A7">
              <w:rPr>
                <w:rFonts w:cstheme="minorHAnsi"/>
              </w:rPr>
              <w:t xml:space="preserve"> </w:t>
            </w:r>
          </w:p>
          <w:p w:rsidR="00202744" w:rsidRDefault="00B01C44" w:rsidP="0068193D">
            <w:pPr>
              <w:rPr>
                <w:rFonts w:cstheme="minorHAnsi"/>
              </w:rPr>
            </w:pPr>
            <w:r>
              <w:rPr>
                <w:rFonts w:cstheme="minorHAnsi"/>
              </w:rPr>
              <w:t>4</w:t>
            </w:r>
            <w:r w:rsidR="003A39C8">
              <w:rPr>
                <w:rFonts w:cstheme="minorHAnsi"/>
              </w:rPr>
              <w:t>. rozwój i doskonalenie komunikacji pomiędzy podmiotami i organami ochrony ludności</w:t>
            </w:r>
            <w:r w:rsidR="001455D1">
              <w:rPr>
                <w:rFonts w:cstheme="minorHAnsi"/>
              </w:rPr>
              <w:t xml:space="preserve"> oraz</w:t>
            </w:r>
            <w:r w:rsidR="00317AC3">
              <w:rPr>
                <w:rFonts w:cstheme="minorHAnsi"/>
              </w:rPr>
              <w:t xml:space="preserve"> systemów</w:t>
            </w:r>
            <w:r w:rsidR="001455D1">
              <w:rPr>
                <w:rFonts w:cstheme="minorHAnsi"/>
              </w:rPr>
              <w:t xml:space="preserve"> wspomagania </w:t>
            </w:r>
            <w:r w:rsidR="0068193D">
              <w:rPr>
                <w:rFonts w:cstheme="minorHAnsi"/>
              </w:rPr>
              <w:t>podejmowania decyzji</w:t>
            </w:r>
            <w:r w:rsidR="00712AF6">
              <w:rPr>
                <w:rFonts w:cstheme="minorHAnsi"/>
              </w:rPr>
              <w:t>, w tym organizacja spotkań eksperckich</w:t>
            </w:r>
            <w:r w:rsidR="00202744">
              <w:rPr>
                <w:rFonts w:cstheme="minorHAnsi"/>
              </w:rPr>
              <w:t>,</w:t>
            </w:r>
          </w:p>
          <w:p w:rsidR="003A39C8" w:rsidRPr="00BA0ED6" w:rsidRDefault="00202744" w:rsidP="0068193D">
            <w:pPr>
              <w:rPr>
                <w:rFonts w:cstheme="minorHAnsi"/>
              </w:rPr>
            </w:pPr>
            <w:r>
              <w:rPr>
                <w:rFonts w:cstheme="minorHAnsi"/>
              </w:rPr>
              <w:t>5. programy pilotażowe w zakresie określenia procedur identyfikacji, mapowania, oceny potencjału i opracowania zasad komunikacji dla organizacji społecznych</w:t>
            </w:r>
            <w:r w:rsidR="00712AF6">
              <w:rPr>
                <w:rFonts w:cstheme="minorHAnsi"/>
              </w:rPr>
              <w:t xml:space="preserve"> </w:t>
            </w:r>
          </w:p>
        </w:tc>
      </w:tr>
      <w:tr w:rsidR="004D61A7" w:rsidTr="00BA3A35">
        <w:trPr>
          <w:cantSplit/>
        </w:trPr>
        <w:tc>
          <w:tcPr>
            <w:tcW w:w="1272" w:type="dxa"/>
            <w:vMerge/>
            <w:shd w:val="clear" w:color="auto" w:fill="FF5537"/>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5537"/>
            <w:vAlign w:val="center"/>
          </w:tcPr>
          <w:p w:rsidR="004D61A7" w:rsidRDefault="004D61A7" w:rsidP="0052375D">
            <w:pPr>
              <w:jc w:val="center"/>
              <w:rPr>
                <w:rFonts w:cstheme="minorHAnsi"/>
                <w:sz w:val="24"/>
                <w:szCs w:val="24"/>
              </w:rPr>
            </w:pPr>
            <w:r w:rsidRPr="009E13C5">
              <w:rPr>
                <w:rFonts w:cstheme="minorHAnsi"/>
                <w:sz w:val="24"/>
                <w:szCs w:val="24"/>
              </w:rPr>
              <w:t>1B</w:t>
            </w:r>
          </w:p>
          <w:p w:rsidR="004D61A7" w:rsidRPr="009E13C5" w:rsidRDefault="004D61A7" w:rsidP="00D60CC5">
            <w:pPr>
              <w:jc w:val="center"/>
              <w:rPr>
                <w:rFonts w:cstheme="minorHAnsi"/>
                <w:sz w:val="24"/>
                <w:szCs w:val="24"/>
              </w:rPr>
            </w:pPr>
            <w:r>
              <w:rPr>
                <w:rFonts w:cstheme="minorHAnsi"/>
                <w:sz w:val="24"/>
                <w:szCs w:val="24"/>
              </w:rPr>
              <w:t>Personel podmiotów ochrony ludności i</w:t>
            </w:r>
            <w:r w:rsidR="00D60CC5">
              <w:rPr>
                <w:rFonts w:cstheme="minorHAnsi"/>
                <w:sz w:val="24"/>
                <w:szCs w:val="24"/>
              </w:rPr>
              <w:t> </w:t>
            </w:r>
            <w:r>
              <w:rPr>
                <w:rFonts w:cstheme="minorHAnsi"/>
                <w:sz w:val="24"/>
                <w:szCs w:val="24"/>
              </w:rPr>
              <w:t>przydziały mobilizacyjne</w:t>
            </w:r>
            <w:r w:rsidR="00D517F6">
              <w:rPr>
                <w:rFonts w:cstheme="minorHAnsi"/>
                <w:sz w:val="24"/>
                <w:szCs w:val="24"/>
              </w:rPr>
              <w:t xml:space="preserve"> obrony cywilnej</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przeprowadzenie analizy potrzeb personelu podmiotów ochrony ludności z uwzględnieniem konieczności zapewnienia ciągłości działania</w:t>
            </w:r>
            <w:r w:rsidR="00036BD6">
              <w:rPr>
                <w:rFonts w:cstheme="minorHAnsi"/>
              </w:rPr>
              <w:t>,</w:t>
            </w:r>
          </w:p>
          <w:p w:rsidR="004D61A7" w:rsidRDefault="004D61A7" w:rsidP="0052375D">
            <w:pPr>
              <w:rPr>
                <w:rFonts w:cstheme="minorHAnsi"/>
              </w:rPr>
            </w:pPr>
            <w:r>
              <w:rPr>
                <w:rFonts w:cstheme="minorHAnsi"/>
              </w:rPr>
              <w:t>2. nadanie przydziałów mobilizacyjnych obrony cywilnej personelowi podmiotów organy ochrony ludności</w:t>
            </w:r>
            <w:r w:rsidR="00036BD6">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 xml:space="preserve">1. </w:t>
            </w:r>
            <w:r w:rsidR="00317AC3">
              <w:rPr>
                <w:rFonts w:cstheme="minorHAnsi"/>
              </w:rPr>
              <w:t>p</w:t>
            </w:r>
            <w:r>
              <w:rPr>
                <w:rFonts w:cstheme="minorHAnsi"/>
              </w:rPr>
              <w:t>rzygotowanie podmiotów ochrony ludności do realizacji zadań w czasie sytuacji kryzysowej albo w czasie wojny</w:t>
            </w:r>
            <w:r w:rsidR="00036BD6">
              <w:rPr>
                <w:rFonts w:cstheme="minorHAnsi"/>
              </w:rPr>
              <w:t>,</w:t>
            </w:r>
          </w:p>
          <w:p w:rsidR="00B01C44" w:rsidRPr="00EC1057" w:rsidRDefault="005262BC" w:rsidP="00317AC3">
            <w:pPr>
              <w:rPr>
                <w:rFonts w:cstheme="minorHAnsi"/>
              </w:rPr>
            </w:pPr>
            <w:r>
              <w:rPr>
                <w:rFonts w:cstheme="minorHAnsi"/>
              </w:rPr>
              <w:t>2</w:t>
            </w:r>
            <w:r w:rsidR="00B01C44">
              <w:rPr>
                <w:rFonts w:cstheme="minorHAnsi"/>
              </w:rPr>
              <w:t xml:space="preserve">. </w:t>
            </w:r>
            <w:r w:rsidR="00317AC3">
              <w:rPr>
                <w:rFonts w:cstheme="minorHAnsi"/>
              </w:rPr>
              <w:t>p</w:t>
            </w:r>
            <w:r w:rsidR="00B01C44">
              <w:rPr>
                <w:rFonts w:cstheme="minorHAnsi"/>
              </w:rPr>
              <w:t>ozostałe działania związane ze współpracą z podmiotami ochrony ludności</w:t>
            </w:r>
            <w:r w:rsidR="00036BD6">
              <w:rPr>
                <w:rFonts w:cstheme="minorHAnsi"/>
              </w:rPr>
              <w:t>.</w:t>
            </w:r>
          </w:p>
        </w:tc>
      </w:tr>
      <w:tr w:rsidR="004D61A7" w:rsidTr="00BA3A35">
        <w:trPr>
          <w:cantSplit/>
        </w:trPr>
        <w:tc>
          <w:tcPr>
            <w:tcW w:w="1272" w:type="dxa"/>
            <w:vMerge/>
            <w:shd w:val="clear" w:color="auto" w:fill="FF5537"/>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5537"/>
            <w:vAlign w:val="center"/>
          </w:tcPr>
          <w:p w:rsidR="004D61A7" w:rsidRDefault="004D61A7" w:rsidP="0052375D">
            <w:pPr>
              <w:jc w:val="center"/>
              <w:rPr>
                <w:rFonts w:cstheme="minorHAnsi"/>
                <w:sz w:val="24"/>
                <w:szCs w:val="24"/>
              </w:rPr>
            </w:pPr>
            <w:r w:rsidRPr="009E13C5">
              <w:rPr>
                <w:rFonts w:cstheme="minorHAnsi"/>
                <w:sz w:val="24"/>
                <w:szCs w:val="24"/>
              </w:rPr>
              <w:t>1C</w:t>
            </w:r>
          </w:p>
          <w:p w:rsidR="004D61A7" w:rsidRPr="009E13C5" w:rsidRDefault="004D61A7" w:rsidP="0052375D">
            <w:pPr>
              <w:jc w:val="center"/>
              <w:rPr>
                <w:rFonts w:cstheme="minorHAnsi"/>
                <w:sz w:val="24"/>
                <w:szCs w:val="24"/>
              </w:rPr>
            </w:pPr>
            <w:r>
              <w:rPr>
                <w:rFonts w:cstheme="minorHAnsi"/>
                <w:sz w:val="24"/>
                <w:szCs w:val="24"/>
              </w:rPr>
              <w:t>Personel obsługujący organy ochrony ludności</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przeprowadzenie analizy potrzeb personelu urzędów obsługujących organy ochrony ludności z uwzględnieniem konieczności zapewnienia ciągłości działania</w:t>
            </w:r>
            <w:r w:rsidR="00036BD6">
              <w:rPr>
                <w:rFonts w:cstheme="minorHAnsi"/>
              </w:rPr>
              <w:t>,</w:t>
            </w:r>
          </w:p>
          <w:p w:rsidR="004D61A7" w:rsidRDefault="004D61A7" w:rsidP="0052375D">
            <w:pPr>
              <w:rPr>
                <w:rFonts w:cstheme="minorHAnsi"/>
              </w:rPr>
            </w:pPr>
            <w:r>
              <w:rPr>
                <w:rFonts w:cstheme="minorHAnsi"/>
              </w:rPr>
              <w:t>2. nadanie przydziałów mobilizacyjnych obrony cywilnej personelowi urzędów obsługujących organy ochrony ludności</w:t>
            </w:r>
            <w:r w:rsidR="00036BD6">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Pr="00900F19" w:rsidRDefault="004D61A7" w:rsidP="0052375D">
            <w:pPr>
              <w:rPr>
                <w:rFonts w:cstheme="minorHAnsi"/>
              </w:rPr>
            </w:pPr>
            <w:r>
              <w:rPr>
                <w:rFonts w:cstheme="minorHAnsi"/>
              </w:rPr>
              <w:t>1. zawieranie umów na realizację zadań związanych z obsługą organów ochrony ludności</w:t>
            </w:r>
            <w:r w:rsidR="00036BD6">
              <w:rPr>
                <w:rFonts w:cstheme="minorHAnsi"/>
              </w:rPr>
              <w:t>.</w:t>
            </w:r>
            <w:r>
              <w:rPr>
                <w:rFonts w:cstheme="minorHAnsi"/>
              </w:rPr>
              <w:t xml:space="preserve"> </w:t>
            </w:r>
          </w:p>
        </w:tc>
      </w:tr>
      <w:tr w:rsidR="004D61A7" w:rsidTr="00BA3A35">
        <w:trPr>
          <w:cantSplit/>
        </w:trPr>
        <w:tc>
          <w:tcPr>
            <w:tcW w:w="1272" w:type="dxa"/>
            <w:vMerge/>
            <w:shd w:val="clear" w:color="auto" w:fill="FF5537"/>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5537"/>
            <w:vAlign w:val="center"/>
          </w:tcPr>
          <w:p w:rsidR="004D61A7" w:rsidRDefault="004D61A7" w:rsidP="0052375D">
            <w:pPr>
              <w:jc w:val="center"/>
              <w:rPr>
                <w:rFonts w:cstheme="minorHAnsi"/>
                <w:sz w:val="24"/>
                <w:szCs w:val="24"/>
              </w:rPr>
            </w:pPr>
            <w:r w:rsidRPr="009E13C5">
              <w:rPr>
                <w:rFonts w:cstheme="minorHAnsi"/>
                <w:sz w:val="24"/>
                <w:szCs w:val="24"/>
              </w:rPr>
              <w:t>1D</w:t>
            </w:r>
          </w:p>
          <w:p w:rsidR="004D61A7" w:rsidRPr="009E13C5" w:rsidRDefault="004D61A7" w:rsidP="00D60CC5">
            <w:pPr>
              <w:jc w:val="center"/>
              <w:rPr>
                <w:rFonts w:cstheme="minorHAnsi"/>
                <w:sz w:val="24"/>
                <w:szCs w:val="24"/>
              </w:rPr>
            </w:pPr>
            <w:r>
              <w:rPr>
                <w:rFonts w:cstheme="minorHAnsi"/>
                <w:sz w:val="24"/>
                <w:szCs w:val="24"/>
              </w:rPr>
              <w:t>Utworzenie i</w:t>
            </w:r>
            <w:r w:rsidR="00D60CC5">
              <w:rPr>
                <w:rFonts w:cstheme="minorHAnsi"/>
                <w:sz w:val="24"/>
                <w:szCs w:val="24"/>
              </w:rPr>
              <w:t> </w:t>
            </w:r>
            <w:r>
              <w:rPr>
                <w:rFonts w:cstheme="minorHAnsi"/>
                <w:sz w:val="24"/>
                <w:szCs w:val="24"/>
              </w:rPr>
              <w:t xml:space="preserve">zarządzanie </w:t>
            </w:r>
            <w:r w:rsidR="008B2AA1">
              <w:rPr>
                <w:rFonts w:cstheme="minorHAnsi"/>
                <w:sz w:val="24"/>
                <w:szCs w:val="24"/>
              </w:rPr>
              <w:t>korpusem obrony cywilnej</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utworzenie, utrzymanie i rozwój ewidencji obrony cywilnej oraz infrastruktury teleinformatycznej</w:t>
            </w:r>
            <w:r w:rsidR="004F2C6A">
              <w:rPr>
                <w:rFonts w:cstheme="minorHAnsi"/>
              </w:rPr>
              <w:t xml:space="preserve"> wspierającej ewidencję</w:t>
            </w:r>
            <w:r w:rsidR="00036BD6">
              <w:rPr>
                <w:rFonts w:cstheme="minorHAnsi"/>
              </w:rPr>
              <w:t>,</w:t>
            </w:r>
          </w:p>
          <w:p w:rsidR="00954324" w:rsidRDefault="00954324" w:rsidP="0052375D">
            <w:pPr>
              <w:rPr>
                <w:rFonts w:cstheme="minorHAnsi"/>
              </w:rPr>
            </w:pPr>
            <w:r>
              <w:rPr>
                <w:rFonts w:cstheme="minorHAnsi"/>
              </w:rPr>
              <w:t>2. obsługa systemu nadawania przydziałów mobilizacyjnych obrony cywilnej, krajowej rezerwy obrony cywilnej oraz naboru ochotniczego</w:t>
            </w:r>
            <w:r w:rsidR="00036BD6">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Pr="00900F19" w:rsidRDefault="004D61A7" w:rsidP="008B2AA1">
            <w:pPr>
              <w:rPr>
                <w:rFonts w:cstheme="minorHAnsi"/>
              </w:rPr>
            </w:pPr>
            <w:r>
              <w:rPr>
                <w:rFonts w:cstheme="minorHAnsi"/>
              </w:rPr>
              <w:t xml:space="preserve">1. działania informacyjne związane z utworzeniem i zarządzeniem </w:t>
            </w:r>
            <w:r w:rsidR="008B2AA1">
              <w:rPr>
                <w:rFonts w:cstheme="minorHAnsi"/>
              </w:rPr>
              <w:t>korpusem obrony cywilnej</w:t>
            </w:r>
            <w:r w:rsidR="00036BD6">
              <w:rPr>
                <w:rFonts w:cstheme="minorHAnsi"/>
              </w:rPr>
              <w:t>.</w:t>
            </w:r>
            <w:r w:rsidR="008B2AA1">
              <w:rPr>
                <w:rFonts w:cstheme="minorHAnsi"/>
              </w:rPr>
              <w:t xml:space="preserve"> </w:t>
            </w:r>
          </w:p>
        </w:tc>
      </w:tr>
      <w:tr w:rsidR="004D61A7" w:rsidTr="00BA3A35">
        <w:trPr>
          <w:cantSplit/>
        </w:trPr>
        <w:tc>
          <w:tcPr>
            <w:tcW w:w="1272" w:type="dxa"/>
            <w:vMerge/>
            <w:shd w:val="clear" w:color="auto" w:fill="FF5537"/>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5537"/>
            <w:vAlign w:val="center"/>
          </w:tcPr>
          <w:p w:rsidR="004D61A7" w:rsidRDefault="004D61A7" w:rsidP="0052375D">
            <w:pPr>
              <w:jc w:val="center"/>
              <w:rPr>
                <w:rFonts w:cstheme="minorHAnsi"/>
                <w:sz w:val="24"/>
                <w:szCs w:val="24"/>
              </w:rPr>
            </w:pPr>
            <w:r w:rsidRPr="009E13C5">
              <w:rPr>
                <w:rFonts w:cstheme="minorHAnsi"/>
                <w:sz w:val="24"/>
                <w:szCs w:val="24"/>
              </w:rPr>
              <w:t>1E</w:t>
            </w:r>
          </w:p>
          <w:p w:rsidR="004D61A7" w:rsidRPr="009E13C5" w:rsidRDefault="004D61A7" w:rsidP="0052375D">
            <w:pPr>
              <w:jc w:val="center"/>
              <w:rPr>
                <w:rFonts w:cstheme="minorHAnsi"/>
                <w:sz w:val="24"/>
                <w:szCs w:val="24"/>
              </w:rPr>
            </w:pPr>
            <w:r>
              <w:rPr>
                <w:rFonts w:cstheme="minorHAnsi"/>
                <w:sz w:val="24"/>
                <w:szCs w:val="24"/>
              </w:rPr>
              <w:t>Oznakowanie personelu obrony cywilnej</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zapewnienie oznakowania międzynarodowym znakiem obrony cywilnej personelu, pojazdów i infrastruktury obrony cywilnej wymaganego przez prawo międzynarodowe</w:t>
            </w:r>
            <w:r w:rsidR="00036BD6">
              <w:rPr>
                <w:rFonts w:cstheme="minorHAnsi"/>
              </w:rPr>
              <w:t>,</w:t>
            </w:r>
          </w:p>
          <w:p w:rsidR="004D61A7" w:rsidRDefault="004D61A7" w:rsidP="0052375D">
            <w:pPr>
              <w:rPr>
                <w:rFonts w:cstheme="minorHAnsi"/>
              </w:rPr>
            </w:pPr>
            <w:r>
              <w:rPr>
                <w:rFonts w:cstheme="minorHAnsi"/>
              </w:rPr>
              <w:t>2. wytworzenie, personalizacja i zapewnienie personelowi obrony cywilnej kart indentyfikacyjnych i tabliczek tożsamości</w:t>
            </w:r>
            <w:r w:rsidR="00036BD6">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1. zapewnienie pozostałego oznakowania, w tym elementów ubioru, personelowi obrony cywilnej</w:t>
            </w:r>
            <w:r w:rsidR="00036BD6">
              <w:rPr>
                <w:rFonts w:cstheme="minorHAnsi"/>
              </w:rPr>
              <w:t>,</w:t>
            </w:r>
          </w:p>
          <w:p w:rsidR="004D61A7" w:rsidRDefault="004D61A7" w:rsidP="0052375D">
            <w:pPr>
              <w:rPr>
                <w:rFonts w:cstheme="minorHAnsi"/>
              </w:rPr>
            </w:pPr>
            <w:r>
              <w:rPr>
                <w:rFonts w:cstheme="minorHAnsi"/>
              </w:rPr>
              <w:t>2. oznakowanie informacyjne zasobów i infrastruktury finansowanej z Programu Ochrony Ludności i Obrony Cywilnej</w:t>
            </w:r>
            <w:r w:rsidR="00FB4900">
              <w:rPr>
                <w:rFonts w:cstheme="minorHAnsi"/>
              </w:rPr>
              <w:t>,</w:t>
            </w:r>
          </w:p>
          <w:p w:rsidR="0068193D" w:rsidRPr="00E51E04" w:rsidRDefault="0068193D" w:rsidP="0052375D">
            <w:pPr>
              <w:rPr>
                <w:rFonts w:cstheme="minorHAnsi"/>
              </w:rPr>
            </w:pPr>
            <w:r>
              <w:rPr>
                <w:rFonts w:cstheme="minorHAnsi"/>
              </w:rPr>
              <w:t>3. opracowanie i wdrożenie systemów identyfikacji wizualnej</w:t>
            </w:r>
            <w:r w:rsidR="00036BD6">
              <w:rPr>
                <w:rFonts w:cstheme="minorHAnsi"/>
              </w:rPr>
              <w:t>.</w:t>
            </w:r>
          </w:p>
        </w:tc>
      </w:tr>
      <w:tr w:rsidR="004D61A7" w:rsidTr="00BA3A35">
        <w:trPr>
          <w:cantSplit/>
        </w:trPr>
        <w:tc>
          <w:tcPr>
            <w:tcW w:w="1272" w:type="dxa"/>
            <w:vMerge w:val="restart"/>
            <w:shd w:val="clear" w:color="auto" w:fill="FFFF2F"/>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 xml:space="preserve">OBSZAR </w:t>
            </w:r>
            <w:r>
              <w:rPr>
                <w:rFonts w:cstheme="minorHAnsi"/>
                <w:b/>
                <w:smallCaps/>
                <w:sz w:val="24"/>
                <w:szCs w:val="24"/>
                <w:u w:val="single"/>
              </w:rPr>
              <w:t>2</w:t>
            </w:r>
          </w:p>
          <w:p w:rsidR="004D61A7" w:rsidRPr="00920A3A" w:rsidRDefault="004D61A7" w:rsidP="0052375D">
            <w:pPr>
              <w:ind w:left="113" w:right="113"/>
              <w:jc w:val="center"/>
              <w:rPr>
                <w:rFonts w:cstheme="minorHAnsi"/>
                <w:b/>
                <w:sz w:val="24"/>
                <w:szCs w:val="24"/>
              </w:rPr>
            </w:pPr>
            <w:r w:rsidRPr="00920A3A">
              <w:rPr>
                <w:rFonts w:cstheme="minorHAnsi"/>
                <w:b/>
                <w:sz w:val="24"/>
                <w:szCs w:val="24"/>
              </w:rPr>
              <w:t>Ciągłość działania i baza magazynowa</w:t>
            </w:r>
          </w:p>
        </w:tc>
        <w:tc>
          <w:tcPr>
            <w:tcW w:w="2409" w:type="dxa"/>
            <w:shd w:val="clear" w:color="auto" w:fill="FFFF2F"/>
            <w:vAlign w:val="center"/>
          </w:tcPr>
          <w:p w:rsidR="004D61A7" w:rsidRDefault="004D61A7" w:rsidP="0052375D">
            <w:pPr>
              <w:jc w:val="center"/>
              <w:rPr>
                <w:rFonts w:cstheme="minorHAnsi"/>
                <w:sz w:val="24"/>
                <w:szCs w:val="24"/>
              </w:rPr>
            </w:pPr>
            <w:r w:rsidRPr="009E13C5">
              <w:rPr>
                <w:rFonts w:cstheme="minorHAnsi"/>
                <w:sz w:val="24"/>
                <w:szCs w:val="24"/>
              </w:rPr>
              <w:t>2A</w:t>
            </w:r>
          </w:p>
          <w:p w:rsidR="004D61A7" w:rsidRPr="009E13C5" w:rsidRDefault="004D61A7" w:rsidP="0052375D">
            <w:pPr>
              <w:jc w:val="center"/>
              <w:rPr>
                <w:rFonts w:cstheme="minorHAnsi"/>
                <w:sz w:val="24"/>
                <w:szCs w:val="24"/>
              </w:rPr>
            </w:pPr>
            <w:r>
              <w:rPr>
                <w:rFonts w:cstheme="minorHAnsi"/>
                <w:sz w:val="24"/>
                <w:szCs w:val="24"/>
              </w:rPr>
              <w:t>Zapewnienie dostaw energii elektrycznej oraz cieplnej</w:t>
            </w:r>
          </w:p>
        </w:tc>
        <w:tc>
          <w:tcPr>
            <w:tcW w:w="10920" w:type="dxa"/>
            <w:vAlign w:val="center"/>
          </w:tcPr>
          <w:p w:rsidR="004D61A7" w:rsidRDefault="004D61A7" w:rsidP="0052375D">
            <w:pPr>
              <w:rPr>
                <w:rFonts w:cstheme="minorHAnsi"/>
              </w:rPr>
            </w:pPr>
            <w:r w:rsidRPr="00B60FEB">
              <w:rPr>
                <w:rFonts w:cstheme="minorHAnsi"/>
                <w:u w:val="single"/>
              </w:rPr>
              <w:t>Priorytetowe</w:t>
            </w:r>
            <w:r>
              <w:rPr>
                <w:rFonts w:cstheme="minorHAnsi"/>
              </w:rPr>
              <w:t xml:space="preserve">: </w:t>
            </w:r>
          </w:p>
          <w:p w:rsidR="00BA44FB" w:rsidRDefault="004D61A7" w:rsidP="0052375D">
            <w:pPr>
              <w:rPr>
                <w:rFonts w:cstheme="minorHAnsi"/>
              </w:rPr>
            </w:pPr>
            <w:r>
              <w:rPr>
                <w:rFonts w:cstheme="minorHAnsi"/>
              </w:rPr>
              <w:t>1. zapewnienie</w:t>
            </w:r>
            <w:r w:rsidR="004F2C6A">
              <w:rPr>
                <w:rFonts w:cstheme="minorHAnsi"/>
              </w:rPr>
              <w:t xml:space="preserve"> i</w:t>
            </w:r>
            <w:r w:rsidR="000278A6">
              <w:rPr>
                <w:rFonts w:cstheme="minorHAnsi"/>
              </w:rPr>
              <w:t xml:space="preserve"> montaż</w:t>
            </w:r>
            <w:r w:rsidR="003D6218">
              <w:rPr>
                <w:rFonts w:cstheme="minorHAnsi"/>
              </w:rPr>
              <w:t xml:space="preserve"> </w:t>
            </w:r>
            <w:r>
              <w:rPr>
                <w:rFonts w:cstheme="minorHAnsi"/>
              </w:rPr>
              <w:t>agregatów prądotwórczych, banków energii</w:t>
            </w:r>
            <w:r w:rsidR="00954324">
              <w:rPr>
                <w:rFonts w:cstheme="minorHAnsi"/>
              </w:rPr>
              <w:t>, przyłączy</w:t>
            </w:r>
            <w:r>
              <w:rPr>
                <w:rFonts w:cstheme="minorHAnsi"/>
              </w:rPr>
              <w:t xml:space="preserve"> i innych urządzeń zapewniających dostęp do energii elektrycznej</w:t>
            </w:r>
            <w:r w:rsidR="00BA44FB">
              <w:rPr>
                <w:rFonts w:cstheme="minorHAnsi"/>
              </w:rPr>
              <w:t>,</w:t>
            </w:r>
          </w:p>
          <w:p w:rsidR="004D61A7" w:rsidRDefault="00BA44FB" w:rsidP="0052375D">
            <w:pPr>
              <w:rPr>
                <w:rFonts w:cstheme="minorHAnsi"/>
              </w:rPr>
            </w:pPr>
            <w:r>
              <w:rPr>
                <w:rFonts w:cstheme="minorHAnsi"/>
              </w:rPr>
              <w:t>2. przygotowanie infrastruktury do podłączeń mobilnych urządzeń zasilania w energię elektryczną</w:t>
            </w:r>
            <w:r w:rsidR="00FB4900">
              <w:rPr>
                <w:rFonts w:cstheme="minorHAnsi"/>
              </w:rPr>
              <w:t>.</w:t>
            </w:r>
          </w:p>
          <w:p w:rsidR="004D61A7" w:rsidRDefault="004D61A7" w:rsidP="0052375D">
            <w:pPr>
              <w:rPr>
                <w:rFonts w:cstheme="minorHAnsi"/>
              </w:rPr>
            </w:pPr>
            <w:r w:rsidRPr="00B60FEB">
              <w:rPr>
                <w:rFonts w:cstheme="minorHAnsi"/>
                <w:u w:val="single"/>
              </w:rPr>
              <w:t>Pozostałe</w:t>
            </w:r>
            <w:r>
              <w:rPr>
                <w:rFonts w:cstheme="minorHAnsi"/>
              </w:rPr>
              <w:t>:</w:t>
            </w:r>
          </w:p>
          <w:p w:rsidR="004D61A7" w:rsidRDefault="004D61A7" w:rsidP="0052375D">
            <w:pPr>
              <w:rPr>
                <w:rFonts w:cstheme="minorHAnsi"/>
              </w:rPr>
            </w:pPr>
            <w:r>
              <w:rPr>
                <w:rFonts w:cstheme="minorHAnsi"/>
              </w:rPr>
              <w:t>1. zapewnienie mobilnych urządzeń wytwarzających ciepło, w tym nagrzewnic oraz chemicznych ogrzewaczy</w:t>
            </w:r>
            <w:r w:rsidR="00036BD6">
              <w:rPr>
                <w:rFonts w:cstheme="minorHAnsi"/>
              </w:rPr>
              <w:t>,</w:t>
            </w:r>
            <w:r>
              <w:rPr>
                <w:rFonts w:cstheme="minorHAnsi"/>
              </w:rPr>
              <w:t xml:space="preserve"> </w:t>
            </w:r>
          </w:p>
          <w:p w:rsidR="004D61A7" w:rsidRDefault="004D61A7" w:rsidP="0052375D">
            <w:pPr>
              <w:rPr>
                <w:rFonts w:cstheme="minorHAnsi"/>
              </w:rPr>
            </w:pPr>
            <w:r>
              <w:rPr>
                <w:rFonts w:cstheme="minorHAnsi"/>
              </w:rPr>
              <w:t>2. tworzenie</w:t>
            </w:r>
            <w:r w:rsidR="006F4440">
              <w:rPr>
                <w:rFonts w:cstheme="minorHAnsi"/>
              </w:rPr>
              <w:t>, rozbudowa</w:t>
            </w:r>
            <w:r w:rsidR="00B44A8B">
              <w:rPr>
                <w:rFonts w:cstheme="minorHAnsi"/>
              </w:rPr>
              <w:t xml:space="preserve"> i </w:t>
            </w:r>
            <w:r w:rsidR="006F4440">
              <w:rPr>
                <w:rFonts w:cstheme="minorHAnsi"/>
              </w:rPr>
              <w:t>przebudowa</w:t>
            </w:r>
            <w:r>
              <w:rPr>
                <w:rFonts w:cstheme="minorHAnsi"/>
              </w:rPr>
              <w:t xml:space="preserve"> infrastruktury do </w:t>
            </w:r>
            <w:r w:rsidR="00D5292A">
              <w:rPr>
                <w:rFonts w:cstheme="minorHAnsi"/>
              </w:rPr>
              <w:t>gromadzenia</w:t>
            </w:r>
            <w:r>
              <w:rPr>
                <w:rFonts w:cstheme="minorHAnsi"/>
              </w:rPr>
              <w:t xml:space="preserve"> energii elektrycznej i cieplnej w sytuacjach kryzysowych</w:t>
            </w:r>
            <w:r w:rsidR="00036BD6">
              <w:rPr>
                <w:rFonts w:cstheme="minorHAnsi"/>
              </w:rPr>
              <w:t>,</w:t>
            </w:r>
          </w:p>
          <w:p w:rsidR="004D61A7" w:rsidRPr="00B60FEB" w:rsidRDefault="004D61A7" w:rsidP="00D84149">
            <w:pPr>
              <w:rPr>
                <w:rFonts w:cstheme="minorHAnsi"/>
              </w:rPr>
            </w:pPr>
            <w:r>
              <w:rPr>
                <w:rFonts w:cstheme="minorHAnsi"/>
              </w:rPr>
              <w:t xml:space="preserve">3. </w:t>
            </w:r>
            <w:r w:rsidR="00D84149">
              <w:rPr>
                <w:rFonts w:cstheme="minorHAnsi"/>
              </w:rPr>
              <w:t xml:space="preserve">zapewnienie </w:t>
            </w:r>
            <w:r>
              <w:rPr>
                <w:rFonts w:cstheme="minorHAnsi"/>
              </w:rPr>
              <w:t>środk</w:t>
            </w:r>
            <w:r w:rsidR="00D84149">
              <w:rPr>
                <w:rFonts w:cstheme="minorHAnsi"/>
              </w:rPr>
              <w:t>ów</w:t>
            </w:r>
            <w:r>
              <w:rPr>
                <w:rFonts w:cstheme="minorHAnsi"/>
              </w:rPr>
              <w:t xml:space="preserve"> ochrony i monitoringu instalacji zapewniających dostawy energii elektrycznej i cieplnej</w:t>
            </w:r>
            <w:r w:rsidR="00036BD6">
              <w:rPr>
                <w:rFonts w:cstheme="minorHAnsi"/>
              </w:rPr>
              <w:t>.</w:t>
            </w:r>
          </w:p>
        </w:tc>
      </w:tr>
      <w:tr w:rsidR="004D61A7" w:rsidTr="00BA3A35">
        <w:trPr>
          <w:cantSplit/>
        </w:trPr>
        <w:tc>
          <w:tcPr>
            <w:tcW w:w="1272" w:type="dxa"/>
            <w:vMerge/>
            <w:shd w:val="clear" w:color="auto" w:fill="FFFF2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FF2F"/>
            <w:vAlign w:val="center"/>
          </w:tcPr>
          <w:p w:rsidR="004D61A7" w:rsidRDefault="004D61A7" w:rsidP="0052375D">
            <w:pPr>
              <w:jc w:val="center"/>
              <w:rPr>
                <w:rFonts w:cstheme="minorHAnsi"/>
                <w:sz w:val="24"/>
                <w:szCs w:val="24"/>
              </w:rPr>
            </w:pPr>
            <w:r w:rsidRPr="009E13C5">
              <w:rPr>
                <w:rFonts w:cstheme="minorHAnsi"/>
                <w:sz w:val="24"/>
                <w:szCs w:val="24"/>
              </w:rPr>
              <w:t>2B</w:t>
            </w:r>
          </w:p>
          <w:p w:rsidR="004D61A7" w:rsidRPr="009E13C5" w:rsidRDefault="004D61A7" w:rsidP="00D60CC5">
            <w:pPr>
              <w:jc w:val="center"/>
              <w:rPr>
                <w:rFonts w:cstheme="minorHAnsi"/>
                <w:sz w:val="24"/>
                <w:szCs w:val="24"/>
              </w:rPr>
            </w:pPr>
            <w:r>
              <w:rPr>
                <w:rFonts w:cstheme="minorHAnsi"/>
                <w:sz w:val="24"/>
                <w:szCs w:val="24"/>
              </w:rPr>
              <w:t>Zapewnienie dostępu do wody pitnej i</w:t>
            </w:r>
            <w:r w:rsidR="00D60CC5">
              <w:rPr>
                <w:rFonts w:cstheme="minorHAnsi"/>
                <w:sz w:val="24"/>
                <w:szCs w:val="24"/>
              </w:rPr>
              <w:t> </w:t>
            </w:r>
            <w:r>
              <w:rPr>
                <w:rFonts w:cstheme="minorHAnsi"/>
                <w:sz w:val="24"/>
                <w:szCs w:val="24"/>
              </w:rPr>
              <w:t>żywności</w:t>
            </w:r>
          </w:p>
        </w:tc>
        <w:tc>
          <w:tcPr>
            <w:tcW w:w="10920" w:type="dxa"/>
            <w:vAlign w:val="center"/>
          </w:tcPr>
          <w:p w:rsidR="004D61A7" w:rsidRDefault="004D61A7" w:rsidP="0052375D">
            <w:pPr>
              <w:rPr>
                <w:rFonts w:cstheme="minorHAnsi"/>
              </w:rPr>
            </w:pPr>
            <w:r w:rsidRPr="00B60FEB">
              <w:rPr>
                <w:rFonts w:cstheme="minorHAnsi"/>
                <w:u w:val="single"/>
              </w:rPr>
              <w:t>Priorytetowe</w:t>
            </w:r>
            <w:r>
              <w:rPr>
                <w:rFonts w:cstheme="minorHAnsi"/>
              </w:rPr>
              <w:t>:</w:t>
            </w:r>
          </w:p>
          <w:p w:rsidR="004D61A7" w:rsidRDefault="004D61A7" w:rsidP="0052375D">
            <w:pPr>
              <w:rPr>
                <w:rFonts w:cstheme="minorHAnsi"/>
              </w:rPr>
            </w:pPr>
            <w:r>
              <w:rPr>
                <w:rFonts w:cstheme="minorHAnsi"/>
              </w:rPr>
              <w:t xml:space="preserve">1. </w:t>
            </w:r>
            <w:r w:rsidR="00954324">
              <w:rPr>
                <w:rFonts w:cstheme="minorHAnsi"/>
              </w:rPr>
              <w:t>tworzenie lokalnych niezależnych</w:t>
            </w:r>
            <w:r w:rsidR="00BA44FB">
              <w:rPr>
                <w:rFonts w:cstheme="minorHAnsi"/>
              </w:rPr>
              <w:t xml:space="preserve"> awaryjnych</w:t>
            </w:r>
            <w:r w:rsidR="00954324">
              <w:rPr>
                <w:rFonts w:cstheme="minorHAnsi"/>
              </w:rPr>
              <w:t xml:space="preserve"> ujęć wody pitnej</w:t>
            </w:r>
            <w:r w:rsidR="00036BD6">
              <w:rPr>
                <w:rFonts w:cstheme="minorHAnsi"/>
              </w:rPr>
              <w:t>,</w:t>
            </w:r>
          </w:p>
          <w:p w:rsidR="004D61A7" w:rsidRDefault="004D61A7" w:rsidP="0052375D">
            <w:pPr>
              <w:rPr>
                <w:rFonts w:cstheme="minorHAnsi"/>
              </w:rPr>
            </w:pPr>
            <w:r>
              <w:rPr>
                <w:rFonts w:cstheme="minorHAnsi"/>
              </w:rPr>
              <w:t xml:space="preserve">2. </w:t>
            </w:r>
            <w:r w:rsidR="00954324">
              <w:rPr>
                <w:rFonts w:cstheme="minorHAnsi"/>
              </w:rPr>
              <w:t>zapewnienie mobilnych stacji uzdatniania wody</w:t>
            </w:r>
            <w:r w:rsidR="00036BD6">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1. zapewnieni</w:t>
            </w:r>
            <w:r w:rsidR="000278A6">
              <w:rPr>
                <w:rFonts w:cstheme="minorHAnsi"/>
              </w:rPr>
              <w:t>e</w:t>
            </w:r>
            <w:r>
              <w:rPr>
                <w:rFonts w:cstheme="minorHAnsi"/>
              </w:rPr>
              <w:t xml:space="preserve"> urządzeń do pakowania i transportu wody pitnej</w:t>
            </w:r>
            <w:r w:rsidR="00036BD6">
              <w:rPr>
                <w:rFonts w:cstheme="minorHAnsi"/>
              </w:rPr>
              <w:t>,</w:t>
            </w:r>
          </w:p>
          <w:p w:rsidR="004D61A7" w:rsidRDefault="004D61A7" w:rsidP="0052375D">
            <w:pPr>
              <w:rPr>
                <w:rFonts w:cstheme="minorHAnsi"/>
              </w:rPr>
            </w:pPr>
            <w:r>
              <w:rPr>
                <w:rFonts w:cstheme="minorHAnsi"/>
              </w:rPr>
              <w:t xml:space="preserve">2. zakup </w:t>
            </w:r>
            <w:r w:rsidR="00C82776">
              <w:rPr>
                <w:rFonts w:cstheme="minorHAnsi"/>
              </w:rPr>
              <w:t>cystern</w:t>
            </w:r>
            <w:r w:rsidR="00F4167B">
              <w:rPr>
                <w:rFonts w:cstheme="minorHAnsi"/>
              </w:rPr>
              <w:t xml:space="preserve"> i zbiorników</w:t>
            </w:r>
            <w:r w:rsidR="00C82776">
              <w:rPr>
                <w:rFonts w:cstheme="minorHAnsi"/>
              </w:rPr>
              <w:t xml:space="preserve"> </w:t>
            </w:r>
            <w:r>
              <w:rPr>
                <w:rFonts w:cstheme="minorHAnsi"/>
              </w:rPr>
              <w:t>do</w:t>
            </w:r>
            <w:r w:rsidR="00954324">
              <w:rPr>
                <w:rFonts w:cstheme="minorHAnsi"/>
              </w:rPr>
              <w:t xml:space="preserve"> transportu</w:t>
            </w:r>
            <w:r w:rsidR="00F4167B">
              <w:rPr>
                <w:rFonts w:cstheme="minorHAnsi"/>
              </w:rPr>
              <w:t xml:space="preserve"> i przechowywania</w:t>
            </w:r>
            <w:r>
              <w:rPr>
                <w:rFonts w:cstheme="minorHAnsi"/>
              </w:rPr>
              <w:t xml:space="preserve"> wody pitnej</w:t>
            </w:r>
            <w:r w:rsidR="00036BD6">
              <w:rPr>
                <w:rFonts w:cstheme="minorHAnsi"/>
              </w:rPr>
              <w:t>,</w:t>
            </w:r>
          </w:p>
          <w:p w:rsidR="004D61A7" w:rsidRDefault="004D61A7" w:rsidP="0052375D">
            <w:pPr>
              <w:rPr>
                <w:rFonts w:cstheme="minorHAnsi"/>
              </w:rPr>
            </w:pPr>
            <w:r>
              <w:rPr>
                <w:rFonts w:cstheme="minorHAnsi"/>
              </w:rPr>
              <w:t>3. zapewnienie i utrzymanie zapasów wody konfekcjonowanej</w:t>
            </w:r>
            <w:r w:rsidR="00036BD6">
              <w:rPr>
                <w:rFonts w:cstheme="minorHAnsi"/>
              </w:rPr>
              <w:t>,</w:t>
            </w:r>
          </w:p>
          <w:p w:rsidR="004D61A7" w:rsidRDefault="004F2C6A" w:rsidP="0052375D">
            <w:pPr>
              <w:rPr>
                <w:rFonts w:cstheme="minorHAnsi"/>
              </w:rPr>
            </w:pPr>
            <w:r>
              <w:rPr>
                <w:rFonts w:cstheme="minorHAnsi"/>
              </w:rPr>
              <w:t>4</w:t>
            </w:r>
            <w:r w:rsidR="004D61A7">
              <w:rPr>
                <w:rFonts w:cstheme="minorHAnsi"/>
              </w:rPr>
              <w:t xml:space="preserve">. </w:t>
            </w:r>
            <w:r w:rsidR="00D84149">
              <w:rPr>
                <w:rFonts w:cstheme="minorHAnsi"/>
              </w:rPr>
              <w:t xml:space="preserve">zapewnienie </w:t>
            </w:r>
            <w:r w:rsidR="004D61A7">
              <w:rPr>
                <w:rFonts w:cstheme="minorHAnsi"/>
              </w:rPr>
              <w:t>monitoring</w:t>
            </w:r>
            <w:r w:rsidR="00D84149">
              <w:rPr>
                <w:rFonts w:cstheme="minorHAnsi"/>
              </w:rPr>
              <w:t>u</w:t>
            </w:r>
            <w:r w:rsidR="004D61A7">
              <w:rPr>
                <w:rFonts w:cstheme="minorHAnsi"/>
              </w:rPr>
              <w:t xml:space="preserve"> ujęć wody w celu przeciwdziałania sabotażowi</w:t>
            </w:r>
            <w:r w:rsidR="00036BD6">
              <w:rPr>
                <w:rFonts w:cstheme="minorHAnsi"/>
              </w:rPr>
              <w:t>,</w:t>
            </w:r>
          </w:p>
          <w:p w:rsidR="004D61A7" w:rsidRPr="00EC1057" w:rsidRDefault="004F2C6A" w:rsidP="0052375D">
            <w:pPr>
              <w:rPr>
                <w:rFonts w:cstheme="minorHAnsi"/>
              </w:rPr>
            </w:pPr>
            <w:r>
              <w:rPr>
                <w:rFonts w:cstheme="minorHAnsi"/>
              </w:rPr>
              <w:t>5</w:t>
            </w:r>
            <w:r w:rsidR="004D61A7">
              <w:rPr>
                <w:rFonts w:cstheme="minorHAnsi"/>
              </w:rPr>
              <w:t>. zakup i utrzymanie sprzętu do przygotowywania żywności</w:t>
            </w:r>
            <w:r w:rsidR="00036BD6">
              <w:rPr>
                <w:rFonts w:cstheme="minorHAnsi"/>
              </w:rPr>
              <w:t>.</w:t>
            </w:r>
          </w:p>
        </w:tc>
      </w:tr>
      <w:tr w:rsidR="004D61A7" w:rsidTr="00BA3A35">
        <w:trPr>
          <w:cantSplit/>
        </w:trPr>
        <w:tc>
          <w:tcPr>
            <w:tcW w:w="1272" w:type="dxa"/>
            <w:vMerge/>
            <w:shd w:val="clear" w:color="auto" w:fill="FFFF2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FF2F"/>
            <w:vAlign w:val="center"/>
          </w:tcPr>
          <w:p w:rsidR="004D61A7" w:rsidRDefault="004D61A7" w:rsidP="0052375D">
            <w:pPr>
              <w:jc w:val="center"/>
              <w:rPr>
                <w:rFonts w:cstheme="minorHAnsi"/>
                <w:sz w:val="24"/>
                <w:szCs w:val="24"/>
              </w:rPr>
            </w:pPr>
            <w:r w:rsidRPr="009E13C5">
              <w:rPr>
                <w:rFonts w:cstheme="minorHAnsi"/>
                <w:sz w:val="24"/>
                <w:szCs w:val="24"/>
              </w:rPr>
              <w:t>2C</w:t>
            </w:r>
          </w:p>
          <w:p w:rsidR="004D61A7" w:rsidRPr="009E13C5" w:rsidRDefault="004D61A7" w:rsidP="006A394D">
            <w:pPr>
              <w:jc w:val="center"/>
              <w:rPr>
                <w:rFonts w:cstheme="minorHAnsi"/>
                <w:sz w:val="24"/>
                <w:szCs w:val="24"/>
              </w:rPr>
            </w:pPr>
            <w:r>
              <w:rPr>
                <w:rFonts w:cstheme="minorHAnsi"/>
                <w:sz w:val="24"/>
                <w:szCs w:val="24"/>
              </w:rPr>
              <w:t xml:space="preserve">Zapewnienie dostępu do pozostałych usług oraz </w:t>
            </w:r>
            <w:r w:rsidR="006A394D">
              <w:rPr>
                <w:rFonts w:cstheme="minorHAnsi"/>
                <w:sz w:val="24"/>
                <w:szCs w:val="24"/>
              </w:rPr>
              <w:t xml:space="preserve">tworzenie punktów </w:t>
            </w:r>
            <w:r>
              <w:rPr>
                <w:rFonts w:cstheme="minorHAnsi"/>
                <w:sz w:val="24"/>
                <w:szCs w:val="24"/>
              </w:rPr>
              <w:t>przetrwania</w:t>
            </w:r>
          </w:p>
        </w:tc>
        <w:tc>
          <w:tcPr>
            <w:tcW w:w="10920" w:type="dxa"/>
            <w:vAlign w:val="center"/>
          </w:tcPr>
          <w:p w:rsidR="004D61A7" w:rsidRDefault="004D61A7" w:rsidP="0052375D">
            <w:pPr>
              <w:rPr>
                <w:rFonts w:cstheme="minorHAnsi"/>
              </w:rPr>
            </w:pPr>
            <w:r w:rsidRPr="00B60FEB">
              <w:rPr>
                <w:rFonts w:cstheme="minorHAnsi"/>
                <w:u w:val="single"/>
              </w:rPr>
              <w:t>Priorytetowe</w:t>
            </w:r>
            <w:r>
              <w:rPr>
                <w:rFonts w:cstheme="minorHAnsi"/>
              </w:rPr>
              <w:t>:</w:t>
            </w:r>
          </w:p>
          <w:p w:rsidR="004D61A7" w:rsidRDefault="004D61A7" w:rsidP="0052375D">
            <w:pPr>
              <w:rPr>
                <w:rFonts w:cstheme="minorHAnsi"/>
              </w:rPr>
            </w:pPr>
            <w:r>
              <w:rPr>
                <w:rFonts w:cstheme="minorHAnsi"/>
              </w:rPr>
              <w:t xml:space="preserve">1. tworzenie lokalnych punktów przetrwania – </w:t>
            </w:r>
            <w:r w:rsidR="00F4167B">
              <w:rPr>
                <w:rFonts w:cstheme="minorHAnsi"/>
              </w:rPr>
              <w:t xml:space="preserve">obiektów </w:t>
            </w:r>
            <w:r>
              <w:rPr>
                <w:rFonts w:cstheme="minorHAnsi"/>
              </w:rPr>
              <w:t>samowystarczalnych energetycznie i zapewniających podstawowe usługi w sytuacji kryzysowej</w:t>
            </w:r>
            <w:r w:rsidR="00036BD6">
              <w:rPr>
                <w:rFonts w:cstheme="minorHAnsi"/>
              </w:rPr>
              <w:t>,</w:t>
            </w:r>
          </w:p>
          <w:p w:rsidR="004D61A7" w:rsidRDefault="004D61A7" w:rsidP="0052375D">
            <w:pPr>
              <w:rPr>
                <w:rFonts w:cstheme="minorHAnsi"/>
              </w:rPr>
            </w:pPr>
            <w:r>
              <w:rPr>
                <w:rFonts w:cstheme="minorHAnsi"/>
              </w:rPr>
              <w:t>2. tworzenie i utrzymanie punk</w:t>
            </w:r>
            <w:r w:rsidR="00416A06">
              <w:rPr>
                <w:rFonts w:cstheme="minorHAnsi"/>
              </w:rPr>
              <w:t>t</w:t>
            </w:r>
            <w:r>
              <w:rPr>
                <w:rFonts w:cstheme="minorHAnsi"/>
              </w:rPr>
              <w:t>ów pomocy medycznej w sytuacji kryzysowej</w:t>
            </w:r>
            <w:r w:rsidR="00036BD6">
              <w:rPr>
                <w:rFonts w:cstheme="minorHAnsi"/>
              </w:rPr>
              <w:t>,</w:t>
            </w:r>
          </w:p>
          <w:p w:rsidR="008F4DA1" w:rsidRDefault="00954324" w:rsidP="0052375D">
            <w:pPr>
              <w:rPr>
                <w:rFonts w:cstheme="minorHAnsi"/>
              </w:rPr>
            </w:pPr>
            <w:r>
              <w:rPr>
                <w:rFonts w:cstheme="minorHAnsi"/>
              </w:rPr>
              <w:t>3. zapewnienie sprzętu medycznego do wykorzystania w sytuacji kryzysowej lub w czasie wojny</w:t>
            </w:r>
            <w:r w:rsidR="00184B90">
              <w:rPr>
                <w:rFonts w:cstheme="minorHAnsi"/>
              </w:rPr>
              <w:t xml:space="preserve">, w tym wyposażenie na </w:t>
            </w:r>
            <w:r w:rsidR="00184B90" w:rsidRPr="00184B90">
              <w:rPr>
                <w:rFonts w:cstheme="minorHAnsi"/>
              </w:rPr>
              <w:t xml:space="preserve">potrzeby leczenia </w:t>
            </w:r>
            <w:r w:rsidR="00034603" w:rsidRPr="00034603">
              <w:rPr>
                <w:rFonts w:cstheme="minorHAnsi"/>
              </w:rPr>
              <w:t>chirurgicznego, intensywnej terapii, leczenia oparzeń wraz z oddziałami łóżkowymi</w:t>
            </w:r>
            <w:r w:rsidR="006207EB">
              <w:rPr>
                <w:rFonts w:cstheme="minorHAnsi"/>
              </w:rPr>
              <w:t xml:space="preserve">, w tym dla szpitali </w:t>
            </w:r>
            <w:r w:rsidR="00BA44FB">
              <w:rPr>
                <w:rFonts w:cstheme="minorHAnsi"/>
              </w:rPr>
              <w:t>na które zostały nałożone zadania obronne</w:t>
            </w:r>
            <w:r w:rsidR="00036BD6">
              <w:rPr>
                <w:rFonts w:cstheme="minorHAnsi"/>
              </w:rPr>
              <w:t>.</w:t>
            </w:r>
            <w:r w:rsidR="00034603" w:rsidRPr="00034603" w:rsidDel="00034603">
              <w:rPr>
                <w:rFonts w:cstheme="minorHAnsi"/>
              </w:rPr>
              <w:t xml:space="preserve"> </w:t>
            </w:r>
          </w:p>
          <w:p w:rsidR="004D61A7" w:rsidRDefault="004D61A7" w:rsidP="0052375D">
            <w:pPr>
              <w:rPr>
                <w:rFonts w:cstheme="minorHAnsi"/>
              </w:rPr>
            </w:pPr>
            <w:r w:rsidRPr="003F5BC9">
              <w:rPr>
                <w:rFonts w:cstheme="minorHAnsi"/>
                <w:u w:val="single"/>
              </w:rPr>
              <w:t>Pozostałe</w:t>
            </w:r>
            <w:r>
              <w:rPr>
                <w:rFonts w:cstheme="minorHAnsi"/>
              </w:rPr>
              <w:t>:</w:t>
            </w:r>
          </w:p>
          <w:p w:rsidR="004D61A7" w:rsidRDefault="004D61A7" w:rsidP="0052375D">
            <w:pPr>
              <w:rPr>
                <w:rFonts w:cstheme="minorHAnsi"/>
              </w:rPr>
            </w:pPr>
            <w:r>
              <w:rPr>
                <w:rFonts w:cstheme="minorHAnsi"/>
              </w:rPr>
              <w:t xml:space="preserve">1. zapewnienie i utrzymanie </w:t>
            </w:r>
            <w:r w:rsidR="00BA44FB">
              <w:rPr>
                <w:rFonts w:cstheme="minorHAnsi"/>
              </w:rPr>
              <w:t xml:space="preserve">mobilnej </w:t>
            </w:r>
            <w:r>
              <w:rPr>
                <w:rFonts w:cstheme="minorHAnsi"/>
              </w:rPr>
              <w:t>infrastruktury sanitarno-higienicznej</w:t>
            </w:r>
            <w:r w:rsidR="00036BD6">
              <w:rPr>
                <w:rFonts w:cstheme="minorHAnsi"/>
              </w:rPr>
              <w:t>,</w:t>
            </w:r>
          </w:p>
          <w:p w:rsidR="004D61A7" w:rsidRDefault="004D61A7" w:rsidP="0052375D">
            <w:pPr>
              <w:rPr>
                <w:rFonts w:cstheme="minorHAnsi"/>
              </w:rPr>
            </w:pPr>
            <w:r>
              <w:rPr>
                <w:rFonts w:cstheme="minorHAnsi"/>
              </w:rPr>
              <w:t>2. tworzenie punktów dostępu do sieci telekomunikacyjnej dla ludności w sytuacjach kryzysowych</w:t>
            </w:r>
            <w:r w:rsidR="00036BD6">
              <w:rPr>
                <w:rFonts w:cstheme="minorHAnsi"/>
              </w:rPr>
              <w:t>,</w:t>
            </w:r>
            <w:r>
              <w:rPr>
                <w:rFonts w:cstheme="minorHAnsi"/>
              </w:rPr>
              <w:t xml:space="preserve"> </w:t>
            </w:r>
          </w:p>
          <w:p w:rsidR="004D61A7" w:rsidRDefault="00954324" w:rsidP="0052375D">
            <w:pPr>
              <w:rPr>
                <w:rFonts w:cstheme="minorHAnsi"/>
              </w:rPr>
            </w:pPr>
            <w:r>
              <w:rPr>
                <w:rFonts w:cstheme="minorHAnsi"/>
              </w:rPr>
              <w:t>3</w:t>
            </w:r>
            <w:r w:rsidR="004D61A7">
              <w:rPr>
                <w:rFonts w:cstheme="minorHAnsi"/>
              </w:rPr>
              <w:t xml:space="preserve">. zapewnienie i utrzymanie urządzeń zapewniających dostęp do paliw płynnych, w tym samowystarczalnych energetycznie </w:t>
            </w:r>
            <w:r w:rsidR="00180F3D">
              <w:rPr>
                <w:rFonts w:cstheme="minorHAnsi"/>
              </w:rPr>
              <w:t xml:space="preserve">albo mobilnych </w:t>
            </w:r>
            <w:r w:rsidR="004D61A7">
              <w:rPr>
                <w:rFonts w:cstheme="minorHAnsi"/>
              </w:rPr>
              <w:t>stacji paliw</w:t>
            </w:r>
            <w:r w:rsidR="00036BD6">
              <w:rPr>
                <w:rFonts w:cstheme="minorHAnsi"/>
              </w:rPr>
              <w:t>.</w:t>
            </w:r>
          </w:p>
          <w:p w:rsidR="004D61A7" w:rsidRPr="00EC1057" w:rsidRDefault="00954324" w:rsidP="006F4440">
            <w:pPr>
              <w:rPr>
                <w:rFonts w:cstheme="minorHAnsi"/>
              </w:rPr>
            </w:pPr>
            <w:r>
              <w:rPr>
                <w:rFonts w:cstheme="minorHAnsi"/>
              </w:rPr>
              <w:t>4</w:t>
            </w:r>
            <w:r w:rsidR="004D61A7">
              <w:rPr>
                <w:rFonts w:cstheme="minorHAnsi"/>
              </w:rPr>
              <w:t xml:space="preserve">. </w:t>
            </w:r>
            <w:r w:rsidR="006F4440">
              <w:rPr>
                <w:rFonts w:cstheme="minorHAnsi"/>
              </w:rPr>
              <w:t xml:space="preserve">rozbudowa </w:t>
            </w:r>
            <w:r w:rsidR="004D61A7">
              <w:rPr>
                <w:rFonts w:cstheme="minorHAnsi"/>
              </w:rPr>
              <w:t xml:space="preserve">lokalnych lotnisk i </w:t>
            </w:r>
            <w:r w:rsidR="001729E1">
              <w:rPr>
                <w:rFonts w:cstheme="minorHAnsi"/>
              </w:rPr>
              <w:t xml:space="preserve">przystosowanych do przyjmowania wojskowych statków powietrznych </w:t>
            </w:r>
            <w:r w:rsidR="004D61A7">
              <w:rPr>
                <w:rFonts w:cstheme="minorHAnsi"/>
              </w:rPr>
              <w:t>lądowisk</w:t>
            </w:r>
            <w:r w:rsidR="001729E1">
              <w:rPr>
                <w:rFonts w:cstheme="minorHAnsi"/>
              </w:rPr>
              <w:t xml:space="preserve"> o zwiększonej nośności</w:t>
            </w:r>
            <w:r w:rsidR="004D61A7">
              <w:rPr>
                <w:rFonts w:cstheme="minorHAnsi"/>
              </w:rPr>
              <w:t xml:space="preserve"> będących w posiadaniu podmiotów ochrony ludności, do wykorzystania w sytuacjach kryzysowych</w:t>
            </w:r>
            <w:r w:rsidR="00036BD6">
              <w:rPr>
                <w:rFonts w:cstheme="minorHAnsi"/>
              </w:rPr>
              <w:t>.</w:t>
            </w:r>
          </w:p>
        </w:tc>
      </w:tr>
      <w:tr w:rsidR="004D61A7" w:rsidTr="00BA3A35">
        <w:trPr>
          <w:cantSplit/>
        </w:trPr>
        <w:tc>
          <w:tcPr>
            <w:tcW w:w="1272" w:type="dxa"/>
            <w:vMerge/>
            <w:shd w:val="clear" w:color="auto" w:fill="FFFF2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FF2F"/>
            <w:vAlign w:val="center"/>
          </w:tcPr>
          <w:p w:rsidR="004D61A7" w:rsidRDefault="004D61A7" w:rsidP="0052375D">
            <w:pPr>
              <w:jc w:val="center"/>
              <w:rPr>
                <w:rFonts w:cstheme="minorHAnsi"/>
                <w:sz w:val="24"/>
                <w:szCs w:val="24"/>
              </w:rPr>
            </w:pPr>
            <w:r w:rsidRPr="009E13C5">
              <w:rPr>
                <w:rFonts w:cstheme="minorHAnsi"/>
                <w:sz w:val="24"/>
                <w:szCs w:val="24"/>
              </w:rPr>
              <w:t>2D</w:t>
            </w:r>
          </w:p>
          <w:p w:rsidR="004D61A7" w:rsidRPr="009E13C5" w:rsidRDefault="004D61A7" w:rsidP="0052375D">
            <w:pPr>
              <w:jc w:val="center"/>
              <w:rPr>
                <w:rFonts w:cstheme="minorHAnsi"/>
                <w:sz w:val="24"/>
                <w:szCs w:val="24"/>
              </w:rPr>
            </w:pPr>
            <w:r>
              <w:rPr>
                <w:rFonts w:cstheme="minorHAnsi"/>
                <w:sz w:val="24"/>
                <w:szCs w:val="24"/>
              </w:rPr>
              <w:t>Magazyny</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4D61A7" w:rsidRDefault="004D61A7" w:rsidP="0052375D">
            <w:pPr>
              <w:rPr>
                <w:rFonts w:cstheme="minorHAnsi"/>
              </w:rPr>
            </w:pPr>
            <w:r>
              <w:rPr>
                <w:rFonts w:cstheme="minorHAnsi"/>
              </w:rPr>
              <w:t>1. tworzenie</w:t>
            </w:r>
            <w:r w:rsidR="006F4440">
              <w:rPr>
                <w:rFonts w:cstheme="minorHAnsi"/>
              </w:rPr>
              <w:t>, rozbudowa</w:t>
            </w:r>
            <w:r>
              <w:rPr>
                <w:rFonts w:cstheme="minorHAnsi"/>
              </w:rPr>
              <w:t xml:space="preserve"> i utrzymanie lokalnych rozśrodkowanych magazynów obrony cywilnej</w:t>
            </w:r>
            <w:r w:rsidR="00036BD6">
              <w:rPr>
                <w:rFonts w:cstheme="minorHAnsi"/>
              </w:rPr>
              <w:t>,</w:t>
            </w:r>
            <w:r w:rsidR="00BA44FB">
              <w:rPr>
                <w:rFonts w:cstheme="minorHAnsi"/>
              </w:rPr>
              <w:t xml:space="preserve"> w tym kontenerów magazynowych,</w:t>
            </w:r>
          </w:p>
          <w:p w:rsidR="004D61A7" w:rsidRDefault="004D61A7" w:rsidP="0052375D">
            <w:pPr>
              <w:rPr>
                <w:rFonts w:cstheme="minorHAnsi"/>
              </w:rPr>
            </w:pPr>
            <w:r>
              <w:rPr>
                <w:rFonts w:cstheme="minorHAnsi"/>
              </w:rPr>
              <w:t>2. tworzenie</w:t>
            </w:r>
            <w:r w:rsidR="006F4440">
              <w:rPr>
                <w:rFonts w:cstheme="minorHAnsi"/>
              </w:rPr>
              <w:t xml:space="preserve"> i rozbudowa</w:t>
            </w:r>
            <w:r>
              <w:rPr>
                <w:rFonts w:cstheme="minorHAnsi"/>
              </w:rPr>
              <w:t xml:space="preserve"> magazynów obrony cywilnej podwójnego przeznaczenia na obszarach objętych Programem Odstraszania i Obrony „Tarcza Wschód”</w:t>
            </w:r>
            <w:r w:rsidR="00036BD6">
              <w:rPr>
                <w:rFonts w:cstheme="minorHAnsi"/>
              </w:rPr>
              <w:t>.</w:t>
            </w:r>
          </w:p>
          <w:p w:rsidR="004D61A7" w:rsidRDefault="004D61A7" w:rsidP="0052375D">
            <w:pPr>
              <w:rPr>
                <w:rFonts w:cstheme="minorHAnsi"/>
              </w:rPr>
            </w:pPr>
            <w:r w:rsidRPr="003F5BC9">
              <w:rPr>
                <w:rFonts w:cstheme="minorHAnsi"/>
                <w:u w:val="single"/>
              </w:rPr>
              <w:t>Pozostałe</w:t>
            </w:r>
            <w:r>
              <w:rPr>
                <w:rFonts w:cstheme="minorHAnsi"/>
              </w:rPr>
              <w:t>:</w:t>
            </w:r>
          </w:p>
          <w:p w:rsidR="004D61A7" w:rsidRDefault="004D61A7" w:rsidP="0052375D">
            <w:pPr>
              <w:rPr>
                <w:rFonts w:cstheme="minorHAnsi"/>
              </w:rPr>
            </w:pPr>
            <w:r>
              <w:rPr>
                <w:rFonts w:cstheme="minorHAnsi"/>
              </w:rPr>
              <w:t>1. tworzenie</w:t>
            </w:r>
            <w:r w:rsidR="006F4440">
              <w:rPr>
                <w:rFonts w:cstheme="minorHAnsi"/>
              </w:rPr>
              <w:t xml:space="preserve"> i rozbudowa</w:t>
            </w:r>
            <w:r>
              <w:rPr>
                <w:rFonts w:cstheme="minorHAnsi"/>
              </w:rPr>
              <w:t xml:space="preserve"> pozostałych magazynów ochrony ludności i obrony cywilnej</w:t>
            </w:r>
            <w:r w:rsidR="00036BD6">
              <w:rPr>
                <w:rFonts w:cstheme="minorHAnsi"/>
              </w:rPr>
              <w:t>,</w:t>
            </w:r>
          </w:p>
          <w:p w:rsidR="004D61A7" w:rsidRDefault="004D61A7" w:rsidP="0052375D">
            <w:pPr>
              <w:rPr>
                <w:rFonts w:cstheme="minorHAnsi"/>
              </w:rPr>
            </w:pPr>
            <w:r>
              <w:rPr>
                <w:rFonts w:cstheme="minorHAnsi"/>
              </w:rPr>
              <w:t>2. tworzenie placów magazynowych obrony cywilnej, w tym podwójnego przeznaczenia</w:t>
            </w:r>
            <w:r w:rsidR="00036BD6">
              <w:rPr>
                <w:rFonts w:cstheme="minorHAnsi"/>
              </w:rPr>
              <w:t>,</w:t>
            </w:r>
          </w:p>
          <w:p w:rsidR="004D61A7" w:rsidRDefault="004D61A7" w:rsidP="0052375D">
            <w:pPr>
              <w:rPr>
                <w:rFonts w:cstheme="minorHAnsi"/>
              </w:rPr>
            </w:pPr>
            <w:r>
              <w:rPr>
                <w:rFonts w:cstheme="minorHAnsi"/>
              </w:rPr>
              <w:t>3. tworzenie</w:t>
            </w:r>
            <w:r w:rsidR="003D4DDD">
              <w:rPr>
                <w:rFonts w:cstheme="minorHAnsi"/>
              </w:rPr>
              <w:t xml:space="preserve"> i rozbudowa</w:t>
            </w:r>
            <w:r>
              <w:rPr>
                <w:rFonts w:cstheme="minorHAnsi"/>
              </w:rPr>
              <w:t xml:space="preserve"> podziemnej infrastruktury magazynowej</w:t>
            </w:r>
            <w:r w:rsidR="00036BD6">
              <w:rPr>
                <w:rFonts w:cstheme="minorHAnsi"/>
              </w:rPr>
              <w:t>,</w:t>
            </w:r>
          </w:p>
          <w:p w:rsidR="004D61A7" w:rsidRPr="00EC1057" w:rsidRDefault="004D61A7" w:rsidP="00BD78A9">
            <w:pPr>
              <w:rPr>
                <w:rFonts w:cstheme="minorHAnsi"/>
              </w:rPr>
            </w:pPr>
            <w:r>
              <w:rPr>
                <w:rFonts w:cstheme="minorHAnsi"/>
              </w:rPr>
              <w:t>4. remont</w:t>
            </w:r>
            <w:r w:rsidR="00BD78A9">
              <w:rPr>
                <w:rFonts w:cstheme="minorHAnsi"/>
              </w:rPr>
              <w:t xml:space="preserve"> i </w:t>
            </w:r>
            <w:r w:rsidR="0096570E">
              <w:rPr>
                <w:rFonts w:cstheme="minorHAnsi"/>
              </w:rPr>
              <w:t xml:space="preserve">zapewnienie bezpieczeństwa </w:t>
            </w:r>
            <w:r>
              <w:rPr>
                <w:rFonts w:cstheme="minorHAnsi"/>
              </w:rPr>
              <w:t>istniejącej bazy magazynowej</w:t>
            </w:r>
            <w:r w:rsidR="00036BD6">
              <w:rPr>
                <w:rFonts w:cstheme="minorHAnsi"/>
              </w:rPr>
              <w:t>.</w:t>
            </w:r>
          </w:p>
        </w:tc>
      </w:tr>
      <w:tr w:rsidR="004D61A7" w:rsidTr="00BA3A35">
        <w:trPr>
          <w:cantSplit/>
        </w:trPr>
        <w:tc>
          <w:tcPr>
            <w:tcW w:w="1272" w:type="dxa"/>
            <w:vMerge/>
            <w:shd w:val="clear" w:color="auto" w:fill="FFFF2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FF2F"/>
            <w:vAlign w:val="center"/>
          </w:tcPr>
          <w:p w:rsidR="004D61A7" w:rsidRDefault="004D61A7" w:rsidP="0052375D">
            <w:pPr>
              <w:jc w:val="center"/>
              <w:rPr>
                <w:rFonts w:cstheme="minorHAnsi"/>
                <w:sz w:val="24"/>
                <w:szCs w:val="24"/>
              </w:rPr>
            </w:pPr>
            <w:r w:rsidRPr="009E13C5">
              <w:rPr>
                <w:rFonts w:cstheme="minorHAnsi"/>
                <w:sz w:val="24"/>
                <w:szCs w:val="24"/>
              </w:rPr>
              <w:t>2E</w:t>
            </w:r>
          </w:p>
          <w:p w:rsidR="004D61A7" w:rsidRPr="009E13C5" w:rsidRDefault="004D61A7" w:rsidP="00D60CC5">
            <w:pPr>
              <w:jc w:val="center"/>
              <w:rPr>
                <w:rFonts w:cstheme="minorHAnsi"/>
                <w:sz w:val="24"/>
                <w:szCs w:val="24"/>
              </w:rPr>
            </w:pPr>
            <w:r>
              <w:rPr>
                <w:rFonts w:cstheme="minorHAnsi"/>
                <w:sz w:val="24"/>
                <w:szCs w:val="24"/>
              </w:rPr>
              <w:t>Tworzenie i</w:t>
            </w:r>
            <w:r w:rsidR="00D60CC5">
              <w:rPr>
                <w:rFonts w:cstheme="minorHAnsi"/>
                <w:sz w:val="24"/>
                <w:szCs w:val="24"/>
              </w:rPr>
              <w:t> </w:t>
            </w:r>
            <w:r>
              <w:rPr>
                <w:rFonts w:cstheme="minorHAnsi"/>
                <w:sz w:val="24"/>
                <w:szCs w:val="24"/>
              </w:rPr>
              <w:t>utrzymywanie zapasów magazynowych</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4D61A7" w:rsidRDefault="004D61A7" w:rsidP="0052375D">
            <w:pPr>
              <w:rPr>
                <w:rFonts w:cstheme="minorHAnsi"/>
              </w:rPr>
            </w:pPr>
            <w:r>
              <w:rPr>
                <w:rFonts w:cstheme="minorHAnsi"/>
              </w:rPr>
              <w:t>1. zapewnienie zapasów magazynowych n</w:t>
            </w:r>
            <w:r w:rsidRPr="00B02C64">
              <w:rPr>
                <w:rFonts w:cstheme="minorHAnsi"/>
              </w:rPr>
              <w:t>iezbędn</w:t>
            </w:r>
            <w:r>
              <w:rPr>
                <w:rFonts w:cstheme="minorHAnsi"/>
              </w:rPr>
              <w:t>ych</w:t>
            </w:r>
            <w:r w:rsidRPr="00B02C64">
              <w:rPr>
                <w:rFonts w:cstheme="minorHAnsi"/>
              </w:rPr>
              <w:t xml:space="preserve"> do wykonywania przez co najmniej 3 dni trwania zagrożenia zadań ochrony ludności i obrony cywilnej</w:t>
            </w:r>
            <w:r>
              <w:rPr>
                <w:rFonts w:cstheme="minorHAnsi"/>
              </w:rPr>
              <w:t xml:space="preserve"> wskazanych w art. 33 ust. 3 ustawy z dnia 5 grudnia 2024 r. o ochronie ludności i obronie cywilnej</w:t>
            </w:r>
            <w:r w:rsidR="00036BD6">
              <w:rPr>
                <w:rFonts w:cstheme="minorHAnsi"/>
              </w:rPr>
              <w:t>,</w:t>
            </w:r>
          </w:p>
          <w:p w:rsidR="004D61A7" w:rsidRDefault="004D61A7" w:rsidP="0052375D">
            <w:pPr>
              <w:rPr>
                <w:rFonts w:cstheme="minorHAnsi"/>
              </w:rPr>
            </w:pPr>
            <w:r>
              <w:rPr>
                <w:rFonts w:cstheme="minorHAnsi"/>
              </w:rPr>
              <w:t>2. zapewnienie zapasu</w:t>
            </w:r>
            <w:r w:rsidR="00AA1239">
              <w:rPr>
                <w:rFonts w:cstheme="minorHAnsi"/>
              </w:rPr>
              <w:t xml:space="preserve"> kluczowych</w:t>
            </w:r>
            <w:r>
              <w:rPr>
                <w:rFonts w:cstheme="minorHAnsi"/>
              </w:rPr>
              <w:t xml:space="preserve"> leków</w:t>
            </w:r>
            <w:r w:rsidR="00A33F6A">
              <w:rPr>
                <w:rFonts w:cstheme="minorHAnsi"/>
              </w:rPr>
              <w:t>, gazów medycznych</w:t>
            </w:r>
            <w:r>
              <w:rPr>
                <w:rFonts w:cstheme="minorHAnsi"/>
              </w:rPr>
              <w:t xml:space="preserve"> i środków opatrunkowych</w:t>
            </w:r>
            <w:r w:rsidR="00036BD6">
              <w:rPr>
                <w:rFonts w:cstheme="minorHAnsi"/>
              </w:rPr>
              <w:t>.</w:t>
            </w:r>
          </w:p>
          <w:p w:rsidR="004D61A7" w:rsidRDefault="004D61A7" w:rsidP="0052375D">
            <w:pPr>
              <w:rPr>
                <w:rFonts w:cstheme="minorHAnsi"/>
              </w:rPr>
            </w:pPr>
            <w:r w:rsidRPr="00B02C64">
              <w:rPr>
                <w:rFonts w:cstheme="minorHAnsi"/>
                <w:u w:val="single"/>
              </w:rPr>
              <w:t>Pozostałe</w:t>
            </w:r>
            <w:r>
              <w:rPr>
                <w:rFonts w:cstheme="minorHAnsi"/>
              </w:rPr>
              <w:t>:</w:t>
            </w:r>
          </w:p>
          <w:p w:rsidR="004D61A7" w:rsidRDefault="004D61A7" w:rsidP="0052375D">
            <w:pPr>
              <w:rPr>
                <w:rFonts w:cstheme="minorHAnsi"/>
              </w:rPr>
            </w:pPr>
            <w:r>
              <w:rPr>
                <w:rFonts w:cstheme="minorHAnsi"/>
              </w:rPr>
              <w:t>1. tworzenie, utrzymanie i wymiana pozostałych zapasów magazynowych zasobów ochrony ludności i obrony cywilnej, w tym przeciwpowodziowych</w:t>
            </w:r>
            <w:r w:rsidR="00036BD6">
              <w:rPr>
                <w:rFonts w:cstheme="minorHAnsi"/>
              </w:rPr>
              <w:t>,</w:t>
            </w:r>
            <w:r>
              <w:rPr>
                <w:rFonts w:cstheme="minorHAnsi"/>
              </w:rPr>
              <w:t xml:space="preserve"> </w:t>
            </w:r>
          </w:p>
          <w:p w:rsidR="004D61A7" w:rsidRDefault="004D61A7" w:rsidP="0052375D">
            <w:pPr>
              <w:rPr>
                <w:rFonts w:cstheme="minorHAnsi"/>
              </w:rPr>
            </w:pPr>
            <w:r>
              <w:rPr>
                <w:rFonts w:cstheme="minorHAnsi"/>
              </w:rPr>
              <w:t>2. utrzymanie zapasów żywności</w:t>
            </w:r>
            <w:r w:rsidR="00036BD6">
              <w:rPr>
                <w:rFonts w:cstheme="minorHAnsi"/>
              </w:rPr>
              <w:t>,</w:t>
            </w:r>
            <w:r>
              <w:rPr>
                <w:rFonts w:cstheme="minorHAnsi"/>
              </w:rPr>
              <w:t xml:space="preserve"> </w:t>
            </w:r>
          </w:p>
          <w:p w:rsidR="004D61A7" w:rsidRDefault="004D61A7" w:rsidP="0052375D">
            <w:pPr>
              <w:rPr>
                <w:rFonts w:cstheme="minorHAnsi"/>
              </w:rPr>
            </w:pPr>
            <w:r>
              <w:rPr>
                <w:rFonts w:cstheme="minorHAnsi"/>
              </w:rPr>
              <w:t xml:space="preserve">3. działania związane z ewidencjonowaniem, analizą i kontrolą nad zapasami magazynowymi, w tym ewidencje </w:t>
            </w:r>
            <w:r w:rsidR="008D13CF">
              <w:rPr>
                <w:rFonts w:cstheme="minorHAnsi"/>
              </w:rPr>
              <w:t>i </w:t>
            </w:r>
            <w:r>
              <w:rPr>
                <w:rFonts w:cstheme="minorHAnsi"/>
              </w:rPr>
              <w:t>rejestry zasobów</w:t>
            </w:r>
            <w:r w:rsidR="00036BD6">
              <w:rPr>
                <w:rFonts w:cstheme="minorHAnsi"/>
              </w:rPr>
              <w:t>,</w:t>
            </w:r>
            <w:r>
              <w:rPr>
                <w:rFonts w:cstheme="minorHAnsi"/>
              </w:rPr>
              <w:t xml:space="preserve"> </w:t>
            </w:r>
            <w:r w:rsidR="000D4A3A">
              <w:rPr>
                <w:rFonts w:cstheme="minorHAnsi"/>
              </w:rPr>
              <w:t>utrzymanie Centralnej Ewidencji Zasobów Ochrony Ludności (CEZOL)</w:t>
            </w:r>
            <w:r w:rsidR="00DD7E38">
              <w:rPr>
                <w:rFonts w:cstheme="minorHAnsi"/>
              </w:rPr>
              <w:t>,</w:t>
            </w:r>
          </w:p>
          <w:p w:rsidR="00954324" w:rsidRPr="00EC1057" w:rsidRDefault="00954324" w:rsidP="0052375D">
            <w:pPr>
              <w:rPr>
                <w:rFonts w:cstheme="minorHAnsi"/>
              </w:rPr>
            </w:pPr>
            <w:r>
              <w:rPr>
                <w:rFonts w:cstheme="minorHAnsi"/>
              </w:rPr>
              <w:t>4. działania organizacyjne zapewniające rotację zapasów</w:t>
            </w:r>
            <w:r w:rsidR="00036BD6">
              <w:rPr>
                <w:rFonts w:cstheme="minorHAnsi"/>
              </w:rPr>
              <w:t>.</w:t>
            </w:r>
          </w:p>
        </w:tc>
      </w:tr>
      <w:tr w:rsidR="004D61A7" w:rsidTr="00BA3A35">
        <w:trPr>
          <w:cantSplit/>
        </w:trPr>
        <w:tc>
          <w:tcPr>
            <w:tcW w:w="1272" w:type="dxa"/>
            <w:vMerge w:val="restart"/>
            <w:shd w:val="clear" w:color="auto" w:fill="00B4FF"/>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 xml:space="preserve">OBSZAR </w:t>
            </w:r>
            <w:r>
              <w:rPr>
                <w:rFonts w:cstheme="minorHAnsi"/>
                <w:b/>
                <w:smallCaps/>
                <w:sz w:val="24"/>
                <w:szCs w:val="24"/>
                <w:u w:val="single"/>
              </w:rPr>
              <w:t>3</w:t>
            </w:r>
          </w:p>
          <w:p w:rsidR="004D61A7" w:rsidRPr="00920A3A" w:rsidRDefault="004D61A7" w:rsidP="0052375D">
            <w:pPr>
              <w:ind w:left="113" w:right="113"/>
              <w:jc w:val="center"/>
              <w:rPr>
                <w:rFonts w:cstheme="minorHAnsi"/>
                <w:b/>
                <w:sz w:val="24"/>
                <w:szCs w:val="24"/>
              </w:rPr>
            </w:pPr>
            <w:r w:rsidRPr="00920A3A">
              <w:rPr>
                <w:rFonts w:cstheme="minorHAnsi"/>
                <w:b/>
                <w:sz w:val="24"/>
                <w:szCs w:val="24"/>
              </w:rPr>
              <w:t>Wyposażenie</w:t>
            </w:r>
            <w:r w:rsidR="009B2318">
              <w:rPr>
                <w:rFonts w:cstheme="minorHAnsi"/>
                <w:b/>
                <w:sz w:val="24"/>
                <w:szCs w:val="24"/>
              </w:rPr>
              <w:t xml:space="preserve"> organów i</w:t>
            </w:r>
            <w:r w:rsidRPr="00920A3A">
              <w:rPr>
                <w:rFonts w:cstheme="minorHAnsi"/>
                <w:b/>
                <w:sz w:val="24"/>
                <w:szCs w:val="24"/>
              </w:rPr>
              <w:t xml:space="preserve"> podmiotów ochrony ludności</w:t>
            </w:r>
          </w:p>
        </w:tc>
        <w:tc>
          <w:tcPr>
            <w:tcW w:w="2409" w:type="dxa"/>
            <w:shd w:val="clear" w:color="auto" w:fill="00B4FF"/>
            <w:vAlign w:val="center"/>
          </w:tcPr>
          <w:p w:rsidR="004D61A7" w:rsidRDefault="004D61A7" w:rsidP="0052375D">
            <w:pPr>
              <w:jc w:val="center"/>
              <w:rPr>
                <w:rFonts w:cstheme="minorHAnsi"/>
                <w:sz w:val="24"/>
                <w:szCs w:val="24"/>
              </w:rPr>
            </w:pPr>
            <w:r w:rsidRPr="009E13C5">
              <w:rPr>
                <w:rFonts w:cstheme="minorHAnsi"/>
                <w:sz w:val="24"/>
                <w:szCs w:val="24"/>
              </w:rPr>
              <w:t>3A</w:t>
            </w:r>
          </w:p>
          <w:p w:rsidR="004D61A7" w:rsidRPr="009E13C5" w:rsidRDefault="0088606B" w:rsidP="00D60CC5">
            <w:pPr>
              <w:jc w:val="center"/>
              <w:rPr>
                <w:rFonts w:cstheme="minorHAnsi"/>
                <w:sz w:val="24"/>
                <w:szCs w:val="24"/>
              </w:rPr>
            </w:pPr>
            <w:r>
              <w:rPr>
                <w:rFonts w:cstheme="minorHAnsi"/>
                <w:sz w:val="24"/>
                <w:szCs w:val="24"/>
              </w:rPr>
              <w:t>Funkcjonowanie i</w:t>
            </w:r>
            <w:r w:rsidR="00D60CC5">
              <w:rPr>
                <w:rFonts w:cstheme="minorHAnsi"/>
                <w:sz w:val="24"/>
                <w:szCs w:val="24"/>
              </w:rPr>
              <w:t> </w:t>
            </w:r>
            <w:r>
              <w:rPr>
                <w:rFonts w:cstheme="minorHAnsi"/>
                <w:sz w:val="24"/>
                <w:szCs w:val="24"/>
              </w:rPr>
              <w:t>w</w:t>
            </w:r>
            <w:r w:rsidR="004D61A7">
              <w:rPr>
                <w:rFonts w:cstheme="minorHAnsi"/>
                <w:sz w:val="24"/>
                <w:szCs w:val="24"/>
              </w:rPr>
              <w:t>yposażenie podmiotów ratowniczych</w:t>
            </w:r>
            <w:r w:rsidR="00316BE8">
              <w:rPr>
                <w:rFonts w:cstheme="minorHAnsi"/>
                <w:sz w:val="24"/>
                <w:szCs w:val="24"/>
              </w:rPr>
              <w:t xml:space="preserve"> oraz sprzęt ochronny</w:t>
            </w:r>
            <w:r w:rsidR="00A16D39">
              <w:rPr>
                <w:rFonts w:cstheme="minorHAnsi"/>
                <w:sz w:val="24"/>
                <w:szCs w:val="24"/>
              </w:rPr>
              <w:t xml:space="preserve"> </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88606B" w:rsidRDefault="0088606B" w:rsidP="001C412D">
            <w:pPr>
              <w:rPr>
                <w:rFonts w:cstheme="minorHAnsi"/>
              </w:rPr>
            </w:pPr>
            <w:r>
              <w:rPr>
                <w:rFonts w:cstheme="minorHAnsi"/>
              </w:rPr>
              <w:t xml:space="preserve">1. </w:t>
            </w:r>
            <w:r>
              <w:t>zabezpieczenie bieżącej działalności i funkcjonowania organów i podmiotów ochrony ludności w trybie stałej gotowości do działań,</w:t>
            </w:r>
          </w:p>
          <w:p w:rsidR="000D4A3A" w:rsidRPr="000D4A3A" w:rsidRDefault="000D4A3A" w:rsidP="000D4A3A">
            <w:pPr>
              <w:rPr>
                <w:rFonts w:cstheme="minorHAnsi"/>
              </w:rPr>
            </w:pPr>
            <w:r w:rsidRPr="000D4A3A">
              <w:rPr>
                <w:rFonts w:cstheme="minorHAnsi"/>
              </w:rPr>
              <w:t>2. zakup i utrzymanie wyposażenia dla podmiotów ratowniczych, w szczególności wykonujących zadania w czasie sytuacji kryzysowej i wojny, w tym utrzymania i zwiększania potencjału operacyjnego i technicznego specjalistycznych grup ratowniczych oraz modułów ratowniczych do działań poza granicami kraju,</w:t>
            </w:r>
          </w:p>
          <w:p w:rsidR="000D4A3A" w:rsidRPr="000D4A3A" w:rsidRDefault="000D4A3A" w:rsidP="000D4A3A">
            <w:pPr>
              <w:rPr>
                <w:rFonts w:cstheme="minorHAnsi"/>
              </w:rPr>
            </w:pPr>
            <w:r w:rsidRPr="000D4A3A">
              <w:rPr>
                <w:rFonts w:cstheme="minorHAnsi"/>
              </w:rPr>
              <w:t>3. zakup i utrzymanie</w:t>
            </w:r>
            <w:r>
              <w:rPr>
                <w:rFonts w:cstheme="minorHAnsi"/>
              </w:rPr>
              <w:t xml:space="preserve"> </w:t>
            </w:r>
            <w:r w:rsidRPr="000D4A3A">
              <w:rPr>
                <w:rFonts w:cstheme="minorHAnsi"/>
              </w:rPr>
              <w:t>mobilnego sprzętu do udzielania pomocy medycznej,</w:t>
            </w:r>
          </w:p>
          <w:p w:rsidR="000D4A3A" w:rsidRPr="000D4A3A" w:rsidRDefault="000D4A3A" w:rsidP="000D4A3A">
            <w:pPr>
              <w:rPr>
                <w:rFonts w:cstheme="minorHAnsi"/>
              </w:rPr>
            </w:pPr>
            <w:r w:rsidRPr="000D4A3A">
              <w:rPr>
                <w:rFonts w:cstheme="minorHAnsi"/>
              </w:rPr>
              <w:t xml:space="preserve">4. zakup i utrzymanie środków ochrony balistycznej dla personelu obrony cywilnej, w tym hełmów, tarcz balistycznych, kamizelek kuloodpornych i </w:t>
            </w:r>
            <w:proofErr w:type="spellStart"/>
            <w:r w:rsidRPr="000D4A3A">
              <w:rPr>
                <w:rFonts w:cstheme="minorHAnsi"/>
              </w:rPr>
              <w:t>odłamkoodpornych</w:t>
            </w:r>
            <w:proofErr w:type="spellEnd"/>
            <w:r w:rsidRPr="000D4A3A">
              <w:rPr>
                <w:rFonts w:cstheme="minorHAnsi"/>
              </w:rPr>
              <w:t xml:space="preserve">, </w:t>
            </w:r>
          </w:p>
          <w:p w:rsidR="000D4A3A" w:rsidRPr="000D4A3A" w:rsidRDefault="000D4A3A" w:rsidP="000D4A3A">
            <w:pPr>
              <w:rPr>
                <w:rFonts w:cstheme="minorHAnsi"/>
              </w:rPr>
            </w:pPr>
            <w:r w:rsidRPr="000D4A3A">
              <w:rPr>
                <w:rFonts w:cstheme="minorHAnsi"/>
              </w:rPr>
              <w:t xml:space="preserve">5. zakup i utrzymanie środków ochrony indywidualnej dla personelu obrony cywilnej przeciwko skutkom użycia broni masowego rażenia (CBRN). </w:t>
            </w:r>
          </w:p>
          <w:p w:rsidR="000D4A3A" w:rsidRPr="000D4A3A" w:rsidRDefault="000D4A3A" w:rsidP="000D4A3A">
            <w:pPr>
              <w:rPr>
                <w:rFonts w:cstheme="minorHAnsi"/>
              </w:rPr>
            </w:pPr>
            <w:r w:rsidRPr="00DD7E38">
              <w:rPr>
                <w:rFonts w:cstheme="minorHAnsi"/>
                <w:u w:val="single"/>
              </w:rPr>
              <w:t>Pozostałe</w:t>
            </w:r>
            <w:r w:rsidRPr="000D4A3A">
              <w:rPr>
                <w:rFonts w:cstheme="minorHAnsi"/>
              </w:rPr>
              <w:t>:</w:t>
            </w:r>
          </w:p>
          <w:p w:rsidR="000D4A3A" w:rsidRPr="000D4A3A" w:rsidRDefault="000D4A3A" w:rsidP="000D4A3A">
            <w:pPr>
              <w:rPr>
                <w:rFonts w:cstheme="minorHAnsi"/>
              </w:rPr>
            </w:pPr>
            <w:r w:rsidRPr="000D4A3A">
              <w:rPr>
                <w:rFonts w:cstheme="minorHAnsi"/>
              </w:rPr>
              <w:t>1. pozostałe zadania związane z utrzymaniem wyposażenia organów i podmiotów ochrony ludności, w tym przeglądy, kalib</w:t>
            </w:r>
            <w:r w:rsidR="00FB4900">
              <w:rPr>
                <w:rFonts w:cstheme="minorHAnsi"/>
              </w:rPr>
              <w:t>racja, legalizacja, konserwacja</w:t>
            </w:r>
            <w:r w:rsidRPr="000D4A3A">
              <w:rPr>
                <w:rFonts w:cstheme="minorHAnsi"/>
              </w:rPr>
              <w:t xml:space="preserve"> i uzupełnianie zużytych elementów oraz ubezpieczenia,</w:t>
            </w:r>
          </w:p>
          <w:p w:rsidR="000D4A3A" w:rsidRPr="000D4A3A" w:rsidRDefault="000D4A3A" w:rsidP="000D4A3A">
            <w:pPr>
              <w:rPr>
                <w:rFonts w:cstheme="minorHAnsi"/>
              </w:rPr>
            </w:pPr>
            <w:r w:rsidRPr="000D4A3A">
              <w:rPr>
                <w:rFonts w:cstheme="minorHAnsi"/>
              </w:rPr>
              <w:t xml:space="preserve">2. zakup i utrzymanie dronów do realizacji zadań ochrony ludności i obrony cywilnej oraz obsługa dronów, </w:t>
            </w:r>
          </w:p>
          <w:p w:rsidR="000D4A3A" w:rsidRPr="000D4A3A" w:rsidRDefault="000D4A3A" w:rsidP="000D4A3A">
            <w:pPr>
              <w:rPr>
                <w:rFonts w:cstheme="minorHAnsi"/>
              </w:rPr>
            </w:pPr>
            <w:r w:rsidRPr="000D4A3A">
              <w:rPr>
                <w:rFonts w:cstheme="minorHAnsi"/>
              </w:rPr>
              <w:t>3. zakup i utrzymanie pozostałego sprzętu dla podmiotów ratowniczych,</w:t>
            </w:r>
          </w:p>
          <w:p w:rsidR="000D4A3A" w:rsidRPr="000D4A3A" w:rsidRDefault="000D4A3A" w:rsidP="000D4A3A">
            <w:pPr>
              <w:rPr>
                <w:rFonts w:cstheme="minorHAnsi"/>
              </w:rPr>
            </w:pPr>
            <w:r w:rsidRPr="000D4A3A">
              <w:rPr>
                <w:rFonts w:cstheme="minorHAnsi"/>
              </w:rPr>
              <w:t>4. zakup i utrzymanie sprzętu wykrywania i rozpoznaw</w:t>
            </w:r>
            <w:r w:rsidR="00FB4900">
              <w:rPr>
                <w:rFonts w:cstheme="minorHAnsi"/>
              </w:rPr>
              <w:t>ania skażeń oraz dekontaminacji</w:t>
            </w:r>
            <w:r w:rsidRPr="000D4A3A">
              <w:rPr>
                <w:rFonts w:cstheme="minorHAnsi"/>
              </w:rPr>
              <w:t>,</w:t>
            </w:r>
          </w:p>
          <w:p w:rsidR="00316BE8" w:rsidRPr="00EC1057" w:rsidRDefault="000D4A3A" w:rsidP="00316BE8">
            <w:pPr>
              <w:rPr>
                <w:rFonts w:cstheme="minorHAnsi"/>
              </w:rPr>
            </w:pPr>
            <w:r w:rsidRPr="000D4A3A">
              <w:rPr>
                <w:rFonts w:cstheme="minorHAnsi"/>
              </w:rPr>
              <w:t>5. utrzymanie środków i produktów do zwalczania skutków użycia broni masowego rażenia.</w:t>
            </w:r>
          </w:p>
        </w:tc>
      </w:tr>
      <w:tr w:rsidR="004D61A7" w:rsidTr="00BA3A35">
        <w:trPr>
          <w:cantSplit/>
        </w:trPr>
        <w:tc>
          <w:tcPr>
            <w:tcW w:w="1272" w:type="dxa"/>
            <w:vMerge/>
            <w:shd w:val="clear" w:color="auto" w:fill="00B4F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00B4FF"/>
            <w:vAlign w:val="center"/>
          </w:tcPr>
          <w:p w:rsidR="004D61A7" w:rsidRDefault="004D61A7" w:rsidP="0052375D">
            <w:pPr>
              <w:jc w:val="center"/>
              <w:rPr>
                <w:rFonts w:cstheme="minorHAnsi"/>
                <w:sz w:val="24"/>
                <w:szCs w:val="24"/>
              </w:rPr>
            </w:pPr>
            <w:r w:rsidRPr="009E13C5">
              <w:rPr>
                <w:rFonts w:cstheme="minorHAnsi"/>
                <w:sz w:val="24"/>
                <w:szCs w:val="24"/>
              </w:rPr>
              <w:t>3B</w:t>
            </w:r>
          </w:p>
          <w:p w:rsidR="004D61A7" w:rsidRPr="009E13C5" w:rsidRDefault="004D61A7" w:rsidP="0052375D">
            <w:pPr>
              <w:jc w:val="center"/>
              <w:rPr>
                <w:rFonts w:cstheme="minorHAnsi"/>
                <w:sz w:val="24"/>
                <w:szCs w:val="24"/>
              </w:rPr>
            </w:pPr>
            <w:r>
              <w:rPr>
                <w:rFonts w:cstheme="minorHAnsi"/>
                <w:sz w:val="24"/>
                <w:szCs w:val="24"/>
              </w:rPr>
              <w:t>Sprzęt do ewakuacji</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0D4A3A" w:rsidRPr="000D4A3A" w:rsidRDefault="000D4A3A" w:rsidP="000D4A3A">
            <w:pPr>
              <w:rPr>
                <w:rFonts w:cstheme="minorHAnsi"/>
              </w:rPr>
            </w:pPr>
            <w:r w:rsidRPr="000D4A3A">
              <w:rPr>
                <w:rFonts w:cstheme="minorHAnsi"/>
              </w:rPr>
              <w:t xml:space="preserve">1. zakup i utrzymanie sprzętu do ewakuacji rannych w warunkach ewakuacji masowej, w tym noszy, </w:t>
            </w:r>
          </w:p>
          <w:p w:rsidR="000D4A3A" w:rsidRPr="000D4A3A" w:rsidRDefault="000D4A3A" w:rsidP="000D4A3A">
            <w:pPr>
              <w:rPr>
                <w:rFonts w:cstheme="minorHAnsi"/>
              </w:rPr>
            </w:pPr>
            <w:r w:rsidRPr="000D4A3A">
              <w:rPr>
                <w:rFonts w:cstheme="minorHAnsi"/>
              </w:rPr>
              <w:t>2. zakup i utrzymanie sprzętu do ewakuacji osób ze szczególnymi potrzebami, w tym pacjentów szpitali i małych dzieci.</w:t>
            </w:r>
          </w:p>
          <w:p w:rsidR="000D4A3A" w:rsidRPr="000D4A3A" w:rsidRDefault="000D4A3A" w:rsidP="000D4A3A">
            <w:pPr>
              <w:rPr>
                <w:rFonts w:cstheme="minorHAnsi"/>
              </w:rPr>
            </w:pPr>
            <w:r w:rsidRPr="00432E92">
              <w:rPr>
                <w:rFonts w:cstheme="minorHAnsi"/>
                <w:u w:val="single"/>
              </w:rPr>
              <w:t>Pozostałe</w:t>
            </w:r>
            <w:r w:rsidRPr="000D4A3A">
              <w:rPr>
                <w:rFonts w:cstheme="minorHAnsi"/>
              </w:rPr>
              <w:t>:</w:t>
            </w:r>
          </w:p>
          <w:p w:rsidR="000D4A3A" w:rsidRPr="000D4A3A" w:rsidRDefault="000D4A3A" w:rsidP="000D4A3A">
            <w:pPr>
              <w:rPr>
                <w:rFonts w:cstheme="minorHAnsi"/>
              </w:rPr>
            </w:pPr>
            <w:r w:rsidRPr="000D4A3A">
              <w:rPr>
                <w:rFonts w:cstheme="minorHAnsi"/>
              </w:rPr>
              <w:t>1. zakup i utrzymanie pojazdów podwójnego przeznaczenia z napędem spalinowym do ewakuacji, w tym ewakuacji rannych, w warunkach ewakuacji masowej,</w:t>
            </w:r>
          </w:p>
          <w:p w:rsidR="000D4A3A" w:rsidRPr="000D4A3A" w:rsidRDefault="000D4A3A" w:rsidP="000D4A3A">
            <w:pPr>
              <w:rPr>
                <w:rFonts w:cstheme="minorHAnsi"/>
              </w:rPr>
            </w:pPr>
            <w:r w:rsidRPr="000D4A3A">
              <w:rPr>
                <w:rFonts w:cstheme="minorHAnsi"/>
              </w:rPr>
              <w:t xml:space="preserve">2. zakup i utrzymanie jednostek pływających oraz pojazdów brodzących wykorzystywanych do ewakuacji ludności, </w:t>
            </w:r>
          </w:p>
          <w:p w:rsidR="000D4A3A" w:rsidRPr="000D4A3A" w:rsidRDefault="000D4A3A" w:rsidP="000D4A3A">
            <w:pPr>
              <w:rPr>
                <w:rFonts w:cstheme="minorHAnsi"/>
              </w:rPr>
            </w:pPr>
            <w:r w:rsidRPr="000D4A3A">
              <w:rPr>
                <w:rFonts w:cstheme="minorHAnsi"/>
              </w:rPr>
              <w:t>3. zakup i utrzymanie wyposażenia logistycznego do punktów przyjęcia osób</w:t>
            </w:r>
            <w:r w:rsidR="00432E92">
              <w:rPr>
                <w:rFonts w:cstheme="minorHAnsi"/>
              </w:rPr>
              <w:t xml:space="preserve"> ewakuowanych, w tym namiotów i </w:t>
            </w:r>
            <w:r w:rsidRPr="000D4A3A">
              <w:rPr>
                <w:rFonts w:cstheme="minorHAnsi"/>
              </w:rPr>
              <w:t xml:space="preserve">kontenerów mieszkalnych, </w:t>
            </w:r>
          </w:p>
          <w:p w:rsidR="000D4A3A" w:rsidRPr="000D4A3A" w:rsidRDefault="000D4A3A" w:rsidP="000D4A3A">
            <w:pPr>
              <w:rPr>
                <w:rFonts w:cstheme="minorHAnsi"/>
              </w:rPr>
            </w:pPr>
            <w:r w:rsidRPr="000D4A3A">
              <w:rPr>
                <w:rFonts w:cstheme="minorHAnsi"/>
              </w:rPr>
              <w:t>4. zakup i utrzymanie sprzętu i wyposażenia do ewakuacji i zabezpieczenia dóbr kultury i zasobów archiwalnych,</w:t>
            </w:r>
          </w:p>
          <w:p w:rsidR="004D61A7" w:rsidRPr="001A31F2" w:rsidRDefault="000D4A3A" w:rsidP="0052375D">
            <w:pPr>
              <w:rPr>
                <w:rFonts w:cstheme="minorHAnsi"/>
              </w:rPr>
            </w:pPr>
            <w:r w:rsidRPr="000D4A3A">
              <w:rPr>
                <w:rFonts w:cstheme="minorHAnsi"/>
              </w:rPr>
              <w:t>5. zakup i utrzymanie pozostałego sprzętu do organizacji i przeprowadzania ewakuacji.</w:t>
            </w:r>
          </w:p>
        </w:tc>
      </w:tr>
      <w:tr w:rsidR="004D61A7" w:rsidTr="00BA3A35">
        <w:trPr>
          <w:cantSplit/>
        </w:trPr>
        <w:tc>
          <w:tcPr>
            <w:tcW w:w="1272" w:type="dxa"/>
            <w:vMerge/>
            <w:shd w:val="clear" w:color="auto" w:fill="00B4F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00B4FF"/>
            <w:vAlign w:val="center"/>
          </w:tcPr>
          <w:p w:rsidR="004D61A7" w:rsidRDefault="004D61A7" w:rsidP="0052375D">
            <w:pPr>
              <w:jc w:val="center"/>
              <w:rPr>
                <w:rFonts w:cstheme="minorHAnsi"/>
                <w:sz w:val="24"/>
                <w:szCs w:val="24"/>
              </w:rPr>
            </w:pPr>
            <w:r w:rsidRPr="009E13C5">
              <w:rPr>
                <w:rFonts w:cstheme="minorHAnsi"/>
                <w:sz w:val="24"/>
                <w:szCs w:val="24"/>
              </w:rPr>
              <w:t>3C</w:t>
            </w:r>
          </w:p>
          <w:p w:rsidR="004D61A7" w:rsidRPr="009E13C5" w:rsidRDefault="004D61A7" w:rsidP="0052375D">
            <w:pPr>
              <w:jc w:val="center"/>
              <w:rPr>
                <w:rFonts w:cstheme="minorHAnsi"/>
                <w:sz w:val="24"/>
                <w:szCs w:val="24"/>
              </w:rPr>
            </w:pPr>
            <w:r>
              <w:rPr>
                <w:rFonts w:cstheme="minorHAnsi"/>
                <w:sz w:val="24"/>
                <w:szCs w:val="24"/>
              </w:rPr>
              <w:t>Pojazdy</w:t>
            </w:r>
            <w:r w:rsidR="000F151A">
              <w:rPr>
                <w:rFonts w:cstheme="minorHAnsi"/>
                <w:sz w:val="24"/>
                <w:szCs w:val="24"/>
              </w:rPr>
              <w:t xml:space="preserve"> i sprzęt specjalistyczny</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0D4A3A" w:rsidRPr="000D4A3A" w:rsidRDefault="000D4A3A" w:rsidP="000D4A3A">
            <w:pPr>
              <w:rPr>
                <w:rFonts w:cstheme="minorHAnsi"/>
              </w:rPr>
            </w:pPr>
            <w:r w:rsidRPr="000D4A3A">
              <w:rPr>
                <w:rFonts w:cstheme="minorHAnsi"/>
              </w:rPr>
              <w:t>1. zakup i utrzymanie pojazdów ratowniczych dla podmiotów ochrony ludności w tym samochodów ratowniczo-gaśniczych i pojazdów specjalnych,</w:t>
            </w:r>
          </w:p>
          <w:p w:rsidR="000D4A3A" w:rsidRDefault="000D4A3A" w:rsidP="0052375D">
            <w:pPr>
              <w:rPr>
                <w:rFonts w:cstheme="minorHAnsi"/>
                <w:u w:val="single"/>
              </w:rPr>
            </w:pPr>
            <w:r w:rsidRPr="000D4A3A">
              <w:rPr>
                <w:rFonts w:cstheme="minorHAnsi"/>
              </w:rPr>
              <w:t>2. zakup i utrzymanie pojazdów do wykorzystania jako mobilne punkty kierowania dla organów i podmiotów ochrony ludności obrony cywilnej w czasie sytuacji kryzysowych i wojny.</w:t>
            </w:r>
          </w:p>
          <w:p w:rsidR="004D61A7" w:rsidRDefault="004D61A7" w:rsidP="0052375D">
            <w:pPr>
              <w:rPr>
                <w:rFonts w:cstheme="minorHAnsi"/>
                <w:u w:val="single"/>
              </w:rPr>
            </w:pPr>
            <w:r>
              <w:rPr>
                <w:rFonts w:cstheme="minorHAnsi"/>
                <w:u w:val="single"/>
              </w:rPr>
              <w:t>Pozostałe</w:t>
            </w:r>
            <w:r w:rsidRPr="00A416D5">
              <w:rPr>
                <w:rFonts w:cstheme="minorHAnsi"/>
              </w:rPr>
              <w:t>:</w:t>
            </w:r>
          </w:p>
          <w:p w:rsidR="000D4A3A" w:rsidRPr="000D4A3A" w:rsidRDefault="000D4A3A" w:rsidP="000D4A3A">
            <w:pPr>
              <w:rPr>
                <w:rFonts w:cstheme="minorHAnsi"/>
              </w:rPr>
            </w:pPr>
            <w:r w:rsidRPr="000D4A3A">
              <w:rPr>
                <w:rFonts w:cstheme="minorHAnsi"/>
              </w:rPr>
              <w:t>1. zakup i utrzymanie sprzętu budowlanego do wykorzystania w sytuacjach kryzysowych, w szczególności koparek, ładowarek, żurawi samochodowych, nośników kontenerowych oraz pojazdów ratownictwa technicznego,</w:t>
            </w:r>
          </w:p>
          <w:p w:rsidR="000D4A3A" w:rsidRPr="000D4A3A" w:rsidRDefault="000D4A3A" w:rsidP="000D4A3A">
            <w:pPr>
              <w:rPr>
                <w:rFonts w:cstheme="minorHAnsi"/>
              </w:rPr>
            </w:pPr>
            <w:r w:rsidRPr="000D4A3A">
              <w:rPr>
                <w:rFonts w:cstheme="minorHAnsi"/>
              </w:rPr>
              <w:t>2. zakup i utrzymanie łodzi ratunkowych i innego sprzętu pływającego, z wyposażeniem do wykorzystania w sytuacjach kryzysowych,</w:t>
            </w:r>
          </w:p>
          <w:p w:rsidR="000D4A3A" w:rsidRPr="000D4A3A" w:rsidRDefault="000D4A3A" w:rsidP="000D4A3A">
            <w:pPr>
              <w:rPr>
                <w:rFonts w:cstheme="minorHAnsi"/>
              </w:rPr>
            </w:pPr>
            <w:r w:rsidRPr="000D4A3A">
              <w:rPr>
                <w:rFonts w:cstheme="minorHAnsi"/>
              </w:rPr>
              <w:t xml:space="preserve">3. zakup i utrzymanie czterokołowców lekkich i pojazdów wysokiej mobilności, z wyposażeniem do wykorzystania </w:t>
            </w:r>
          </w:p>
          <w:p w:rsidR="000D4A3A" w:rsidRPr="000D4A3A" w:rsidRDefault="000D4A3A" w:rsidP="000D4A3A">
            <w:pPr>
              <w:rPr>
                <w:rFonts w:cstheme="minorHAnsi"/>
              </w:rPr>
            </w:pPr>
            <w:r w:rsidRPr="000D4A3A">
              <w:rPr>
                <w:rFonts w:cstheme="minorHAnsi"/>
              </w:rPr>
              <w:t>w sytuacjach kryzysowych,</w:t>
            </w:r>
          </w:p>
          <w:p w:rsidR="000D4A3A" w:rsidRPr="000D4A3A" w:rsidRDefault="000D4A3A" w:rsidP="000D4A3A">
            <w:pPr>
              <w:rPr>
                <w:rFonts w:cstheme="minorHAnsi"/>
              </w:rPr>
            </w:pPr>
            <w:r w:rsidRPr="000D4A3A">
              <w:rPr>
                <w:rFonts w:cstheme="minorHAnsi"/>
              </w:rPr>
              <w:t>4. zakup i utrzymanie, remont bądź modernizacja statków powietrznych, w szczególn</w:t>
            </w:r>
            <w:r w:rsidR="00432E92">
              <w:rPr>
                <w:rFonts w:cstheme="minorHAnsi"/>
              </w:rPr>
              <w:t>ości śmigłowców ratowniczych, z </w:t>
            </w:r>
            <w:r w:rsidRPr="000D4A3A">
              <w:rPr>
                <w:rFonts w:cstheme="minorHAnsi"/>
              </w:rPr>
              <w:t>funkcją wykorzystania w sytuacjach kryzysowych i w czasie wojny,</w:t>
            </w:r>
          </w:p>
          <w:p w:rsidR="000D4A3A" w:rsidRPr="000D4A3A" w:rsidRDefault="000D4A3A" w:rsidP="000D4A3A">
            <w:pPr>
              <w:rPr>
                <w:rFonts w:cstheme="minorHAnsi"/>
              </w:rPr>
            </w:pPr>
            <w:r w:rsidRPr="000D4A3A">
              <w:rPr>
                <w:rFonts w:cstheme="minorHAnsi"/>
              </w:rPr>
              <w:t xml:space="preserve">5. zakup i utrzymanie przyczep przeznaczonych dla urządzeń lub wyposażenia ochrony ludności i obrony cywilnej, </w:t>
            </w:r>
          </w:p>
          <w:p w:rsidR="000D4A3A" w:rsidRPr="000D4A3A" w:rsidRDefault="000D4A3A" w:rsidP="000D4A3A">
            <w:pPr>
              <w:rPr>
                <w:rFonts w:cstheme="minorHAnsi"/>
              </w:rPr>
            </w:pPr>
            <w:r w:rsidRPr="000D4A3A">
              <w:rPr>
                <w:rFonts w:cstheme="minorHAnsi"/>
              </w:rPr>
              <w:t>6. zakup i utrzymanie ochrony balistycznej pojazdów podmiotów ratowniczych i przeznaczonych do realizacji zadań związanych z ewakuacją,</w:t>
            </w:r>
          </w:p>
          <w:p w:rsidR="0041313A" w:rsidRPr="00A416D5" w:rsidRDefault="000D4A3A" w:rsidP="0052375D">
            <w:pPr>
              <w:rPr>
                <w:rFonts w:cstheme="minorHAnsi"/>
              </w:rPr>
            </w:pPr>
            <w:r w:rsidRPr="000D4A3A">
              <w:rPr>
                <w:rFonts w:cstheme="minorHAnsi"/>
              </w:rPr>
              <w:t>7. zakup i utrzymanie pojazdów sanitarnych i transportowych.</w:t>
            </w:r>
          </w:p>
        </w:tc>
      </w:tr>
      <w:tr w:rsidR="004D61A7" w:rsidTr="00BA3A35">
        <w:trPr>
          <w:cantSplit/>
        </w:trPr>
        <w:tc>
          <w:tcPr>
            <w:tcW w:w="1272" w:type="dxa"/>
            <w:vMerge/>
            <w:shd w:val="clear" w:color="auto" w:fill="00B4F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00B4FF"/>
            <w:vAlign w:val="center"/>
          </w:tcPr>
          <w:p w:rsidR="004D61A7" w:rsidRDefault="004D61A7" w:rsidP="0052375D">
            <w:pPr>
              <w:jc w:val="center"/>
              <w:rPr>
                <w:rFonts w:cstheme="minorHAnsi"/>
                <w:sz w:val="24"/>
                <w:szCs w:val="24"/>
              </w:rPr>
            </w:pPr>
            <w:r w:rsidRPr="009E13C5">
              <w:rPr>
                <w:rFonts w:cstheme="minorHAnsi"/>
                <w:sz w:val="24"/>
                <w:szCs w:val="24"/>
              </w:rPr>
              <w:t>3D</w:t>
            </w:r>
          </w:p>
          <w:p w:rsidR="004D61A7" w:rsidRPr="009E13C5" w:rsidRDefault="00316BE8" w:rsidP="0052375D">
            <w:pPr>
              <w:jc w:val="center"/>
              <w:rPr>
                <w:rFonts w:cstheme="minorHAnsi"/>
                <w:sz w:val="24"/>
                <w:szCs w:val="24"/>
              </w:rPr>
            </w:pPr>
            <w:r>
              <w:rPr>
                <w:rFonts w:cstheme="minorHAnsi"/>
                <w:sz w:val="24"/>
                <w:szCs w:val="24"/>
              </w:rPr>
              <w:t>Ratownictwo medyczne i pomoc humanitarna</w:t>
            </w:r>
          </w:p>
        </w:tc>
        <w:tc>
          <w:tcPr>
            <w:tcW w:w="10920" w:type="dxa"/>
            <w:vAlign w:val="center"/>
          </w:tcPr>
          <w:p w:rsidR="004D61A7" w:rsidRDefault="004D61A7" w:rsidP="0052375D">
            <w:pPr>
              <w:rPr>
                <w:rFonts w:cstheme="minorHAnsi"/>
              </w:rPr>
            </w:pPr>
            <w:r w:rsidRPr="00B02C64">
              <w:rPr>
                <w:rFonts w:cstheme="minorHAnsi"/>
                <w:u w:val="single"/>
              </w:rPr>
              <w:t>Priorytetowe</w:t>
            </w:r>
            <w:r>
              <w:rPr>
                <w:rFonts w:cstheme="minorHAnsi"/>
              </w:rPr>
              <w:t>:</w:t>
            </w:r>
          </w:p>
          <w:p w:rsidR="00A5333C" w:rsidRDefault="00316BE8" w:rsidP="00316BE8">
            <w:pPr>
              <w:rPr>
                <w:rFonts w:cstheme="minorHAnsi"/>
              </w:rPr>
            </w:pPr>
            <w:r>
              <w:rPr>
                <w:rFonts w:cstheme="minorHAnsi"/>
              </w:rPr>
              <w:t xml:space="preserve">1. </w:t>
            </w:r>
            <w:r w:rsidR="00317AC3">
              <w:rPr>
                <w:rFonts w:cstheme="minorHAnsi"/>
              </w:rPr>
              <w:t>r</w:t>
            </w:r>
            <w:r w:rsidRPr="00316BE8">
              <w:rPr>
                <w:rFonts w:cstheme="minorHAnsi"/>
              </w:rPr>
              <w:t>ealizacja zadań z zakresu ratownictwa medycznego, kwalifikowanej pierwszej pomocy i świadczeń opieki</w:t>
            </w:r>
            <w:r>
              <w:rPr>
                <w:rFonts w:cstheme="minorHAnsi"/>
              </w:rPr>
              <w:t xml:space="preserve"> zdrowotnej</w:t>
            </w:r>
            <w:r w:rsidR="00A33F6A">
              <w:rPr>
                <w:rFonts w:cstheme="minorHAnsi"/>
              </w:rPr>
              <w:t xml:space="preserve">, w tym </w:t>
            </w:r>
            <w:r w:rsidRPr="00316BE8">
              <w:rPr>
                <w:rFonts w:cstheme="minorHAnsi"/>
              </w:rPr>
              <w:t>lotniczych</w:t>
            </w:r>
            <w:r w:rsidR="00A33F6A">
              <w:rPr>
                <w:rFonts w:cstheme="minorHAnsi"/>
              </w:rPr>
              <w:t>,</w:t>
            </w:r>
            <w:r w:rsidRPr="00316BE8">
              <w:rPr>
                <w:rFonts w:cstheme="minorHAnsi"/>
              </w:rPr>
              <w:t xml:space="preserve"> zespołów ratownictwa medycznego</w:t>
            </w:r>
            <w:r w:rsidR="00EA1DFA">
              <w:rPr>
                <w:rFonts w:cstheme="minorHAnsi"/>
              </w:rPr>
              <w:t xml:space="preserve"> ze środków, o których mowa w art. 155 ust. 2 pkt 2 ustawy z dnia 5 grudnia 2024 r. o</w:t>
            </w:r>
            <w:r w:rsidR="00014F52">
              <w:rPr>
                <w:rFonts w:cstheme="minorHAnsi"/>
              </w:rPr>
              <w:t> </w:t>
            </w:r>
            <w:r w:rsidR="00EA1DFA">
              <w:rPr>
                <w:rFonts w:cstheme="minorHAnsi"/>
              </w:rPr>
              <w:t>ochronie ludności i obronie cywilnej</w:t>
            </w:r>
            <w:r w:rsidR="00A5333C">
              <w:rPr>
                <w:rFonts w:cstheme="minorHAnsi"/>
              </w:rPr>
              <w:t>,</w:t>
            </w:r>
          </w:p>
          <w:p w:rsidR="00316BE8" w:rsidRDefault="00A5333C" w:rsidP="00316BE8">
            <w:pPr>
              <w:rPr>
                <w:rFonts w:cstheme="minorHAnsi"/>
              </w:rPr>
            </w:pPr>
            <w:r>
              <w:rPr>
                <w:rFonts w:cstheme="minorHAnsi"/>
              </w:rPr>
              <w:t>2. r</w:t>
            </w:r>
            <w:r w:rsidRPr="00316BE8">
              <w:rPr>
                <w:rFonts w:cstheme="minorHAnsi"/>
              </w:rPr>
              <w:t xml:space="preserve">ealizacja zadań z zakresu </w:t>
            </w:r>
            <w:r>
              <w:rPr>
                <w:rFonts w:cstheme="minorHAnsi"/>
              </w:rPr>
              <w:t>u</w:t>
            </w:r>
            <w:r w:rsidRPr="00316BE8">
              <w:rPr>
                <w:rFonts w:cstheme="minorHAnsi"/>
              </w:rPr>
              <w:t>dzielani</w:t>
            </w:r>
            <w:r>
              <w:rPr>
                <w:rFonts w:cstheme="minorHAnsi"/>
              </w:rPr>
              <w:t>a</w:t>
            </w:r>
            <w:r w:rsidRPr="00316BE8">
              <w:rPr>
                <w:rFonts w:cstheme="minorHAnsi"/>
              </w:rPr>
              <w:t xml:space="preserve"> pierwszej pomocy</w:t>
            </w:r>
            <w:r>
              <w:rPr>
                <w:rFonts w:cstheme="minorHAnsi"/>
              </w:rPr>
              <w:t>.</w:t>
            </w:r>
            <w:r w:rsidR="00D5573F">
              <w:rPr>
                <w:rFonts w:cstheme="minorHAnsi"/>
              </w:rPr>
              <w:t xml:space="preserve"> </w:t>
            </w:r>
          </w:p>
          <w:p w:rsidR="00316BE8" w:rsidRDefault="004D61A7" w:rsidP="0052375D">
            <w:pPr>
              <w:rPr>
                <w:rFonts w:cstheme="minorHAnsi"/>
              </w:rPr>
            </w:pPr>
            <w:r>
              <w:rPr>
                <w:rFonts w:cstheme="minorHAnsi"/>
                <w:u w:val="single"/>
              </w:rPr>
              <w:t>Pozostałe</w:t>
            </w:r>
            <w:r w:rsidR="00316BE8">
              <w:rPr>
                <w:rFonts w:cstheme="minorHAnsi"/>
              </w:rPr>
              <w:t>:</w:t>
            </w:r>
          </w:p>
          <w:p w:rsidR="004D61A7" w:rsidRDefault="00316BE8" w:rsidP="0052375D">
            <w:pPr>
              <w:rPr>
                <w:rFonts w:cstheme="minorHAnsi"/>
              </w:rPr>
            </w:pPr>
            <w:r>
              <w:rPr>
                <w:rFonts w:cstheme="minorHAnsi"/>
              </w:rPr>
              <w:t>1. działania związane z udzielaniem pomocy humanitarnej oraz działa</w:t>
            </w:r>
            <w:r w:rsidR="0068193D">
              <w:rPr>
                <w:rFonts w:cstheme="minorHAnsi"/>
              </w:rPr>
              <w:t>lnością organizacji medycznych</w:t>
            </w:r>
            <w:r w:rsidR="00DD2B20">
              <w:rPr>
                <w:rFonts w:cstheme="minorHAnsi"/>
              </w:rPr>
              <w:t>, w tym organizacja punktów pomocy humanitarnej</w:t>
            </w:r>
            <w:r w:rsidR="009741F5">
              <w:rPr>
                <w:rFonts w:cstheme="minorHAnsi"/>
              </w:rPr>
              <w:t>,</w:t>
            </w:r>
          </w:p>
          <w:p w:rsidR="0068193D" w:rsidRPr="00996999" w:rsidRDefault="0068193D" w:rsidP="0052375D">
            <w:pPr>
              <w:rPr>
                <w:rFonts w:cstheme="minorHAnsi"/>
              </w:rPr>
            </w:pPr>
            <w:r>
              <w:rPr>
                <w:rFonts w:cstheme="minorHAnsi"/>
              </w:rPr>
              <w:t>2. wdrożenie systemów przekazywania informacji o poszkodowanych</w:t>
            </w:r>
            <w:r w:rsidR="009741F5">
              <w:rPr>
                <w:rFonts w:cstheme="minorHAnsi"/>
              </w:rPr>
              <w:t>.</w:t>
            </w:r>
          </w:p>
        </w:tc>
      </w:tr>
      <w:tr w:rsidR="004D61A7" w:rsidTr="00BA3A35">
        <w:trPr>
          <w:cantSplit/>
        </w:trPr>
        <w:tc>
          <w:tcPr>
            <w:tcW w:w="1272" w:type="dxa"/>
            <w:vMerge/>
            <w:shd w:val="clear" w:color="auto" w:fill="00B4FF"/>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00B4FF"/>
            <w:vAlign w:val="center"/>
          </w:tcPr>
          <w:p w:rsidR="004D61A7" w:rsidRDefault="004D61A7" w:rsidP="0052375D">
            <w:pPr>
              <w:jc w:val="center"/>
              <w:rPr>
                <w:rFonts w:cstheme="minorHAnsi"/>
                <w:sz w:val="24"/>
                <w:szCs w:val="24"/>
              </w:rPr>
            </w:pPr>
            <w:r w:rsidRPr="009E13C5">
              <w:rPr>
                <w:rFonts w:cstheme="minorHAnsi"/>
                <w:sz w:val="24"/>
                <w:szCs w:val="24"/>
              </w:rPr>
              <w:t>3E</w:t>
            </w:r>
          </w:p>
          <w:p w:rsidR="004D61A7" w:rsidRPr="009E13C5" w:rsidRDefault="004D61A7" w:rsidP="0052375D">
            <w:pPr>
              <w:jc w:val="center"/>
              <w:rPr>
                <w:rFonts w:cstheme="minorHAnsi"/>
                <w:sz w:val="24"/>
                <w:szCs w:val="24"/>
              </w:rPr>
            </w:pPr>
            <w:r>
              <w:rPr>
                <w:rFonts w:cstheme="minorHAnsi"/>
                <w:sz w:val="24"/>
                <w:szCs w:val="24"/>
              </w:rPr>
              <w:t>Pozostały sprzęt logistyczny</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0F0BB4" w:rsidRDefault="000F0BB4" w:rsidP="0052375D">
            <w:pPr>
              <w:rPr>
                <w:rFonts w:cstheme="minorHAnsi"/>
                <w:u w:val="single"/>
              </w:rPr>
            </w:pPr>
            <w:r w:rsidRPr="000F0BB4">
              <w:rPr>
                <w:rFonts w:cstheme="minorHAnsi"/>
              </w:rPr>
              <w:t>1. sprzęt kwatermistrzowski dla podmiotów ochrony ludności oraz dla osób poszkodowanych w toku sytuacji kryzysowych, w tym łóżka, koce, śpiwory.</w:t>
            </w:r>
          </w:p>
          <w:p w:rsidR="004D61A7" w:rsidRDefault="004D61A7" w:rsidP="0052375D">
            <w:pPr>
              <w:rPr>
                <w:rFonts w:cstheme="minorHAnsi"/>
              </w:rPr>
            </w:pPr>
            <w:r>
              <w:rPr>
                <w:rFonts w:cstheme="minorHAnsi"/>
                <w:u w:val="single"/>
              </w:rPr>
              <w:t>Pozostałe</w:t>
            </w:r>
            <w:r>
              <w:rPr>
                <w:rFonts w:cstheme="minorHAnsi"/>
              </w:rPr>
              <w:t>:</w:t>
            </w:r>
          </w:p>
          <w:p w:rsidR="000F0BB4" w:rsidRPr="000F0BB4" w:rsidRDefault="000F0BB4" w:rsidP="000F0BB4">
            <w:pPr>
              <w:rPr>
                <w:rFonts w:cstheme="minorHAnsi"/>
              </w:rPr>
            </w:pPr>
            <w:r w:rsidRPr="000F0BB4">
              <w:rPr>
                <w:rFonts w:cstheme="minorHAnsi"/>
              </w:rPr>
              <w:t>1. wyposażenie dla obiektów infrastruktury ochrony ludności i obrony cywilnej, służą</w:t>
            </w:r>
            <w:r w:rsidR="00432E92">
              <w:rPr>
                <w:rFonts w:cstheme="minorHAnsi"/>
              </w:rPr>
              <w:t>ce zapewnieniu warunków pracy i </w:t>
            </w:r>
            <w:r w:rsidRPr="000F0BB4">
              <w:rPr>
                <w:rFonts w:cstheme="minorHAnsi"/>
              </w:rPr>
              <w:t>potrzeb bytowych,</w:t>
            </w:r>
          </w:p>
          <w:p w:rsidR="000F0BB4" w:rsidRPr="000F0BB4" w:rsidRDefault="000F0BB4" w:rsidP="000F0BB4">
            <w:pPr>
              <w:rPr>
                <w:rFonts w:cstheme="minorHAnsi"/>
              </w:rPr>
            </w:pPr>
            <w:r w:rsidRPr="000F0BB4">
              <w:rPr>
                <w:rFonts w:cstheme="minorHAnsi"/>
              </w:rPr>
              <w:t>2. zakup i utrzymanie kontenerów do wykorzystania przez podmioty ochrony ludności,</w:t>
            </w:r>
          </w:p>
          <w:p w:rsidR="000F0BB4" w:rsidRPr="000F0BB4" w:rsidRDefault="000F0BB4" w:rsidP="000F0BB4">
            <w:pPr>
              <w:rPr>
                <w:rFonts w:cstheme="minorHAnsi"/>
              </w:rPr>
            </w:pPr>
            <w:r w:rsidRPr="000F0BB4">
              <w:rPr>
                <w:rFonts w:cstheme="minorHAnsi"/>
              </w:rPr>
              <w:t>3. zapewnienie miejsc, zakup i utrzymanie urządzeń do doraźnego grzebania zmarłych oraz transportu i</w:t>
            </w:r>
            <w:r w:rsidR="00FB4900">
              <w:rPr>
                <w:rFonts w:cstheme="minorHAnsi"/>
              </w:rPr>
              <w:t xml:space="preserve"> czasowego przechowywania zwłok,</w:t>
            </w:r>
          </w:p>
          <w:p w:rsidR="00B01C44" w:rsidRPr="00996999" w:rsidRDefault="000F0BB4" w:rsidP="000F151A">
            <w:pPr>
              <w:rPr>
                <w:rFonts w:cstheme="minorHAnsi"/>
              </w:rPr>
            </w:pPr>
            <w:r w:rsidRPr="000F0BB4">
              <w:rPr>
                <w:rFonts w:cstheme="minorHAnsi"/>
              </w:rPr>
              <w:t>4. zakup i utrzymanie urządzeń mobilnych do transportu, składowania i utylizacji martwych zwierząt.</w:t>
            </w:r>
          </w:p>
        </w:tc>
      </w:tr>
      <w:tr w:rsidR="004D61A7" w:rsidTr="00BA3A35">
        <w:trPr>
          <w:cantSplit/>
        </w:trPr>
        <w:tc>
          <w:tcPr>
            <w:tcW w:w="1272" w:type="dxa"/>
            <w:vMerge w:val="restart"/>
            <w:shd w:val="clear" w:color="auto" w:fill="C8DCEB"/>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 xml:space="preserve">OBSZAR </w:t>
            </w:r>
            <w:r>
              <w:rPr>
                <w:rFonts w:cstheme="minorHAnsi"/>
                <w:b/>
                <w:smallCaps/>
                <w:sz w:val="24"/>
                <w:szCs w:val="24"/>
                <w:u w:val="single"/>
              </w:rPr>
              <w:t>4</w:t>
            </w:r>
          </w:p>
          <w:p w:rsidR="004D61A7" w:rsidRPr="00920A3A" w:rsidRDefault="004D61A7" w:rsidP="0052375D">
            <w:pPr>
              <w:ind w:left="113" w:right="113"/>
              <w:jc w:val="center"/>
              <w:rPr>
                <w:rFonts w:cstheme="minorHAnsi"/>
                <w:b/>
                <w:sz w:val="24"/>
                <w:szCs w:val="24"/>
              </w:rPr>
            </w:pPr>
            <w:r w:rsidRPr="00920A3A">
              <w:rPr>
                <w:rFonts w:cstheme="minorHAnsi"/>
                <w:b/>
                <w:sz w:val="24"/>
                <w:szCs w:val="24"/>
              </w:rPr>
              <w:t>Łączność oraz wykrywanie, ostrzeganie i alarmowanie</w:t>
            </w:r>
            <w:r w:rsidR="000F151A">
              <w:rPr>
                <w:rFonts w:cstheme="minorHAnsi"/>
                <w:b/>
                <w:sz w:val="24"/>
                <w:szCs w:val="24"/>
              </w:rPr>
              <w:t xml:space="preserve"> oraz bezpieczeństwo teleinformatyczne</w:t>
            </w:r>
          </w:p>
        </w:tc>
        <w:tc>
          <w:tcPr>
            <w:tcW w:w="2409" w:type="dxa"/>
            <w:shd w:val="clear" w:color="auto" w:fill="C8DCEB"/>
            <w:vAlign w:val="center"/>
          </w:tcPr>
          <w:p w:rsidR="004D61A7" w:rsidRDefault="004D61A7" w:rsidP="0052375D">
            <w:pPr>
              <w:jc w:val="center"/>
              <w:rPr>
                <w:rFonts w:cstheme="minorHAnsi"/>
                <w:sz w:val="24"/>
                <w:szCs w:val="24"/>
              </w:rPr>
            </w:pPr>
            <w:r w:rsidRPr="009E13C5">
              <w:rPr>
                <w:rFonts w:cstheme="minorHAnsi"/>
                <w:sz w:val="24"/>
                <w:szCs w:val="24"/>
              </w:rPr>
              <w:t>4A</w:t>
            </w:r>
          </w:p>
          <w:p w:rsidR="004D61A7" w:rsidRPr="009E13C5" w:rsidRDefault="004D61A7" w:rsidP="0030315E">
            <w:pPr>
              <w:jc w:val="center"/>
              <w:rPr>
                <w:rFonts w:cstheme="minorHAnsi"/>
                <w:sz w:val="24"/>
                <w:szCs w:val="24"/>
              </w:rPr>
            </w:pPr>
            <w:r>
              <w:rPr>
                <w:rFonts w:cstheme="minorHAnsi"/>
                <w:sz w:val="24"/>
                <w:szCs w:val="24"/>
              </w:rPr>
              <w:t xml:space="preserve">System </w:t>
            </w:r>
            <w:r w:rsidR="0030315E">
              <w:rPr>
                <w:rFonts w:cstheme="minorHAnsi"/>
                <w:sz w:val="24"/>
                <w:szCs w:val="24"/>
              </w:rPr>
              <w:t>Bezpiecznej Łączności Państwowej</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 xml:space="preserve">1. </w:t>
            </w:r>
            <w:r w:rsidR="00317AC3">
              <w:rPr>
                <w:rFonts w:cstheme="minorHAnsi"/>
              </w:rPr>
              <w:t>b</w:t>
            </w:r>
            <w:r w:rsidRPr="00E7463B">
              <w:rPr>
                <w:rFonts w:cstheme="minorHAnsi"/>
              </w:rPr>
              <w:t>udowa</w:t>
            </w:r>
            <w:r w:rsidR="009D69CC">
              <w:rPr>
                <w:rFonts w:cstheme="minorHAnsi"/>
              </w:rPr>
              <w:t xml:space="preserve"> i utrzymanie</w:t>
            </w:r>
            <w:r w:rsidRPr="00E7463B">
              <w:rPr>
                <w:rFonts w:cstheme="minorHAnsi"/>
              </w:rPr>
              <w:t xml:space="preserve"> bezpiecznej łączności pomiędzy służbami państwowymi i podmiotami ochrony ludności </w:t>
            </w:r>
            <w:r w:rsidR="00AA1239" w:rsidRPr="00E7463B">
              <w:rPr>
                <w:rFonts w:cstheme="minorHAnsi"/>
              </w:rPr>
              <w:t>w</w:t>
            </w:r>
            <w:r w:rsidR="00AA1239">
              <w:rPr>
                <w:rFonts w:cstheme="minorHAnsi"/>
              </w:rPr>
              <w:t> </w:t>
            </w:r>
            <w:r w:rsidRPr="00E7463B">
              <w:rPr>
                <w:rFonts w:cstheme="minorHAnsi"/>
              </w:rPr>
              <w:t>wykonywaniu zadań ochrony ludności i porządku publicznego za pomocą bezpiecznych cyfrowych kanałów</w:t>
            </w:r>
            <w:r>
              <w:rPr>
                <w:rFonts w:cstheme="minorHAnsi"/>
              </w:rPr>
              <w:t xml:space="preserve"> </w:t>
            </w:r>
            <w:r w:rsidRPr="00E7463B">
              <w:rPr>
                <w:rFonts w:cstheme="minorHAnsi"/>
              </w:rPr>
              <w:t>łączności w sieci stacjonarnej, radiowej, komórkowej i satelitarnej zachowując możliwość ostrzegania, powiadamiania i alarmowania ludności o zagrożeniach</w:t>
            </w:r>
            <w:r w:rsidR="009741F5">
              <w:rPr>
                <w:rFonts w:cstheme="minorHAnsi"/>
              </w:rPr>
              <w:t>,</w:t>
            </w:r>
          </w:p>
          <w:p w:rsidR="004D61A7" w:rsidRDefault="004D61A7" w:rsidP="0052375D">
            <w:pPr>
              <w:rPr>
                <w:rFonts w:cstheme="minorHAnsi"/>
              </w:rPr>
            </w:pPr>
            <w:r>
              <w:rPr>
                <w:rFonts w:cstheme="minorHAnsi"/>
              </w:rPr>
              <w:t xml:space="preserve">2. </w:t>
            </w:r>
            <w:r w:rsidR="00317AC3">
              <w:rPr>
                <w:rFonts w:cstheme="minorHAnsi"/>
              </w:rPr>
              <w:t>b</w:t>
            </w:r>
            <w:r w:rsidRPr="00E7463B">
              <w:rPr>
                <w:rFonts w:cstheme="minorHAnsi"/>
              </w:rPr>
              <w:t>udowa</w:t>
            </w:r>
            <w:r w:rsidR="009D69CC">
              <w:rPr>
                <w:rFonts w:cstheme="minorHAnsi"/>
              </w:rPr>
              <w:t xml:space="preserve"> i utrzymanie</w:t>
            </w:r>
            <w:r w:rsidRPr="00E7463B">
              <w:rPr>
                <w:rFonts w:cstheme="minorHAnsi"/>
              </w:rPr>
              <w:t xml:space="preserve"> Infrastruktury </w:t>
            </w:r>
            <w:r>
              <w:rPr>
                <w:rFonts w:cstheme="minorHAnsi"/>
              </w:rPr>
              <w:t>Łączności Cyfrowej</w:t>
            </w:r>
            <w:r w:rsidR="009741F5">
              <w:rPr>
                <w:rFonts w:cstheme="minorHAnsi"/>
              </w:rPr>
              <w:t>.</w:t>
            </w:r>
          </w:p>
          <w:p w:rsidR="004D61A7" w:rsidRPr="00E7463B" w:rsidRDefault="004D61A7" w:rsidP="0052375D">
            <w:pPr>
              <w:rPr>
                <w:rFonts w:cstheme="minorHAnsi"/>
              </w:rPr>
            </w:pPr>
            <w:r>
              <w:rPr>
                <w:rFonts w:cstheme="minorHAnsi"/>
                <w:u w:val="single"/>
              </w:rPr>
              <w:t>Pozostałe</w:t>
            </w:r>
            <w:r w:rsidRPr="00E7463B">
              <w:rPr>
                <w:rFonts w:cstheme="minorHAnsi"/>
              </w:rPr>
              <w:t>:</w:t>
            </w:r>
          </w:p>
          <w:p w:rsidR="004D61A7" w:rsidRDefault="004D61A7" w:rsidP="0052375D">
            <w:pPr>
              <w:rPr>
                <w:rFonts w:cstheme="minorHAnsi"/>
              </w:rPr>
            </w:pPr>
            <w:r w:rsidRPr="00E7463B">
              <w:rPr>
                <w:rFonts w:cstheme="minorHAnsi"/>
              </w:rPr>
              <w:t>1.</w:t>
            </w:r>
            <w:r w:rsidRPr="008D13CF">
              <w:rPr>
                <w:rFonts w:cstheme="minorHAnsi"/>
              </w:rPr>
              <w:t xml:space="preserve"> </w:t>
            </w:r>
            <w:r w:rsidR="00317AC3">
              <w:rPr>
                <w:rFonts w:cstheme="minorHAnsi"/>
              </w:rPr>
              <w:t>z</w:t>
            </w:r>
            <w:r w:rsidRPr="00E7463B">
              <w:rPr>
                <w:rFonts w:cstheme="minorHAnsi"/>
              </w:rPr>
              <w:t>integrowanie sieci i systemów teleinformatycznych będących w dyspozycji MSWiA w ramach SBŁP</w:t>
            </w:r>
            <w:r w:rsidR="009741F5">
              <w:rPr>
                <w:rFonts w:cstheme="minorHAnsi"/>
              </w:rPr>
              <w:t>,</w:t>
            </w:r>
          </w:p>
          <w:p w:rsidR="004D61A7" w:rsidRDefault="004D61A7" w:rsidP="0052375D">
            <w:pPr>
              <w:rPr>
                <w:rFonts w:cstheme="minorHAnsi"/>
              </w:rPr>
            </w:pPr>
            <w:r>
              <w:rPr>
                <w:rFonts w:cstheme="minorHAnsi"/>
              </w:rPr>
              <w:t xml:space="preserve">2. </w:t>
            </w:r>
            <w:r w:rsidR="00317AC3">
              <w:rPr>
                <w:rFonts w:cstheme="minorHAnsi"/>
              </w:rPr>
              <w:t>o</w:t>
            </w:r>
            <w:r w:rsidRPr="00E7463B">
              <w:rPr>
                <w:rFonts w:cstheme="minorHAnsi"/>
              </w:rPr>
              <w:t>bjęcie organów ochrony ludności podsystemem łączności niejawnej (chronionej kryptograficznie) w zakresie usług: głosu, telefonu komórkowego i przekazywania dokumentów</w:t>
            </w:r>
            <w:r w:rsidR="009741F5">
              <w:rPr>
                <w:rFonts w:cstheme="minorHAnsi"/>
              </w:rPr>
              <w:t>,</w:t>
            </w:r>
          </w:p>
          <w:p w:rsidR="004D61A7" w:rsidRPr="00E7463B" w:rsidRDefault="004D61A7" w:rsidP="00317AC3">
            <w:pPr>
              <w:rPr>
                <w:rFonts w:cstheme="minorHAnsi"/>
                <w:u w:val="single"/>
              </w:rPr>
            </w:pPr>
            <w:r>
              <w:rPr>
                <w:rFonts w:cstheme="minorHAnsi"/>
              </w:rPr>
              <w:t xml:space="preserve">3. </w:t>
            </w:r>
            <w:r w:rsidR="00317AC3">
              <w:rPr>
                <w:rFonts w:cstheme="minorHAnsi"/>
              </w:rPr>
              <w:t>i</w:t>
            </w:r>
            <w:r>
              <w:rPr>
                <w:rFonts w:cstheme="minorHAnsi"/>
              </w:rPr>
              <w:t>nne działania związane z utrzymaniem i rozwojem systemu bezpiecznej łączności państwowej</w:t>
            </w:r>
            <w:r w:rsidR="009741F5">
              <w:rPr>
                <w:rFonts w:cstheme="minorHAnsi"/>
              </w:rPr>
              <w:t>.</w:t>
            </w:r>
          </w:p>
        </w:tc>
      </w:tr>
      <w:tr w:rsidR="004D61A7" w:rsidTr="00BA3A35">
        <w:trPr>
          <w:cantSplit/>
        </w:trPr>
        <w:tc>
          <w:tcPr>
            <w:tcW w:w="1272" w:type="dxa"/>
            <w:vMerge/>
            <w:shd w:val="clear" w:color="auto" w:fill="C8DCEB"/>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C8DCEB"/>
            <w:vAlign w:val="center"/>
          </w:tcPr>
          <w:p w:rsidR="004D61A7" w:rsidRDefault="004D61A7" w:rsidP="0052375D">
            <w:pPr>
              <w:jc w:val="center"/>
              <w:rPr>
                <w:rFonts w:cstheme="minorHAnsi"/>
                <w:sz w:val="24"/>
                <w:szCs w:val="24"/>
              </w:rPr>
            </w:pPr>
            <w:r w:rsidRPr="009E13C5">
              <w:rPr>
                <w:rFonts w:cstheme="minorHAnsi"/>
                <w:sz w:val="24"/>
                <w:szCs w:val="24"/>
              </w:rPr>
              <w:t>4B</w:t>
            </w:r>
          </w:p>
          <w:p w:rsidR="004D61A7" w:rsidRPr="009E13C5" w:rsidRDefault="004D61A7" w:rsidP="0052375D">
            <w:pPr>
              <w:jc w:val="center"/>
              <w:rPr>
                <w:rFonts w:cstheme="minorHAnsi"/>
                <w:sz w:val="24"/>
                <w:szCs w:val="24"/>
              </w:rPr>
            </w:pPr>
            <w:r>
              <w:rPr>
                <w:rFonts w:cstheme="minorHAnsi"/>
                <w:sz w:val="24"/>
                <w:szCs w:val="24"/>
              </w:rPr>
              <w:t>Sprzęt i infrastruktura łączności</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zakup sprzętu do zapewnienia łączności</w:t>
            </w:r>
            <w:r w:rsidR="00E02765">
              <w:rPr>
                <w:rFonts w:cstheme="minorHAnsi"/>
              </w:rPr>
              <w:t xml:space="preserve"> pomiędzy</w:t>
            </w:r>
            <w:r>
              <w:rPr>
                <w:rFonts w:cstheme="minorHAnsi"/>
              </w:rPr>
              <w:t xml:space="preserve"> </w:t>
            </w:r>
            <w:r w:rsidR="00E02765">
              <w:rPr>
                <w:rFonts w:cstheme="minorHAnsi"/>
              </w:rPr>
              <w:t xml:space="preserve">organami </w:t>
            </w:r>
            <w:r>
              <w:rPr>
                <w:rFonts w:cstheme="minorHAnsi"/>
              </w:rPr>
              <w:t xml:space="preserve">ochrony ludności </w:t>
            </w:r>
            <w:r w:rsidR="00AA1239">
              <w:rPr>
                <w:rFonts w:cstheme="minorHAnsi"/>
              </w:rPr>
              <w:t xml:space="preserve">i </w:t>
            </w:r>
            <w:r w:rsidR="00E02765">
              <w:rPr>
                <w:rFonts w:cstheme="minorHAnsi"/>
              </w:rPr>
              <w:t xml:space="preserve">podmiotami </w:t>
            </w:r>
            <w:r>
              <w:rPr>
                <w:rFonts w:cstheme="minorHAnsi"/>
              </w:rPr>
              <w:t>ochrony ludności</w:t>
            </w:r>
            <w:r w:rsidR="00F02D15">
              <w:rPr>
                <w:rFonts w:cstheme="minorHAnsi"/>
              </w:rPr>
              <w:t>, w tym podmiotami leczniczymi,</w:t>
            </w:r>
            <w:r>
              <w:rPr>
                <w:rFonts w:cstheme="minorHAnsi"/>
              </w:rPr>
              <w:t xml:space="preserve"> na poziomie lokalnym</w:t>
            </w:r>
            <w:r w:rsidR="009741F5">
              <w:rPr>
                <w:rFonts w:cstheme="minorHAnsi"/>
              </w:rPr>
              <w:t>,</w:t>
            </w:r>
          </w:p>
          <w:p w:rsidR="004D61A7" w:rsidRDefault="004D61A7" w:rsidP="0052375D">
            <w:pPr>
              <w:rPr>
                <w:rFonts w:cstheme="minorHAnsi"/>
              </w:rPr>
            </w:pPr>
            <w:r>
              <w:rPr>
                <w:rFonts w:cstheme="minorHAnsi"/>
              </w:rPr>
              <w:t xml:space="preserve">2. zapewnienie i rozwój infrastruktury i urządzeń zapewniających dostęp do sieci </w:t>
            </w:r>
            <w:proofErr w:type="spellStart"/>
            <w:r>
              <w:rPr>
                <w:rFonts w:cstheme="minorHAnsi"/>
              </w:rPr>
              <w:t>internet</w:t>
            </w:r>
            <w:proofErr w:type="spellEnd"/>
            <w:r>
              <w:rPr>
                <w:rFonts w:cstheme="minorHAnsi"/>
              </w:rPr>
              <w:t xml:space="preserve"> w sytuacji kryzysowej</w:t>
            </w:r>
            <w:r w:rsidR="009741F5">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Pr="00E7463B" w:rsidRDefault="004D61A7" w:rsidP="009741F5">
            <w:pPr>
              <w:rPr>
                <w:rFonts w:cstheme="minorHAnsi"/>
              </w:rPr>
            </w:pPr>
            <w:r>
              <w:rPr>
                <w:rFonts w:cstheme="minorHAnsi"/>
              </w:rPr>
              <w:t xml:space="preserve">1. </w:t>
            </w:r>
            <w:r w:rsidR="00F2394E">
              <w:rPr>
                <w:rFonts w:cstheme="minorHAnsi"/>
              </w:rPr>
              <w:t>d</w:t>
            </w:r>
            <w:r>
              <w:rPr>
                <w:rFonts w:cstheme="minorHAnsi"/>
              </w:rPr>
              <w:t>ziałalność rozwojowa w zakresie łączności</w:t>
            </w:r>
            <w:r w:rsidR="009741F5">
              <w:rPr>
                <w:rFonts w:cstheme="minorHAnsi"/>
              </w:rPr>
              <w:t>.</w:t>
            </w:r>
            <w:r>
              <w:rPr>
                <w:rFonts w:cstheme="minorHAnsi"/>
              </w:rPr>
              <w:t xml:space="preserve"> </w:t>
            </w:r>
          </w:p>
        </w:tc>
      </w:tr>
      <w:tr w:rsidR="004D61A7" w:rsidTr="00BA3A35">
        <w:trPr>
          <w:cantSplit/>
        </w:trPr>
        <w:tc>
          <w:tcPr>
            <w:tcW w:w="1272" w:type="dxa"/>
            <w:vMerge/>
            <w:shd w:val="clear" w:color="auto" w:fill="C8DCEB"/>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C8DCEB"/>
            <w:vAlign w:val="center"/>
          </w:tcPr>
          <w:p w:rsidR="004D61A7" w:rsidRDefault="004D61A7" w:rsidP="0052375D">
            <w:pPr>
              <w:jc w:val="center"/>
              <w:rPr>
                <w:rFonts w:cstheme="minorHAnsi"/>
                <w:sz w:val="24"/>
                <w:szCs w:val="24"/>
              </w:rPr>
            </w:pPr>
            <w:r w:rsidRPr="009E13C5">
              <w:rPr>
                <w:rFonts w:cstheme="minorHAnsi"/>
                <w:sz w:val="24"/>
                <w:szCs w:val="24"/>
              </w:rPr>
              <w:t>4C</w:t>
            </w:r>
          </w:p>
          <w:p w:rsidR="004D61A7" w:rsidRPr="009E13C5" w:rsidRDefault="004D61A7" w:rsidP="0052375D">
            <w:pPr>
              <w:jc w:val="center"/>
              <w:rPr>
                <w:rFonts w:cstheme="minorHAnsi"/>
                <w:sz w:val="24"/>
                <w:szCs w:val="24"/>
              </w:rPr>
            </w:pPr>
            <w:r>
              <w:rPr>
                <w:rFonts w:cstheme="minorHAnsi"/>
                <w:sz w:val="24"/>
                <w:szCs w:val="24"/>
              </w:rPr>
              <w:t>System wykrywania zagrożeń</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 xml:space="preserve">1. rozwój systemu wykrywania </w:t>
            </w:r>
            <w:r w:rsidR="00FB4900">
              <w:rPr>
                <w:rFonts w:cstheme="minorHAnsi"/>
              </w:rPr>
              <w:t>zagrożeń uderzeniami z powietrz</w:t>
            </w:r>
            <w:r>
              <w:rPr>
                <w:rFonts w:cstheme="minorHAnsi"/>
              </w:rPr>
              <w:t>a</w:t>
            </w:r>
            <w:r w:rsidR="009741F5">
              <w:rPr>
                <w:rFonts w:cstheme="minorHAnsi"/>
              </w:rPr>
              <w:t>,</w:t>
            </w:r>
          </w:p>
          <w:p w:rsidR="004D61A7" w:rsidRDefault="004D61A7" w:rsidP="0052375D">
            <w:pPr>
              <w:rPr>
                <w:rFonts w:cstheme="minorHAnsi"/>
              </w:rPr>
            </w:pPr>
            <w:r>
              <w:rPr>
                <w:rFonts w:cstheme="minorHAnsi"/>
              </w:rPr>
              <w:t>2. rozwój systemu wykrywania</w:t>
            </w:r>
            <w:r w:rsidR="007C1FBB">
              <w:rPr>
                <w:rFonts w:cstheme="minorHAnsi"/>
              </w:rPr>
              <w:t xml:space="preserve"> </w:t>
            </w:r>
            <w:r>
              <w:rPr>
                <w:rFonts w:cstheme="minorHAnsi"/>
              </w:rPr>
              <w:t>dronów</w:t>
            </w:r>
            <w:r w:rsidR="007C1FBB">
              <w:rPr>
                <w:rFonts w:cstheme="minorHAnsi"/>
              </w:rPr>
              <w:t xml:space="preserve"> i ochrony przed dronami</w:t>
            </w:r>
            <w:r w:rsidR="009741F5">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117EF0" w:rsidRDefault="004D61A7" w:rsidP="0052375D">
            <w:pPr>
              <w:rPr>
                <w:rFonts w:cstheme="minorHAnsi"/>
              </w:rPr>
            </w:pPr>
            <w:r>
              <w:rPr>
                <w:rFonts w:cstheme="minorHAnsi"/>
              </w:rPr>
              <w:t xml:space="preserve">1. rozwój </w:t>
            </w:r>
            <w:r w:rsidR="0068193D">
              <w:rPr>
                <w:rFonts w:cstheme="minorHAnsi"/>
              </w:rPr>
              <w:t xml:space="preserve">i integracja </w:t>
            </w:r>
            <w:r>
              <w:rPr>
                <w:rFonts w:cstheme="minorHAnsi"/>
              </w:rPr>
              <w:t>pozostałych systemów wykrywania zagrożeń, w tym klęsk żywiołowych</w:t>
            </w:r>
            <w:r w:rsidR="00117EF0">
              <w:rPr>
                <w:rFonts w:cstheme="minorHAnsi"/>
              </w:rPr>
              <w:t>,</w:t>
            </w:r>
          </w:p>
          <w:p w:rsidR="004D61A7" w:rsidRPr="00117EF0" w:rsidRDefault="00117EF0" w:rsidP="00117EF0">
            <w:pPr>
              <w:rPr>
                <w:rFonts w:cstheme="minorHAnsi"/>
                <w:szCs w:val="24"/>
              </w:rPr>
            </w:pPr>
            <w:r>
              <w:rPr>
                <w:rFonts w:cstheme="minorHAnsi"/>
              </w:rPr>
              <w:t xml:space="preserve">2. </w:t>
            </w:r>
            <w:r>
              <w:rPr>
                <w:rFonts w:cstheme="minorHAnsi"/>
                <w:szCs w:val="24"/>
              </w:rPr>
              <w:t>spłata zobowiązań zaciągniętych z Funduszu Bezpieczeństwa i Obronności na tworzenie systemu wykrywania zagrożeń</w:t>
            </w:r>
            <w:r w:rsidR="009741F5">
              <w:rPr>
                <w:rFonts w:cstheme="minorHAnsi"/>
              </w:rPr>
              <w:t>.</w:t>
            </w:r>
          </w:p>
        </w:tc>
      </w:tr>
      <w:tr w:rsidR="004D61A7" w:rsidTr="00BA3A35">
        <w:trPr>
          <w:cantSplit/>
        </w:trPr>
        <w:tc>
          <w:tcPr>
            <w:tcW w:w="1272" w:type="dxa"/>
            <w:vMerge/>
            <w:shd w:val="clear" w:color="auto" w:fill="C8DCEB"/>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C8DCEB"/>
            <w:vAlign w:val="center"/>
          </w:tcPr>
          <w:p w:rsidR="004D61A7" w:rsidRDefault="004D61A7" w:rsidP="0052375D">
            <w:pPr>
              <w:jc w:val="center"/>
              <w:rPr>
                <w:rFonts w:cstheme="minorHAnsi"/>
                <w:sz w:val="24"/>
                <w:szCs w:val="24"/>
              </w:rPr>
            </w:pPr>
            <w:r w:rsidRPr="009E13C5">
              <w:rPr>
                <w:rFonts w:cstheme="minorHAnsi"/>
                <w:sz w:val="24"/>
                <w:szCs w:val="24"/>
              </w:rPr>
              <w:t>4D</w:t>
            </w:r>
          </w:p>
          <w:p w:rsidR="004D61A7" w:rsidRPr="009E13C5" w:rsidRDefault="004D61A7" w:rsidP="00D60CC5">
            <w:pPr>
              <w:jc w:val="center"/>
              <w:rPr>
                <w:rFonts w:cstheme="minorHAnsi"/>
                <w:sz w:val="24"/>
                <w:szCs w:val="24"/>
              </w:rPr>
            </w:pPr>
            <w:r>
              <w:rPr>
                <w:rFonts w:cstheme="minorHAnsi"/>
                <w:sz w:val="24"/>
                <w:szCs w:val="24"/>
              </w:rPr>
              <w:t>System powiadamiania, ostrzegania i</w:t>
            </w:r>
            <w:r w:rsidR="00D60CC5">
              <w:rPr>
                <w:rFonts w:cstheme="minorHAnsi"/>
                <w:sz w:val="24"/>
                <w:szCs w:val="24"/>
              </w:rPr>
              <w:t> </w:t>
            </w:r>
            <w:r>
              <w:rPr>
                <w:rFonts w:cstheme="minorHAnsi"/>
                <w:sz w:val="24"/>
                <w:szCs w:val="24"/>
              </w:rPr>
              <w:t>alarmowania</w:t>
            </w:r>
            <w:r w:rsidR="00493588">
              <w:rPr>
                <w:rFonts w:cstheme="minorHAnsi"/>
                <w:sz w:val="24"/>
                <w:szCs w:val="24"/>
              </w:rPr>
              <w:t xml:space="preserve"> ludności o zagrożeniach</w:t>
            </w:r>
            <w:r w:rsidR="005B1E4E">
              <w:rPr>
                <w:rFonts w:cstheme="minorHAnsi"/>
                <w:sz w:val="24"/>
                <w:szCs w:val="24"/>
              </w:rPr>
              <w:t xml:space="preserve"> oraz system powiadamiania ratunkowego</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0F0BB4" w:rsidRPr="000F0BB4" w:rsidRDefault="000F0BB4" w:rsidP="000F0BB4">
            <w:pPr>
              <w:rPr>
                <w:rFonts w:cstheme="minorHAnsi"/>
              </w:rPr>
            </w:pPr>
            <w:r w:rsidRPr="000F0BB4">
              <w:rPr>
                <w:rFonts w:cstheme="minorHAnsi"/>
              </w:rPr>
              <w:t>1. opracowanie, wdrożenie i utrzymanie rozwiązań teleinformatycznych służących powszechnemu powiadamianiu, ostrzeganiu i alarmowaniu ludności o zagrożeniach i zachowaniu się w przypadku zagrożenia (w tym aplikacje na urządzenia mobilne),</w:t>
            </w:r>
          </w:p>
          <w:p w:rsidR="000F0BB4" w:rsidRPr="000F0BB4" w:rsidRDefault="000F0BB4" w:rsidP="000F0BB4">
            <w:pPr>
              <w:rPr>
                <w:rFonts w:cstheme="minorHAnsi"/>
              </w:rPr>
            </w:pPr>
            <w:r w:rsidRPr="000F0BB4">
              <w:rPr>
                <w:rFonts w:cstheme="minorHAnsi"/>
              </w:rPr>
              <w:t>2. rozbudowa i utrzymanie systemów nagłaśniających służącym powiadamianiu, alarm</w:t>
            </w:r>
            <w:r>
              <w:rPr>
                <w:rFonts w:cstheme="minorHAnsi"/>
              </w:rPr>
              <w:t>owaniu i ostrzeganiu ludności o </w:t>
            </w:r>
            <w:r w:rsidRPr="000F0BB4">
              <w:rPr>
                <w:rFonts w:cstheme="minorHAnsi"/>
              </w:rPr>
              <w:t>zagrożeniach, w tym syren,</w:t>
            </w:r>
          </w:p>
          <w:p w:rsidR="000F0BB4" w:rsidRDefault="000F0BB4" w:rsidP="0052375D">
            <w:pPr>
              <w:rPr>
                <w:rFonts w:cstheme="minorHAnsi"/>
                <w:u w:val="single"/>
              </w:rPr>
            </w:pPr>
            <w:r w:rsidRPr="000F0BB4">
              <w:rPr>
                <w:rFonts w:cstheme="minorHAnsi"/>
              </w:rPr>
              <w:t>3. utrzymanie i rozwój systemu powiadamiania ratunkowego w ramach zadań, o k</w:t>
            </w:r>
            <w:r>
              <w:rPr>
                <w:rFonts w:cstheme="minorHAnsi"/>
              </w:rPr>
              <w:t>tórych mowa w ustawie z dnia 22 </w:t>
            </w:r>
            <w:r w:rsidRPr="000F0BB4">
              <w:rPr>
                <w:rFonts w:cstheme="minorHAnsi"/>
              </w:rPr>
              <w:t xml:space="preserve">listopada 2013 r. o systemie powiadamiania ratunkowego.  </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1. rozwój i utrzymanie lokalnych systemów ostrzegania uzupełniających systemy ogólnokrajowe</w:t>
            </w:r>
            <w:r w:rsidR="009741F5">
              <w:rPr>
                <w:rFonts w:cstheme="minorHAnsi"/>
              </w:rPr>
              <w:t>,</w:t>
            </w:r>
          </w:p>
          <w:p w:rsidR="004D61A7" w:rsidRDefault="004D61A7" w:rsidP="0052375D">
            <w:pPr>
              <w:rPr>
                <w:rFonts w:cstheme="minorHAnsi"/>
              </w:rPr>
            </w:pPr>
            <w:r>
              <w:rPr>
                <w:rFonts w:cstheme="minorHAnsi"/>
              </w:rPr>
              <w:t>2. rozwój i modernizacja systemu Regionalnego Systemu Ostrzegania RSO</w:t>
            </w:r>
            <w:r w:rsidR="009741F5">
              <w:rPr>
                <w:rFonts w:cstheme="minorHAnsi"/>
              </w:rPr>
              <w:t>,</w:t>
            </w:r>
          </w:p>
          <w:p w:rsidR="004D61A7" w:rsidRDefault="004D61A7" w:rsidP="0052375D">
            <w:pPr>
              <w:rPr>
                <w:rFonts w:cstheme="minorHAnsi"/>
              </w:rPr>
            </w:pPr>
            <w:r>
              <w:rPr>
                <w:rFonts w:cstheme="minorHAnsi"/>
              </w:rPr>
              <w:t xml:space="preserve">3. </w:t>
            </w:r>
            <w:r w:rsidR="005424CE">
              <w:rPr>
                <w:rFonts w:cstheme="minorHAnsi"/>
              </w:rPr>
              <w:t>rozwój systemów powiadamiania, ostrzegania i alarmowania osób ze szczególnymi potrzebami</w:t>
            </w:r>
            <w:r w:rsidR="009741F5">
              <w:rPr>
                <w:rFonts w:cstheme="minorHAnsi"/>
              </w:rPr>
              <w:t>,</w:t>
            </w:r>
            <w:r w:rsidR="005000FF">
              <w:rPr>
                <w:rFonts w:cstheme="minorHAnsi"/>
              </w:rPr>
              <w:t xml:space="preserve"> w szczególności osobami z niepełnosprawnościami, osobami starszymi, nieznającymi języka polskiego oraz </w:t>
            </w:r>
            <w:r w:rsidR="00A5333C">
              <w:rPr>
                <w:rFonts w:cstheme="minorHAnsi"/>
              </w:rPr>
              <w:t>pozostającymi poza standardowymi kanałami komunikacji instytucjonalnej,</w:t>
            </w:r>
          </w:p>
          <w:p w:rsidR="00117EF0" w:rsidRDefault="00485826" w:rsidP="00485826">
            <w:pPr>
              <w:rPr>
                <w:rFonts w:cstheme="minorHAnsi"/>
              </w:rPr>
            </w:pPr>
            <w:r>
              <w:rPr>
                <w:rFonts w:cstheme="minorHAnsi"/>
              </w:rPr>
              <w:t>4. rozwój systemów opartych na szybkiej transmisji danych</w:t>
            </w:r>
            <w:r w:rsidR="00117EF0">
              <w:rPr>
                <w:rFonts w:cstheme="minorHAnsi"/>
              </w:rPr>
              <w:t>,</w:t>
            </w:r>
          </w:p>
          <w:p w:rsidR="00485826" w:rsidRPr="00E7463B" w:rsidRDefault="00117EF0" w:rsidP="00485826">
            <w:pPr>
              <w:rPr>
                <w:rFonts w:cstheme="minorHAnsi"/>
              </w:rPr>
            </w:pPr>
            <w:r>
              <w:rPr>
                <w:rFonts w:cstheme="minorHAnsi"/>
              </w:rPr>
              <w:t xml:space="preserve">5. </w:t>
            </w:r>
            <w:r>
              <w:rPr>
                <w:rFonts w:cstheme="minorHAnsi"/>
                <w:szCs w:val="24"/>
              </w:rPr>
              <w:t xml:space="preserve">spłata zobowiązań zaciągniętych z Funduszu Bezpieczeństwa i Obronności na tworzenie systemu </w:t>
            </w:r>
            <w:r w:rsidRPr="00117EF0">
              <w:rPr>
                <w:rFonts w:cstheme="minorHAnsi"/>
                <w:szCs w:val="24"/>
              </w:rPr>
              <w:t>powiadamiania, ostrzegania i alarmowania ludności o zagrożeniach</w:t>
            </w:r>
            <w:r w:rsidR="009741F5">
              <w:rPr>
                <w:rFonts w:cstheme="minorHAnsi"/>
              </w:rPr>
              <w:t>.</w:t>
            </w:r>
          </w:p>
        </w:tc>
      </w:tr>
      <w:tr w:rsidR="004D61A7" w:rsidTr="00BA3A35">
        <w:trPr>
          <w:cantSplit/>
        </w:trPr>
        <w:tc>
          <w:tcPr>
            <w:tcW w:w="1272" w:type="dxa"/>
            <w:vMerge/>
            <w:shd w:val="clear" w:color="auto" w:fill="C8DCEB"/>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C8DCEB"/>
            <w:vAlign w:val="center"/>
          </w:tcPr>
          <w:p w:rsidR="004D61A7" w:rsidRDefault="004D61A7" w:rsidP="0052375D">
            <w:pPr>
              <w:jc w:val="center"/>
              <w:rPr>
                <w:rFonts w:cstheme="minorHAnsi"/>
                <w:sz w:val="24"/>
                <w:szCs w:val="24"/>
              </w:rPr>
            </w:pPr>
            <w:r w:rsidRPr="009E13C5">
              <w:rPr>
                <w:rFonts w:cstheme="minorHAnsi"/>
                <w:sz w:val="24"/>
                <w:szCs w:val="24"/>
              </w:rPr>
              <w:t>4E</w:t>
            </w:r>
          </w:p>
          <w:p w:rsidR="004D61A7" w:rsidRPr="009E13C5" w:rsidRDefault="004D61A7" w:rsidP="0052375D">
            <w:pPr>
              <w:jc w:val="center"/>
              <w:rPr>
                <w:rFonts w:cstheme="minorHAnsi"/>
                <w:sz w:val="24"/>
                <w:szCs w:val="24"/>
              </w:rPr>
            </w:pPr>
            <w:r>
              <w:rPr>
                <w:rFonts w:cstheme="minorHAnsi"/>
                <w:sz w:val="24"/>
                <w:szCs w:val="24"/>
              </w:rPr>
              <w:t>Bezpieczeństwo teleinformatyczne</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pozyskanie i utrzymanie systemów bezpieczeństwa teleinformatycznego dla kluczowej infrastruktury ochrony ludności i obrony cywilnej</w:t>
            </w:r>
            <w:r w:rsidR="00F02D15">
              <w:rPr>
                <w:rFonts w:cstheme="minorHAnsi"/>
              </w:rPr>
              <w:t>, w tym  podmiotów leczniczych</w:t>
            </w:r>
            <w:r w:rsidR="009741F5">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1. pozyskanie i utrzymanie systemów bezpieczeństwa teleinformatycznego dla pozostałej infrastruktury ochrony ludności i obrony cywilnej</w:t>
            </w:r>
            <w:r w:rsidR="001455D1">
              <w:rPr>
                <w:rFonts w:cstheme="minorHAnsi"/>
              </w:rPr>
              <w:t>, w tym podmiotów leczniczych</w:t>
            </w:r>
            <w:r w:rsidR="009741F5">
              <w:rPr>
                <w:rFonts w:cstheme="minorHAnsi"/>
              </w:rPr>
              <w:t>,</w:t>
            </w:r>
          </w:p>
          <w:p w:rsidR="004D61A7" w:rsidRDefault="004D61A7" w:rsidP="0052375D">
            <w:pPr>
              <w:rPr>
                <w:rFonts w:cstheme="minorHAnsi"/>
              </w:rPr>
            </w:pPr>
            <w:r>
              <w:rPr>
                <w:rFonts w:cstheme="minorHAnsi"/>
              </w:rPr>
              <w:t>2. tworzenie systemu kopii zapasowych (backup) kluczowych systemów ochrony ludności i podstawowych usług</w:t>
            </w:r>
            <w:r w:rsidR="009741F5">
              <w:rPr>
                <w:rFonts w:cstheme="minorHAnsi"/>
              </w:rPr>
              <w:t>,</w:t>
            </w:r>
          </w:p>
          <w:p w:rsidR="00613716" w:rsidRPr="002A6C26" w:rsidRDefault="00613716" w:rsidP="0052375D">
            <w:pPr>
              <w:rPr>
                <w:rFonts w:cstheme="minorHAnsi"/>
              </w:rPr>
            </w:pPr>
            <w:r>
              <w:rPr>
                <w:rFonts w:cstheme="minorHAnsi"/>
              </w:rPr>
              <w:t xml:space="preserve">3. narzędzia kryptograficzne na potrzeby </w:t>
            </w:r>
            <w:r w:rsidR="001B798E">
              <w:rPr>
                <w:rFonts w:cstheme="minorHAnsi"/>
              </w:rPr>
              <w:t xml:space="preserve">ochrony ludności i </w:t>
            </w:r>
            <w:r>
              <w:rPr>
                <w:rFonts w:cstheme="minorHAnsi"/>
              </w:rPr>
              <w:t>obrony cywilnej</w:t>
            </w:r>
            <w:r w:rsidR="009741F5">
              <w:rPr>
                <w:rFonts w:cstheme="minorHAnsi"/>
              </w:rPr>
              <w:t>.</w:t>
            </w:r>
          </w:p>
        </w:tc>
      </w:tr>
      <w:tr w:rsidR="004D61A7" w:rsidTr="00BA3A35">
        <w:trPr>
          <w:cantSplit/>
        </w:trPr>
        <w:tc>
          <w:tcPr>
            <w:tcW w:w="1272" w:type="dxa"/>
            <w:vMerge w:val="restart"/>
            <w:shd w:val="clear" w:color="auto" w:fill="FFC000"/>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 xml:space="preserve">OBSZAR </w:t>
            </w:r>
            <w:r>
              <w:rPr>
                <w:rFonts w:cstheme="minorHAnsi"/>
                <w:b/>
                <w:smallCaps/>
                <w:sz w:val="24"/>
                <w:szCs w:val="24"/>
                <w:u w:val="single"/>
              </w:rPr>
              <w:t>5</w:t>
            </w:r>
          </w:p>
          <w:p w:rsidR="004D61A7" w:rsidRPr="00920A3A" w:rsidRDefault="004D61A7" w:rsidP="0052375D">
            <w:pPr>
              <w:ind w:left="113" w:right="113"/>
              <w:jc w:val="center"/>
              <w:rPr>
                <w:rFonts w:cstheme="minorHAnsi"/>
                <w:b/>
                <w:sz w:val="24"/>
                <w:szCs w:val="24"/>
              </w:rPr>
            </w:pPr>
            <w:r w:rsidRPr="00920A3A">
              <w:rPr>
                <w:rFonts w:cstheme="minorHAnsi"/>
                <w:b/>
                <w:sz w:val="24"/>
                <w:szCs w:val="24"/>
              </w:rPr>
              <w:t>Infrastruktura ochronna</w:t>
            </w:r>
          </w:p>
        </w:tc>
        <w:tc>
          <w:tcPr>
            <w:tcW w:w="2409" w:type="dxa"/>
            <w:shd w:val="clear" w:color="auto" w:fill="FFC000"/>
            <w:vAlign w:val="center"/>
          </w:tcPr>
          <w:p w:rsidR="004D61A7" w:rsidRDefault="004D61A7" w:rsidP="0052375D">
            <w:pPr>
              <w:jc w:val="center"/>
              <w:rPr>
                <w:rFonts w:cstheme="minorHAnsi"/>
                <w:sz w:val="24"/>
                <w:szCs w:val="24"/>
              </w:rPr>
            </w:pPr>
            <w:r w:rsidRPr="009E13C5">
              <w:rPr>
                <w:rFonts w:cstheme="minorHAnsi"/>
                <w:sz w:val="24"/>
                <w:szCs w:val="24"/>
              </w:rPr>
              <w:t>5A</w:t>
            </w:r>
          </w:p>
          <w:p w:rsidR="004D61A7" w:rsidRPr="009E13C5" w:rsidRDefault="004D61A7" w:rsidP="0052375D">
            <w:pPr>
              <w:jc w:val="center"/>
              <w:rPr>
                <w:rFonts w:cstheme="minorHAnsi"/>
                <w:sz w:val="24"/>
                <w:szCs w:val="24"/>
              </w:rPr>
            </w:pPr>
            <w:r>
              <w:rPr>
                <w:rFonts w:cstheme="minorHAnsi"/>
                <w:sz w:val="24"/>
                <w:szCs w:val="24"/>
              </w:rPr>
              <w:t>Budowle ochronne</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 xml:space="preserve">1. remont i przystosowanie budowli ochronnych, które istniały lub których proces inwestycyjny rozpoczął się przed </w:t>
            </w:r>
            <w:r w:rsidR="00AA1239">
              <w:rPr>
                <w:rFonts w:cstheme="minorHAnsi"/>
              </w:rPr>
              <w:t>1 </w:t>
            </w:r>
            <w:r>
              <w:rPr>
                <w:rFonts w:cstheme="minorHAnsi"/>
              </w:rPr>
              <w:t>stycznia 2027 r.</w:t>
            </w:r>
            <w:r w:rsidR="009741F5">
              <w:rPr>
                <w:rFonts w:cstheme="minorHAnsi"/>
              </w:rPr>
              <w:t>,</w:t>
            </w:r>
          </w:p>
          <w:p w:rsidR="004D61A7" w:rsidRDefault="004D61A7" w:rsidP="0052375D">
            <w:pPr>
              <w:rPr>
                <w:rFonts w:cstheme="minorHAnsi"/>
              </w:rPr>
            </w:pPr>
            <w:r>
              <w:rPr>
                <w:rFonts w:cstheme="minorHAnsi"/>
              </w:rPr>
              <w:t>2. zapewnienie budowli ochronnych w kluczowych obiektach użyteczności publicznej w gminie, w tym w szkołach, przedszkolach i innych podobnych obiektach</w:t>
            </w:r>
            <w:r w:rsidR="009741F5">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 xml:space="preserve">1. zapewnienie budowli ochronnych w miejscach i w ilości wymaganej </w:t>
            </w:r>
            <w:r w:rsidR="007616FD">
              <w:rPr>
                <w:rFonts w:cstheme="minorHAnsi"/>
              </w:rPr>
              <w:t>ustawą z dnia 5 grudnia 2024 r. o ochronie ludności i obronie cywilnej</w:t>
            </w:r>
            <w:r w:rsidR="009741F5">
              <w:rPr>
                <w:rFonts w:cstheme="minorHAnsi"/>
              </w:rPr>
              <w:t>,</w:t>
            </w:r>
          </w:p>
          <w:p w:rsidR="004D61A7" w:rsidRDefault="004D61A7" w:rsidP="0052375D">
            <w:pPr>
              <w:rPr>
                <w:rFonts w:cstheme="minorHAnsi"/>
              </w:rPr>
            </w:pPr>
            <w:r>
              <w:rPr>
                <w:rFonts w:cstheme="minorHAnsi"/>
              </w:rPr>
              <w:t>2. remont, utrzymanie i wyposażenie pozostałych istniejących budowli ochronnych</w:t>
            </w:r>
            <w:r w:rsidR="009741F5">
              <w:rPr>
                <w:rFonts w:cstheme="minorHAnsi"/>
              </w:rPr>
              <w:t>,</w:t>
            </w:r>
            <w:r>
              <w:rPr>
                <w:rFonts w:cstheme="minorHAnsi"/>
              </w:rPr>
              <w:t xml:space="preserve"> </w:t>
            </w:r>
          </w:p>
          <w:p w:rsidR="004D61A7" w:rsidRPr="00FD5C33" w:rsidRDefault="004D61A7">
            <w:pPr>
              <w:rPr>
                <w:rFonts w:cstheme="minorHAnsi"/>
              </w:rPr>
            </w:pPr>
            <w:r>
              <w:rPr>
                <w:rFonts w:cstheme="minorHAnsi"/>
              </w:rPr>
              <w:t xml:space="preserve">3. </w:t>
            </w:r>
            <w:r w:rsidR="000F0BB4">
              <w:rPr>
                <w:rFonts w:cstheme="minorHAnsi"/>
              </w:rPr>
              <w:t xml:space="preserve">oznakowanie </w:t>
            </w:r>
            <w:r>
              <w:rPr>
                <w:rFonts w:cstheme="minorHAnsi"/>
              </w:rPr>
              <w:t>budowli ochronnych</w:t>
            </w:r>
            <w:r w:rsidR="009741F5">
              <w:rPr>
                <w:rFonts w:cstheme="minorHAnsi"/>
              </w:rPr>
              <w:t>.</w:t>
            </w:r>
            <w:r>
              <w:rPr>
                <w:rFonts w:cstheme="minorHAnsi"/>
              </w:rPr>
              <w:t xml:space="preserve"> </w:t>
            </w:r>
          </w:p>
        </w:tc>
      </w:tr>
      <w:tr w:rsidR="004D61A7" w:rsidTr="00BA3A35">
        <w:trPr>
          <w:cantSplit/>
        </w:trPr>
        <w:tc>
          <w:tcPr>
            <w:tcW w:w="1272" w:type="dxa"/>
            <w:vMerge/>
            <w:shd w:val="clear" w:color="auto" w:fill="FFC000"/>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C000"/>
            <w:vAlign w:val="center"/>
          </w:tcPr>
          <w:p w:rsidR="004D61A7" w:rsidRDefault="004D61A7" w:rsidP="0052375D">
            <w:pPr>
              <w:jc w:val="center"/>
              <w:rPr>
                <w:rFonts w:cstheme="minorHAnsi"/>
                <w:sz w:val="24"/>
                <w:szCs w:val="24"/>
              </w:rPr>
            </w:pPr>
            <w:r w:rsidRPr="009E13C5">
              <w:rPr>
                <w:rFonts w:cstheme="minorHAnsi"/>
                <w:sz w:val="24"/>
                <w:szCs w:val="24"/>
              </w:rPr>
              <w:t>5B</w:t>
            </w:r>
          </w:p>
          <w:p w:rsidR="004D61A7" w:rsidRPr="009E13C5" w:rsidRDefault="004D61A7" w:rsidP="0052375D">
            <w:pPr>
              <w:jc w:val="center"/>
              <w:rPr>
                <w:rFonts w:cstheme="minorHAnsi"/>
                <w:sz w:val="24"/>
                <w:szCs w:val="24"/>
              </w:rPr>
            </w:pPr>
            <w:r>
              <w:rPr>
                <w:rFonts w:cstheme="minorHAnsi"/>
                <w:sz w:val="24"/>
                <w:szCs w:val="24"/>
              </w:rPr>
              <w:t>Miejsca doraźnego schronienia</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rPr>
            </w:pPr>
            <w:r>
              <w:rPr>
                <w:rFonts w:cstheme="minorHAnsi"/>
              </w:rPr>
              <w:t>1. remont i przystosowanie miejsc doraźnego schronienia w obiektach, które istniały lub których proces inwestycyjny rozpoczął się przed 1 stycznia 2027 r.</w:t>
            </w:r>
            <w:r w:rsidR="009741F5">
              <w:rPr>
                <w:rFonts w:cstheme="minorHAnsi"/>
              </w:rPr>
              <w:t>,</w:t>
            </w:r>
          </w:p>
          <w:p w:rsidR="004D61A7" w:rsidRDefault="004D61A7" w:rsidP="0052375D">
            <w:pPr>
              <w:rPr>
                <w:rFonts w:cstheme="minorHAnsi"/>
              </w:rPr>
            </w:pPr>
            <w:r>
              <w:rPr>
                <w:rFonts w:cstheme="minorHAnsi"/>
              </w:rPr>
              <w:t xml:space="preserve">2. zapewnienie miejsc doraźnego schronienia w kluczowych obiektach użyteczności publicznej w gminie, w tym </w:t>
            </w:r>
            <w:r w:rsidR="009741F5">
              <w:rPr>
                <w:rFonts w:cstheme="minorHAnsi"/>
              </w:rPr>
              <w:br/>
            </w:r>
            <w:r>
              <w:rPr>
                <w:rFonts w:cstheme="minorHAnsi"/>
              </w:rPr>
              <w:t>w szkołach, przedszkolach</w:t>
            </w:r>
            <w:r w:rsidR="009741F5">
              <w:rPr>
                <w:rFonts w:cstheme="minorHAnsi"/>
              </w:rPr>
              <w:t>, żłobkach</w:t>
            </w:r>
            <w:r>
              <w:rPr>
                <w:rFonts w:cstheme="minorHAnsi"/>
              </w:rPr>
              <w:t xml:space="preserve"> i innych podobnych obiektach</w:t>
            </w:r>
            <w:r w:rsidR="00731DAA">
              <w:rPr>
                <w:rFonts w:cstheme="minorHAnsi"/>
              </w:rPr>
              <w:t>.</w:t>
            </w:r>
          </w:p>
          <w:p w:rsidR="004D61A7" w:rsidRDefault="004D61A7" w:rsidP="0052375D">
            <w:pPr>
              <w:rPr>
                <w:rFonts w:cstheme="minorHAnsi"/>
              </w:rPr>
            </w:pPr>
            <w:r>
              <w:rPr>
                <w:rFonts w:cstheme="minorHAnsi"/>
                <w:u w:val="single"/>
              </w:rPr>
              <w:t>Pozostałe</w:t>
            </w:r>
            <w:r>
              <w:rPr>
                <w:rFonts w:cstheme="minorHAnsi"/>
              </w:rPr>
              <w:t>:</w:t>
            </w:r>
          </w:p>
          <w:p w:rsidR="004D61A7" w:rsidRDefault="004D61A7" w:rsidP="0052375D">
            <w:pPr>
              <w:rPr>
                <w:rFonts w:cstheme="minorHAnsi"/>
              </w:rPr>
            </w:pPr>
            <w:r>
              <w:rPr>
                <w:rFonts w:cstheme="minorHAnsi"/>
              </w:rPr>
              <w:t xml:space="preserve">1. zapewnienie miejsc doraźnego schronienia w miejscach i w ilości wymaganej </w:t>
            </w:r>
            <w:r w:rsidR="007616FD">
              <w:rPr>
                <w:rFonts w:cstheme="minorHAnsi"/>
              </w:rPr>
              <w:t xml:space="preserve">ustawą z dnia 5 grudnia 2024 r. </w:t>
            </w:r>
            <w:r w:rsidR="00AA1239">
              <w:rPr>
                <w:rFonts w:cstheme="minorHAnsi"/>
              </w:rPr>
              <w:t>o </w:t>
            </w:r>
            <w:r w:rsidR="007616FD">
              <w:rPr>
                <w:rFonts w:cstheme="minorHAnsi"/>
              </w:rPr>
              <w:t>ochronie ludności i obronie cywilnej</w:t>
            </w:r>
            <w:r w:rsidR="009741F5">
              <w:rPr>
                <w:rFonts w:cstheme="minorHAnsi"/>
              </w:rPr>
              <w:t>,</w:t>
            </w:r>
          </w:p>
          <w:p w:rsidR="008D13CF" w:rsidRDefault="008D13CF" w:rsidP="0052375D">
            <w:pPr>
              <w:rPr>
                <w:rFonts w:cstheme="minorHAnsi"/>
              </w:rPr>
            </w:pPr>
            <w:r>
              <w:rPr>
                <w:rFonts w:cstheme="minorHAnsi"/>
              </w:rPr>
              <w:t xml:space="preserve">2. </w:t>
            </w:r>
            <w:r>
              <w:rPr>
                <w:rFonts w:cstheme="minorHAnsi"/>
                <w:szCs w:val="24"/>
              </w:rPr>
              <w:t>tworzenie modułowych lub prefabrykowanych miejsc doraźnego schronienia,</w:t>
            </w:r>
          </w:p>
          <w:p w:rsidR="004D61A7" w:rsidRDefault="008D13CF" w:rsidP="0052375D">
            <w:pPr>
              <w:rPr>
                <w:rFonts w:cstheme="minorHAnsi"/>
              </w:rPr>
            </w:pPr>
            <w:r>
              <w:rPr>
                <w:rFonts w:cstheme="minorHAnsi"/>
              </w:rPr>
              <w:t>3</w:t>
            </w:r>
            <w:r w:rsidR="004D61A7">
              <w:rPr>
                <w:rFonts w:cstheme="minorHAnsi"/>
              </w:rPr>
              <w:t>. remont, utrzymanie i wyposażenie pozostałych miejsc doraźnego schronienia</w:t>
            </w:r>
            <w:r w:rsidR="009741F5">
              <w:rPr>
                <w:rFonts w:cstheme="minorHAnsi"/>
              </w:rPr>
              <w:t>,</w:t>
            </w:r>
          </w:p>
          <w:p w:rsidR="004D61A7" w:rsidRPr="00EC1057" w:rsidRDefault="008D13CF" w:rsidP="007616FD">
            <w:pPr>
              <w:rPr>
                <w:rFonts w:cstheme="minorHAnsi"/>
                <w:szCs w:val="24"/>
              </w:rPr>
            </w:pPr>
            <w:r>
              <w:rPr>
                <w:rFonts w:cstheme="minorHAnsi"/>
              </w:rPr>
              <w:t>4</w:t>
            </w:r>
            <w:r w:rsidR="004D61A7">
              <w:rPr>
                <w:rFonts w:cstheme="minorHAnsi"/>
              </w:rPr>
              <w:t xml:space="preserve">. oznaczanie </w:t>
            </w:r>
            <w:r w:rsidR="007616FD">
              <w:rPr>
                <w:rFonts w:cstheme="minorHAnsi"/>
              </w:rPr>
              <w:t>miejsc doraźnego schronienia</w:t>
            </w:r>
            <w:r w:rsidR="009741F5">
              <w:rPr>
                <w:rFonts w:cstheme="minorHAnsi"/>
              </w:rPr>
              <w:t>.</w:t>
            </w:r>
          </w:p>
        </w:tc>
      </w:tr>
      <w:tr w:rsidR="004D61A7" w:rsidTr="00BA3A35">
        <w:trPr>
          <w:cantSplit/>
        </w:trPr>
        <w:tc>
          <w:tcPr>
            <w:tcW w:w="1272" w:type="dxa"/>
            <w:vMerge/>
            <w:shd w:val="clear" w:color="auto" w:fill="FFC000"/>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C000"/>
            <w:vAlign w:val="center"/>
          </w:tcPr>
          <w:p w:rsidR="004D61A7" w:rsidRDefault="004D61A7" w:rsidP="0052375D">
            <w:pPr>
              <w:jc w:val="center"/>
              <w:rPr>
                <w:rFonts w:cstheme="minorHAnsi"/>
                <w:sz w:val="24"/>
                <w:szCs w:val="24"/>
              </w:rPr>
            </w:pPr>
            <w:r w:rsidRPr="009E13C5">
              <w:rPr>
                <w:rFonts w:cstheme="minorHAnsi"/>
                <w:sz w:val="24"/>
                <w:szCs w:val="24"/>
              </w:rPr>
              <w:t>5C</w:t>
            </w:r>
          </w:p>
          <w:p w:rsidR="004D61A7" w:rsidRPr="009E13C5" w:rsidRDefault="004D61A7" w:rsidP="0052375D">
            <w:pPr>
              <w:jc w:val="center"/>
              <w:rPr>
                <w:rFonts w:cstheme="minorHAnsi"/>
                <w:sz w:val="24"/>
                <w:szCs w:val="24"/>
              </w:rPr>
            </w:pPr>
            <w:r>
              <w:rPr>
                <w:rFonts w:cstheme="minorHAnsi"/>
                <w:sz w:val="24"/>
                <w:szCs w:val="24"/>
              </w:rPr>
              <w:t>Punkty schronienia</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4D61A7" w:rsidRDefault="004D61A7" w:rsidP="0052375D">
            <w:pPr>
              <w:rPr>
                <w:rFonts w:cstheme="minorHAnsi"/>
                <w:szCs w:val="24"/>
              </w:rPr>
            </w:pPr>
            <w:r>
              <w:rPr>
                <w:rFonts w:cstheme="minorHAnsi"/>
                <w:szCs w:val="24"/>
              </w:rPr>
              <w:t>1. identyfikacja i wyznaczenie punktów schronienia uzupełniających budowle ochronne i miejsca doraźnego schronienia</w:t>
            </w:r>
            <w:r w:rsidR="009741F5">
              <w:rPr>
                <w:rFonts w:cstheme="minorHAnsi"/>
                <w:szCs w:val="24"/>
              </w:rPr>
              <w:t>.</w:t>
            </w:r>
          </w:p>
          <w:p w:rsidR="004D61A7" w:rsidRDefault="004D61A7" w:rsidP="0052375D">
            <w:pPr>
              <w:rPr>
                <w:rFonts w:cstheme="minorHAnsi"/>
                <w:szCs w:val="24"/>
                <w:u w:val="single"/>
              </w:rPr>
            </w:pPr>
            <w:r>
              <w:rPr>
                <w:rFonts w:cstheme="minorHAnsi"/>
                <w:szCs w:val="24"/>
                <w:u w:val="single"/>
              </w:rPr>
              <w:t>Pozostałe</w:t>
            </w:r>
            <w:r w:rsidRPr="00FD5C33">
              <w:rPr>
                <w:rFonts w:cstheme="minorHAnsi"/>
                <w:szCs w:val="24"/>
              </w:rPr>
              <w:t>:</w:t>
            </w:r>
          </w:p>
          <w:p w:rsidR="004D61A7" w:rsidRDefault="004D61A7" w:rsidP="0052375D">
            <w:pPr>
              <w:rPr>
                <w:rFonts w:cstheme="minorHAnsi"/>
                <w:szCs w:val="24"/>
              </w:rPr>
            </w:pPr>
            <w:r>
              <w:rPr>
                <w:rFonts w:cstheme="minorHAnsi"/>
                <w:szCs w:val="24"/>
              </w:rPr>
              <w:t xml:space="preserve">1. </w:t>
            </w:r>
            <w:r w:rsidR="00317AC3">
              <w:rPr>
                <w:rFonts w:cstheme="minorHAnsi"/>
                <w:szCs w:val="24"/>
              </w:rPr>
              <w:t>z</w:t>
            </w:r>
            <w:r>
              <w:rPr>
                <w:rFonts w:cstheme="minorHAnsi"/>
                <w:szCs w:val="24"/>
              </w:rPr>
              <w:t>apewnienie punktów schronienia dla wszystkich osób przebywających na danym obszarze z czasem dotarcia do punktu schronienia do 5 minut</w:t>
            </w:r>
            <w:r w:rsidR="009741F5">
              <w:rPr>
                <w:rFonts w:cstheme="minorHAnsi"/>
                <w:szCs w:val="24"/>
              </w:rPr>
              <w:t>,</w:t>
            </w:r>
          </w:p>
          <w:p w:rsidR="004D61A7" w:rsidRDefault="004D61A7" w:rsidP="0052375D">
            <w:pPr>
              <w:rPr>
                <w:rFonts w:cstheme="minorHAnsi"/>
                <w:szCs w:val="24"/>
              </w:rPr>
            </w:pPr>
            <w:r>
              <w:rPr>
                <w:rFonts w:cstheme="minorHAnsi"/>
                <w:szCs w:val="24"/>
              </w:rPr>
              <w:t>2. tworzenie modułowych lub prefabrykowanych punktów schronienia</w:t>
            </w:r>
            <w:r w:rsidR="009741F5">
              <w:rPr>
                <w:rFonts w:cstheme="minorHAnsi"/>
                <w:szCs w:val="24"/>
              </w:rPr>
              <w:t>,</w:t>
            </w:r>
            <w:r>
              <w:rPr>
                <w:rFonts w:cstheme="minorHAnsi"/>
                <w:szCs w:val="24"/>
              </w:rPr>
              <w:t xml:space="preserve"> </w:t>
            </w:r>
          </w:p>
          <w:p w:rsidR="004D61A7" w:rsidRPr="00FD5C33" w:rsidRDefault="004D61A7" w:rsidP="0052375D">
            <w:pPr>
              <w:rPr>
                <w:rFonts w:cstheme="minorHAnsi"/>
                <w:szCs w:val="24"/>
              </w:rPr>
            </w:pPr>
            <w:r>
              <w:rPr>
                <w:rFonts w:cstheme="minorHAnsi"/>
                <w:szCs w:val="24"/>
              </w:rPr>
              <w:t>3. oznaczanie punktów schronienia</w:t>
            </w:r>
            <w:r w:rsidR="009741F5">
              <w:rPr>
                <w:rFonts w:cstheme="minorHAnsi"/>
                <w:szCs w:val="24"/>
              </w:rPr>
              <w:t>.</w:t>
            </w:r>
            <w:r>
              <w:rPr>
                <w:rFonts w:cstheme="minorHAnsi"/>
                <w:szCs w:val="24"/>
              </w:rPr>
              <w:t xml:space="preserve"> </w:t>
            </w:r>
          </w:p>
        </w:tc>
      </w:tr>
      <w:tr w:rsidR="004D61A7" w:rsidTr="00BA3A35">
        <w:trPr>
          <w:cantSplit/>
        </w:trPr>
        <w:tc>
          <w:tcPr>
            <w:tcW w:w="1272" w:type="dxa"/>
            <w:vMerge/>
            <w:shd w:val="clear" w:color="auto" w:fill="FFC000"/>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C000"/>
            <w:vAlign w:val="center"/>
          </w:tcPr>
          <w:p w:rsidR="004D61A7" w:rsidRDefault="004D61A7" w:rsidP="0052375D">
            <w:pPr>
              <w:jc w:val="center"/>
              <w:rPr>
                <w:rFonts w:cstheme="minorHAnsi"/>
                <w:sz w:val="24"/>
                <w:szCs w:val="24"/>
              </w:rPr>
            </w:pPr>
            <w:r w:rsidRPr="009E13C5">
              <w:rPr>
                <w:rFonts w:cstheme="minorHAnsi"/>
                <w:sz w:val="24"/>
                <w:szCs w:val="24"/>
              </w:rPr>
              <w:t>5D</w:t>
            </w:r>
          </w:p>
          <w:p w:rsidR="004D61A7" w:rsidRPr="009E13C5" w:rsidRDefault="004D61A7" w:rsidP="00430F18">
            <w:pPr>
              <w:jc w:val="center"/>
              <w:rPr>
                <w:rFonts w:cstheme="minorHAnsi"/>
                <w:sz w:val="24"/>
                <w:szCs w:val="24"/>
              </w:rPr>
            </w:pPr>
            <w:r>
              <w:rPr>
                <w:rFonts w:cstheme="minorHAnsi"/>
                <w:sz w:val="24"/>
                <w:szCs w:val="24"/>
              </w:rPr>
              <w:t>Odporna infrastruktura medyczna</w:t>
            </w:r>
            <w:r w:rsidR="005262BC">
              <w:rPr>
                <w:rFonts w:cstheme="minorHAnsi"/>
                <w:sz w:val="24"/>
                <w:szCs w:val="24"/>
              </w:rPr>
              <w:t xml:space="preserve"> </w:t>
            </w:r>
          </w:p>
        </w:tc>
        <w:tc>
          <w:tcPr>
            <w:tcW w:w="10920" w:type="dxa"/>
            <w:vAlign w:val="center"/>
          </w:tcPr>
          <w:p w:rsidR="004D61A7" w:rsidRDefault="004D61A7" w:rsidP="0052375D">
            <w:pPr>
              <w:rPr>
                <w:rFonts w:cstheme="minorHAnsi"/>
              </w:rPr>
            </w:pPr>
            <w:r>
              <w:rPr>
                <w:rFonts w:cstheme="minorHAnsi"/>
                <w:u w:val="single"/>
              </w:rPr>
              <w:t>Priorytetowe</w:t>
            </w:r>
            <w:r>
              <w:rPr>
                <w:rFonts w:cstheme="minorHAnsi"/>
              </w:rPr>
              <w:t>:</w:t>
            </w:r>
          </w:p>
          <w:p w:rsidR="002859C7" w:rsidRDefault="004D61A7" w:rsidP="002859C7">
            <w:pPr>
              <w:rPr>
                <w:rFonts w:cstheme="minorHAnsi"/>
                <w:szCs w:val="24"/>
              </w:rPr>
            </w:pPr>
            <w:r>
              <w:rPr>
                <w:rFonts w:cstheme="minorHAnsi"/>
                <w:szCs w:val="24"/>
              </w:rPr>
              <w:t xml:space="preserve">1. zapewnienie podziemnej infrastruktury medycznej </w:t>
            </w:r>
            <w:r w:rsidR="00F4167B">
              <w:rPr>
                <w:rFonts w:cstheme="minorHAnsi"/>
                <w:szCs w:val="24"/>
              </w:rPr>
              <w:t xml:space="preserve">dla </w:t>
            </w:r>
            <w:r>
              <w:rPr>
                <w:rFonts w:cstheme="minorHAnsi"/>
                <w:szCs w:val="24"/>
              </w:rPr>
              <w:t xml:space="preserve">kluczowych </w:t>
            </w:r>
            <w:r w:rsidR="00F4167B">
              <w:rPr>
                <w:rFonts w:cstheme="minorHAnsi"/>
                <w:szCs w:val="24"/>
              </w:rPr>
              <w:t xml:space="preserve">podmiotów </w:t>
            </w:r>
            <w:r>
              <w:rPr>
                <w:rFonts w:cstheme="minorHAnsi"/>
                <w:szCs w:val="24"/>
              </w:rPr>
              <w:t>leczniczych, w szczególności w</w:t>
            </w:r>
            <w:r w:rsidR="00AA1239">
              <w:rPr>
                <w:rFonts w:cstheme="minorHAnsi"/>
                <w:szCs w:val="24"/>
              </w:rPr>
              <w:t> </w:t>
            </w:r>
            <w:r>
              <w:rPr>
                <w:rFonts w:cstheme="minorHAnsi"/>
                <w:szCs w:val="24"/>
              </w:rPr>
              <w:t>zakresie oddziałów urazowych,</w:t>
            </w:r>
            <w:r w:rsidR="002859C7">
              <w:rPr>
                <w:rFonts w:cstheme="minorHAnsi"/>
                <w:szCs w:val="24"/>
              </w:rPr>
              <w:t xml:space="preserve"> ortopedii,</w:t>
            </w:r>
            <w:r>
              <w:rPr>
                <w:rFonts w:cstheme="minorHAnsi"/>
                <w:szCs w:val="24"/>
              </w:rPr>
              <w:t xml:space="preserve"> chirurgicznych,</w:t>
            </w:r>
            <w:r w:rsidR="002859C7">
              <w:rPr>
                <w:rFonts w:cstheme="minorHAnsi"/>
                <w:szCs w:val="24"/>
              </w:rPr>
              <w:t xml:space="preserve"> intensywnej terapii,</w:t>
            </w:r>
            <w:r>
              <w:rPr>
                <w:rFonts w:cstheme="minorHAnsi"/>
                <w:szCs w:val="24"/>
              </w:rPr>
              <w:t xml:space="preserve"> leczenia oparzeń i okulistycznych, </w:t>
            </w:r>
            <w:r w:rsidR="006F7230">
              <w:rPr>
                <w:rFonts w:cstheme="minorHAnsi"/>
                <w:szCs w:val="24"/>
              </w:rPr>
              <w:t>w </w:t>
            </w:r>
            <w:r w:rsidR="006207EB">
              <w:rPr>
                <w:rFonts w:cstheme="minorHAnsi"/>
                <w:szCs w:val="24"/>
              </w:rPr>
              <w:t>tym dla szpitali podległych Ministrowi Obrony Narodowej</w:t>
            </w:r>
            <w:r w:rsidR="00BA44FB">
              <w:rPr>
                <w:rFonts w:cstheme="minorHAnsi"/>
                <w:szCs w:val="24"/>
              </w:rPr>
              <w:t xml:space="preserve"> i szpitali, na które zostały nałożone zadania obronne</w:t>
            </w:r>
            <w:r w:rsidR="006207EB">
              <w:rPr>
                <w:rFonts w:cstheme="minorHAnsi"/>
                <w:szCs w:val="24"/>
              </w:rPr>
              <w:t xml:space="preserve">, </w:t>
            </w:r>
            <w:r>
              <w:rPr>
                <w:rFonts w:cstheme="minorHAnsi"/>
                <w:szCs w:val="24"/>
              </w:rPr>
              <w:t>przewidzianej do wykorzys</w:t>
            </w:r>
            <w:r w:rsidR="002859C7">
              <w:rPr>
                <w:rFonts w:cstheme="minorHAnsi"/>
                <w:szCs w:val="24"/>
              </w:rPr>
              <w:t xml:space="preserve">tania w czasie </w:t>
            </w:r>
            <w:r w:rsidR="005261A3">
              <w:rPr>
                <w:rFonts w:cstheme="minorHAnsi"/>
                <w:szCs w:val="24"/>
              </w:rPr>
              <w:t xml:space="preserve">sytuacji kryzysowej </w:t>
            </w:r>
            <w:r w:rsidR="002859C7">
              <w:rPr>
                <w:rFonts w:cstheme="minorHAnsi"/>
                <w:szCs w:val="24"/>
              </w:rPr>
              <w:t>lub wojny</w:t>
            </w:r>
            <w:r w:rsidR="009741F5">
              <w:rPr>
                <w:rFonts w:cstheme="minorHAnsi"/>
                <w:szCs w:val="24"/>
              </w:rPr>
              <w:t>,</w:t>
            </w:r>
            <w:r w:rsidR="00894D58" w:rsidRPr="00894D58">
              <w:rPr>
                <w:rFonts w:cstheme="minorHAnsi"/>
                <w:szCs w:val="24"/>
              </w:rPr>
              <w:t xml:space="preserve"> </w:t>
            </w:r>
          </w:p>
          <w:p w:rsidR="007A0320" w:rsidRDefault="004D61A7" w:rsidP="0052375D">
            <w:pPr>
              <w:rPr>
                <w:rFonts w:cstheme="minorHAnsi"/>
                <w:szCs w:val="24"/>
              </w:rPr>
            </w:pPr>
            <w:r>
              <w:rPr>
                <w:rFonts w:cstheme="minorHAnsi"/>
                <w:szCs w:val="24"/>
              </w:rPr>
              <w:t>2. przystosowanie</w:t>
            </w:r>
            <w:r w:rsidR="007A0320">
              <w:rPr>
                <w:rFonts w:cstheme="minorHAnsi"/>
                <w:szCs w:val="24"/>
              </w:rPr>
              <w:t xml:space="preserve"> techniczne i organizacyjne</w:t>
            </w:r>
            <w:r>
              <w:rPr>
                <w:rFonts w:cstheme="minorHAnsi"/>
                <w:szCs w:val="24"/>
              </w:rPr>
              <w:t xml:space="preserve"> kluczowych </w:t>
            </w:r>
            <w:r w:rsidR="00F4167B">
              <w:rPr>
                <w:rFonts w:cstheme="minorHAnsi"/>
                <w:szCs w:val="24"/>
              </w:rPr>
              <w:t xml:space="preserve">komórek </w:t>
            </w:r>
            <w:r>
              <w:rPr>
                <w:rFonts w:cstheme="minorHAnsi"/>
                <w:szCs w:val="24"/>
              </w:rPr>
              <w:t xml:space="preserve">podmiotów leczniczych do funkcjonowania </w:t>
            </w:r>
            <w:r w:rsidR="00AA1239">
              <w:rPr>
                <w:rFonts w:cstheme="minorHAnsi"/>
                <w:szCs w:val="24"/>
              </w:rPr>
              <w:t>w </w:t>
            </w:r>
            <w:r>
              <w:rPr>
                <w:rFonts w:cstheme="minorHAnsi"/>
                <w:szCs w:val="24"/>
              </w:rPr>
              <w:t>przypadku ataku na infrastrukturę medyczną</w:t>
            </w:r>
            <w:r w:rsidR="00F4167B">
              <w:rPr>
                <w:rFonts w:cstheme="minorHAnsi"/>
                <w:szCs w:val="24"/>
              </w:rPr>
              <w:t>, w tym w szpitalach podległyc</w:t>
            </w:r>
            <w:r w:rsidR="006F7230">
              <w:rPr>
                <w:rFonts w:cstheme="minorHAnsi"/>
                <w:szCs w:val="24"/>
              </w:rPr>
              <w:t>h Ministrowi Obrony Narodowej i </w:t>
            </w:r>
            <w:r w:rsidR="00F4167B">
              <w:rPr>
                <w:rFonts w:cstheme="minorHAnsi"/>
                <w:szCs w:val="24"/>
              </w:rPr>
              <w:t>szpitalach, na które z</w:t>
            </w:r>
            <w:r w:rsidR="00FB4900">
              <w:rPr>
                <w:rFonts w:cstheme="minorHAnsi"/>
                <w:szCs w:val="24"/>
              </w:rPr>
              <w:t>ostały nałożone zadania obronne</w:t>
            </w:r>
            <w:r w:rsidR="009741F5">
              <w:rPr>
                <w:rFonts w:cstheme="minorHAnsi"/>
                <w:szCs w:val="24"/>
              </w:rPr>
              <w:t>.</w:t>
            </w:r>
          </w:p>
          <w:p w:rsidR="004D61A7" w:rsidRDefault="004D61A7" w:rsidP="0052375D">
            <w:pPr>
              <w:rPr>
                <w:rFonts w:cstheme="minorHAnsi"/>
                <w:szCs w:val="24"/>
              </w:rPr>
            </w:pPr>
            <w:r>
              <w:rPr>
                <w:rFonts w:cstheme="minorHAnsi"/>
                <w:szCs w:val="24"/>
                <w:u w:val="single"/>
              </w:rPr>
              <w:t>Pozostałe</w:t>
            </w:r>
            <w:r>
              <w:rPr>
                <w:rFonts w:cstheme="minorHAnsi"/>
                <w:szCs w:val="24"/>
              </w:rPr>
              <w:t xml:space="preserve">: </w:t>
            </w:r>
          </w:p>
          <w:p w:rsidR="004D61A7" w:rsidRDefault="004D61A7" w:rsidP="0052375D">
            <w:pPr>
              <w:rPr>
                <w:rFonts w:cstheme="minorHAnsi"/>
                <w:szCs w:val="24"/>
              </w:rPr>
            </w:pPr>
            <w:r>
              <w:rPr>
                <w:rFonts w:cstheme="minorHAnsi"/>
                <w:szCs w:val="24"/>
              </w:rPr>
              <w:t xml:space="preserve">1. przebudowy istniejącej infrastruktury medycznej w celu zapewnienia zwiększonej odporności w czasie zagrożeń </w:t>
            </w:r>
            <w:r w:rsidR="005261A3">
              <w:rPr>
                <w:rFonts w:cstheme="minorHAnsi"/>
                <w:szCs w:val="24"/>
              </w:rPr>
              <w:t xml:space="preserve">sytuacji kryzysowej </w:t>
            </w:r>
            <w:r>
              <w:rPr>
                <w:rFonts w:cstheme="minorHAnsi"/>
                <w:szCs w:val="24"/>
              </w:rPr>
              <w:t>lub wojny</w:t>
            </w:r>
            <w:r w:rsidR="009741F5">
              <w:rPr>
                <w:rFonts w:cstheme="minorHAnsi"/>
                <w:szCs w:val="24"/>
              </w:rPr>
              <w:t>,</w:t>
            </w:r>
            <w:r w:rsidR="006207EB">
              <w:rPr>
                <w:rFonts w:cstheme="minorHAnsi"/>
                <w:szCs w:val="24"/>
              </w:rPr>
              <w:t xml:space="preserve"> w tym w szpitalach podległych Ministrowi Obrony Narodowej</w:t>
            </w:r>
            <w:r w:rsidR="00BA44FB">
              <w:rPr>
                <w:rFonts w:cstheme="minorHAnsi"/>
                <w:szCs w:val="24"/>
              </w:rPr>
              <w:t xml:space="preserve"> i szpitalach, na które zostały nałożone zadania obronne</w:t>
            </w:r>
            <w:r w:rsidR="006207EB">
              <w:rPr>
                <w:rFonts w:cstheme="minorHAnsi"/>
                <w:szCs w:val="24"/>
              </w:rPr>
              <w:t>,</w:t>
            </w:r>
          </w:p>
          <w:p w:rsidR="004D61A7" w:rsidRDefault="001C6048" w:rsidP="0052375D">
            <w:pPr>
              <w:rPr>
                <w:rFonts w:cstheme="minorHAnsi"/>
                <w:szCs w:val="24"/>
              </w:rPr>
            </w:pPr>
            <w:r>
              <w:rPr>
                <w:rFonts w:cstheme="minorHAnsi"/>
                <w:szCs w:val="24"/>
              </w:rPr>
              <w:t>2</w:t>
            </w:r>
            <w:r w:rsidR="004D61A7">
              <w:rPr>
                <w:rFonts w:cstheme="minorHAnsi"/>
                <w:szCs w:val="24"/>
              </w:rPr>
              <w:t>. zapewnienie środków zwiększających odporność podmiotów leczniczych na zakłócenia funkcjonowania sieci teleinformatycznej bądź telekomunikacyjnej</w:t>
            </w:r>
            <w:r w:rsidR="009741F5">
              <w:rPr>
                <w:rFonts w:cstheme="minorHAnsi"/>
                <w:szCs w:val="24"/>
              </w:rPr>
              <w:t>,</w:t>
            </w:r>
          </w:p>
          <w:p w:rsidR="004D61A7" w:rsidRPr="00FC0A0F" w:rsidRDefault="001C6048" w:rsidP="0052375D">
            <w:pPr>
              <w:rPr>
                <w:rFonts w:cstheme="minorHAnsi"/>
                <w:szCs w:val="24"/>
              </w:rPr>
            </w:pPr>
            <w:r>
              <w:rPr>
                <w:rFonts w:cstheme="minorHAnsi"/>
                <w:szCs w:val="24"/>
              </w:rPr>
              <w:t>3</w:t>
            </w:r>
            <w:r w:rsidR="004D61A7">
              <w:rPr>
                <w:rFonts w:cstheme="minorHAnsi"/>
                <w:szCs w:val="24"/>
              </w:rPr>
              <w:t>. zapewnienie i utrzymanie lądowisk przyszpitalnych</w:t>
            </w:r>
            <w:r w:rsidR="00BA44FB">
              <w:rPr>
                <w:rFonts w:cstheme="minorHAnsi"/>
              </w:rPr>
              <w:t xml:space="preserve"> przystosowanych do przyjmowania wojskowych statków powietrznych</w:t>
            </w:r>
            <w:r w:rsidR="004D61A7">
              <w:rPr>
                <w:rFonts w:cstheme="minorHAnsi"/>
                <w:szCs w:val="24"/>
              </w:rPr>
              <w:t xml:space="preserve"> oraz infrastruktury towarzyszącej</w:t>
            </w:r>
            <w:r w:rsidR="009741F5">
              <w:rPr>
                <w:rFonts w:cstheme="minorHAnsi"/>
                <w:szCs w:val="24"/>
              </w:rPr>
              <w:t>.</w:t>
            </w:r>
            <w:r w:rsidR="004D61A7">
              <w:rPr>
                <w:rFonts w:cstheme="minorHAnsi"/>
                <w:szCs w:val="24"/>
              </w:rPr>
              <w:t xml:space="preserve">  </w:t>
            </w:r>
          </w:p>
        </w:tc>
      </w:tr>
      <w:tr w:rsidR="004D61A7" w:rsidTr="00BA3A35">
        <w:trPr>
          <w:cantSplit/>
        </w:trPr>
        <w:tc>
          <w:tcPr>
            <w:tcW w:w="1272" w:type="dxa"/>
            <w:vMerge/>
            <w:shd w:val="clear" w:color="auto" w:fill="FFC000"/>
            <w:textDirection w:val="btLr"/>
            <w:vAlign w:val="center"/>
          </w:tcPr>
          <w:p w:rsidR="004D61A7" w:rsidRPr="00920A3A" w:rsidRDefault="004D61A7" w:rsidP="0052375D">
            <w:pPr>
              <w:ind w:left="113" w:right="113"/>
              <w:jc w:val="center"/>
              <w:rPr>
                <w:rFonts w:cstheme="minorHAnsi"/>
                <w:b/>
                <w:sz w:val="24"/>
                <w:szCs w:val="24"/>
              </w:rPr>
            </w:pPr>
          </w:p>
        </w:tc>
        <w:tc>
          <w:tcPr>
            <w:tcW w:w="2409" w:type="dxa"/>
            <w:shd w:val="clear" w:color="auto" w:fill="FFC000"/>
            <w:vAlign w:val="center"/>
          </w:tcPr>
          <w:p w:rsidR="004D61A7" w:rsidRDefault="004D61A7" w:rsidP="0052375D">
            <w:pPr>
              <w:jc w:val="center"/>
              <w:rPr>
                <w:rFonts w:cstheme="minorHAnsi"/>
                <w:sz w:val="24"/>
                <w:szCs w:val="24"/>
              </w:rPr>
            </w:pPr>
            <w:r w:rsidRPr="009E13C5">
              <w:rPr>
                <w:rFonts w:cstheme="minorHAnsi"/>
                <w:sz w:val="24"/>
                <w:szCs w:val="24"/>
              </w:rPr>
              <w:t>5E</w:t>
            </w:r>
          </w:p>
          <w:p w:rsidR="004D61A7" w:rsidRPr="009E13C5" w:rsidRDefault="004D61A7" w:rsidP="00D60CC5">
            <w:pPr>
              <w:jc w:val="center"/>
              <w:rPr>
                <w:rFonts w:cstheme="minorHAnsi"/>
                <w:sz w:val="24"/>
                <w:szCs w:val="24"/>
              </w:rPr>
            </w:pPr>
            <w:r>
              <w:rPr>
                <w:rFonts w:cstheme="minorHAnsi"/>
                <w:sz w:val="24"/>
                <w:szCs w:val="24"/>
              </w:rPr>
              <w:t xml:space="preserve">Pozostałe </w:t>
            </w:r>
            <w:r w:rsidR="003D6218">
              <w:rPr>
                <w:rFonts w:cstheme="minorHAnsi"/>
                <w:sz w:val="24"/>
                <w:szCs w:val="24"/>
              </w:rPr>
              <w:t>zadania</w:t>
            </w:r>
            <w:r>
              <w:rPr>
                <w:rFonts w:cstheme="minorHAnsi"/>
                <w:sz w:val="24"/>
                <w:szCs w:val="24"/>
              </w:rPr>
              <w:t xml:space="preserve"> związane z</w:t>
            </w:r>
            <w:r w:rsidR="00D60CC5">
              <w:rPr>
                <w:rFonts w:cstheme="minorHAnsi"/>
                <w:sz w:val="24"/>
                <w:szCs w:val="24"/>
              </w:rPr>
              <w:t> </w:t>
            </w:r>
            <w:r>
              <w:rPr>
                <w:rFonts w:cstheme="minorHAnsi"/>
                <w:sz w:val="24"/>
                <w:szCs w:val="24"/>
              </w:rPr>
              <w:t>infrastrukturą ochronną</w:t>
            </w:r>
          </w:p>
        </w:tc>
        <w:tc>
          <w:tcPr>
            <w:tcW w:w="10920" w:type="dxa"/>
            <w:vAlign w:val="center"/>
          </w:tcPr>
          <w:p w:rsidR="004D61A7" w:rsidRDefault="004D61A7" w:rsidP="0052375D">
            <w:pPr>
              <w:rPr>
                <w:rFonts w:cstheme="minorHAnsi"/>
                <w:szCs w:val="24"/>
              </w:rPr>
            </w:pPr>
            <w:r>
              <w:rPr>
                <w:rFonts w:cstheme="minorHAnsi"/>
                <w:szCs w:val="24"/>
                <w:u w:val="single"/>
              </w:rPr>
              <w:t>Priorytetowe</w:t>
            </w:r>
            <w:r>
              <w:rPr>
                <w:rFonts w:cstheme="minorHAnsi"/>
                <w:szCs w:val="24"/>
              </w:rPr>
              <w:t>:</w:t>
            </w:r>
          </w:p>
          <w:p w:rsidR="004D61A7" w:rsidRDefault="004D61A7" w:rsidP="0052375D">
            <w:pPr>
              <w:rPr>
                <w:rFonts w:cstheme="minorHAnsi"/>
                <w:szCs w:val="24"/>
              </w:rPr>
            </w:pPr>
            <w:r>
              <w:rPr>
                <w:rFonts w:cstheme="minorHAnsi"/>
                <w:szCs w:val="24"/>
              </w:rPr>
              <w:t>1. utworzenie i utrzymanie miejsc do ochrony dóbr kultury na wypadek zagrożenia wojną</w:t>
            </w:r>
            <w:r w:rsidR="009741F5">
              <w:rPr>
                <w:rFonts w:cstheme="minorHAnsi"/>
                <w:szCs w:val="24"/>
              </w:rPr>
              <w:t>,</w:t>
            </w:r>
          </w:p>
          <w:p w:rsidR="00416A06" w:rsidRDefault="00416A06" w:rsidP="0052375D">
            <w:pPr>
              <w:rPr>
                <w:rFonts w:cstheme="minorHAnsi"/>
                <w:szCs w:val="24"/>
              </w:rPr>
            </w:pPr>
            <w:r>
              <w:rPr>
                <w:rFonts w:cstheme="minorHAnsi"/>
                <w:szCs w:val="24"/>
              </w:rPr>
              <w:t>2. pozostałe sprawdzenia i ekspertyzy obiektów budowlanych</w:t>
            </w:r>
            <w:r w:rsidR="009741F5">
              <w:rPr>
                <w:rFonts w:cstheme="minorHAnsi"/>
                <w:szCs w:val="24"/>
              </w:rPr>
              <w:t>.</w:t>
            </w:r>
          </w:p>
          <w:p w:rsidR="004D61A7" w:rsidRDefault="004D61A7" w:rsidP="0052375D">
            <w:pPr>
              <w:rPr>
                <w:rFonts w:cstheme="minorHAnsi"/>
                <w:szCs w:val="24"/>
              </w:rPr>
            </w:pPr>
            <w:r>
              <w:rPr>
                <w:rFonts w:cstheme="minorHAnsi"/>
                <w:szCs w:val="24"/>
                <w:u w:val="single"/>
              </w:rPr>
              <w:t>Pozostałe</w:t>
            </w:r>
            <w:r>
              <w:rPr>
                <w:rFonts w:cstheme="minorHAnsi"/>
                <w:szCs w:val="24"/>
              </w:rPr>
              <w:t>:</w:t>
            </w:r>
          </w:p>
          <w:p w:rsidR="000F0BB4" w:rsidRDefault="000F0BB4" w:rsidP="0052375D">
            <w:pPr>
              <w:rPr>
                <w:rFonts w:cstheme="minorHAnsi"/>
                <w:szCs w:val="24"/>
              </w:rPr>
            </w:pPr>
            <w:r w:rsidRPr="000F0BB4">
              <w:rPr>
                <w:rFonts w:cstheme="minorHAnsi"/>
                <w:szCs w:val="24"/>
              </w:rPr>
              <w:t>1. działania związane z ewidencjonowaniem i kontrolą infrastruktury ochronnej, w tym ewidencje i rejestry budowli ochronnych, miejsc doraźnego schronienia i punktów schronienia, utrzymanie Centralnej Ewidencji Obiektów Zbiorowej Ochrony (CEOZO),</w:t>
            </w:r>
          </w:p>
          <w:p w:rsidR="00C646BD" w:rsidRDefault="00C646BD" w:rsidP="0052375D">
            <w:pPr>
              <w:rPr>
                <w:rFonts w:cstheme="minorHAnsi"/>
                <w:szCs w:val="24"/>
              </w:rPr>
            </w:pPr>
            <w:r>
              <w:rPr>
                <w:rFonts w:cstheme="minorHAnsi"/>
                <w:szCs w:val="24"/>
              </w:rPr>
              <w:t xml:space="preserve">2. spłata zobowiązań zaciągniętych z Funduszu Bezpieczeństwa i Obronności na tworzenie obiektów zbiorowej ochrony, </w:t>
            </w:r>
          </w:p>
          <w:p w:rsidR="004D61A7" w:rsidRDefault="00C646BD" w:rsidP="0052375D">
            <w:pPr>
              <w:rPr>
                <w:rFonts w:cstheme="minorHAnsi"/>
                <w:szCs w:val="24"/>
              </w:rPr>
            </w:pPr>
            <w:r>
              <w:rPr>
                <w:rFonts w:cstheme="minorHAnsi"/>
                <w:szCs w:val="24"/>
              </w:rPr>
              <w:t>3</w:t>
            </w:r>
            <w:r w:rsidR="004D61A7">
              <w:rPr>
                <w:rFonts w:cstheme="minorHAnsi"/>
                <w:szCs w:val="24"/>
              </w:rPr>
              <w:t>. pozostałe działania związane z przebudową infrastruktury podmiotów i organów ochrony ludności bezpośrednio zapewniające zwiększoną odporność na zagrożenia czasu wojny</w:t>
            </w:r>
            <w:r w:rsidR="009741F5">
              <w:rPr>
                <w:rFonts w:cstheme="minorHAnsi"/>
                <w:szCs w:val="24"/>
              </w:rPr>
              <w:t>,</w:t>
            </w:r>
            <w:r w:rsidR="004D61A7">
              <w:rPr>
                <w:rFonts w:cstheme="minorHAnsi"/>
                <w:szCs w:val="24"/>
              </w:rPr>
              <w:t xml:space="preserve"> </w:t>
            </w:r>
          </w:p>
          <w:p w:rsidR="00C67A3C" w:rsidRDefault="00C646BD" w:rsidP="0052375D">
            <w:pPr>
              <w:rPr>
                <w:rFonts w:cstheme="minorHAnsi"/>
                <w:szCs w:val="24"/>
              </w:rPr>
            </w:pPr>
            <w:r>
              <w:rPr>
                <w:rFonts w:cstheme="minorHAnsi"/>
                <w:szCs w:val="24"/>
              </w:rPr>
              <w:t>4</w:t>
            </w:r>
            <w:r w:rsidR="00C67A3C">
              <w:rPr>
                <w:rFonts w:cstheme="minorHAnsi"/>
                <w:szCs w:val="24"/>
              </w:rPr>
              <w:t>. tworzenie stanowisk kierowania organów i podmiotów obrony cywilnej</w:t>
            </w:r>
            <w:r w:rsidR="009741F5">
              <w:rPr>
                <w:rFonts w:cstheme="minorHAnsi"/>
                <w:szCs w:val="24"/>
              </w:rPr>
              <w:t>,</w:t>
            </w:r>
          </w:p>
          <w:p w:rsidR="007C1FBB" w:rsidRPr="00FC0A0F" w:rsidRDefault="00C646BD" w:rsidP="007C1FBB">
            <w:pPr>
              <w:rPr>
                <w:rFonts w:cstheme="minorHAnsi"/>
                <w:szCs w:val="24"/>
              </w:rPr>
            </w:pPr>
            <w:r>
              <w:rPr>
                <w:rFonts w:cstheme="minorHAnsi"/>
                <w:szCs w:val="24"/>
              </w:rPr>
              <w:t>5</w:t>
            </w:r>
            <w:r w:rsidR="007C1FBB">
              <w:rPr>
                <w:rFonts w:cstheme="minorHAnsi"/>
                <w:szCs w:val="24"/>
              </w:rPr>
              <w:t>. działalność badawczo-rozwojowa w zakresie modułowej i prefabrykowanej infrastruktury ochronnej</w:t>
            </w:r>
            <w:r w:rsidR="00BA44FB">
              <w:rPr>
                <w:rFonts w:cstheme="minorHAnsi"/>
                <w:szCs w:val="24"/>
              </w:rPr>
              <w:t xml:space="preserve"> i innych rozwiązań wpływających na odporność obiektów</w:t>
            </w:r>
            <w:r w:rsidR="009741F5">
              <w:rPr>
                <w:rFonts w:cstheme="minorHAnsi"/>
                <w:szCs w:val="24"/>
              </w:rPr>
              <w:t>.</w:t>
            </w:r>
          </w:p>
        </w:tc>
      </w:tr>
      <w:tr w:rsidR="004D61A7" w:rsidTr="00BA3A35">
        <w:trPr>
          <w:cantSplit/>
        </w:trPr>
        <w:tc>
          <w:tcPr>
            <w:tcW w:w="1272" w:type="dxa"/>
            <w:vMerge w:val="restart"/>
            <w:shd w:val="clear" w:color="auto" w:fill="A8D08D" w:themeFill="accent6" w:themeFillTint="99"/>
            <w:textDirection w:val="btLr"/>
            <w:vAlign w:val="center"/>
          </w:tcPr>
          <w:p w:rsidR="004D61A7" w:rsidRPr="00F65B0C" w:rsidRDefault="004D61A7" w:rsidP="0052375D">
            <w:pPr>
              <w:ind w:left="113" w:right="113"/>
              <w:jc w:val="center"/>
              <w:rPr>
                <w:rFonts w:cstheme="minorHAnsi"/>
                <w:b/>
                <w:smallCaps/>
                <w:sz w:val="24"/>
                <w:szCs w:val="24"/>
                <w:u w:val="single"/>
              </w:rPr>
            </w:pPr>
            <w:r w:rsidRPr="00F65B0C">
              <w:rPr>
                <w:rFonts w:cstheme="minorHAnsi"/>
                <w:b/>
                <w:smallCaps/>
                <w:sz w:val="24"/>
                <w:szCs w:val="24"/>
                <w:u w:val="single"/>
              </w:rPr>
              <w:t xml:space="preserve">OBSZAR </w:t>
            </w:r>
            <w:r>
              <w:rPr>
                <w:rFonts w:cstheme="minorHAnsi"/>
                <w:b/>
                <w:smallCaps/>
                <w:sz w:val="24"/>
                <w:szCs w:val="24"/>
                <w:u w:val="single"/>
              </w:rPr>
              <w:t>6</w:t>
            </w:r>
          </w:p>
          <w:p w:rsidR="004D61A7" w:rsidRPr="00920A3A" w:rsidRDefault="004D61A7" w:rsidP="003461E8">
            <w:pPr>
              <w:ind w:left="113" w:right="113"/>
              <w:jc w:val="center"/>
              <w:rPr>
                <w:rFonts w:cstheme="minorHAnsi"/>
                <w:b/>
                <w:sz w:val="24"/>
                <w:szCs w:val="24"/>
              </w:rPr>
            </w:pPr>
            <w:r w:rsidRPr="00920A3A">
              <w:rPr>
                <w:rFonts w:cstheme="minorHAnsi"/>
                <w:b/>
                <w:sz w:val="24"/>
                <w:szCs w:val="24"/>
              </w:rPr>
              <w:t>Edukacja</w:t>
            </w:r>
            <w:r w:rsidR="003461E8">
              <w:rPr>
                <w:rFonts w:cstheme="minorHAnsi"/>
                <w:b/>
                <w:sz w:val="24"/>
                <w:szCs w:val="24"/>
              </w:rPr>
              <w:t>,</w:t>
            </w:r>
            <w:r w:rsidRPr="00920A3A">
              <w:rPr>
                <w:rFonts w:cstheme="minorHAnsi"/>
                <w:b/>
                <w:sz w:val="24"/>
                <w:szCs w:val="24"/>
              </w:rPr>
              <w:t xml:space="preserve"> szkolenia</w:t>
            </w:r>
            <w:r w:rsidR="003461E8">
              <w:rPr>
                <w:rFonts w:cstheme="minorHAnsi"/>
                <w:b/>
                <w:sz w:val="24"/>
                <w:szCs w:val="24"/>
              </w:rPr>
              <w:t xml:space="preserve"> i działalność naukowo-badawcza</w:t>
            </w:r>
          </w:p>
        </w:tc>
        <w:tc>
          <w:tcPr>
            <w:tcW w:w="2409" w:type="dxa"/>
            <w:shd w:val="clear" w:color="auto" w:fill="A8D08D" w:themeFill="accent6" w:themeFillTint="99"/>
            <w:vAlign w:val="center"/>
          </w:tcPr>
          <w:p w:rsidR="004D61A7" w:rsidRDefault="004D61A7" w:rsidP="0052375D">
            <w:pPr>
              <w:jc w:val="center"/>
              <w:rPr>
                <w:rFonts w:cstheme="minorHAnsi"/>
                <w:sz w:val="24"/>
                <w:szCs w:val="24"/>
              </w:rPr>
            </w:pPr>
            <w:r w:rsidRPr="009E13C5">
              <w:rPr>
                <w:rFonts w:cstheme="minorHAnsi"/>
                <w:sz w:val="24"/>
                <w:szCs w:val="24"/>
              </w:rPr>
              <w:t>6A</w:t>
            </w:r>
          </w:p>
          <w:p w:rsidR="004D61A7" w:rsidRPr="009E13C5" w:rsidRDefault="004D61A7" w:rsidP="00D60CC5">
            <w:pPr>
              <w:jc w:val="center"/>
              <w:rPr>
                <w:rFonts w:cstheme="minorHAnsi"/>
                <w:sz w:val="24"/>
                <w:szCs w:val="24"/>
              </w:rPr>
            </w:pPr>
            <w:r>
              <w:rPr>
                <w:rFonts w:cstheme="minorHAnsi"/>
                <w:sz w:val="24"/>
                <w:szCs w:val="24"/>
              </w:rPr>
              <w:t>Szkolenia i ćwiczenia ochrony ludności i</w:t>
            </w:r>
            <w:r w:rsidR="00D60CC5">
              <w:rPr>
                <w:rFonts w:cstheme="minorHAnsi"/>
                <w:sz w:val="24"/>
                <w:szCs w:val="24"/>
              </w:rPr>
              <w:t> </w:t>
            </w:r>
            <w:r>
              <w:rPr>
                <w:rFonts w:cstheme="minorHAnsi"/>
                <w:sz w:val="24"/>
                <w:szCs w:val="24"/>
              </w:rPr>
              <w:t>obrony cywilnej</w:t>
            </w:r>
          </w:p>
        </w:tc>
        <w:tc>
          <w:tcPr>
            <w:tcW w:w="10920" w:type="dxa"/>
            <w:vAlign w:val="center"/>
          </w:tcPr>
          <w:p w:rsidR="004D61A7" w:rsidRDefault="004D61A7" w:rsidP="0052375D">
            <w:pPr>
              <w:rPr>
                <w:rFonts w:cstheme="minorHAnsi"/>
                <w:szCs w:val="24"/>
              </w:rPr>
            </w:pPr>
            <w:r>
              <w:rPr>
                <w:rFonts w:cstheme="minorHAnsi"/>
                <w:szCs w:val="24"/>
                <w:u w:val="single"/>
              </w:rPr>
              <w:t>Priorytetowe</w:t>
            </w:r>
            <w:r>
              <w:rPr>
                <w:rFonts w:cstheme="minorHAnsi"/>
                <w:szCs w:val="24"/>
              </w:rPr>
              <w:t>:</w:t>
            </w:r>
          </w:p>
          <w:p w:rsidR="004D61A7" w:rsidRDefault="004D61A7" w:rsidP="0052375D">
            <w:pPr>
              <w:rPr>
                <w:rFonts w:cstheme="minorHAnsi"/>
                <w:szCs w:val="24"/>
              </w:rPr>
            </w:pPr>
            <w:r>
              <w:rPr>
                <w:rFonts w:cstheme="minorHAnsi"/>
                <w:szCs w:val="24"/>
              </w:rPr>
              <w:t>1. organizowanie</w:t>
            </w:r>
            <w:r w:rsidR="00525063">
              <w:rPr>
                <w:rFonts w:cstheme="minorHAnsi"/>
                <w:szCs w:val="24"/>
              </w:rPr>
              <w:t xml:space="preserve"> i prowadzenie</w:t>
            </w:r>
            <w:r>
              <w:rPr>
                <w:rFonts w:cstheme="minorHAnsi"/>
                <w:szCs w:val="24"/>
              </w:rPr>
              <w:t xml:space="preserve"> szkoleń wymaganych ustawą z dnia 5 grudnia 2024 r. o ochronie ludności i obronie cywilnej</w:t>
            </w:r>
            <w:r w:rsidR="009741F5">
              <w:rPr>
                <w:rFonts w:cstheme="minorHAnsi"/>
                <w:szCs w:val="24"/>
              </w:rPr>
              <w:t>,</w:t>
            </w:r>
          </w:p>
          <w:p w:rsidR="004D61A7" w:rsidRDefault="004D61A7" w:rsidP="0052375D">
            <w:pPr>
              <w:rPr>
                <w:rFonts w:cstheme="minorHAnsi"/>
                <w:szCs w:val="24"/>
              </w:rPr>
            </w:pPr>
            <w:r>
              <w:rPr>
                <w:rFonts w:cstheme="minorHAnsi"/>
                <w:szCs w:val="24"/>
              </w:rPr>
              <w:t>2. organizowanie</w:t>
            </w:r>
            <w:r w:rsidR="00525063">
              <w:rPr>
                <w:rFonts w:cstheme="minorHAnsi"/>
                <w:szCs w:val="24"/>
              </w:rPr>
              <w:t xml:space="preserve"> i prowadzenie</w:t>
            </w:r>
            <w:r>
              <w:rPr>
                <w:rFonts w:cstheme="minorHAnsi"/>
                <w:szCs w:val="24"/>
              </w:rPr>
              <w:t xml:space="preserve"> szkoleń z zakresu ochrony ludności i obrony cywilnej dla obywateli</w:t>
            </w:r>
            <w:r w:rsidR="009741F5">
              <w:rPr>
                <w:rFonts w:cstheme="minorHAnsi"/>
                <w:szCs w:val="24"/>
              </w:rPr>
              <w:t>.</w:t>
            </w:r>
          </w:p>
          <w:p w:rsidR="004D61A7" w:rsidRDefault="004D61A7" w:rsidP="0052375D">
            <w:pPr>
              <w:rPr>
                <w:rFonts w:cstheme="minorHAnsi"/>
                <w:szCs w:val="24"/>
              </w:rPr>
            </w:pPr>
            <w:r>
              <w:rPr>
                <w:rFonts w:cstheme="minorHAnsi"/>
                <w:szCs w:val="24"/>
                <w:u w:val="single"/>
              </w:rPr>
              <w:t>Pozostałe</w:t>
            </w:r>
            <w:r>
              <w:rPr>
                <w:rFonts w:cstheme="minorHAnsi"/>
                <w:szCs w:val="24"/>
              </w:rPr>
              <w:t>:</w:t>
            </w:r>
          </w:p>
          <w:p w:rsidR="004D61A7" w:rsidRDefault="004D61A7" w:rsidP="0052375D">
            <w:pPr>
              <w:rPr>
                <w:rFonts w:cstheme="minorHAnsi"/>
                <w:szCs w:val="24"/>
              </w:rPr>
            </w:pPr>
            <w:r>
              <w:rPr>
                <w:rFonts w:cstheme="minorHAnsi"/>
                <w:szCs w:val="24"/>
              </w:rPr>
              <w:t xml:space="preserve">1. </w:t>
            </w:r>
            <w:r w:rsidR="007C1FBB">
              <w:rPr>
                <w:rFonts w:cstheme="minorHAnsi"/>
                <w:szCs w:val="24"/>
              </w:rPr>
              <w:t>szkolenia specjalistyczne z zakresu obsługi sprzętów i urządzeń, w tym dla kierowców</w:t>
            </w:r>
            <w:r w:rsidR="009741F5">
              <w:rPr>
                <w:rFonts w:cstheme="minorHAnsi"/>
                <w:szCs w:val="24"/>
              </w:rPr>
              <w:t>,</w:t>
            </w:r>
            <w:r w:rsidR="007B7B19">
              <w:rPr>
                <w:rFonts w:cstheme="minorHAnsi"/>
                <w:szCs w:val="24"/>
              </w:rPr>
              <w:t xml:space="preserve"> nurków, sterników,</w:t>
            </w:r>
            <w:r w:rsidR="007C1FBB">
              <w:rPr>
                <w:rFonts w:cstheme="minorHAnsi"/>
                <w:szCs w:val="24"/>
              </w:rPr>
              <w:t xml:space="preserve"> operatorów dronów</w:t>
            </w:r>
            <w:r w:rsidR="00BA44FB">
              <w:rPr>
                <w:rFonts w:cstheme="minorHAnsi"/>
                <w:szCs w:val="24"/>
              </w:rPr>
              <w:t xml:space="preserve"> i systemów ochrony przed dronami</w:t>
            </w:r>
            <w:r w:rsidR="007B7B19">
              <w:rPr>
                <w:rFonts w:cstheme="minorHAnsi"/>
                <w:szCs w:val="24"/>
              </w:rPr>
              <w:t xml:space="preserve"> oraz przewodników psów,</w:t>
            </w:r>
          </w:p>
          <w:p w:rsidR="004D61A7" w:rsidRDefault="004D61A7" w:rsidP="0052375D">
            <w:pPr>
              <w:rPr>
                <w:rFonts w:cstheme="minorHAnsi"/>
                <w:szCs w:val="24"/>
              </w:rPr>
            </w:pPr>
            <w:r>
              <w:rPr>
                <w:rFonts w:cstheme="minorHAnsi"/>
                <w:szCs w:val="24"/>
              </w:rPr>
              <w:t xml:space="preserve">2. </w:t>
            </w:r>
            <w:r w:rsidR="007C1FBB">
              <w:rPr>
                <w:rFonts w:cstheme="minorHAnsi"/>
                <w:szCs w:val="24"/>
              </w:rPr>
              <w:t>organizowanie</w:t>
            </w:r>
            <w:r w:rsidR="00525063">
              <w:rPr>
                <w:rFonts w:cstheme="minorHAnsi"/>
                <w:szCs w:val="24"/>
              </w:rPr>
              <w:t xml:space="preserve"> i prowadzenie</w:t>
            </w:r>
            <w:r w:rsidR="007C1FBB">
              <w:rPr>
                <w:rFonts w:cstheme="minorHAnsi"/>
                <w:szCs w:val="24"/>
              </w:rPr>
              <w:t xml:space="preserve"> pozostałych szkoleń przewidzianych w ustawie z dnia 5 grudnia 2024 r. o ochronie ludności i obronie cywilnej</w:t>
            </w:r>
            <w:r w:rsidR="009741F5">
              <w:rPr>
                <w:rFonts w:cstheme="minorHAnsi"/>
                <w:szCs w:val="24"/>
              </w:rPr>
              <w:t>,</w:t>
            </w:r>
            <w:r w:rsidR="00A05B80">
              <w:rPr>
                <w:rFonts w:cstheme="minorHAnsi"/>
                <w:szCs w:val="24"/>
              </w:rPr>
              <w:t xml:space="preserve"> w szczególności dla kadry jednostek pomocniczych gminy,</w:t>
            </w:r>
          </w:p>
          <w:p w:rsidR="00712AF6" w:rsidRDefault="00712AF6" w:rsidP="0052375D">
            <w:pPr>
              <w:rPr>
                <w:rFonts w:cstheme="minorHAnsi"/>
                <w:szCs w:val="24"/>
              </w:rPr>
            </w:pPr>
            <w:r>
              <w:rPr>
                <w:rFonts w:cstheme="minorHAnsi"/>
                <w:szCs w:val="24"/>
              </w:rPr>
              <w:t>3. szkolenia specjalistyczne z taktycznego ratownictwa medycznego (TECC) i medycyny pola walki</w:t>
            </w:r>
            <w:r w:rsidR="009741F5">
              <w:rPr>
                <w:rFonts w:cstheme="minorHAnsi"/>
                <w:szCs w:val="24"/>
              </w:rPr>
              <w:t>,</w:t>
            </w:r>
            <w:r>
              <w:rPr>
                <w:rFonts w:cstheme="minorHAnsi"/>
                <w:szCs w:val="24"/>
              </w:rPr>
              <w:t xml:space="preserve"> </w:t>
            </w:r>
          </w:p>
          <w:p w:rsidR="00A33F6A" w:rsidRDefault="00712AF6" w:rsidP="0052375D">
            <w:pPr>
              <w:rPr>
                <w:rFonts w:cstheme="minorHAnsi"/>
                <w:szCs w:val="24"/>
              </w:rPr>
            </w:pPr>
            <w:r>
              <w:rPr>
                <w:rFonts w:cstheme="minorHAnsi"/>
                <w:szCs w:val="24"/>
              </w:rPr>
              <w:t>4</w:t>
            </w:r>
            <w:r w:rsidR="004D61A7">
              <w:rPr>
                <w:rFonts w:cstheme="minorHAnsi"/>
                <w:szCs w:val="24"/>
              </w:rPr>
              <w:t>. organizowanie ćwiczeń ochrony ludności</w:t>
            </w:r>
            <w:r w:rsidR="00525063">
              <w:rPr>
                <w:rFonts w:cstheme="minorHAnsi"/>
                <w:szCs w:val="24"/>
              </w:rPr>
              <w:t xml:space="preserve"> i obrony cywilnej</w:t>
            </w:r>
            <w:r w:rsidR="004D61A7">
              <w:rPr>
                <w:rFonts w:cstheme="minorHAnsi"/>
                <w:szCs w:val="24"/>
              </w:rPr>
              <w:t>, w tym ćwiczeń z rzeczywistym wykorzystaniem sił i środków</w:t>
            </w:r>
            <w:r w:rsidR="00A33F6A">
              <w:rPr>
                <w:rFonts w:cstheme="minorHAnsi"/>
                <w:szCs w:val="24"/>
              </w:rPr>
              <w:t>,</w:t>
            </w:r>
          </w:p>
          <w:p w:rsidR="00E32028" w:rsidRDefault="00A33F6A" w:rsidP="0052375D">
            <w:pPr>
              <w:rPr>
                <w:rFonts w:cstheme="minorHAnsi"/>
                <w:szCs w:val="24"/>
              </w:rPr>
            </w:pPr>
            <w:r>
              <w:rPr>
                <w:rFonts w:cstheme="minorHAnsi"/>
                <w:szCs w:val="24"/>
              </w:rPr>
              <w:t>5. szkolenia specjalistyczne z zakresu</w:t>
            </w:r>
            <w:r w:rsidR="00355C1A">
              <w:rPr>
                <w:rFonts w:cstheme="minorHAnsi"/>
                <w:szCs w:val="24"/>
              </w:rPr>
              <w:t xml:space="preserve"> pierwszej pomocy i</w:t>
            </w:r>
            <w:r>
              <w:rPr>
                <w:rFonts w:cstheme="minorHAnsi"/>
                <w:szCs w:val="24"/>
              </w:rPr>
              <w:t xml:space="preserve"> </w:t>
            </w:r>
            <w:r w:rsidR="003B14E4">
              <w:rPr>
                <w:rFonts w:cstheme="minorHAnsi"/>
                <w:szCs w:val="24"/>
              </w:rPr>
              <w:t>kwalifikowanej pierwszej pomocy,</w:t>
            </w:r>
          </w:p>
          <w:p w:rsidR="003B14E4" w:rsidRPr="00EC1057" w:rsidRDefault="003B14E4" w:rsidP="0052375D">
            <w:pPr>
              <w:rPr>
                <w:rFonts w:cstheme="minorHAnsi"/>
                <w:szCs w:val="24"/>
              </w:rPr>
            </w:pPr>
            <w:r>
              <w:rPr>
                <w:rFonts w:cstheme="minorHAnsi"/>
                <w:szCs w:val="24"/>
              </w:rPr>
              <w:t>6. organizowanie ćwiczeń z udziałem</w:t>
            </w:r>
            <w:r w:rsidR="00355C1A">
              <w:rPr>
                <w:rFonts w:cstheme="minorHAnsi"/>
                <w:szCs w:val="24"/>
              </w:rPr>
              <w:t xml:space="preserve"> podmiotów ochrony ludności,</w:t>
            </w:r>
            <w:r>
              <w:rPr>
                <w:rFonts w:cstheme="minorHAnsi"/>
                <w:szCs w:val="24"/>
              </w:rPr>
              <w:t xml:space="preserve"> podmiotów ochrony zdrowia, pomocy społecznej, organizacji pozarządowych oraz przedsiębiorców.</w:t>
            </w:r>
          </w:p>
        </w:tc>
      </w:tr>
      <w:tr w:rsidR="004D61A7" w:rsidTr="00BA3A35">
        <w:tc>
          <w:tcPr>
            <w:tcW w:w="1272" w:type="dxa"/>
            <w:vMerge/>
            <w:shd w:val="clear" w:color="auto" w:fill="A8D08D" w:themeFill="accent6" w:themeFillTint="99"/>
            <w:vAlign w:val="center"/>
          </w:tcPr>
          <w:p w:rsidR="004D61A7" w:rsidRPr="00920A3A" w:rsidRDefault="004D61A7" w:rsidP="0052375D">
            <w:pPr>
              <w:jc w:val="center"/>
              <w:rPr>
                <w:b/>
                <w:sz w:val="32"/>
                <w:szCs w:val="40"/>
              </w:rPr>
            </w:pPr>
          </w:p>
        </w:tc>
        <w:tc>
          <w:tcPr>
            <w:tcW w:w="2409" w:type="dxa"/>
            <w:shd w:val="clear" w:color="auto" w:fill="A8D08D" w:themeFill="accent6" w:themeFillTint="99"/>
            <w:vAlign w:val="center"/>
          </w:tcPr>
          <w:p w:rsidR="004D61A7" w:rsidRDefault="004D61A7" w:rsidP="0052375D">
            <w:pPr>
              <w:jc w:val="center"/>
              <w:rPr>
                <w:rFonts w:cstheme="minorHAnsi"/>
                <w:sz w:val="24"/>
                <w:szCs w:val="24"/>
              </w:rPr>
            </w:pPr>
            <w:r w:rsidRPr="009E13C5">
              <w:rPr>
                <w:rFonts w:cstheme="minorHAnsi"/>
                <w:sz w:val="24"/>
                <w:szCs w:val="24"/>
              </w:rPr>
              <w:t>6B</w:t>
            </w:r>
          </w:p>
          <w:p w:rsidR="004D61A7" w:rsidRPr="009E13C5" w:rsidRDefault="004D61A7" w:rsidP="00D60CC5">
            <w:pPr>
              <w:jc w:val="center"/>
              <w:rPr>
                <w:rFonts w:cstheme="minorHAnsi"/>
                <w:sz w:val="24"/>
                <w:szCs w:val="24"/>
              </w:rPr>
            </w:pPr>
            <w:r>
              <w:rPr>
                <w:rFonts w:cstheme="minorHAnsi"/>
                <w:sz w:val="24"/>
                <w:szCs w:val="24"/>
              </w:rPr>
              <w:t>Działalność edukacyjna i</w:t>
            </w:r>
            <w:r w:rsidR="00D60CC5">
              <w:rPr>
                <w:rFonts w:cstheme="minorHAnsi"/>
                <w:sz w:val="24"/>
                <w:szCs w:val="24"/>
              </w:rPr>
              <w:t> </w:t>
            </w:r>
            <w:r>
              <w:rPr>
                <w:rFonts w:cstheme="minorHAnsi"/>
                <w:sz w:val="24"/>
                <w:szCs w:val="24"/>
              </w:rPr>
              <w:t>przeciwdziałanie dezinformacji</w:t>
            </w:r>
          </w:p>
        </w:tc>
        <w:tc>
          <w:tcPr>
            <w:tcW w:w="10920" w:type="dxa"/>
            <w:vAlign w:val="center"/>
          </w:tcPr>
          <w:p w:rsidR="004D61A7" w:rsidRDefault="004D61A7" w:rsidP="0052375D">
            <w:pPr>
              <w:rPr>
                <w:rFonts w:cstheme="minorHAnsi"/>
                <w:szCs w:val="24"/>
              </w:rPr>
            </w:pPr>
            <w:r>
              <w:rPr>
                <w:rFonts w:cstheme="minorHAnsi"/>
                <w:szCs w:val="24"/>
                <w:u w:val="single"/>
              </w:rPr>
              <w:t>Priorytetowe</w:t>
            </w:r>
            <w:r>
              <w:rPr>
                <w:rFonts w:cstheme="minorHAnsi"/>
                <w:szCs w:val="24"/>
              </w:rPr>
              <w:t>:</w:t>
            </w:r>
          </w:p>
          <w:p w:rsidR="004D61A7" w:rsidRDefault="004D61A7" w:rsidP="0052375D">
            <w:pPr>
              <w:rPr>
                <w:rFonts w:cstheme="minorHAnsi"/>
                <w:szCs w:val="24"/>
              </w:rPr>
            </w:pPr>
            <w:r>
              <w:rPr>
                <w:rFonts w:cstheme="minorHAnsi"/>
                <w:szCs w:val="24"/>
              </w:rPr>
              <w:t>1. prowadzenie działalności edukacyjnej</w:t>
            </w:r>
            <w:r w:rsidR="00AA1239">
              <w:rPr>
                <w:rFonts w:cstheme="minorHAnsi"/>
                <w:szCs w:val="24"/>
              </w:rPr>
              <w:t>,</w:t>
            </w:r>
            <w:r>
              <w:rPr>
                <w:rFonts w:cstheme="minorHAnsi"/>
                <w:szCs w:val="24"/>
              </w:rPr>
              <w:t xml:space="preserve"> </w:t>
            </w:r>
            <w:r w:rsidR="00AA1239">
              <w:rPr>
                <w:rFonts w:cstheme="minorHAnsi"/>
                <w:szCs w:val="24"/>
              </w:rPr>
              <w:t xml:space="preserve">w szczególności </w:t>
            </w:r>
            <w:r>
              <w:rPr>
                <w:rFonts w:cstheme="minorHAnsi"/>
                <w:szCs w:val="24"/>
              </w:rPr>
              <w:t>dla osób poniżej 18 roku życia</w:t>
            </w:r>
            <w:r w:rsidR="00AA1239">
              <w:rPr>
                <w:rFonts w:cstheme="minorHAnsi"/>
                <w:szCs w:val="24"/>
              </w:rPr>
              <w:t xml:space="preserve">, </w:t>
            </w:r>
            <w:r>
              <w:rPr>
                <w:rFonts w:cstheme="minorHAnsi"/>
                <w:szCs w:val="24"/>
              </w:rPr>
              <w:t>w zakresie prawidłowego reagowania na zagrożenia</w:t>
            </w:r>
            <w:r w:rsidR="009741F5">
              <w:rPr>
                <w:rFonts w:cstheme="minorHAnsi"/>
                <w:szCs w:val="24"/>
              </w:rPr>
              <w:t>,</w:t>
            </w:r>
          </w:p>
          <w:p w:rsidR="004D61A7" w:rsidRDefault="004D61A7" w:rsidP="0052375D">
            <w:pPr>
              <w:rPr>
                <w:rFonts w:cstheme="minorHAnsi"/>
                <w:szCs w:val="24"/>
              </w:rPr>
            </w:pPr>
            <w:r>
              <w:rPr>
                <w:rFonts w:cstheme="minorHAnsi"/>
                <w:szCs w:val="24"/>
              </w:rPr>
              <w:t>2. prowadzenie działań edukacyjnych mających na celu nauczenie rozpoznawania dezinformacji</w:t>
            </w:r>
            <w:r w:rsidR="003B14E4">
              <w:rPr>
                <w:rFonts w:cstheme="minorHAnsi"/>
                <w:szCs w:val="24"/>
              </w:rPr>
              <w:t>,</w:t>
            </w:r>
          </w:p>
          <w:p w:rsidR="00BA3A35" w:rsidRDefault="003B14E4" w:rsidP="0052375D">
            <w:pPr>
              <w:rPr>
                <w:rFonts w:cstheme="minorHAnsi"/>
                <w:szCs w:val="24"/>
              </w:rPr>
            </w:pPr>
            <w:r>
              <w:rPr>
                <w:rFonts w:cstheme="minorHAnsi"/>
                <w:szCs w:val="24"/>
              </w:rPr>
              <w:t>3. prowadzenie działań edukacyjnych przedstawiających rolę obywateli w systemie ochrony ludności i budowaniu odporności społecznej.</w:t>
            </w:r>
          </w:p>
          <w:p w:rsidR="006F7230" w:rsidRDefault="006F7230" w:rsidP="0052375D">
            <w:pPr>
              <w:rPr>
                <w:rFonts w:cstheme="minorHAnsi"/>
                <w:szCs w:val="24"/>
                <w:u w:val="single"/>
              </w:rPr>
            </w:pPr>
          </w:p>
          <w:p w:rsidR="004D61A7" w:rsidRPr="006F7230" w:rsidRDefault="004D61A7" w:rsidP="0052375D">
            <w:pPr>
              <w:rPr>
                <w:rFonts w:cstheme="minorHAnsi"/>
                <w:sz w:val="21"/>
                <w:szCs w:val="21"/>
              </w:rPr>
            </w:pPr>
            <w:r w:rsidRPr="006F7230">
              <w:rPr>
                <w:rFonts w:cstheme="minorHAnsi"/>
                <w:sz w:val="21"/>
                <w:szCs w:val="21"/>
                <w:u w:val="single"/>
              </w:rPr>
              <w:lastRenderedPageBreak/>
              <w:t>Pozostałe</w:t>
            </w:r>
            <w:r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 xml:space="preserve">1. wydawanie publikacji edukacyjnych z zakresu ochrony ludności i obrony cywilnej, w tym </w:t>
            </w:r>
            <w:r w:rsidR="009741F5" w:rsidRPr="006F7230">
              <w:rPr>
                <w:rFonts w:cstheme="minorHAnsi"/>
                <w:sz w:val="21"/>
                <w:szCs w:val="21"/>
              </w:rPr>
              <w:t xml:space="preserve">edycji </w:t>
            </w:r>
            <w:r w:rsidRPr="006F7230">
              <w:rPr>
                <w:rFonts w:cstheme="minorHAnsi"/>
                <w:sz w:val="21"/>
                <w:szCs w:val="21"/>
              </w:rPr>
              <w:t>„Poradnika bezpieczeństwa”</w:t>
            </w:r>
            <w:r w:rsidR="0096570E" w:rsidRPr="006F7230">
              <w:rPr>
                <w:rFonts w:cstheme="minorHAnsi"/>
                <w:sz w:val="21"/>
                <w:szCs w:val="21"/>
              </w:rPr>
              <w:t xml:space="preserve"> i działania w mediach społecznościowych</w:t>
            </w:r>
            <w:r w:rsidR="009741F5"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2. prowadzenie działalności edukacyjnej względem wyszczególnionych grup społecznych, w tym przedsiębiorców, osób ze szczególnymi potrzebami i ich opiekunów, pracowników edukacyjnych</w:t>
            </w:r>
            <w:r w:rsidR="009741F5" w:rsidRPr="006F7230">
              <w:rPr>
                <w:rFonts w:cstheme="minorHAnsi"/>
                <w:sz w:val="21"/>
                <w:szCs w:val="21"/>
              </w:rPr>
              <w:t>,</w:t>
            </w:r>
          </w:p>
          <w:p w:rsidR="004D61A7" w:rsidRPr="003509A1" w:rsidRDefault="004D61A7" w:rsidP="0052375D">
            <w:pPr>
              <w:rPr>
                <w:rFonts w:cstheme="minorHAnsi"/>
                <w:szCs w:val="24"/>
              </w:rPr>
            </w:pPr>
            <w:r w:rsidRPr="006F7230">
              <w:rPr>
                <w:rFonts w:cstheme="minorHAnsi"/>
                <w:sz w:val="21"/>
                <w:szCs w:val="21"/>
              </w:rPr>
              <w:t>3. organizowanie</w:t>
            </w:r>
            <w:r w:rsidR="00525063" w:rsidRPr="006F7230">
              <w:rPr>
                <w:rFonts w:cstheme="minorHAnsi"/>
                <w:sz w:val="21"/>
                <w:szCs w:val="21"/>
              </w:rPr>
              <w:t xml:space="preserve"> i prowadzenie</w:t>
            </w:r>
            <w:r w:rsidRPr="006F7230">
              <w:rPr>
                <w:rFonts w:cstheme="minorHAnsi"/>
                <w:sz w:val="21"/>
                <w:szCs w:val="21"/>
              </w:rPr>
              <w:t xml:space="preserve"> szkoleń z pierwszej pomocy</w:t>
            </w:r>
            <w:r w:rsidR="009741F5" w:rsidRPr="006F7230">
              <w:rPr>
                <w:rFonts w:cstheme="minorHAnsi"/>
                <w:sz w:val="21"/>
                <w:szCs w:val="21"/>
              </w:rPr>
              <w:t>.</w:t>
            </w:r>
          </w:p>
        </w:tc>
      </w:tr>
      <w:tr w:rsidR="004D61A7" w:rsidTr="00BA3A35">
        <w:trPr>
          <w:cantSplit/>
        </w:trPr>
        <w:tc>
          <w:tcPr>
            <w:tcW w:w="1272" w:type="dxa"/>
            <w:vMerge/>
            <w:shd w:val="clear" w:color="auto" w:fill="A8D08D" w:themeFill="accent6" w:themeFillTint="99"/>
            <w:vAlign w:val="center"/>
          </w:tcPr>
          <w:p w:rsidR="004D61A7" w:rsidRPr="00920A3A" w:rsidRDefault="004D61A7" w:rsidP="0052375D">
            <w:pPr>
              <w:jc w:val="center"/>
              <w:rPr>
                <w:b/>
                <w:sz w:val="32"/>
                <w:szCs w:val="40"/>
              </w:rPr>
            </w:pPr>
          </w:p>
        </w:tc>
        <w:tc>
          <w:tcPr>
            <w:tcW w:w="2409" w:type="dxa"/>
            <w:shd w:val="clear" w:color="auto" w:fill="A8D08D" w:themeFill="accent6" w:themeFillTint="99"/>
            <w:vAlign w:val="center"/>
          </w:tcPr>
          <w:p w:rsidR="004D61A7" w:rsidRDefault="004D61A7" w:rsidP="0052375D">
            <w:pPr>
              <w:jc w:val="center"/>
              <w:rPr>
                <w:rFonts w:cstheme="minorHAnsi"/>
                <w:sz w:val="24"/>
                <w:szCs w:val="24"/>
              </w:rPr>
            </w:pPr>
            <w:r w:rsidRPr="009E13C5">
              <w:rPr>
                <w:rFonts w:cstheme="minorHAnsi"/>
                <w:sz w:val="24"/>
                <w:szCs w:val="24"/>
              </w:rPr>
              <w:t>6C</w:t>
            </w:r>
          </w:p>
          <w:p w:rsidR="004D61A7" w:rsidRPr="009E13C5" w:rsidRDefault="004D61A7" w:rsidP="00D60CC5">
            <w:pPr>
              <w:jc w:val="center"/>
              <w:rPr>
                <w:rFonts w:cstheme="minorHAnsi"/>
                <w:sz w:val="24"/>
                <w:szCs w:val="24"/>
              </w:rPr>
            </w:pPr>
            <w:r>
              <w:rPr>
                <w:rFonts w:cstheme="minorHAnsi"/>
                <w:sz w:val="24"/>
                <w:szCs w:val="24"/>
              </w:rPr>
              <w:t>Baza szkoleniowa i</w:t>
            </w:r>
            <w:r w:rsidR="00D60CC5">
              <w:rPr>
                <w:rFonts w:cstheme="minorHAnsi"/>
                <w:sz w:val="24"/>
                <w:szCs w:val="24"/>
              </w:rPr>
              <w:t> </w:t>
            </w:r>
            <w:r>
              <w:rPr>
                <w:rFonts w:cstheme="minorHAnsi"/>
                <w:sz w:val="24"/>
                <w:szCs w:val="24"/>
              </w:rPr>
              <w:t>poligonowa</w:t>
            </w:r>
          </w:p>
        </w:tc>
        <w:tc>
          <w:tcPr>
            <w:tcW w:w="10920" w:type="dxa"/>
            <w:vAlign w:val="center"/>
          </w:tcPr>
          <w:p w:rsidR="004D61A7" w:rsidRPr="006F7230" w:rsidRDefault="004D61A7" w:rsidP="0052375D">
            <w:pPr>
              <w:rPr>
                <w:rFonts w:cstheme="minorHAnsi"/>
                <w:sz w:val="21"/>
                <w:szCs w:val="21"/>
              </w:rPr>
            </w:pPr>
            <w:r w:rsidRPr="006F7230">
              <w:rPr>
                <w:rFonts w:cstheme="minorHAnsi"/>
                <w:sz w:val="21"/>
                <w:szCs w:val="21"/>
                <w:u w:val="single"/>
              </w:rPr>
              <w:t>Priorytetowe</w:t>
            </w:r>
            <w:r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1. tworzenie i utrzymanie poligonów i bazy szkoleniowej do wykorzystania przez podmioty ochrony ludności</w:t>
            </w:r>
            <w:r w:rsidR="009741F5"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u w:val="single"/>
              </w:rPr>
              <w:t>Pozostałe</w:t>
            </w:r>
            <w:r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1. tworzenie i utrzymanie poligonów i bazy szkoleniowej</w:t>
            </w:r>
            <w:r w:rsidR="00355C1A" w:rsidRPr="006F7230">
              <w:rPr>
                <w:rFonts w:cstheme="minorHAnsi"/>
                <w:sz w:val="21"/>
                <w:szCs w:val="21"/>
              </w:rPr>
              <w:t>, również</w:t>
            </w:r>
            <w:r w:rsidRPr="006F7230">
              <w:rPr>
                <w:rFonts w:cstheme="minorHAnsi"/>
                <w:sz w:val="21"/>
                <w:szCs w:val="21"/>
              </w:rPr>
              <w:t xml:space="preserve"> do wykorzystania wspólnie z  podmiotami ochrony ludności przez inne służby i formacje oraz Siły Zbrojne</w:t>
            </w:r>
            <w:r w:rsidR="009741F5" w:rsidRPr="006F7230">
              <w:rPr>
                <w:rFonts w:cstheme="minorHAnsi"/>
                <w:sz w:val="21"/>
                <w:szCs w:val="21"/>
              </w:rPr>
              <w:t>,</w:t>
            </w:r>
            <w:r w:rsidRPr="006F7230">
              <w:rPr>
                <w:rFonts w:cstheme="minorHAnsi"/>
                <w:sz w:val="21"/>
                <w:szCs w:val="21"/>
              </w:rPr>
              <w:t xml:space="preserve"> </w:t>
            </w:r>
          </w:p>
          <w:p w:rsidR="004D61A7" w:rsidRPr="00EC1057" w:rsidRDefault="004D61A7" w:rsidP="0052375D">
            <w:pPr>
              <w:rPr>
                <w:rFonts w:cstheme="minorHAnsi"/>
                <w:szCs w:val="24"/>
              </w:rPr>
            </w:pPr>
            <w:r w:rsidRPr="006F7230">
              <w:rPr>
                <w:rFonts w:cstheme="minorHAnsi"/>
                <w:sz w:val="21"/>
                <w:szCs w:val="21"/>
              </w:rPr>
              <w:t>2. doposażenie infrastruktury szkoleniowej, w tym zakup urządzeń i materiałów</w:t>
            </w:r>
            <w:r w:rsidR="009741F5" w:rsidRPr="006F7230">
              <w:rPr>
                <w:rFonts w:cstheme="minorHAnsi"/>
                <w:sz w:val="21"/>
                <w:szCs w:val="21"/>
              </w:rPr>
              <w:t>.</w:t>
            </w:r>
            <w:r>
              <w:rPr>
                <w:rFonts w:cstheme="minorHAnsi"/>
                <w:szCs w:val="24"/>
              </w:rPr>
              <w:t xml:space="preserve"> </w:t>
            </w:r>
          </w:p>
        </w:tc>
      </w:tr>
      <w:tr w:rsidR="004D61A7" w:rsidTr="00BA3A35">
        <w:tc>
          <w:tcPr>
            <w:tcW w:w="1272" w:type="dxa"/>
            <w:vMerge/>
            <w:shd w:val="clear" w:color="auto" w:fill="A8D08D" w:themeFill="accent6" w:themeFillTint="99"/>
            <w:vAlign w:val="center"/>
          </w:tcPr>
          <w:p w:rsidR="004D61A7" w:rsidRPr="00920A3A" w:rsidRDefault="004D61A7" w:rsidP="0052375D">
            <w:pPr>
              <w:jc w:val="center"/>
              <w:rPr>
                <w:b/>
                <w:sz w:val="32"/>
                <w:szCs w:val="40"/>
              </w:rPr>
            </w:pPr>
          </w:p>
        </w:tc>
        <w:tc>
          <w:tcPr>
            <w:tcW w:w="2409" w:type="dxa"/>
            <w:shd w:val="clear" w:color="auto" w:fill="A8D08D" w:themeFill="accent6" w:themeFillTint="99"/>
            <w:vAlign w:val="center"/>
          </w:tcPr>
          <w:p w:rsidR="004D61A7" w:rsidRDefault="004D61A7" w:rsidP="0052375D">
            <w:pPr>
              <w:jc w:val="center"/>
              <w:rPr>
                <w:rFonts w:cstheme="minorHAnsi"/>
                <w:sz w:val="24"/>
                <w:szCs w:val="24"/>
              </w:rPr>
            </w:pPr>
            <w:r w:rsidRPr="009E13C5">
              <w:rPr>
                <w:rFonts w:cstheme="minorHAnsi"/>
                <w:sz w:val="24"/>
                <w:szCs w:val="24"/>
              </w:rPr>
              <w:t>6D</w:t>
            </w:r>
          </w:p>
          <w:p w:rsidR="004D61A7" w:rsidRPr="009E13C5" w:rsidRDefault="003461E8" w:rsidP="0052375D">
            <w:pPr>
              <w:jc w:val="center"/>
              <w:rPr>
                <w:rFonts w:cstheme="minorHAnsi"/>
                <w:sz w:val="24"/>
                <w:szCs w:val="24"/>
              </w:rPr>
            </w:pPr>
            <w:r>
              <w:rPr>
                <w:rFonts w:cstheme="minorHAnsi"/>
                <w:sz w:val="24"/>
                <w:szCs w:val="24"/>
              </w:rPr>
              <w:t>Działalność naukowo-badawcza i wdrożeniowa</w:t>
            </w:r>
          </w:p>
        </w:tc>
        <w:tc>
          <w:tcPr>
            <w:tcW w:w="10920" w:type="dxa"/>
            <w:vAlign w:val="center"/>
          </w:tcPr>
          <w:p w:rsidR="004D61A7" w:rsidRPr="006F7230" w:rsidRDefault="004D61A7" w:rsidP="0052375D">
            <w:pPr>
              <w:rPr>
                <w:rFonts w:cstheme="minorHAnsi"/>
                <w:sz w:val="21"/>
                <w:szCs w:val="21"/>
              </w:rPr>
            </w:pPr>
            <w:r w:rsidRPr="006F7230">
              <w:rPr>
                <w:rFonts w:cstheme="minorHAnsi"/>
                <w:sz w:val="21"/>
                <w:szCs w:val="21"/>
                <w:u w:val="single"/>
              </w:rPr>
              <w:t>Priorytetowe</w:t>
            </w:r>
            <w:r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 xml:space="preserve">1. monitorowanie i analizowanie trendów w </w:t>
            </w:r>
            <w:r w:rsidR="00525063" w:rsidRPr="006F7230">
              <w:rPr>
                <w:rFonts w:cstheme="minorHAnsi"/>
                <w:sz w:val="21"/>
                <w:szCs w:val="21"/>
              </w:rPr>
              <w:t xml:space="preserve">naukach </w:t>
            </w:r>
            <w:r w:rsidRPr="006F7230">
              <w:rPr>
                <w:rFonts w:cstheme="minorHAnsi"/>
                <w:sz w:val="21"/>
                <w:szCs w:val="21"/>
              </w:rPr>
              <w:t>o bezpieczeństwie</w:t>
            </w:r>
            <w:r w:rsidR="00525063" w:rsidRPr="006F7230">
              <w:rPr>
                <w:rFonts w:cstheme="minorHAnsi"/>
                <w:sz w:val="21"/>
                <w:szCs w:val="21"/>
              </w:rPr>
              <w:t>, inżynierii bezpieczeństwa</w:t>
            </w:r>
            <w:r w:rsidRPr="006F7230">
              <w:rPr>
                <w:rFonts w:cstheme="minorHAnsi"/>
                <w:sz w:val="21"/>
                <w:szCs w:val="21"/>
              </w:rPr>
              <w:t xml:space="preserve"> oraz w ochronie ludności </w:t>
            </w:r>
            <w:r w:rsidR="004940B8" w:rsidRPr="006F7230">
              <w:rPr>
                <w:rFonts w:cstheme="minorHAnsi"/>
                <w:sz w:val="21"/>
                <w:szCs w:val="21"/>
              </w:rPr>
              <w:t xml:space="preserve">i </w:t>
            </w:r>
            <w:r w:rsidRPr="006F7230">
              <w:rPr>
                <w:rFonts w:cstheme="minorHAnsi"/>
                <w:sz w:val="21"/>
                <w:szCs w:val="21"/>
              </w:rPr>
              <w:t>obronie cywilnej</w:t>
            </w:r>
            <w:r w:rsidR="009741F5"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2. monitorowanie realizacji zadań ochrony ludności, w tym Programu Ochrony Ludności i Obrony Cywilnej oraz pozyskiwanie danych niezbędnych do procesu decyzyjnego</w:t>
            </w:r>
            <w:r w:rsidR="009741F5"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u w:val="single"/>
              </w:rPr>
              <w:t>Pozostałe</w:t>
            </w:r>
            <w:r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 xml:space="preserve">1. </w:t>
            </w:r>
            <w:r w:rsidR="00D44589" w:rsidRPr="006F7230">
              <w:rPr>
                <w:rFonts w:cstheme="minorHAnsi"/>
                <w:sz w:val="21"/>
                <w:szCs w:val="21"/>
              </w:rPr>
              <w:t>identyfikowanie i aktualizowanie potrzeb badawczych oraz p</w:t>
            </w:r>
            <w:r w:rsidRPr="006F7230">
              <w:rPr>
                <w:rFonts w:cstheme="minorHAnsi"/>
                <w:sz w:val="21"/>
                <w:szCs w:val="21"/>
              </w:rPr>
              <w:t xml:space="preserve">rowadzenie </w:t>
            </w:r>
            <w:r w:rsidR="00D44589" w:rsidRPr="006F7230">
              <w:rPr>
                <w:rFonts w:cstheme="minorHAnsi"/>
                <w:sz w:val="21"/>
                <w:szCs w:val="21"/>
              </w:rPr>
              <w:t>działalności naukowo-badawczej</w:t>
            </w:r>
            <w:r w:rsidRPr="006F7230">
              <w:rPr>
                <w:rFonts w:cstheme="minorHAnsi"/>
                <w:sz w:val="21"/>
                <w:szCs w:val="21"/>
              </w:rPr>
              <w:t>, projektów w tym projektów naukowo-badawczych w obszarze ochrony ludności</w:t>
            </w:r>
            <w:r w:rsidR="00416A06" w:rsidRPr="006F7230">
              <w:rPr>
                <w:rFonts w:cstheme="minorHAnsi"/>
                <w:sz w:val="21"/>
                <w:szCs w:val="21"/>
              </w:rPr>
              <w:t xml:space="preserve"> oraz przygotowywanie ekspertyz i raportów</w:t>
            </w:r>
            <w:r w:rsidR="009741F5" w:rsidRPr="006F7230">
              <w:rPr>
                <w:rFonts w:cstheme="minorHAnsi"/>
                <w:sz w:val="21"/>
                <w:szCs w:val="21"/>
              </w:rPr>
              <w:t>,</w:t>
            </w:r>
          </w:p>
          <w:p w:rsidR="004D61A7" w:rsidRPr="006F7230" w:rsidRDefault="004D61A7" w:rsidP="0052375D">
            <w:pPr>
              <w:rPr>
                <w:rFonts w:cstheme="minorHAnsi"/>
                <w:sz w:val="21"/>
                <w:szCs w:val="21"/>
              </w:rPr>
            </w:pPr>
            <w:r w:rsidRPr="006F7230">
              <w:rPr>
                <w:rFonts w:cstheme="minorHAnsi"/>
                <w:sz w:val="21"/>
                <w:szCs w:val="21"/>
              </w:rPr>
              <w:t>2. organizowanie spotkań, konferencji naukowych i specjalistycznych, w tym międzynarodowych, bezpośrednio wpływających na usprawnienie realizacji zadań ochrony ludności</w:t>
            </w:r>
            <w:r w:rsidR="009741F5" w:rsidRPr="006F7230">
              <w:rPr>
                <w:rFonts w:cstheme="minorHAnsi"/>
                <w:sz w:val="21"/>
                <w:szCs w:val="21"/>
              </w:rPr>
              <w:t>,</w:t>
            </w:r>
          </w:p>
          <w:p w:rsidR="00D44589" w:rsidRPr="006F7230" w:rsidRDefault="00D44589" w:rsidP="0052375D">
            <w:pPr>
              <w:rPr>
                <w:rFonts w:cstheme="minorHAnsi"/>
                <w:sz w:val="21"/>
                <w:szCs w:val="21"/>
              </w:rPr>
            </w:pPr>
            <w:r w:rsidRPr="006F7230">
              <w:rPr>
                <w:rFonts w:cstheme="minorHAnsi"/>
                <w:sz w:val="21"/>
                <w:szCs w:val="21"/>
              </w:rPr>
              <w:t>3. organizowanie współpracy z uczelniami, instytutami badawczymi i ekspertami</w:t>
            </w:r>
            <w:r w:rsidR="00FB4900">
              <w:rPr>
                <w:rFonts w:cstheme="minorHAnsi"/>
                <w:sz w:val="21"/>
                <w:szCs w:val="21"/>
              </w:rPr>
              <w:t>,</w:t>
            </w:r>
          </w:p>
          <w:p w:rsidR="003B14E4" w:rsidRPr="006F7230" w:rsidRDefault="00D44589" w:rsidP="0052375D">
            <w:pPr>
              <w:rPr>
                <w:rFonts w:cstheme="minorHAnsi"/>
                <w:sz w:val="21"/>
                <w:szCs w:val="21"/>
              </w:rPr>
            </w:pPr>
            <w:r w:rsidRPr="006F7230">
              <w:rPr>
                <w:rFonts w:cstheme="minorHAnsi"/>
                <w:sz w:val="21"/>
                <w:szCs w:val="21"/>
              </w:rPr>
              <w:t>4</w:t>
            </w:r>
            <w:r w:rsidR="003B14E4" w:rsidRPr="006F7230">
              <w:rPr>
                <w:rFonts w:cstheme="minorHAnsi"/>
                <w:sz w:val="21"/>
                <w:szCs w:val="21"/>
              </w:rPr>
              <w:t>. analiza społecznych uwarunkowań odporności,</w:t>
            </w:r>
          </w:p>
          <w:p w:rsidR="0009055A" w:rsidRPr="00AA0BBC" w:rsidRDefault="00D44589" w:rsidP="0009055A">
            <w:pPr>
              <w:rPr>
                <w:rFonts w:cstheme="minorHAnsi"/>
                <w:szCs w:val="24"/>
              </w:rPr>
            </w:pPr>
            <w:r w:rsidRPr="006F7230">
              <w:rPr>
                <w:rFonts w:cstheme="minorHAnsi"/>
                <w:sz w:val="21"/>
                <w:szCs w:val="21"/>
              </w:rPr>
              <w:t>5</w:t>
            </w:r>
            <w:r w:rsidR="0009055A" w:rsidRPr="006F7230">
              <w:rPr>
                <w:rFonts w:cstheme="minorHAnsi"/>
                <w:sz w:val="21"/>
                <w:szCs w:val="21"/>
              </w:rPr>
              <w:t>. tworzenie programów informatycznych wspierających działalność badawczo-rozwojową, szkoleniową i edukacyjną</w:t>
            </w:r>
            <w:r w:rsidR="003B14E4" w:rsidRPr="006F7230">
              <w:rPr>
                <w:rFonts w:cstheme="minorHAnsi"/>
                <w:sz w:val="21"/>
                <w:szCs w:val="21"/>
              </w:rPr>
              <w:t>.</w:t>
            </w:r>
          </w:p>
        </w:tc>
      </w:tr>
      <w:tr w:rsidR="004D61A7" w:rsidTr="00BA3A35">
        <w:tc>
          <w:tcPr>
            <w:tcW w:w="1272" w:type="dxa"/>
            <w:vMerge/>
            <w:shd w:val="clear" w:color="auto" w:fill="A8D08D" w:themeFill="accent6" w:themeFillTint="99"/>
            <w:vAlign w:val="center"/>
          </w:tcPr>
          <w:p w:rsidR="004D61A7" w:rsidRPr="00920A3A" w:rsidRDefault="004D61A7" w:rsidP="0052375D">
            <w:pPr>
              <w:jc w:val="center"/>
              <w:rPr>
                <w:b/>
                <w:sz w:val="32"/>
                <w:szCs w:val="40"/>
              </w:rPr>
            </w:pPr>
          </w:p>
        </w:tc>
        <w:tc>
          <w:tcPr>
            <w:tcW w:w="2409" w:type="dxa"/>
            <w:shd w:val="clear" w:color="auto" w:fill="A8D08D" w:themeFill="accent6" w:themeFillTint="99"/>
            <w:vAlign w:val="center"/>
          </w:tcPr>
          <w:p w:rsidR="004D61A7" w:rsidRDefault="004D61A7" w:rsidP="0052375D">
            <w:pPr>
              <w:jc w:val="center"/>
              <w:rPr>
                <w:rFonts w:cstheme="minorHAnsi"/>
                <w:sz w:val="24"/>
                <w:szCs w:val="24"/>
              </w:rPr>
            </w:pPr>
            <w:r w:rsidRPr="009E13C5">
              <w:rPr>
                <w:rFonts w:cstheme="minorHAnsi"/>
                <w:sz w:val="24"/>
                <w:szCs w:val="24"/>
              </w:rPr>
              <w:t>6E</w:t>
            </w:r>
          </w:p>
          <w:p w:rsidR="004D61A7" w:rsidRPr="009E13C5" w:rsidRDefault="004D61A7" w:rsidP="00D60CC5">
            <w:pPr>
              <w:jc w:val="center"/>
              <w:rPr>
                <w:rFonts w:cstheme="minorHAnsi"/>
                <w:sz w:val="24"/>
                <w:szCs w:val="24"/>
              </w:rPr>
            </w:pPr>
            <w:r>
              <w:rPr>
                <w:rFonts w:cstheme="minorHAnsi"/>
                <w:sz w:val="24"/>
                <w:szCs w:val="24"/>
              </w:rPr>
              <w:t>Pozostała działalność promocyjna i</w:t>
            </w:r>
            <w:r w:rsidR="00D60CC5">
              <w:rPr>
                <w:rFonts w:cstheme="minorHAnsi"/>
                <w:sz w:val="24"/>
                <w:szCs w:val="24"/>
              </w:rPr>
              <w:t> </w:t>
            </w:r>
            <w:r>
              <w:rPr>
                <w:rFonts w:cstheme="minorHAnsi"/>
                <w:sz w:val="24"/>
                <w:szCs w:val="24"/>
              </w:rPr>
              <w:t>informacyjna</w:t>
            </w:r>
          </w:p>
        </w:tc>
        <w:tc>
          <w:tcPr>
            <w:tcW w:w="10920" w:type="dxa"/>
            <w:vAlign w:val="center"/>
          </w:tcPr>
          <w:p w:rsidR="004D61A7" w:rsidRPr="00432E92" w:rsidRDefault="004D61A7" w:rsidP="0052375D">
            <w:pPr>
              <w:rPr>
                <w:rFonts w:cstheme="minorHAnsi"/>
                <w:sz w:val="21"/>
                <w:szCs w:val="21"/>
              </w:rPr>
            </w:pPr>
            <w:r w:rsidRPr="00432E92">
              <w:rPr>
                <w:rFonts w:cstheme="minorHAnsi"/>
                <w:sz w:val="21"/>
                <w:szCs w:val="21"/>
                <w:u w:val="single"/>
              </w:rPr>
              <w:t>Priorytetowe</w:t>
            </w:r>
            <w:r w:rsidRPr="00432E92">
              <w:rPr>
                <w:rFonts w:cstheme="minorHAnsi"/>
                <w:sz w:val="21"/>
                <w:szCs w:val="21"/>
              </w:rPr>
              <w:t>:</w:t>
            </w:r>
          </w:p>
          <w:p w:rsidR="00783B3E" w:rsidRPr="00432E92" w:rsidRDefault="004D61A7" w:rsidP="0052375D">
            <w:pPr>
              <w:rPr>
                <w:rFonts w:cstheme="minorHAnsi"/>
                <w:sz w:val="21"/>
                <w:szCs w:val="21"/>
              </w:rPr>
            </w:pPr>
            <w:r w:rsidRPr="00432E92">
              <w:rPr>
                <w:rFonts w:cstheme="minorHAnsi"/>
                <w:sz w:val="21"/>
                <w:szCs w:val="21"/>
              </w:rPr>
              <w:t xml:space="preserve">1. działalność </w:t>
            </w:r>
            <w:r w:rsidR="00355C1A" w:rsidRPr="00432E92">
              <w:rPr>
                <w:rFonts w:cstheme="minorHAnsi"/>
                <w:sz w:val="21"/>
                <w:szCs w:val="21"/>
              </w:rPr>
              <w:t>promocyjna w zakresie</w:t>
            </w:r>
            <w:r w:rsidR="00783B3E" w:rsidRPr="00432E92">
              <w:rPr>
                <w:rFonts w:cstheme="minorHAnsi"/>
                <w:sz w:val="21"/>
                <w:szCs w:val="21"/>
              </w:rPr>
              <w:t xml:space="preserve"> ochrony ludności,</w:t>
            </w:r>
          </w:p>
          <w:p w:rsidR="004D61A7" w:rsidRPr="00432E92" w:rsidRDefault="00783B3E" w:rsidP="0052375D">
            <w:pPr>
              <w:rPr>
                <w:rFonts w:cstheme="minorHAnsi"/>
                <w:sz w:val="21"/>
                <w:szCs w:val="21"/>
              </w:rPr>
            </w:pPr>
            <w:r w:rsidRPr="00432E92">
              <w:rPr>
                <w:rFonts w:cstheme="minorHAnsi"/>
                <w:sz w:val="21"/>
                <w:szCs w:val="21"/>
              </w:rPr>
              <w:t xml:space="preserve">2. działalność </w:t>
            </w:r>
            <w:r w:rsidR="00AA1239" w:rsidRPr="00432E92">
              <w:rPr>
                <w:rFonts w:cstheme="minorHAnsi"/>
                <w:sz w:val="21"/>
                <w:szCs w:val="21"/>
              </w:rPr>
              <w:t xml:space="preserve">polegająca </w:t>
            </w:r>
            <w:r w:rsidR="004D61A7" w:rsidRPr="00432E92">
              <w:rPr>
                <w:rFonts w:cstheme="minorHAnsi"/>
                <w:sz w:val="21"/>
                <w:szCs w:val="21"/>
              </w:rPr>
              <w:t>na aktywnym zwalczaniu dezinformacji</w:t>
            </w:r>
            <w:r w:rsidR="009741F5" w:rsidRPr="00432E92">
              <w:rPr>
                <w:rFonts w:cstheme="minorHAnsi"/>
                <w:sz w:val="21"/>
                <w:szCs w:val="21"/>
              </w:rPr>
              <w:t>,</w:t>
            </w:r>
          </w:p>
          <w:p w:rsidR="00C845D7" w:rsidRPr="00432E92" w:rsidRDefault="00AA1239" w:rsidP="0052375D">
            <w:pPr>
              <w:rPr>
                <w:rFonts w:cstheme="minorHAnsi"/>
                <w:sz w:val="21"/>
                <w:szCs w:val="21"/>
              </w:rPr>
            </w:pPr>
            <w:r w:rsidRPr="00432E92">
              <w:rPr>
                <w:rFonts w:cstheme="minorHAnsi"/>
                <w:sz w:val="21"/>
                <w:szCs w:val="21"/>
              </w:rPr>
              <w:t>3</w:t>
            </w:r>
            <w:r w:rsidR="00C845D7" w:rsidRPr="00432E92">
              <w:rPr>
                <w:rFonts w:cstheme="minorHAnsi"/>
                <w:sz w:val="21"/>
                <w:szCs w:val="21"/>
              </w:rPr>
              <w:t>. rozwój nowych techno</w:t>
            </w:r>
            <w:r w:rsidR="002D3B52">
              <w:rPr>
                <w:rFonts w:cstheme="minorHAnsi"/>
                <w:sz w:val="21"/>
                <w:szCs w:val="21"/>
              </w:rPr>
              <w:t>logii służących przeciwdziałaniu</w:t>
            </w:r>
            <w:r w:rsidR="00C845D7" w:rsidRPr="00432E92">
              <w:rPr>
                <w:rFonts w:cstheme="minorHAnsi"/>
                <w:sz w:val="21"/>
                <w:szCs w:val="21"/>
              </w:rPr>
              <w:t xml:space="preserve"> dezinformacji</w:t>
            </w:r>
            <w:r w:rsidR="009741F5" w:rsidRPr="00432E92">
              <w:rPr>
                <w:rFonts w:cstheme="minorHAnsi"/>
                <w:sz w:val="21"/>
                <w:szCs w:val="21"/>
              </w:rPr>
              <w:t>,</w:t>
            </w:r>
            <w:r w:rsidR="00C845D7" w:rsidRPr="00432E92">
              <w:rPr>
                <w:rFonts w:cstheme="minorHAnsi"/>
                <w:sz w:val="21"/>
                <w:szCs w:val="21"/>
              </w:rPr>
              <w:t xml:space="preserve"> </w:t>
            </w:r>
          </w:p>
          <w:p w:rsidR="003A39C8" w:rsidRPr="00432E92" w:rsidRDefault="00AA1239" w:rsidP="0052375D">
            <w:pPr>
              <w:rPr>
                <w:rFonts w:cstheme="minorHAnsi"/>
                <w:sz w:val="21"/>
                <w:szCs w:val="21"/>
              </w:rPr>
            </w:pPr>
            <w:r w:rsidRPr="00432E92">
              <w:rPr>
                <w:rFonts w:cstheme="minorHAnsi"/>
                <w:sz w:val="21"/>
                <w:szCs w:val="21"/>
              </w:rPr>
              <w:t>4</w:t>
            </w:r>
            <w:r w:rsidR="003A39C8" w:rsidRPr="00432E92">
              <w:rPr>
                <w:rFonts w:cstheme="minorHAnsi"/>
                <w:sz w:val="21"/>
                <w:szCs w:val="21"/>
              </w:rPr>
              <w:t>. stworzenie i doskonalenie narzędzi komunikacji kryzysowej</w:t>
            </w:r>
            <w:r w:rsidR="00783B3E" w:rsidRPr="00432E92">
              <w:rPr>
                <w:rFonts w:cstheme="minorHAnsi"/>
                <w:sz w:val="21"/>
                <w:szCs w:val="21"/>
              </w:rPr>
              <w:t>.</w:t>
            </w:r>
          </w:p>
          <w:p w:rsidR="004D61A7" w:rsidRPr="00432E92" w:rsidRDefault="004D61A7" w:rsidP="0052375D">
            <w:pPr>
              <w:rPr>
                <w:rFonts w:cstheme="minorHAnsi"/>
                <w:sz w:val="21"/>
                <w:szCs w:val="21"/>
                <w:u w:val="single"/>
              </w:rPr>
            </w:pPr>
            <w:r w:rsidRPr="00432E92">
              <w:rPr>
                <w:rFonts w:cstheme="minorHAnsi"/>
                <w:sz w:val="21"/>
                <w:szCs w:val="21"/>
                <w:u w:val="single"/>
              </w:rPr>
              <w:t>Pozostałe:</w:t>
            </w:r>
          </w:p>
          <w:p w:rsidR="004D61A7" w:rsidRPr="00432E92" w:rsidRDefault="004D61A7" w:rsidP="0052375D">
            <w:pPr>
              <w:rPr>
                <w:rFonts w:cstheme="minorHAnsi"/>
                <w:sz w:val="21"/>
                <w:szCs w:val="21"/>
              </w:rPr>
            </w:pPr>
            <w:r w:rsidRPr="00432E92">
              <w:rPr>
                <w:rFonts w:cstheme="minorHAnsi"/>
                <w:sz w:val="21"/>
                <w:szCs w:val="21"/>
              </w:rPr>
              <w:t xml:space="preserve">1. wytwarzanie </w:t>
            </w:r>
            <w:r w:rsidR="00735C65" w:rsidRPr="00432E92">
              <w:rPr>
                <w:rFonts w:cstheme="minorHAnsi"/>
                <w:sz w:val="21"/>
                <w:szCs w:val="21"/>
              </w:rPr>
              <w:t xml:space="preserve">lub </w:t>
            </w:r>
            <w:r w:rsidRPr="00432E92">
              <w:rPr>
                <w:rFonts w:cstheme="minorHAnsi"/>
                <w:sz w:val="21"/>
                <w:szCs w:val="21"/>
              </w:rPr>
              <w:t>nabywanie materiałów promocyjnych i informacyjnych na temat realizacji zadań ochrony ludności</w:t>
            </w:r>
            <w:r w:rsidR="00783B3E" w:rsidRPr="00432E92">
              <w:rPr>
                <w:rFonts w:cstheme="minorHAnsi"/>
                <w:sz w:val="21"/>
                <w:szCs w:val="21"/>
              </w:rPr>
              <w:t>,</w:t>
            </w:r>
          </w:p>
          <w:p w:rsidR="004D61A7" w:rsidRPr="00432E92" w:rsidRDefault="004D61A7" w:rsidP="0052375D">
            <w:pPr>
              <w:rPr>
                <w:rFonts w:cstheme="minorHAnsi"/>
                <w:sz w:val="21"/>
                <w:szCs w:val="21"/>
              </w:rPr>
            </w:pPr>
            <w:r w:rsidRPr="00432E92">
              <w:rPr>
                <w:rFonts w:cstheme="minorHAnsi"/>
                <w:sz w:val="21"/>
                <w:szCs w:val="21"/>
              </w:rPr>
              <w:t xml:space="preserve">2. </w:t>
            </w:r>
            <w:r w:rsidR="00735C65" w:rsidRPr="00432E92">
              <w:rPr>
                <w:rFonts w:cstheme="minorHAnsi"/>
                <w:sz w:val="21"/>
                <w:szCs w:val="21"/>
              </w:rPr>
              <w:t>działania inform</w:t>
            </w:r>
            <w:r w:rsidR="006F7230" w:rsidRPr="00432E92">
              <w:rPr>
                <w:rFonts w:cstheme="minorHAnsi"/>
                <w:sz w:val="21"/>
                <w:szCs w:val="21"/>
              </w:rPr>
              <w:t>a</w:t>
            </w:r>
            <w:r w:rsidR="00735C65" w:rsidRPr="00432E92">
              <w:rPr>
                <w:rFonts w:cstheme="minorHAnsi"/>
                <w:sz w:val="21"/>
                <w:szCs w:val="21"/>
              </w:rPr>
              <w:t>cyjno-promocyjne</w:t>
            </w:r>
            <w:r w:rsidRPr="00432E92">
              <w:rPr>
                <w:rFonts w:cstheme="minorHAnsi"/>
                <w:sz w:val="21"/>
                <w:szCs w:val="21"/>
              </w:rPr>
              <w:t>, w tym publikacje, zawierające informacje na temat realizacji zadań ochrony ludności oraz zachęcające do aktywności w podmiotach ochrony ludności</w:t>
            </w:r>
            <w:r w:rsidR="00177A71" w:rsidRPr="00432E92">
              <w:rPr>
                <w:rFonts w:cstheme="minorHAnsi"/>
                <w:sz w:val="21"/>
                <w:szCs w:val="21"/>
              </w:rPr>
              <w:t xml:space="preserve"> lub ochotniczej służby w obronie cywilnej</w:t>
            </w:r>
            <w:r w:rsidR="00783B3E" w:rsidRPr="00432E92">
              <w:rPr>
                <w:rFonts w:cstheme="minorHAnsi"/>
                <w:sz w:val="21"/>
                <w:szCs w:val="21"/>
              </w:rPr>
              <w:t>,</w:t>
            </w:r>
          </w:p>
          <w:p w:rsidR="004D61A7" w:rsidRPr="00432E92" w:rsidRDefault="004D61A7" w:rsidP="0052375D">
            <w:pPr>
              <w:rPr>
                <w:rFonts w:cstheme="minorHAnsi"/>
                <w:sz w:val="21"/>
                <w:szCs w:val="21"/>
              </w:rPr>
            </w:pPr>
            <w:r w:rsidRPr="00432E92">
              <w:rPr>
                <w:rFonts w:cstheme="minorHAnsi"/>
                <w:sz w:val="21"/>
                <w:szCs w:val="21"/>
              </w:rPr>
              <w:t>3. przekazywanie informacji i komunikatów dotyczących realizacji zadań ochrony ludności</w:t>
            </w:r>
            <w:r w:rsidR="00783B3E" w:rsidRPr="00432E92">
              <w:rPr>
                <w:rFonts w:cstheme="minorHAnsi"/>
                <w:sz w:val="21"/>
                <w:szCs w:val="21"/>
              </w:rPr>
              <w:t>,</w:t>
            </w:r>
            <w:r w:rsidRPr="00432E92">
              <w:rPr>
                <w:rFonts w:cstheme="minorHAnsi"/>
                <w:sz w:val="21"/>
                <w:szCs w:val="21"/>
              </w:rPr>
              <w:t xml:space="preserve"> </w:t>
            </w:r>
          </w:p>
          <w:p w:rsidR="004D61A7" w:rsidRPr="004A7E45" w:rsidRDefault="004D61A7" w:rsidP="0052375D">
            <w:pPr>
              <w:rPr>
                <w:rFonts w:cstheme="minorHAnsi"/>
                <w:szCs w:val="24"/>
              </w:rPr>
            </w:pPr>
            <w:r w:rsidRPr="00432E92">
              <w:rPr>
                <w:rFonts w:cstheme="minorHAnsi"/>
                <w:sz w:val="21"/>
                <w:szCs w:val="21"/>
              </w:rPr>
              <w:t>4. stworzenie i utrzymanie narzędzi teleinformatycznych do przekazywania informacji o ochronie ludności</w:t>
            </w:r>
            <w:r w:rsidR="00783B3E" w:rsidRPr="00432E92">
              <w:rPr>
                <w:rFonts w:cstheme="minorHAnsi"/>
                <w:sz w:val="21"/>
                <w:szCs w:val="21"/>
              </w:rPr>
              <w:t>.</w:t>
            </w:r>
            <w:r>
              <w:rPr>
                <w:rFonts w:cstheme="minorHAnsi"/>
                <w:szCs w:val="24"/>
              </w:rPr>
              <w:t xml:space="preserve"> </w:t>
            </w:r>
          </w:p>
        </w:tc>
      </w:tr>
      <w:tr w:rsidR="00964FD0" w:rsidTr="00BA3A35">
        <w:trPr>
          <w:cantSplit/>
          <w:trHeight w:val="4286"/>
        </w:trPr>
        <w:tc>
          <w:tcPr>
            <w:tcW w:w="1272" w:type="dxa"/>
            <w:textDirection w:val="btLr"/>
            <w:vAlign w:val="center"/>
          </w:tcPr>
          <w:p w:rsidR="00D7557D" w:rsidRPr="00F65B0C" w:rsidRDefault="00D7557D" w:rsidP="00D7557D">
            <w:pPr>
              <w:ind w:left="113" w:right="113"/>
              <w:jc w:val="center"/>
              <w:rPr>
                <w:rFonts w:cstheme="minorHAnsi"/>
                <w:b/>
                <w:smallCaps/>
                <w:sz w:val="24"/>
                <w:szCs w:val="24"/>
                <w:u w:val="single"/>
              </w:rPr>
            </w:pPr>
            <w:r w:rsidRPr="00F65B0C">
              <w:rPr>
                <w:rFonts w:cstheme="minorHAnsi"/>
                <w:b/>
                <w:smallCaps/>
                <w:sz w:val="24"/>
                <w:szCs w:val="24"/>
                <w:u w:val="single"/>
              </w:rPr>
              <w:lastRenderedPageBreak/>
              <w:t xml:space="preserve">OBSZAR </w:t>
            </w:r>
            <w:r>
              <w:rPr>
                <w:rFonts w:cstheme="minorHAnsi"/>
                <w:b/>
                <w:smallCaps/>
                <w:sz w:val="24"/>
                <w:szCs w:val="24"/>
                <w:u w:val="single"/>
              </w:rPr>
              <w:t>7</w:t>
            </w:r>
          </w:p>
          <w:p w:rsidR="00964FD0" w:rsidRPr="00920A3A" w:rsidRDefault="00D7557D" w:rsidP="00430F18">
            <w:pPr>
              <w:ind w:left="113" w:right="113"/>
              <w:jc w:val="center"/>
              <w:rPr>
                <w:b/>
                <w:sz w:val="32"/>
                <w:szCs w:val="40"/>
              </w:rPr>
            </w:pPr>
            <w:r>
              <w:rPr>
                <w:rFonts w:cstheme="minorHAnsi"/>
                <w:b/>
                <w:sz w:val="24"/>
                <w:szCs w:val="24"/>
              </w:rPr>
              <w:t>Komponent medyczny Szefa Obrony Cywilnej</w:t>
            </w:r>
          </w:p>
        </w:tc>
        <w:tc>
          <w:tcPr>
            <w:tcW w:w="2409" w:type="dxa"/>
            <w:vAlign w:val="center"/>
          </w:tcPr>
          <w:p w:rsidR="00964FD0" w:rsidRPr="009E13C5" w:rsidRDefault="00D7557D" w:rsidP="0052375D">
            <w:pPr>
              <w:jc w:val="center"/>
              <w:rPr>
                <w:rFonts w:cstheme="minorHAnsi"/>
                <w:sz w:val="24"/>
                <w:szCs w:val="24"/>
              </w:rPr>
            </w:pPr>
            <w:r>
              <w:rPr>
                <w:rFonts w:cstheme="minorHAnsi"/>
                <w:sz w:val="24"/>
                <w:szCs w:val="24"/>
              </w:rPr>
              <w:t>7</w:t>
            </w:r>
          </w:p>
        </w:tc>
        <w:tc>
          <w:tcPr>
            <w:tcW w:w="10920" w:type="dxa"/>
            <w:vAlign w:val="center"/>
          </w:tcPr>
          <w:p w:rsidR="00964FD0" w:rsidRDefault="009F4DAA" w:rsidP="0052375D">
            <w:pPr>
              <w:rPr>
                <w:rFonts w:cstheme="minorHAnsi"/>
                <w:szCs w:val="24"/>
                <w:u w:val="single"/>
              </w:rPr>
            </w:pPr>
            <w:r>
              <w:rPr>
                <w:rFonts w:cstheme="minorHAnsi"/>
                <w:szCs w:val="24"/>
                <w:u w:val="single"/>
              </w:rPr>
              <w:t>Priorytetowe:</w:t>
            </w:r>
          </w:p>
          <w:p w:rsidR="009F4DAA" w:rsidRDefault="009F4DAA" w:rsidP="009F4DAA">
            <w:r>
              <w:rPr>
                <w:rFonts w:cstheme="minorHAnsi"/>
              </w:rPr>
              <w:t>1. Utworzenie komponentu medycznego Szefa Obrony Cywilnej (</w:t>
            </w:r>
            <w:proofErr w:type="spellStart"/>
            <w:r>
              <w:rPr>
                <w:rFonts w:cstheme="minorHAnsi"/>
              </w:rPr>
              <w:t>kmSOC</w:t>
            </w:r>
            <w:proofErr w:type="spellEnd"/>
            <w:r>
              <w:rPr>
                <w:rFonts w:cstheme="minorHAnsi"/>
              </w:rPr>
              <w:t>)</w:t>
            </w:r>
            <w:r w:rsidRPr="005B405C">
              <w:t xml:space="preserve"> </w:t>
            </w:r>
            <w:r>
              <w:t xml:space="preserve">- </w:t>
            </w:r>
            <w:r w:rsidRPr="000768F1">
              <w:t xml:space="preserve">systemu zapewniającego gotowość podmiotów leczniczych </w:t>
            </w:r>
            <w:r>
              <w:t>ministra właściwego do spraw wewnętrznych</w:t>
            </w:r>
            <w:r w:rsidRPr="000768F1">
              <w:t xml:space="preserve"> do realizacji zadań ochrony ludności i obrony cywilnej w sytuacjach kryzysowych i w czasie wojny</w:t>
            </w:r>
            <w:r>
              <w:t xml:space="preserve"> oraz standaryzacja ich funkcjonowania</w:t>
            </w:r>
            <w:r w:rsidR="007D66D1">
              <w:t>,</w:t>
            </w:r>
          </w:p>
          <w:p w:rsidR="009F4DAA" w:rsidRDefault="009F4DAA" w:rsidP="009F4DAA">
            <w:r>
              <w:t xml:space="preserve">2. </w:t>
            </w:r>
            <w:r w:rsidRPr="004A6505">
              <w:t>zwiększenie zdolności do ochrony ludności i obrony cywilnej w przypadku zewnętrznego zagrożenia bezpieczeństwa państwa</w:t>
            </w:r>
            <w:r>
              <w:t>,</w:t>
            </w:r>
            <w:r w:rsidRPr="004A6505">
              <w:t xml:space="preserve"> </w:t>
            </w:r>
            <w:r w:rsidRPr="000768F1">
              <w:t>w sytuacjach kryzysowych i w czasie wojny</w:t>
            </w:r>
            <w:r w:rsidR="006A7979">
              <w:t>, w tym w szczególności</w:t>
            </w:r>
            <w:r>
              <w:t xml:space="preserve"> </w:t>
            </w:r>
            <w:r w:rsidRPr="004A6505">
              <w:t>przy udziale Państwowego Instytutu Medycznego</w:t>
            </w:r>
            <w:r w:rsidR="006A7979">
              <w:t xml:space="preserve"> jako centralnego ośrodka koordynującego</w:t>
            </w:r>
            <w:r w:rsidRPr="004A6505">
              <w:t xml:space="preserve"> oraz jednostek organizacyjnych podległych i nadzorowanych przez </w:t>
            </w:r>
            <w:r w:rsidR="00BA44FB">
              <w:t>ministra właściwego do spraw wewnętrznych</w:t>
            </w:r>
            <w:r w:rsidR="006A7979">
              <w:t>,</w:t>
            </w:r>
          </w:p>
          <w:p w:rsidR="009F4DAA" w:rsidRDefault="009F4DAA" w:rsidP="009F4DAA">
            <w:pPr>
              <w:rPr>
                <w:rFonts w:cstheme="minorHAnsi"/>
                <w:szCs w:val="24"/>
              </w:rPr>
            </w:pPr>
            <w:r>
              <w:rPr>
                <w:rFonts w:cstheme="minorHAnsi"/>
                <w:szCs w:val="24"/>
              </w:rPr>
              <w:t xml:space="preserve">3. wytworzenie i utrzymanie odporności podmiotów </w:t>
            </w:r>
            <w:proofErr w:type="spellStart"/>
            <w:r>
              <w:rPr>
                <w:rFonts w:cstheme="minorHAnsi"/>
                <w:szCs w:val="24"/>
              </w:rPr>
              <w:t>kmSOC</w:t>
            </w:r>
            <w:proofErr w:type="spellEnd"/>
            <w:r>
              <w:rPr>
                <w:rFonts w:cstheme="minorHAnsi"/>
                <w:szCs w:val="24"/>
              </w:rPr>
              <w:t xml:space="preserve"> i zdolności do funkcjonowania w sytuacji kryzysowej i</w:t>
            </w:r>
            <w:r w:rsidR="00B074AF">
              <w:rPr>
                <w:rFonts w:cstheme="minorHAnsi"/>
                <w:szCs w:val="24"/>
              </w:rPr>
              <w:t> </w:t>
            </w:r>
            <w:r>
              <w:rPr>
                <w:rFonts w:cstheme="minorHAnsi"/>
                <w:szCs w:val="24"/>
              </w:rPr>
              <w:t>w</w:t>
            </w:r>
            <w:r w:rsidR="00B074AF">
              <w:rPr>
                <w:rFonts w:cstheme="minorHAnsi"/>
                <w:szCs w:val="24"/>
              </w:rPr>
              <w:t> </w:t>
            </w:r>
            <w:r>
              <w:rPr>
                <w:rFonts w:cstheme="minorHAnsi"/>
                <w:szCs w:val="24"/>
              </w:rPr>
              <w:t>czasie wojny, w tym tworzenia zapasowych miejsc szpitalnych</w:t>
            </w:r>
            <w:r w:rsidR="007D66D1">
              <w:rPr>
                <w:rFonts w:cstheme="minorHAnsi"/>
                <w:szCs w:val="24"/>
              </w:rPr>
              <w:t>,</w:t>
            </w:r>
          </w:p>
          <w:p w:rsidR="009F4DAA" w:rsidRDefault="009F4DAA" w:rsidP="009F4DAA">
            <w:pPr>
              <w:rPr>
                <w:rFonts w:cstheme="minorHAnsi"/>
                <w:szCs w:val="24"/>
              </w:rPr>
            </w:pPr>
            <w:r>
              <w:rPr>
                <w:rFonts w:cstheme="minorHAnsi"/>
              </w:rPr>
              <w:t xml:space="preserve">4. </w:t>
            </w:r>
            <w:r>
              <w:rPr>
                <w:rFonts w:cstheme="minorHAnsi"/>
                <w:szCs w:val="24"/>
              </w:rPr>
              <w:t xml:space="preserve">remonty i przebudowy istniejącej infrastruktury medycznej </w:t>
            </w:r>
            <w:proofErr w:type="spellStart"/>
            <w:r>
              <w:rPr>
                <w:rFonts w:cstheme="minorHAnsi"/>
                <w:szCs w:val="24"/>
              </w:rPr>
              <w:t>kmSOC</w:t>
            </w:r>
            <w:proofErr w:type="spellEnd"/>
            <w:r>
              <w:rPr>
                <w:rFonts w:cstheme="minorHAnsi"/>
                <w:szCs w:val="24"/>
              </w:rPr>
              <w:t xml:space="preserve"> w celu zapewnienia zwiększonej odporności w</w:t>
            </w:r>
            <w:r w:rsidR="00B074AF">
              <w:rPr>
                <w:rFonts w:cstheme="minorHAnsi"/>
                <w:szCs w:val="24"/>
              </w:rPr>
              <w:t> </w:t>
            </w:r>
            <w:r>
              <w:rPr>
                <w:rFonts w:cstheme="minorHAnsi"/>
                <w:szCs w:val="24"/>
              </w:rPr>
              <w:t>czasie zagrożeń sytuacji kryzysowej lub wojny</w:t>
            </w:r>
            <w:r w:rsidR="007D66D1">
              <w:rPr>
                <w:rFonts w:cstheme="minorHAnsi"/>
                <w:szCs w:val="24"/>
              </w:rPr>
              <w:t>,</w:t>
            </w:r>
          </w:p>
          <w:p w:rsidR="009F4DAA" w:rsidRDefault="009F4DAA" w:rsidP="009F4DAA">
            <w:pPr>
              <w:rPr>
                <w:rFonts w:cstheme="minorHAnsi"/>
                <w:szCs w:val="24"/>
              </w:rPr>
            </w:pPr>
            <w:r>
              <w:rPr>
                <w:rFonts w:cstheme="minorHAnsi"/>
                <w:szCs w:val="24"/>
              </w:rPr>
              <w:t xml:space="preserve">5. </w:t>
            </w:r>
            <w:r w:rsidRPr="004831AA">
              <w:rPr>
                <w:rFonts w:cstheme="minorHAnsi"/>
                <w:szCs w:val="24"/>
              </w:rPr>
              <w:t>przystosowanie techniczne i organizacyjne kluczowych oddziałów podmiotów leczniczych</w:t>
            </w:r>
            <w:r>
              <w:rPr>
                <w:rFonts w:cstheme="minorHAnsi"/>
                <w:szCs w:val="24"/>
              </w:rPr>
              <w:t xml:space="preserve"> </w:t>
            </w:r>
            <w:proofErr w:type="spellStart"/>
            <w:r>
              <w:rPr>
                <w:rFonts w:cstheme="minorHAnsi"/>
                <w:szCs w:val="24"/>
              </w:rPr>
              <w:t>kmSOC</w:t>
            </w:r>
            <w:proofErr w:type="spellEnd"/>
            <w:r w:rsidRPr="004831AA">
              <w:rPr>
                <w:rFonts w:cstheme="minorHAnsi"/>
                <w:szCs w:val="24"/>
              </w:rPr>
              <w:t xml:space="preserve"> do funkcjonowania w przypadku ataku na infrastrukturę medyczną</w:t>
            </w:r>
            <w:r>
              <w:rPr>
                <w:rFonts w:cstheme="minorHAnsi"/>
                <w:szCs w:val="24"/>
              </w:rPr>
              <w:t>, w tym budowa odpornej infrastruktury medycznej</w:t>
            </w:r>
            <w:r w:rsidR="007D66D1">
              <w:rPr>
                <w:rFonts w:cstheme="minorHAnsi"/>
                <w:szCs w:val="24"/>
              </w:rPr>
              <w:t>,</w:t>
            </w:r>
          </w:p>
          <w:p w:rsidR="009F4DAA" w:rsidRDefault="009F4DAA" w:rsidP="009F4DAA">
            <w:pPr>
              <w:rPr>
                <w:rFonts w:cstheme="minorHAnsi"/>
              </w:rPr>
            </w:pPr>
            <w:r>
              <w:rPr>
                <w:rFonts w:cstheme="minorHAnsi"/>
              </w:rPr>
              <w:t xml:space="preserve">6. zapewnienie sprzętu medycznego dla podmiotów </w:t>
            </w:r>
            <w:proofErr w:type="spellStart"/>
            <w:r>
              <w:rPr>
                <w:rFonts w:cstheme="minorHAnsi"/>
              </w:rPr>
              <w:t>kmSOC</w:t>
            </w:r>
            <w:proofErr w:type="spellEnd"/>
            <w:r>
              <w:rPr>
                <w:rFonts w:cstheme="minorHAnsi"/>
              </w:rPr>
              <w:t xml:space="preserve"> do wykorzystania w sytuacji kryzysowej lub w czasie wojny</w:t>
            </w:r>
            <w:r w:rsidR="007D66D1">
              <w:rPr>
                <w:rFonts w:cstheme="minorHAnsi"/>
              </w:rPr>
              <w:t>.</w:t>
            </w:r>
          </w:p>
          <w:p w:rsidR="009F4DAA" w:rsidRDefault="009F4DAA" w:rsidP="0052375D">
            <w:pPr>
              <w:rPr>
                <w:rFonts w:cstheme="minorHAnsi"/>
                <w:szCs w:val="24"/>
                <w:u w:val="single"/>
              </w:rPr>
            </w:pPr>
            <w:r>
              <w:rPr>
                <w:rFonts w:cstheme="minorHAnsi"/>
                <w:szCs w:val="24"/>
                <w:u w:val="single"/>
              </w:rPr>
              <w:t>Pozostałe:</w:t>
            </w:r>
          </w:p>
          <w:p w:rsidR="009F4DAA" w:rsidRDefault="009F4DAA" w:rsidP="009F4DAA">
            <w:pPr>
              <w:rPr>
                <w:rFonts w:cstheme="minorHAnsi"/>
              </w:rPr>
            </w:pPr>
            <w:r>
              <w:t xml:space="preserve">1. opracowanie standardów organizacyjnych </w:t>
            </w:r>
            <w:proofErr w:type="spellStart"/>
            <w:r>
              <w:t>kmSOC</w:t>
            </w:r>
            <w:proofErr w:type="spellEnd"/>
            <w:r w:rsidRPr="005B405C">
              <w:t xml:space="preserve"> </w:t>
            </w:r>
            <w:r>
              <w:t xml:space="preserve">i </w:t>
            </w:r>
            <w:r w:rsidRPr="000768F1">
              <w:t xml:space="preserve">wdrożenie jednolitych zasad przechodzenia podmiotów </w:t>
            </w:r>
            <w:proofErr w:type="spellStart"/>
            <w:r>
              <w:t>kmSOC</w:t>
            </w:r>
            <w:proofErr w:type="spellEnd"/>
            <w:r w:rsidRPr="000768F1">
              <w:t xml:space="preserve"> w tryb działania kryzysowego</w:t>
            </w:r>
            <w:r w:rsidR="007D66D1">
              <w:t>,</w:t>
            </w:r>
          </w:p>
          <w:p w:rsidR="009F4DAA" w:rsidRDefault="009F4DAA">
            <w:pPr>
              <w:rPr>
                <w:rFonts w:cstheme="minorHAnsi"/>
                <w:szCs w:val="24"/>
              </w:rPr>
            </w:pPr>
            <w:r>
              <w:rPr>
                <w:rFonts w:cstheme="minorHAnsi"/>
                <w:szCs w:val="24"/>
              </w:rPr>
              <w:t xml:space="preserve">2. identyfikowanie i ewidencjonowanie zasobów i zdolności świadczeniowych </w:t>
            </w:r>
            <w:proofErr w:type="spellStart"/>
            <w:r>
              <w:rPr>
                <w:rFonts w:cstheme="minorHAnsi"/>
                <w:szCs w:val="24"/>
              </w:rPr>
              <w:t>kmSOC</w:t>
            </w:r>
            <w:proofErr w:type="spellEnd"/>
            <w:r>
              <w:rPr>
                <w:rFonts w:cstheme="minorHAnsi"/>
                <w:szCs w:val="24"/>
              </w:rPr>
              <w:t>, w tym wprowadzenie jednolitej klasyfikacji</w:t>
            </w:r>
            <w:r w:rsidRPr="005B405C">
              <w:rPr>
                <w:rFonts w:cstheme="minorHAnsi"/>
                <w:szCs w:val="24"/>
              </w:rPr>
              <w:t xml:space="preserve"> </w:t>
            </w:r>
            <w:r>
              <w:rPr>
                <w:rFonts w:cstheme="minorHAnsi"/>
                <w:szCs w:val="24"/>
              </w:rPr>
              <w:t>zasobów i zdolności świadczeniowych</w:t>
            </w:r>
            <w:r w:rsidR="007D66D1">
              <w:rPr>
                <w:rFonts w:cstheme="minorHAnsi"/>
                <w:szCs w:val="24"/>
              </w:rPr>
              <w:t>,</w:t>
            </w:r>
          </w:p>
          <w:p w:rsidR="009F4DAA" w:rsidRPr="005B405C" w:rsidRDefault="009F4DAA" w:rsidP="009F4DAA">
            <w:pPr>
              <w:rPr>
                <w:rFonts w:cstheme="minorHAnsi"/>
              </w:rPr>
            </w:pPr>
            <w:r>
              <w:rPr>
                <w:rFonts w:cstheme="minorHAnsi"/>
              </w:rPr>
              <w:t xml:space="preserve">3. </w:t>
            </w:r>
            <w:r w:rsidRPr="005B405C">
              <w:rPr>
                <w:rFonts w:cstheme="minorHAnsi"/>
              </w:rPr>
              <w:t>zapewnienie zdolności przyjęcia zwiększonej liczby poszkodowanych oraz zapewnienie możliwości ich transportu i</w:t>
            </w:r>
            <w:r w:rsidR="00B074AF">
              <w:rPr>
                <w:rFonts w:cstheme="minorHAnsi"/>
              </w:rPr>
              <w:t> </w:t>
            </w:r>
            <w:r w:rsidRPr="005B405C">
              <w:rPr>
                <w:rFonts w:cstheme="minorHAnsi"/>
              </w:rPr>
              <w:t>ewakuacji</w:t>
            </w:r>
            <w:r w:rsidR="007D66D1">
              <w:rPr>
                <w:rFonts w:cstheme="minorHAnsi"/>
              </w:rPr>
              <w:t>,</w:t>
            </w:r>
            <w:r w:rsidRPr="005B405C">
              <w:rPr>
                <w:rFonts w:cstheme="minorHAnsi"/>
              </w:rPr>
              <w:t xml:space="preserve"> </w:t>
            </w:r>
            <w:r w:rsidR="00326087">
              <w:t xml:space="preserve"> </w:t>
            </w:r>
            <w:r w:rsidR="00326087" w:rsidRPr="00326087">
              <w:rPr>
                <w:rFonts w:cstheme="minorHAnsi"/>
              </w:rPr>
              <w:t>zapewnienie zapasowych źródeł energii elektrycznej</w:t>
            </w:r>
            <w:r w:rsidR="00326087">
              <w:rPr>
                <w:rFonts w:cstheme="minorHAnsi"/>
              </w:rPr>
              <w:t>,</w:t>
            </w:r>
          </w:p>
          <w:p w:rsidR="009F4DAA" w:rsidRDefault="009F4DAA" w:rsidP="009F4DAA">
            <w:pPr>
              <w:rPr>
                <w:rFonts w:cstheme="minorHAnsi"/>
              </w:rPr>
            </w:pPr>
            <w:r>
              <w:rPr>
                <w:rFonts w:cstheme="minorHAnsi"/>
              </w:rPr>
              <w:t xml:space="preserve">4. zapewnienie zapasu leków i środków opatrunkowych dla podmiotów </w:t>
            </w:r>
            <w:proofErr w:type="spellStart"/>
            <w:r>
              <w:rPr>
                <w:rFonts w:cstheme="minorHAnsi"/>
              </w:rPr>
              <w:t>kmSOC</w:t>
            </w:r>
            <w:proofErr w:type="spellEnd"/>
            <w:r w:rsidR="007D66D1">
              <w:rPr>
                <w:rFonts w:cstheme="minorHAnsi"/>
              </w:rPr>
              <w:t>,</w:t>
            </w:r>
          </w:p>
          <w:p w:rsidR="009F4DAA" w:rsidRDefault="009F4DAA" w:rsidP="009F4DAA">
            <w:pPr>
              <w:rPr>
                <w:rFonts w:cstheme="minorHAnsi"/>
                <w:szCs w:val="24"/>
              </w:rPr>
            </w:pPr>
            <w:r>
              <w:rPr>
                <w:rFonts w:cstheme="minorHAnsi"/>
                <w:szCs w:val="24"/>
              </w:rPr>
              <w:t xml:space="preserve">5. zapewnienie i utrzymanie lądowisk przyszpitalnych oraz infrastruktury towarzyszącej w podmiotach </w:t>
            </w:r>
            <w:proofErr w:type="spellStart"/>
            <w:r>
              <w:rPr>
                <w:rFonts w:cstheme="minorHAnsi"/>
                <w:szCs w:val="24"/>
              </w:rPr>
              <w:t>kmSOC</w:t>
            </w:r>
            <w:proofErr w:type="spellEnd"/>
            <w:r w:rsidR="007D66D1">
              <w:rPr>
                <w:rFonts w:cstheme="minorHAnsi"/>
                <w:szCs w:val="24"/>
              </w:rPr>
              <w:t>,</w:t>
            </w:r>
          </w:p>
          <w:p w:rsidR="009F4DAA" w:rsidRDefault="009F4DAA">
            <w:pPr>
              <w:rPr>
                <w:rFonts w:cstheme="minorHAnsi"/>
                <w:szCs w:val="24"/>
              </w:rPr>
            </w:pPr>
            <w:r>
              <w:rPr>
                <w:rFonts w:cstheme="minorHAnsi"/>
                <w:szCs w:val="24"/>
              </w:rPr>
              <w:t xml:space="preserve">6. </w:t>
            </w:r>
            <w:r>
              <w:rPr>
                <w:rFonts w:cstheme="minorHAnsi"/>
              </w:rPr>
              <w:t xml:space="preserve">pozyskanie i utrzymanie systemów bezpieczeństwa teleinformatycznego i </w:t>
            </w:r>
            <w:r>
              <w:rPr>
                <w:rFonts w:cstheme="minorHAnsi"/>
                <w:szCs w:val="24"/>
              </w:rPr>
              <w:t xml:space="preserve">telekomunikacji dla podmiotów </w:t>
            </w:r>
            <w:proofErr w:type="spellStart"/>
            <w:r>
              <w:rPr>
                <w:rFonts w:cstheme="minorHAnsi"/>
                <w:szCs w:val="24"/>
              </w:rPr>
              <w:t>kmSOC</w:t>
            </w:r>
            <w:proofErr w:type="spellEnd"/>
            <w:r w:rsidR="007D66D1">
              <w:rPr>
                <w:rFonts w:cstheme="minorHAnsi"/>
                <w:szCs w:val="24"/>
              </w:rPr>
              <w:t>,</w:t>
            </w:r>
          </w:p>
          <w:p w:rsidR="009F4DAA" w:rsidRPr="002810B3" w:rsidRDefault="009F4DAA" w:rsidP="009F4DAA">
            <w:pPr>
              <w:rPr>
                <w:rFonts w:cstheme="minorHAnsi"/>
                <w:szCs w:val="24"/>
              </w:rPr>
            </w:pPr>
            <w:r>
              <w:rPr>
                <w:rFonts w:cstheme="minorHAnsi"/>
                <w:szCs w:val="24"/>
              </w:rPr>
              <w:t xml:space="preserve">7. zapewnienie zapasów materiałowych i logistycznych dla zabezpieczenia funkcjonowania podmiotów </w:t>
            </w:r>
            <w:proofErr w:type="spellStart"/>
            <w:r>
              <w:rPr>
                <w:rFonts w:cstheme="minorHAnsi"/>
                <w:szCs w:val="24"/>
              </w:rPr>
              <w:t>kmSOC</w:t>
            </w:r>
            <w:proofErr w:type="spellEnd"/>
            <w:r w:rsidR="007D66D1">
              <w:rPr>
                <w:rFonts w:cstheme="minorHAnsi"/>
                <w:szCs w:val="24"/>
              </w:rPr>
              <w:t>.</w:t>
            </w:r>
          </w:p>
          <w:p w:rsidR="009F4DAA" w:rsidRDefault="009F4DAA" w:rsidP="0052375D">
            <w:pPr>
              <w:rPr>
                <w:rFonts w:cstheme="minorHAnsi"/>
                <w:szCs w:val="24"/>
                <w:u w:val="single"/>
              </w:rPr>
            </w:pPr>
          </w:p>
        </w:tc>
      </w:tr>
    </w:tbl>
    <w:p w:rsidR="00B775D5" w:rsidRPr="00B775D5" w:rsidRDefault="002C063D" w:rsidP="00B775D5">
      <w:pPr>
        <w:rPr>
          <w:rFonts w:cstheme="minorHAnsi"/>
          <w:i/>
          <w:sz w:val="24"/>
          <w:szCs w:val="24"/>
        </w:rPr>
      </w:pPr>
      <w:r>
        <w:rPr>
          <w:rFonts w:cstheme="minorHAnsi"/>
          <w:i/>
          <w:sz w:val="24"/>
          <w:szCs w:val="24"/>
        </w:rPr>
        <w:br w:type="page"/>
      </w:r>
    </w:p>
    <w:p w:rsidR="00B775D5" w:rsidRPr="00CE65DA" w:rsidRDefault="00A95177" w:rsidP="00CE65DA">
      <w:pPr>
        <w:pStyle w:val="Nagwek2"/>
        <w:jc w:val="right"/>
        <w:rPr>
          <w:sz w:val="24"/>
          <w:szCs w:val="24"/>
        </w:rPr>
      </w:pPr>
      <w:bookmarkStart w:id="22" w:name="_Toc237252364"/>
      <w:r w:rsidRPr="00CE65DA">
        <w:rPr>
          <w:sz w:val="24"/>
          <w:szCs w:val="24"/>
        </w:rPr>
        <w:lastRenderedPageBreak/>
        <w:t>Załącznik</w:t>
      </w:r>
      <w:r w:rsidR="00B775D5" w:rsidRPr="00CE65DA">
        <w:rPr>
          <w:sz w:val="24"/>
          <w:szCs w:val="24"/>
        </w:rPr>
        <w:t xml:space="preserve"> </w:t>
      </w:r>
      <w:r w:rsidR="00555174" w:rsidRPr="00CE65DA">
        <w:rPr>
          <w:sz w:val="24"/>
          <w:szCs w:val="24"/>
        </w:rPr>
        <w:t>2</w:t>
      </w:r>
      <w:bookmarkEnd w:id="22"/>
    </w:p>
    <w:p w:rsidR="00B775D5" w:rsidRPr="00CE65DA" w:rsidRDefault="00B775D5" w:rsidP="00CE65DA">
      <w:pPr>
        <w:pStyle w:val="Nagwek2"/>
        <w:jc w:val="center"/>
        <w:rPr>
          <w:sz w:val="24"/>
          <w:szCs w:val="24"/>
        </w:rPr>
      </w:pPr>
      <w:bookmarkStart w:id="23" w:name="_Toc237252365"/>
      <w:r w:rsidRPr="00CE65DA">
        <w:rPr>
          <w:sz w:val="24"/>
          <w:szCs w:val="24"/>
        </w:rPr>
        <w:t>Podział środków finansowych</w:t>
      </w:r>
      <w:bookmarkEnd w:id="23"/>
    </w:p>
    <w:p w:rsidR="00B775D5" w:rsidRDefault="00B775D5" w:rsidP="00B775D5">
      <w:pPr>
        <w:rPr>
          <w:sz w:val="24"/>
          <w:szCs w:val="24"/>
        </w:rPr>
      </w:pPr>
      <w:r w:rsidRPr="00C4621A">
        <w:rPr>
          <w:sz w:val="24"/>
          <w:szCs w:val="24"/>
        </w:rPr>
        <w:t xml:space="preserve">Tabela 1. Podział środków finansowych na podstawie art. 155 ustawy </w:t>
      </w:r>
      <w:r>
        <w:rPr>
          <w:sz w:val="24"/>
          <w:szCs w:val="24"/>
        </w:rPr>
        <w:t>z dnia 5 grudnia 2024 r. o ochronie ludności i obronie cywilnej</w:t>
      </w:r>
    </w:p>
    <w:p w:rsidR="00B775D5" w:rsidRDefault="00B775D5" w:rsidP="00B775D5">
      <w:pPr>
        <w:spacing w:line="240" w:lineRule="auto"/>
        <w:rPr>
          <w:sz w:val="20"/>
          <w:szCs w:val="20"/>
        </w:rPr>
      </w:pPr>
      <w:r w:rsidRPr="00BB1996">
        <w:rPr>
          <w:sz w:val="20"/>
          <w:szCs w:val="20"/>
        </w:rPr>
        <w:t>Wartości mogą ulec zmianie w wyniku planowania budżetowego środków, o których m</w:t>
      </w:r>
      <w:r>
        <w:rPr>
          <w:sz w:val="20"/>
          <w:szCs w:val="20"/>
        </w:rPr>
        <w:t xml:space="preserve">owa w art. 155 ust. 2 pkt 1-2 lub </w:t>
      </w:r>
      <w:r w:rsidRPr="00BB1996">
        <w:rPr>
          <w:sz w:val="20"/>
          <w:szCs w:val="20"/>
        </w:rPr>
        <w:t>w przypadku zmiany wartości PKB po ogłoszeniu w</w:t>
      </w:r>
      <w:r>
        <w:rPr>
          <w:sz w:val="20"/>
          <w:szCs w:val="20"/>
        </w:rPr>
        <w:t> </w:t>
      </w:r>
      <w:r w:rsidRPr="00BB1996">
        <w:rPr>
          <w:sz w:val="20"/>
          <w:szCs w:val="20"/>
        </w:rPr>
        <w:t>drodze obwieszczenia w Dzienniku Urzędowym Rzeczypospolitej Polskiej „Monitor Polski” przez Prezesa Głównego Urzędu Statystycznego pierwszego szacunku wartości Produktu Krajowego Brutto</w:t>
      </w:r>
    </w:p>
    <w:tbl>
      <w:tblPr>
        <w:tblStyle w:val="Tabela-Siatka2"/>
        <w:tblW w:w="15592" w:type="dxa"/>
        <w:jc w:val="center"/>
        <w:tblLayout w:type="fixed"/>
        <w:tblLook w:val="04A0" w:firstRow="1" w:lastRow="0" w:firstColumn="1" w:lastColumn="0" w:noHBand="0" w:noVBand="1"/>
      </w:tblPr>
      <w:tblGrid>
        <w:gridCol w:w="2126"/>
        <w:gridCol w:w="709"/>
        <w:gridCol w:w="2410"/>
        <w:gridCol w:w="2070"/>
        <w:gridCol w:w="2070"/>
        <w:gridCol w:w="2071"/>
        <w:gridCol w:w="2070"/>
        <w:gridCol w:w="2066"/>
      </w:tblGrid>
      <w:tr w:rsidR="000D0C7E" w:rsidRPr="00253D41" w:rsidTr="000D0C7E">
        <w:trPr>
          <w:jc w:val="center"/>
        </w:trPr>
        <w:tc>
          <w:tcPr>
            <w:tcW w:w="2126" w:type="dxa"/>
            <w:vMerge w:val="restart"/>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Kategoria</w:t>
            </w:r>
          </w:p>
        </w:tc>
        <w:tc>
          <w:tcPr>
            <w:tcW w:w="709" w:type="dxa"/>
            <w:vMerge w:val="restart"/>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 xml:space="preserve">Lp. </w:t>
            </w:r>
          </w:p>
        </w:tc>
        <w:tc>
          <w:tcPr>
            <w:tcW w:w="2410" w:type="dxa"/>
            <w:vMerge w:val="restart"/>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Klasyfikacja budżetowa</w:t>
            </w:r>
          </w:p>
        </w:tc>
        <w:tc>
          <w:tcPr>
            <w:tcW w:w="10347" w:type="dxa"/>
            <w:gridSpan w:val="5"/>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Środki finansowe (w zł)</w:t>
            </w:r>
          </w:p>
        </w:tc>
      </w:tr>
      <w:tr w:rsidR="000D0C7E" w:rsidRPr="00253D41" w:rsidTr="000D0C7E">
        <w:trPr>
          <w:jc w:val="center"/>
        </w:trPr>
        <w:tc>
          <w:tcPr>
            <w:tcW w:w="2126" w:type="dxa"/>
            <w:vMerge/>
            <w:shd w:val="clear" w:color="auto" w:fill="D9D9D9" w:themeFill="background1" w:themeFillShade="D9"/>
          </w:tcPr>
          <w:p w:rsidR="000D0C7E" w:rsidRPr="00253D41" w:rsidRDefault="000D0C7E" w:rsidP="003A4062">
            <w:pPr>
              <w:rPr>
                <w:rFonts w:cstheme="minorHAnsi"/>
                <w:sz w:val="26"/>
                <w:szCs w:val="26"/>
              </w:rPr>
            </w:pPr>
          </w:p>
        </w:tc>
        <w:tc>
          <w:tcPr>
            <w:tcW w:w="709" w:type="dxa"/>
            <w:vMerge/>
            <w:shd w:val="clear" w:color="auto" w:fill="D9D9D9" w:themeFill="background1" w:themeFillShade="D9"/>
          </w:tcPr>
          <w:p w:rsidR="000D0C7E" w:rsidRPr="00253D41" w:rsidRDefault="000D0C7E" w:rsidP="003A4062">
            <w:pPr>
              <w:rPr>
                <w:rFonts w:cstheme="minorHAnsi"/>
                <w:sz w:val="26"/>
                <w:szCs w:val="26"/>
              </w:rPr>
            </w:pPr>
          </w:p>
        </w:tc>
        <w:tc>
          <w:tcPr>
            <w:tcW w:w="2410" w:type="dxa"/>
            <w:vMerge/>
            <w:shd w:val="clear" w:color="auto" w:fill="D9D9D9" w:themeFill="background1" w:themeFillShade="D9"/>
          </w:tcPr>
          <w:p w:rsidR="000D0C7E" w:rsidRPr="00253D41" w:rsidRDefault="000D0C7E" w:rsidP="003A4062">
            <w:pPr>
              <w:rPr>
                <w:rFonts w:cstheme="minorHAnsi"/>
                <w:sz w:val="26"/>
                <w:szCs w:val="26"/>
              </w:rPr>
            </w:pPr>
          </w:p>
        </w:tc>
        <w:tc>
          <w:tcPr>
            <w:tcW w:w="2070" w:type="dxa"/>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2027</w:t>
            </w:r>
          </w:p>
        </w:tc>
        <w:tc>
          <w:tcPr>
            <w:tcW w:w="2070" w:type="dxa"/>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2028</w:t>
            </w:r>
          </w:p>
        </w:tc>
        <w:tc>
          <w:tcPr>
            <w:tcW w:w="2071" w:type="dxa"/>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2029</w:t>
            </w:r>
          </w:p>
        </w:tc>
        <w:tc>
          <w:tcPr>
            <w:tcW w:w="2070" w:type="dxa"/>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2030</w:t>
            </w:r>
          </w:p>
        </w:tc>
        <w:tc>
          <w:tcPr>
            <w:tcW w:w="2066" w:type="dxa"/>
            <w:shd w:val="clear" w:color="auto" w:fill="D9D9D9" w:themeFill="background1" w:themeFillShade="D9"/>
            <w:vAlign w:val="center"/>
          </w:tcPr>
          <w:p w:rsidR="000D0C7E" w:rsidRPr="00253D41" w:rsidRDefault="000D0C7E" w:rsidP="003A4062">
            <w:pPr>
              <w:jc w:val="center"/>
              <w:rPr>
                <w:rFonts w:cstheme="minorHAnsi"/>
                <w:b/>
                <w:sz w:val="26"/>
                <w:szCs w:val="26"/>
              </w:rPr>
            </w:pPr>
            <w:r w:rsidRPr="00253D41">
              <w:rPr>
                <w:rFonts w:cstheme="minorHAnsi"/>
                <w:b/>
                <w:sz w:val="26"/>
                <w:szCs w:val="26"/>
              </w:rPr>
              <w:t>2031</w:t>
            </w:r>
          </w:p>
        </w:tc>
      </w:tr>
      <w:tr w:rsidR="000D0C7E" w:rsidRPr="00253D41" w:rsidTr="000D0C7E">
        <w:trPr>
          <w:trHeight w:val="822"/>
          <w:jc w:val="center"/>
        </w:trPr>
        <w:tc>
          <w:tcPr>
            <w:tcW w:w="2126" w:type="dxa"/>
            <w:vMerge w:val="restart"/>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art. 155 ust. 2 pkt 1 ustawy</w:t>
            </w:r>
          </w:p>
        </w:tc>
        <w:tc>
          <w:tcPr>
            <w:tcW w:w="709" w:type="dxa"/>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część 42</w:t>
            </w:r>
          </w:p>
          <w:p w:rsidR="000D0C7E" w:rsidRPr="00253D41" w:rsidRDefault="000D0C7E" w:rsidP="003A4062">
            <w:pPr>
              <w:jc w:val="center"/>
              <w:rPr>
                <w:rFonts w:cstheme="minorHAnsi"/>
                <w:sz w:val="24"/>
                <w:szCs w:val="26"/>
              </w:rPr>
            </w:pPr>
            <w:r w:rsidRPr="00253D41">
              <w:rPr>
                <w:rFonts w:cstheme="minorHAnsi"/>
                <w:sz w:val="24"/>
                <w:szCs w:val="26"/>
              </w:rPr>
              <w:t>część 17</w:t>
            </w:r>
          </w:p>
        </w:tc>
        <w:tc>
          <w:tcPr>
            <w:tcW w:w="2070" w:type="dxa"/>
            <w:vAlign w:val="center"/>
          </w:tcPr>
          <w:p w:rsidR="000D0C7E" w:rsidRPr="00D96114" w:rsidRDefault="000D0C7E" w:rsidP="003A4062">
            <w:pPr>
              <w:jc w:val="center"/>
              <w:rPr>
                <w:i/>
              </w:rPr>
            </w:pPr>
            <w:r w:rsidRPr="00D96114">
              <w:rPr>
                <w:i/>
              </w:rPr>
              <w:t>2 556 734 400,00</w:t>
            </w:r>
          </w:p>
        </w:tc>
        <w:tc>
          <w:tcPr>
            <w:tcW w:w="2070" w:type="dxa"/>
            <w:vAlign w:val="center"/>
          </w:tcPr>
          <w:p w:rsidR="000D0C7E" w:rsidRPr="00D96114" w:rsidRDefault="000D0C7E" w:rsidP="003A4062">
            <w:pPr>
              <w:jc w:val="center"/>
              <w:rPr>
                <w:i/>
              </w:rPr>
            </w:pPr>
            <w:r w:rsidRPr="00D96114">
              <w:rPr>
                <w:i/>
              </w:rPr>
              <w:t>2 557 034 770,00</w:t>
            </w:r>
          </w:p>
        </w:tc>
        <w:tc>
          <w:tcPr>
            <w:tcW w:w="2071" w:type="dxa"/>
            <w:vAlign w:val="center"/>
          </w:tcPr>
          <w:p w:rsidR="000D0C7E" w:rsidRPr="00D96114" w:rsidRDefault="000D0C7E" w:rsidP="003A4062">
            <w:pPr>
              <w:jc w:val="center"/>
              <w:rPr>
                <w:i/>
              </w:rPr>
            </w:pPr>
            <w:r w:rsidRPr="00D96114">
              <w:rPr>
                <w:i/>
              </w:rPr>
              <w:t>2 784 040 158,00</w:t>
            </w:r>
          </w:p>
        </w:tc>
        <w:tc>
          <w:tcPr>
            <w:tcW w:w="2070" w:type="dxa"/>
            <w:vAlign w:val="center"/>
          </w:tcPr>
          <w:p w:rsidR="000D0C7E" w:rsidRPr="00D96114" w:rsidRDefault="000D0C7E" w:rsidP="003A4062">
            <w:pPr>
              <w:tabs>
                <w:tab w:val="left" w:pos="200"/>
              </w:tabs>
              <w:jc w:val="center"/>
              <w:rPr>
                <w:i/>
              </w:rPr>
            </w:pPr>
            <w:r w:rsidRPr="00D96114">
              <w:rPr>
                <w:i/>
              </w:rPr>
              <w:t>2 880 589 866,00</w:t>
            </w:r>
          </w:p>
        </w:tc>
        <w:tc>
          <w:tcPr>
            <w:tcW w:w="2066" w:type="dxa"/>
            <w:vAlign w:val="center"/>
          </w:tcPr>
          <w:p w:rsidR="000D0C7E" w:rsidRPr="00D96114" w:rsidRDefault="000D0C7E" w:rsidP="003A4062">
            <w:pPr>
              <w:tabs>
                <w:tab w:val="left" w:pos="200"/>
              </w:tabs>
              <w:jc w:val="center"/>
              <w:rPr>
                <w:i/>
              </w:rPr>
            </w:pPr>
            <w:r w:rsidRPr="00D96114">
              <w:rPr>
                <w:i/>
              </w:rPr>
              <w:t>2 983 265 407,00</w:t>
            </w:r>
          </w:p>
        </w:tc>
      </w:tr>
      <w:tr w:rsidR="000D0C7E" w:rsidRPr="00253D41" w:rsidTr="000D0C7E">
        <w:trPr>
          <w:trHeight w:val="848"/>
          <w:jc w:val="center"/>
        </w:trPr>
        <w:tc>
          <w:tcPr>
            <w:tcW w:w="2126" w:type="dxa"/>
            <w:vMerge/>
            <w:shd w:val="clear" w:color="auto" w:fill="D9D9D9" w:themeFill="background1" w:themeFillShade="D9"/>
            <w:vAlign w:val="center"/>
          </w:tcPr>
          <w:p w:rsidR="000D0C7E" w:rsidRPr="00253D41" w:rsidRDefault="000D0C7E" w:rsidP="003A4062">
            <w:pPr>
              <w:jc w:val="center"/>
              <w:rPr>
                <w:rFonts w:cstheme="minorHAnsi"/>
                <w:sz w:val="24"/>
                <w:szCs w:val="26"/>
              </w:rPr>
            </w:pPr>
          </w:p>
        </w:tc>
        <w:tc>
          <w:tcPr>
            <w:tcW w:w="709" w:type="dxa"/>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część 85</w:t>
            </w:r>
          </w:p>
        </w:tc>
        <w:tc>
          <w:tcPr>
            <w:tcW w:w="2070" w:type="dxa"/>
            <w:vAlign w:val="center"/>
          </w:tcPr>
          <w:p w:rsidR="000D0C7E" w:rsidRPr="00D96114" w:rsidRDefault="000D0C7E" w:rsidP="003A4062">
            <w:pPr>
              <w:jc w:val="center"/>
              <w:rPr>
                <w:i/>
              </w:rPr>
            </w:pPr>
            <w:r w:rsidRPr="00D96114">
              <w:rPr>
                <w:i/>
              </w:rPr>
              <w:t>4 796 702 000,00</w:t>
            </w:r>
          </w:p>
        </w:tc>
        <w:tc>
          <w:tcPr>
            <w:tcW w:w="2070" w:type="dxa"/>
            <w:vAlign w:val="center"/>
          </w:tcPr>
          <w:p w:rsidR="000D0C7E" w:rsidRPr="00D96114" w:rsidRDefault="000D0C7E" w:rsidP="003A4062">
            <w:pPr>
              <w:jc w:val="center"/>
              <w:rPr>
                <w:i/>
              </w:rPr>
            </w:pPr>
            <w:r w:rsidRPr="00D96114">
              <w:rPr>
                <w:i/>
              </w:rPr>
              <w:t>4 799 442 000,00</w:t>
            </w:r>
          </w:p>
        </w:tc>
        <w:tc>
          <w:tcPr>
            <w:tcW w:w="2071" w:type="dxa"/>
            <w:vAlign w:val="center"/>
          </w:tcPr>
          <w:p w:rsidR="000D0C7E" w:rsidRPr="00D96114" w:rsidRDefault="000D0C7E" w:rsidP="003A4062">
            <w:pPr>
              <w:jc w:val="center"/>
              <w:rPr>
                <w:i/>
              </w:rPr>
            </w:pPr>
            <w:r w:rsidRPr="00D96114">
              <w:rPr>
                <w:i/>
              </w:rPr>
              <w:t>4 800 997 000,00</w:t>
            </w:r>
          </w:p>
        </w:tc>
        <w:tc>
          <w:tcPr>
            <w:tcW w:w="2070" w:type="dxa"/>
            <w:vAlign w:val="center"/>
          </w:tcPr>
          <w:p w:rsidR="000D0C7E" w:rsidRPr="00D96114" w:rsidRDefault="000D0C7E" w:rsidP="003A4062">
            <w:pPr>
              <w:jc w:val="center"/>
              <w:rPr>
                <w:i/>
              </w:rPr>
            </w:pPr>
            <w:r w:rsidRPr="00D96114">
              <w:rPr>
                <w:i/>
              </w:rPr>
              <w:t>4 921 022 000,00</w:t>
            </w:r>
          </w:p>
        </w:tc>
        <w:tc>
          <w:tcPr>
            <w:tcW w:w="2066" w:type="dxa"/>
            <w:vAlign w:val="center"/>
          </w:tcPr>
          <w:p w:rsidR="000D0C7E" w:rsidRPr="00D96114" w:rsidRDefault="000D0C7E" w:rsidP="003A4062">
            <w:pPr>
              <w:tabs>
                <w:tab w:val="left" w:pos="115"/>
              </w:tabs>
              <w:jc w:val="center"/>
              <w:rPr>
                <w:i/>
              </w:rPr>
            </w:pPr>
            <w:r w:rsidRPr="00D96114">
              <w:rPr>
                <w:i/>
              </w:rPr>
              <w:t>5 044 048 000,00</w:t>
            </w:r>
          </w:p>
        </w:tc>
      </w:tr>
      <w:tr w:rsidR="000D0C7E" w:rsidRPr="00253D41" w:rsidTr="000D0C7E">
        <w:trPr>
          <w:trHeight w:val="389"/>
          <w:jc w:val="center"/>
        </w:trPr>
        <w:tc>
          <w:tcPr>
            <w:tcW w:w="2126" w:type="dxa"/>
            <w:vMerge/>
            <w:shd w:val="clear" w:color="auto" w:fill="D9D9D9" w:themeFill="background1" w:themeFillShade="D9"/>
            <w:vAlign w:val="center"/>
          </w:tcPr>
          <w:p w:rsidR="000D0C7E" w:rsidRPr="00253D41" w:rsidRDefault="000D0C7E" w:rsidP="003A4062">
            <w:pPr>
              <w:jc w:val="center"/>
              <w:rPr>
                <w:rFonts w:cstheme="minorHAnsi"/>
                <w:sz w:val="24"/>
                <w:szCs w:val="26"/>
              </w:rPr>
            </w:pPr>
          </w:p>
        </w:tc>
        <w:tc>
          <w:tcPr>
            <w:tcW w:w="709" w:type="dxa"/>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shd w:val="clear" w:color="auto" w:fill="D9D9D9" w:themeFill="background1" w:themeFillShade="D9"/>
            <w:vAlign w:val="center"/>
          </w:tcPr>
          <w:p w:rsidR="000D0C7E" w:rsidRPr="00D96114" w:rsidRDefault="000D0C7E" w:rsidP="003A4062">
            <w:pPr>
              <w:jc w:val="center"/>
              <w:rPr>
                <w:rFonts w:cstheme="minorHAnsi"/>
                <w:sz w:val="24"/>
                <w:szCs w:val="26"/>
              </w:rPr>
            </w:pPr>
            <w:r w:rsidRPr="00D96114">
              <w:rPr>
                <w:rFonts w:cstheme="minorHAnsi"/>
                <w:sz w:val="24"/>
                <w:szCs w:val="26"/>
              </w:rPr>
              <w:t>Łącznie (lp. 1+ lp. 2)</w:t>
            </w:r>
          </w:p>
        </w:tc>
        <w:tc>
          <w:tcPr>
            <w:tcW w:w="2070" w:type="dxa"/>
            <w:shd w:val="clear" w:color="auto" w:fill="D9D9D9" w:themeFill="background1" w:themeFillShade="D9"/>
            <w:vAlign w:val="center"/>
          </w:tcPr>
          <w:p w:rsidR="000D0C7E" w:rsidRPr="00D96114" w:rsidRDefault="000D0C7E" w:rsidP="003A4062">
            <w:pPr>
              <w:jc w:val="center"/>
            </w:pPr>
            <w:r w:rsidRPr="00D96114">
              <w:t>7 353 436 400,00</w:t>
            </w:r>
          </w:p>
        </w:tc>
        <w:tc>
          <w:tcPr>
            <w:tcW w:w="2070" w:type="dxa"/>
            <w:shd w:val="clear" w:color="auto" w:fill="D9D9D9" w:themeFill="background1" w:themeFillShade="D9"/>
            <w:vAlign w:val="center"/>
          </w:tcPr>
          <w:p w:rsidR="000D0C7E" w:rsidRPr="00D96114" w:rsidRDefault="000D0C7E" w:rsidP="003A4062">
            <w:pPr>
              <w:jc w:val="center"/>
            </w:pPr>
            <w:r w:rsidRPr="00D96114">
              <w:t>7 356 476 770,00</w:t>
            </w:r>
          </w:p>
        </w:tc>
        <w:tc>
          <w:tcPr>
            <w:tcW w:w="2071" w:type="dxa"/>
            <w:shd w:val="clear" w:color="auto" w:fill="D9D9D9" w:themeFill="background1" w:themeFillShade="D9"/>
            <w:vAlign w:val="center"/>
          </w:tcPr>
          <w:p w:rsidR="000D0C7E" w:rsidRPr="00D96114" w:rsidRDefault="000D0C7E" w:rsidP="003A4062">
            <w:pPr>
              <w:jc w:val="center"/>
            </w:pPr>
            <w:r w:rsidRPr="00D96114">
              <w:t>7 585 037 158,00</w:t>
            </w:r>
          </w:p>
        </w:tc>
        <w:tc>
          <w:tcPr>
            <w:tcW w:w="2070" w:type="dxa"/>
            <w:shd w:val="clear" w:color="auto" w:fill="D9D9D9" w:themeFill="background1" w:themeFillShade="D9"/>
            <w:vAlign w:val="center"/>
          </w:tcPr>
          <w:p w:rsidR="000D0C7E" w:rsidRPr="00D96114" w:rsidRDefault="000D0C7E" w:rsidP="003A4062">
            <w:pPr>
              <w:jc w:val="center"/>
            </w:pPr>
            <w:r w:rsidRPr="00D96114">
              <w:t>7 801 611 866,00</w:t>
            </w:r>
          </w:p>
        </w:tc>
        <w:tc>
          <w:tcPr>
            <w:tcW w:w="2066" w:type="dxa"/>
            <w:shd w:val="clear" w:color="auto" w:fill="D9D9D9" w:themeFill="background1" w:themeFillShade="D9"/>
            <w:vAlign w:val="center"/>
          </w:tcPr>
          <w:p w:rsidR="000D0C7E" w:rsidRPr="00D96114" w:rsidRDefault="000D0C7E" w:rsidP="003A4062">
            <w:pPr>
              <w:jc w:val="center"/>
            </w:pPr>
            <w:r w:rsidRPr="00D96114">
              <w:t>8 027 313 407,00</w:t>
            </w:r>
          </w:p>
        </w:tc>
      </w:tr>
      <w:tr w:rsidR="000D0C7E" w:rsidRPr="00253D41" w:rsidTr="000D0C7E">
        <w:trPr>
          <w:trHeight w:val="937"/>
          <w:jc w:val="center"/>
        </w:trPr>
        <w:tc>
          <w:tcPr>
            <w:tcW w:w="2126" w:type="dxa"/>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art. 155 ust. 2 pkt 2 ustawy</w:t>
            </w:r>
          </w:p>
        </w:tc>
        <w:tc>
          <w:tcPr>
            <w:tcW w:w="709" w:type="dxa"/>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część 46</w:t>
            </w:r>
          </w:p>
        </w:tc>
        <w:tc>
          <w:tcPr>
            <w:tcW w:w="2070" w:type="dxa"/>
            <w:vAlign w:val="center"/>
          </w:tcPr>
          <w:p w:rsidR="000D0C7E" w:rsidRPr="00253D41" w:rsidRDefault="000D0C7E" w:rsidP="003A4062">
            <w:pPr>
              <w:jc w:val="center"/>
            </w:pPr>
            <w:r w:rsidRPr="00253D41">
              <w:t>5 887 929 825,00</w:t>
            </w:r>
          </w:p>
        </w:tc>
        <w:tc>
          <w:tcPr>
            <w:tcW w:w="2070" w:type="dxa"/>
            <w:vAlign w:val="center"/>
          </w:tcPr>
          <w:p w:rsidR="000D0C7E" w:rsidRPr="00253D41" w:rsidRDefault="000D0C7E" w:rsidP="003A4062">
            <w:pPr>
              <w:jc w:val="center"/>
            </w:pPr>
            <w:r w:rsidRPr="00253D41">
              <w:t>6 081 749 845,00</w:t>
            </w:r>
          </w:p>
        </w:tc>
        <w:tc>
          <w:tcPr>
            <w:tcW w:w="2071" w:type="dxa"/>
            <w:vAlign w:val="center"/>
          </w:tcPr>
          <w:p w:rsidR="000D0C7E" w:rsidRPr="00253D41" w:rsidRDefault="000D0C7E" w:rsidP="003A4062">
            <w:pPr>
              <w:jc w:val="center"/>
            </w:pPr>
            <w:r w:rsidRPr="00253D41">
              <w:t>6 278 511 745,00</w:t>
            </w:r>
          </w:p>
        </w:tc>
        <w:tc>
          <w:tcPr>
            <w:tcW w:w="2070" w:type="dxa"/>
            <w:vAlign w:val="center"/>
          </w:tcPr>
          <w:p w:rsidR="000D0C7E" w:rsidRPr="00253D41" w:rsidRDefault="000D0C7E" w:rsidP="003A4062">
            <w:pPr>
              <w:jc w:val="center"/>
            </w:pPr>
            <w:r w:rsidRPr="00253D41">
              <w:t>6 481 028 619,00</w:t>
            </w:r>
          </w:p>
        </w:tc>
        <w:tc>
          <w:tcPr>
            <w:tcW w:w="2066" w:type="dxa"/>
            <w:vAlign w:val="center"/>
          </w:tcPr>
          <w:p w:rsidR="000D0C7E" w:rsidRPr="00253D41" w:rsidRDefault="000D0C7E" w:rsidP="003A4062">
            <w:pPr>
              <w:jc w:val="center"/>
            </w:pPr>
            <w:r w:rsidRPr="00253D41">
              <w:t>6 623 611 699,00</w:t>
            </w:r>
          </w:p>
        </w:tc>
      </w:tr>
      <w:tr w:rsidR="000D0C7E" w:rsidRPr="00253D41" w:rsidTr="000D0C7E">
        <w:trPr>
          <w:trHeight w:val="832"/>
          <w:jc w:val="center"/>
        </w:trPr>
        <w:tc>
          <w:tcPr>
            <w:tcW w:w="2126" w:type="dxa"/>
            <w:vMerge w:val="restart"/>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 xml:space="preserve">art. 155 ust. 2 pkt 3 ustawy </w:t>
            </w:r>
          </w:p>
        </w:tc>
        <w:tc>
          <w:tcPr>
            <w:tcW w:w="709" w:type="dxa"/>
            <w:tcBorders>
              <w:bottom w:val="single" w:sz="4" w:space="0" w:color="auto"/>
            </w:tcBorders>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tcBorders>
              <w:bottom w:val="single" w:sz="4" w:space="0" w:color="auto"/>
            </w:tcBorders>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część 17</w:t>
            </w:r>
          </w:p>
          <w:p w:rsidR="000D0C7E" w:rsidRPr="00253D41" w:rsidRDefault="000D0C7E" w:rsidP="003A4062">
            <w:pPr>
              <w:jc w:val="center"/>
              <w:rPr>
                <w:rFonts w:cstheme="minorHAnsi"/>
                <w:sz w:val="24"/>
                <w:szCs w:val="26"/>
              </w:rPr>
            </w:pPr>
            <w:r w:rsidRPr="00253D41">
              <w:rPr>
                <w:rFonts w:cstheme="minorHAnsi"/>
                <w:sz w:val="24"/>
                <w:szCs w:val="26"/>
              </w:rPr>
              <w:t>część 42</w:t>
            </w:r>
          </w:p>
        </w:tc>
        <w:tc>
          <w:tcPr>
            <w:tcW w:w="2070" w:type="dxa"/>
            <w:tcBorders>
              <w:bottom w:val="single" w:sz="4" w:space="0" w:color="auto"/>
            </w:tcBorders>
            <w:vAlign w:val="center"/>
          </w:tcPr>
          <w:p w:rsidR="000D0C7E" w:rsidRPr="00D96114" w:rsidRDefault="000D0C7E" w:rsidP="003A4062">
            <w:pPr>
              <w:jc w:val="center"/>
              <w:rPr>
                <w:i/>
              </w:rPr>
            </w:pPr>
            <w:r w:rsidRPr="00D96114">
              <w:rPr>
                <w:i/>
              </w:rPr>
              <w:t xml:space="preserve">858 657 000,00    </w:t>
            </w:r>
          </w:p>
        </w:tc>
        <w:tc>
          <w:tcPr>
            <w:tcW w:w="2070" w:type="dxa"/>
            <w:tcBorders>
              <w:bottom w:val="single" w:sz="4" w:space="0" w:color="auto"/>
            </w:tcBorders>
            <w:vAlign w:val="center"/>
          </w:tcPr>
          <w:p w:rsidR="000D0C7E" w:rsidRPr="00D96114" w:rsidRDefault="000D0C7E" w:rsidP="003A4062">
            <w:pPr>
              <w:jc w:val="center"/>
              <w:rPr>
                <w:i/>
              </w:rPr>
            </w:pPr>
            <w:r w:rsidRPr="00D96114">
              <w:rPr>
                <w:i/>
              </w:rPr>
              <w:t xml:space="preserve">934 762 000,00    </w:t>
            </w:r>
          </w:p>
        </w:tc>
        <w:tc>
          <w:tcPr>
            <w:tcW w:w="2071" w:type="dxa"/>
            <w:tcBorders>
              <w:bottom w:val="single" w:sz="4" w:space="0" w:color="auto"/>
            </w:tcBorders>
            <w:vAlign w:val="center"/>
          </w:tcPr>
          <w:p w:rsidR="000D0C7E" w:rsidRPr="00D96114" w:rsidRDefault="000D0C7E" w:rsidP="003A4062">
            <w:pPr>
              <w:jc w:val="center"/>
              <w:rPr>
                <w:i/>
              </w:rPr>
            </w:pPr>
            <w:r w:rsidRPr="00D96114">
              <w:rPr>
                <w:i/>
              </w:rPr>
              <w:t xml:space="preserve">987 705 000,00    </w:t>
            </w:r>
          </w:p>
        </w:tc>
        <w:tc>
          <w:tcPr>
            <w:tcW w:w="2070" w:type="dxa"/>
            <w:tcBorders>
              <w:bottom w:val="single" w:sz="4" w:space="0" w:color="auto"/>
            </w:tcBorders>
            <w:vAlign w:val="center"/>
          </w:tcPr>
          <w:p w:rsidR="000D0C7E" w:rsidRPr="00D96114" w:rsidRDefault="000D0C7E" w:rsidP="003A4062">
            <w:pPr>
              <w:jc w:val="center"/>
              <w:rPr>
                <w:i/>
              </w:rPr>
            </w:pPr>
            <w:r w:rsidRPr="00D96114">
              <w:rPr>
                <w:i/>
              </w:rPr>
              <w:t xml:space="preserve">1 041 097 000,00    </w:t>
            </w:r>
          </w:p>
        </w:tc>
        <w:tc>
          <w:tcPr>
            <w:tcW w:w="2066" w:type="dxa"/>
            <w:tcBorders>
              <w:bottom w:val="single" w:sz="4" w:space="0" w:color="auto"/>
            </w:tcBorders>
            <w:vAlign w:val="center"/>
          </w:tcPr>
          <w:p w:rsidR="000D0C7E" w:rsidRPr="00D96114" w:rsidRDefault="000D0C7E" w:rsidP="003A4062">
            <w:pPr>
              <w:jc w:val="center"/>
              <w:rPr>
                <w:i/>
              </w:rPr>
            </w:pPr>
            <w:r w:rsidRPr="00D96114">
              <w:rPr>
                <w:i/>
              </w:rPr>
              <w:t xml:space="preserve">1 093 027 000,00    </w:t>
            </w:r>
          </w:p>
        </w:tc>
      </w:tr>
      <w:tr w:rsidR="000D0C7E" w:rsidRPr="00253D41" w:rsidTr="000D0C7E">
        <w:trPr>
          <w:trHeight w:val="843"/>
          <w:jc w:val="center"/>
        </w:trPr>
        <w:tc>
          <w:tcPr>
            <w:tcW w:w="2126" w:type="dxa"/>
            <w:vMerge/>
            <w:shd w:val="clear" w:color="auto" w:fill="D9D9D9" w:themeFill="background1" w:themeFillShade="D9"/>
            <w:vAlign w:val="center"/>
          </w:tcPr>
          <w:p w:rsidR="000D0C7E" w:rsidRPr="00253D41" w:rsidRDefault="000D0C7E" w:rsidP="003A4062">
            <w:pPr>
              <w:jc w:val="center"/>
              <w:rPr>
                <w:rFonts w:cstheme="minorHAnsi"/>
                <w:sz w:val="24"/>
                <w:szCs w:val="26"/>
              </w:rPr>
            </w:pPr>
          </w:p>
        </w:tc>
        <w:tc>
          <w:tcPr>
            <w:tcW w:w="709" w:type="dxa"/>
            <w:tcBorders>
              <w:bottom w:val="single" w:sz="4" w:space="0" w:color="auto"/>
            </w:tcBorders>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tcBorders>
              <w:bottom w:val="single" w:sz="4" w:space="0" w:color="auto"/>
            </w:tcBorders>
            <w:shd w:val="clear" w:color="auto" w:fill="D9D9D9" w:themeFill="background1" w:themeFillShade="D9"/>
            <w:vAlign w:val="center"/>
          </w:tcPr>
          <w:p w:rsidR="000D0C7E" w:rsidRPr="00253D41" w:rsidRDefault="000D0C7E" w:rsidP="003A4062">
            <w:pPr>
              <w:jc w:val="center"/>
              <w:rPr>
                <w:rFonts w:cstheme="minorHAnsi"/>
                <w:sz w:val="24"/>
                <w:szCs w:val="26"/>
              </w:rPr>
            </w:pPr>
            <w:r w:rsidRPr="00253D41">
              <w:rPr>
                <w:rFonts w:cstheme="minorHAnsi"/>
                <w:sz w:val="24"/>
                <w:szCs w:val="26"/>
              </w:rPr>
              <w:t>część 85</w:t>
            </w:r>
          </w:p>
        </w:tc>
        <w:tc>
          <w:tcPr>
            <w:tcW w:w="2070" w:type="dxa"/>
            <w:tcBorders>
              <w:bottom w:val="single" w:sz="4" w:space="0" w:color="auto"/>
            </w:tcBorders>
            <w:vAlign w:val="center"/>
          </w:tcPr>
          <w:p w:rsidR="000D0C7E" w:rsidRPr="00D96114" w:rsidRDefault="000D0C7E" w:rsidP="003A4062">
            <w:pPr>
              <w:jc w:val="center"/>
              <w:rPr>
                <w:i/>
              </w:rPr>
            </w:pPr>
            <w:r w:rsidRPr="00D96114">
              <w:rPr>
                <w:i/>
              </w:rPr>
              <w:t>5 010 393 000,00</w:t>
            </w:r>
          </w:p>
        </w:tc>
        <w:tc>
          <w:tcPr>
            <w:tcW w:w="2070" w:type="dxa"/>
            <w:tcBorders>
              <w:bottom w:val="single" w:sz="4" w:space="0" w:color="auto"/>
            </w:tcBorders>
            <w:vAlign w:val="center"/>
          </w:tcPr>
          <w:p w:rsidR="000D0C7E" w:rsidRPr="00D96114" w:rsidRDefault="000D0C7E" w:rsidP="003A4062">
            <w:pPr>
              <w:jc w:val="center"/>
              <w:rPr>
                <w:i/>
              </w:rPr>
            </w:pPr>
            <w:r w:rsidRPr="00D96114">
              <w:rPr>
                <w:i/>
              </w:rPr>
              <w:t>5 296 988 000,00</w:t>
            </w:r>
          </w:p>
        </w:tc>
        <w:tc>
          <w:tcPr>
            <w:tcW w:w="2071" w:type="dxa"/>
            <w:tcBorders>
              <w:bottom w:val="single" w:sz="4" w:space="0" w:color="auto"/>
            </w:tcBorders>
            <w:vAlign w:val="center"/>
          </w:tcPr>
          <w:p w:rsidR="000D0C7E" w:rsidRPr="00D96114" w:rsidRDefault="000D0C7E" w:rsidP="003A4062">
            <w:pPr>
              <w:jc w:val="center"/>
              <w:rPr>
                <w:i/>
              </w:rPr>
            </w:pPr>
            <w:r w:rsidRPr="00D96114">
              <w:rPr>
                <w:i/>
              </w:rPr>
              <w:t>5 596 995 000,00</w:t>
            </w:r>
          </w:p>
        </w:tc>
        <w:tc>
          <w:tcPr>
            <w:tcW w:w="2070" w:type="dxa"/>
            <w:tcBorders>
              <w:bottom w:val="single" w:sz="4" w:space="0" w:color="auto"/>
            </w:tcBorders>
            <w:vAlign w:val="center"/>
          </w:tcPr>
          <w:p w:rsidR="000D0C7E" w:rsidRPr="00D96114" w:rsidRDefault="000D0C7E" w:rsidP="003A4062">
            <w:pPr>
              <w:jc w:val="center"/>
              <w:rPr>
                <w:i/>
              </w:rPr>
            </w:pPr>
            <w:r w:rsidRPr="00D96114">
              <w:rPr>
                <w:i/>
              </w:rPr>
              <w:t>5 899 553 000,00</w:t>
            </w:r>
          </w:p>
        </w:tc>
        <w:tc>
          <w:tcPr>
            <w:tcW w:w="2066" w:type="dxa"/>
            <w:tcBorders>
              <w:bottom w:val="single" w:sz="4" w:space="0" w:color="auto"/>
            </w:tcBorders>
            <w:vAlign w:val="center"/>
          </w:tcPr>
          <w:p w:rsidR="000D0C7E" w:rsidRPr="00D96114" w:rsidRDefault="000D0C7E" w:rsidP="003A4062">
            <w:pPr>
              <w:jc w:val="center"/>
              <w:rPr>
                <w:i/>
              </w:rPr>
            </w:pPr>
            <w:r w:rsidRPr="00D96114">
              <w:rPr>
                <w:i/>
              </w:rPr>
              <w:t>6 193 823 000,00</w:t>
            </w:r>
          </w:p>
        </w:tc>
      </w:tr>
      <w:tr w:rsidR="000D0C7E" w:rsidRPr="00253D41" w:rsidTr="000D0C7E">
        <w:trPr>
          <w:trHeight w:val="402"/>
          <w:jc w:val="center"/>
        </w:trPr>
        <w:tc>
          <w:tcPr>
            <w:tcW w:w="2126" w:type="dxa"/>
            <w:vMerge/>
            <w:tcBorders>
              <w:bottom w:val="single" w:sz="4" w:space="0" w:color="auto"/>
            </w:tcBorders>
            <w:shd w:val="clear" w:color="auto" w:fill="D9D9D9" w:themeFill="background1" w:themeFillShade="D9"/>
            <w:vAlign w:val="center"/>
          </w:tcPr>
          <w:p w:rsidR="000D0C7E" w:rsidRPr="00253D41" w:rsidRDefault="000D0C7E" w:rsidP="003A4062">
            <w:pPr>
              <w:jc w:val="center"/>
              <w:rPr>
                <w:rFonts w:cstheme="minorHAnsi"/>
                <w:sz w:val="24"/>
                <w:szCs w:val="26"/>
              </w:rPr>
            </w:pPr>
          </w:p>
        </w:tc>
        <w:tc>
          <w:tcPr>
            <w:tcW w:w="709" w:type="dxa"/>
            <w:tcBorders>
              <w:bottom w:val="single" w:sz="4" w:space="0" w:color="auto"/>
            </w:tcBorders>
            <w:shd w:val="clear" w:color="auto" w:fill="D9D9D9" w:themeFill="background1" w:themeFillShade="D9"/>
            <w:vAlign w:val="center"/>
          </w:tcPr>
          <w:p w:rsidR="000D0C7E" w:rsidRPr="00253D41" w:rsidRDefault="000D0C7E" w:rsidP="000D0C7E">
            <w:pPr>
              <w:numPr>
                <w:ilvl w:val="0"/>
                <w:numId w:val="33"/>
              </w:numPr>
              <w:ind w:left="318" w:right="-105" w:hanging="318"/>
              <w:contextualSpacing/>
              <w:jc w:val="center"/>
              <w:rPr>
                <w:rFonts w:cstheme="minorHAnsi"/>
                <w:sz w:val="24"/>
                <w:szCs w:val="26"/>
              </w:rPr>
            </w:pPr>
          </w:p>
        </w:tc>
        <w:tc>
          <w:tcPr>
            <w:tcW w:w="2410" w:type="dxa"/>
            <w:shd w:val="clear" w:color="auto" w:fill="D9D9D9" w:themeFill="background1" w:themeFillShade="D9"/>
            <w:vAlign w:val="center"/>
          </w:tcPr>
          <w:p w:rsidR="000D0C7E" w:rsidRPr="00D96114" w:rsidRDefault="000D0C7E" w:rsidP="003A4062">
            <w:pPr>
              <w:jc w:val="center"/>
              <w:rPr>
                <w:rFonts w:cstheme="minorHAnsi"/>
                <w:sz w:val="24"/>
                <w:szCs w:val="26"/>
              </w:rPr>
            </w:pPr>
            <w:r w:rsidRPr="00D96114">
              <w:rPr>
                <w:rFonts w:cstheme="minorHAnsi"/>
                <w:sz w:val="24"/>
                <w:szCs w:val="26"/>
              </w:rPr>
              <w:t>Łącznie (lp. 5+ lp. 6)</w:t>
            </w:r>
          </w:p>
        </w:tc>
        <w:tc>
          <w:tcPr>
            <w:tcW w:w="2070" w:type="dxa"/>
            <w:tcBorders>
              <w:bottom w:val="single" w:sz="4" w:space="0" w:color="auto"/>
            </w:tcBorders>
            <w:shd w:val="clear" w:color="auto" w:fill="D9D9D9" w:themeFill="background1" w:themeFillShade="D9"/>
            <w:vAlign w:val="center"/>
          </w:tcPr>
          <w:p w:rsidR="000D0C7E" w:rsidRPr="00253D41" w:rsidRDefault="000D0C7E" w:rsidP="003A4062">
            <w:pPr>
              <w:jc w:val="center"/>
            </w:pPr>
            <w:r w:rsidRPr="007C12CE">
              <w:t>5 869 050 000,00</w:t>
            </w:r>
          </w:p>
        </w:tc>
        <w:tc>
          <w:tcPr>
            <w:tcW w:w="2070" w:type="dxa"/>
            <w:tcBorders>
              <w:bottom w:val="single" w:sz="4" w:space="0" w:color="auto"/>
            </w:tcBorders>
            <w:shd w:val="clear" w:color="auto" w:fill="D9D9D9" w:themeFill="background1" w:themeFillShade="D9"/>
            <w:vAlign w:val="center"/>
          </w:tcPr>
          <w:p w:rsidR="000D0C7E" w:rsidRPr="00253D41" w:rsidRDefault="000D0C7E" w:rsidP="003A4062">
            <w:pPr>
              <w:jc w:val="center"/>
            </w:pPr>
            <w:r w:rsidRPr="007C12CE">
              <w:t>6 231 750 000,00</w:t>
            </w:r>
          </w:p>
        </w:tc>
        <w:tc>
          <w:tcPr>
            <w:tcW w:w="2071" w:type="dxa"/>
            <w:tcBorders>
              <w:bottom w:val="single" w:sz="4" w:space="0" w:color="auto"/>
            </w:tcBorders>
            <w:shd w:val="clear" w:color="auto" w:fill="D9D9D9" w:themeFill="background1" w:themeFillShade="D9"/>
            <w:vAlign w:val="center"/>
          </w:tcPr>
          <w:p w:rsidR="000D0C7E" w:rsidRPr="00253D41" w:rsidRDefault="000D0C7E" w:rsidP="003A4062">
            <w:pPr>
              <w:jc w:val="center"/>
            </w:pPr>
            <w:r w:rsidRPr="007C12CE">
              <w:t>6 584 700 000,00</w:t>
            </w:r>
          </w:p>
        </w:tc>
        <w:tc>
          <w:tcPr>
            <w:tcW w:w="2070" w:type="dxa"/>
            <w:tcBorders>
              <w:bottom w:val="single" w:sz="4" w:space="0" w:color="auto"/>
            </w:tcBorders>
            <w:shd w:val="clear" w:color="auto" w:fill="D9D9D9" w:themeFill="background1" w:themeFillShade="D9"/>
            <w:vAlign w:val="center"/>
          </w:tcPr>
          <w:p w:rsidR="000D0C7E" w:rsidRPr="00253D41" w:rsidRDefault="000D0C7E" w:rsidP="003A4062">
            <w:pPr>
              <w:jc w:val="center"/>
            </w:pPr>
            <w:r w:rsidRPr="007C12CE">
              <w:t>6 940 650</w:t>
            </w:r>
            <w:r>
              <w:t> </w:t>
            </w:r>
            <w:r w:rsidRPr="007C12CE">
              <w:t>000</w:t>
            </w:r>
            <w:r>
              <w:t>,00</w:t>
            </w:r>
          </w:p>
        </w:tc>
        <w:tc>
          <w:tcPr>
            <w:tcW w:w="2066" w:type="dxa"/>
            <w:tcBorders>
              <w:bottom w:val="single" w:sz="4" w:space="0" w:color="auto"/>
            </w:tcBorders>
            <w:shd w:val="clear" w:color="auto" w:fill="D9D9D9" w:themeFill="background1" w:themeFillShade="D9"/>
            <w:vAlign w:val="center"/>
          </w:tcPr>
          <w:p w:rsidR="000D0C7E" w:rsidRPr="00253D41" w:rsidRDefault="000D0C7E" w:rsidP="003A4062">
            <w:pPr>
              <w:jc w:val="center"/>
            </w:pPr>
            <w:r w:rsidRPr="007C12CE">
              <w:t>7 286 850 000,00</w:t>
            </w:r>
          </w:p>
        </w:tc>
      </w:tr>
      <w:tr w:rsidR="000D0C7E" w:rsidRPr="00253D41" w:rsidTr="000D0C7E">
        <w:trPr>
          <w:trHeight w:val="937"/>
          <w:jc w:val="center"/>
        </w:trPr>
        <w:tc>
          <w:tcPr>
            <w:tcW w:w="5245" w:type="dxa"/>
            <w:gridSpan w:val="3"/>
            <w:shd w:val="clear" w:color="auto" w:fill="DBDBDB" w:themeFill="accent3" w:themeFillTint="66"/>
            <w:vAlign w:val="center"/>
          </w:tcPr>
          <w:p w:rsidR="000D0C7E" w:rsidRPr="00253D41" w:rsidRDefault="000D0C7E" w:rsidP="003A4062">
            <w:pPr>
              <w:jc w:val="center"/>
              <w:rPr>
                <w:rFonts w:cstheme="minorHAnsi"/>
                <w:sz w:val="26"/>
                <w:szCs w:val="26"/>
              </w:rPr>
            </w:pPr>
            <w:r w:rsidRPr="00253D41">
              <w:rPr>
                <w:rFonts w:cstheme="minorHAnsi"/>
                <w:b/>
                <w:sz w:val="26"/>
                <w:szCs w:val="26"/>
              </w:rPr>
              <w:t>Łącznie (</w:t>
            </w:r>
            <w:r w:rsidRPr="00253D41">
              <w:rPr>
                <w:rFonts w:cstheme="minorHAnsi"/>
                <w:b/>
                <w:i/>
                <w:sz w:val="26"/>
                <w:szCs w:val="26"/>
              </w:rPr>
              <w:t xml:space="preserve">lp. 3 + lp. 4 + lp. </w:t>
            </w:r>
            <w:r>
              <w:rPr>
                <w:rFonts w:cstheme="minorHAnsi"/>
                <w:b/>
                <w:i/>
                <w:sz w:val="26"/>
                <w:szCs w:val="26"/>
              </w:rPr>
              <w:t>7</w:t>
            </w:r>
            <w:r w:rsidRPr="00253D41">
              <w:rPr>
                <w:rFonts w:cstheme="minorHAnsi"/>
                <w:b/>
                <w:sz w:val="26"/>
                <w:szCs w:val="26"/>
              </w:rPr>
              <w:t>)</w:t>
            </w:r>
          </w:p>
        </w:tc>
        <w:tc>
          <w:tcPr>
            <w:tcW w:w="2070" w:type="dxa"/>
            <w:tcBorders>
              <w:top w:val="single" w:sz="4" w:space="0" w:color="auto"/>
              <w:left w:val="nil"/>
              <w:bottom w:val="single" w:sz="4" w:space="0" w:color="auto"/>
              <w:right w:val="single" w:sz="4" w:space="0" w:color="auto"/>
            </w:tcBorders>
            <w:shd w:val="clear" w:color="auto" w:fill="DBDBDB" w:themeFill="accent3" w:themeFillTint="66"/>
            <w:vAlign w:val="center"/>
          </w:tcPr>
          <w:p w:rsidR="000D0C7E" w:rsidRPr="00253D41" w:rsidRDefault="000D0C7E" w:rsidP="003A4062">
            <w:pPr>
              <w:jc w:val="center"/>
              <w:rPr>
                <w:b/>
              </w:rPr>
            </w:pPr>
            <w:r w:rsidRPr="00253D41">
              <w:rPr>
                <w:b/>
              </w:rPr>
              <w:t>19 110 416 225,00</w:t>
            </w:r>
          </w:p>
        </w:tc>
        <w:tc>
          <w:tcPr>
            <w:tcW w:w="207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0D0C7E" w:rsidRPr="00253D41" w:rsidRDefault="000D0C7E" w:rsidP="003A4062">
            <w:pPr>
              <w:jc w:val="center"/>
              <w:rPr>
                <w:b/>
              </w:rPr>
            </w:pPr>
            <w:r w:rsidRPr="00253D41">
              <w:rPr>
                <w:b/>
              </w:rPr>
              <w:t>19 669 976 615,00</w:t>
            </w:r>
          </w:p>
        </w:tc>
        <w:tc>
          <w:tcPr>
            <w:tcW w:w="207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0D0C7E" w:rsidRPr="00253D41" w:rsidRDefault="000D0C7E" w:rsidP="003A4062">
            <w:pPr>
              <w:jc w:val="center"/>
              <w:rPr>
                <w:b/>
              </w:rPr>
            </w:pPr>
            <w:r w:rsidRPr="00253D41">
              <w:rPr>
                <w:b/>
              </w:rPr>
              <w:t>20 448 248 903,00</w:t>
            </w:r>
          </w:p>
        </w:tc>
        <w:tc>
          <w:tcPr>
            <w:tcW w:w="207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0D0C7E" w:rsidRPr="00253D41" w:rsidRDefault="000D0C7E" w:rsidP="003A4062">
            <w:pPr>
              <w:jc w:val="center"/>
              <w:rPr>
                <w:b/>
              </w:rPr>
            </w:pPr>
            <w:r w:rsidRPr="00253D41">
              <w:rPr>
                <w:b/>
              </w:rPr>
              <w:t>21 223 290 485,00</w:t>
            </w:r>
          </w:p>
        </w:tc>
        <w:tc>
          <w:tcPr>
            <w:tcW w:w="206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0D0C7E" w:rsidRPr="00253D41" w:rsidRDefault="000D0C7E" w:rsidP="003A4062">
            <w:pPr>
              <w:jc w:val="center"/>
              <w:rPr>
                <w:b/>
              </w:rPr>
            </w:pPr>
            <w:r w:rsidRPr="00253D41">
              <w:rPr>
                <w:b/>
              </w:rPr>
              <w:t>21 937 775 106,00</w:t>
            </w:r>
          </w:p>
        </w:tc>
      </w:tr>
    </w:tbl>
    <w:p w:rsidR="00B775D5" w:rsidRDefault="00B775D5" w:rsidP="00B775D5">
      <w:pPr>
        <w:rPr>
          <w:sz w:val="24"/>
          <w:szCs w:val="24"/>
        </w:rPr>
      </w:pPr>
      <w:r>
        <w:rPr>
          <w:sz w:val="24"/>
          <w:szCs w:val="24"/>
        </w:rPr>
        <w:br w:type="page"/>
      </w:r>
    </w:p>
    <w:p w:rsidR="00B775D5" w:rsidRDefault="00B775D5" w:rsidP="00B775D5">
      <w:pPr>
        <w:spacing w:line="276" w:lineRule="auto"/>
        <w:rPr>
          <w:sz w:val="24"/>
          <w:szCs w:val="24"/>
        </w:rPr>
      </w:pPr>
      <w:r w:rsidRPr="00C4621A">
        <w:rPr>
          <w:sz w:val="24"/>
          <w:szCs w:val="24"/>
        </w:rPr>
        <w:lastRenderedPageBreak/>
        <w:t>Tabela 2. Podział środków na obszary</w:t>
      </w:r>
    </w:p>
    <w:p w:rsidR="00253D41" w:rsidRDefault="00B775D5" w:rsidP="00B775D5">
      <w:pPr>
        <w:spacing w:line="276" w:lineRule="auto"/>
        <w:rPr>
          <w:sz w:val="20"/>
          <w:szCs w:val="20"/>
        </w:rPr>
      </w:pPr>
      <w:r>
        <w:rPr>
          <w:sz w:val="20"/>
          <w:szCs w:val="20"/>
        </w:rPr>
        <w:t>D</w:t>
      </w:r>
      <w:r w:rsidRPr="00076BD4">
        <w:rPr>
          <w:sz w:val="20"/>
          <w:szCs w:val="20"/>
        </w:rPr>
        <w:t>otyczy tylko środków ujętych w ramach limitu</w:t>
      </w:r>
      <w:r>
        <w:rPr>
          <w:sz w:val="20"/>
          <w:szCs w:val="20"/>
        </w:rPr>
        <w:t xml:space="preserve"> wojewódzkiego </w:t>
      </w:r>
      <w:r w:rsidRPr="00076BD4">
        <w:rPr>
          <w:sz w:val="20"/>
          <w:szCs w:val="20"/>
        </w:rPr>
        <w:t>na finansowanie potrzeb obronnych, o którym mowa w art. 40 ust. 1 pkt 2 ustawy z dnia 11 marca 2022 r. o</w:t>
      </w:r>
      <w:r>
        <w:rPr>
          <w:sz w:val="20"/>
          <w:szCs w:val="20"/>
        </w:rPr>
        <w:t> </w:t>
      </w:r>
      <w:r w:rsidRPr="00076BD4">
        <w:rPr>
          <w:sz w:val="20"/>
          <w:szCs w:val="20"/>
        </w:rPr>
        <w:t>obronie Ojczyzny</w:t>
      </w:r>
      <w:r>
        <w:rPr>
          <w:sz w:val="20"/>
          <w:szCs w:val="20"/>
        </w:rPr>
        <w:t>.</w:t>
      </w:r>
    </w:p>
    <w:tbl>
      <w:tblPr>
        <w:tblW w:w="16161" w:type="dxa"/>
        <w:tblInd w:w="-1144" w:type="dxa"/>
        <w:tblCellMar>
          <w:left w:w="70" w:type="dxa"/>
          <w:right w:w="70" w:type="dxa"/>
        </w:tblCellMar>
        <w:tblLook w:val="04A0" w:firstRow="1" w:lastRow="0" w:firstColumn="1" w:lastColumn="0" w:noHBand="0" w:noVBand="1"/>
      </w:tblPr>
      <w:tblGrid>
        <w:gridCol w:w="440"/>
        <w:gridCol w:w="807"/>
        <w:gridCol w:w="2156"/>
        <w:gridCol w:w="1872"/>
        <w:gridCol w:w="1872"/>
        <w:gridCol w:w="1872"/>
        <w:gridCol w:w="1755"/>
        <w:gridCol w:w="1794"/>
        <w:gridCol w:w="1872"/>
        <w:gridCol w:w="1721"/>
      </w:tblGrid>
      <w:tr w:rsidR="003A4062" w:rsidRPr="00CD7F1A" w:rsidTr="003A4062">
        <w:trPr>
          <w:trHeight w:val="397"/>
        </w:trPr>
        <w:tc>
          <w:tcPr>
            <w:tcW w:w="3403" w:type="dxa"/>
            <w:gridSpan w:val="3"/>
            <w:tcBorders>
              <w:top w:val="single" w:sz="8" w:space="0" w:color="auto"/>
              <w:left w:val="single" w:sz="8" w:space="0" w:color="auto"/>
              <w:bottom w:val="single" w:sz="8" w:space="0" w:color="auto"/>
              <w:right w:val="single" w:sz="8" w:space="0" w:color="000000"/>
            </w:tcBorders>
            <w:shd w:val="clear" w:color="000000" w:fill="BDD6EE"/>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Pr>
                <w:rFonts w:ascii="Calibri" w:eastAsia="Times New Roman" w:hAnsi="Calibri" w:cs="Calibri"/>
                <w:b/>
                <w:bCs/>
                <w:color w:val="000000"/>
                <w:sz w:val="24"/>
                <w:szCs w:val="24"/>
                <w:lang w:eastAsia="pl-PL"/>
              </w:rPr>
              <w:t xml:space="preserve">2027 rok </w:t>
            </w:r>
            <w:r w:rsidRPr="00CD7F1A">
              <w:rPr>
                <w:rFonts w:ascii="Calibri" w:eastAsia="Times New Roman" w:hAnsi="Calibri" w:cs="Calibri"/>
                <w:b/>
                <w:bCs/>
                <w:color w:val="000000"/>
                <w:sz w:val="24"/>
                <w:szCs w:val="24"/>
                <w:lang w:eastAsia="pl-PL"/>
              </w:rPr>
              <w:t>(w zł)</w:t>
            </w:r>
          </w:p>
        </w:tc>
        <w:tc>
          <w:tcPr>
            <w:tcW w:w="1872"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1</w:t>
            </w:r>
          </w:p>
        </w:tc>
        <w:tc>
          <w:tcPr>
            <w:tcW w:w="1872"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2</w:t>
            </w:r>
          </w:p>
        </w:tc>
        <w:tc>
          <w:tcPr>
            <w:tcW w:w="1872"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3</w:t>
            </w:r>
          </w:p>
        </w:tc>
        <w:tc>
          <w:tcPr>
            <w:tcW w:w="1755"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4</w:t>
            </w:r>
          </w:p>
        </w:tc>
        <w:tc>
          <w:tcPr>
            <w:tcW w:w="1794"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5</w:t>
            </w:r>
          </w:p>
        </w:tc>
        <w:tc>
          <w:tcPr>
            <w:tcW w:w="1872"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6</w:t>
            </w:r>
          </w:p>
        </w:tc>
        <w:tc>
          <w:tcPr>
            <w:tcW w:w="1721" w:type="dxa"/>
            <w:tcBorders>
              <w:top w:val="single" w:sz="8" w:space="0" w:color="auto"/>
              <w:left w:val="nil"/>
              <w:bottom w:val="single" w:sz="8" w:space="0" w:color="auto"/>
              <w:right w:val="single" w:sz="8" w:space="0" w:color="auto"/>
            </w:tcBorders>
            <w:shd w:val="clear" w:color="000000" w:fill="D9D9D9"/>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 xml:space="preserve">Łącznie </w:t>
            </w:r>
          </w:p>
        </w:tc>
      </w:tr>
      <w:tr w:rsidR="003A4062" w:rsidRPr="00CD7F1A" w:rsidTr="003A4062">
        <w:trPr>
          <w:trHeight w:val="397"/>
        </w:trPr>
        <w:tc>
          <w:tcPr>
            <w:tcW w:w="4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3A4062" w:rsidRPr="00CD7F1A" w:rsidRDefault="003A4062" w:rsidP="003A4062">
            <w:pPr>
              <w:spacing w:after="0" w:line="240" w:lineRule="auto"/>
              <w:ind w:left="-204" w:firstLine="204"/>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Województwa / części budżetowe</w:t>
            </w: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85/02</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Dolnośląskie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3 814 000,00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57 217 000,00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76 289 000,00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19 072 000,00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205 979 000,00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19 072 000,00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381 443 000,00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85/04</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Kujawsko-pomorskie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2 555 000,00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38 317 000,00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51 090 000,00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12 772 000,00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137 941 000,00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12 772 000,00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255 447 000,00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85/06</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Lubelskie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2 986 000,00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44 785 000,00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59 714 000,00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14 928 000,00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161 228 000,00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14 928 000,00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298 569 000,00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85/08</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Lubuskie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1 271 000,00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19 066 000,00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25 421 000,00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6 355 000,00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68 637 000,00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6 355 000,00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127 105 000,00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85/10</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Łódzkie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3 021 000,00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45 315 000,00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60 420 000,00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15 105 000,00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163 132 000,00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15 105 000,00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302 098 000,00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85/12</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Małopolskie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4 260 000,00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63 895 000,00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85 193 000,00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21 298 000,00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230 022 000,00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21 298 000,00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425 966 000,00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 xml:space="preserve">Mazowieckie </w:t>
            </w:r>
            <w:r>
              <w:rPr>
                <w:rFonts w:ascii="Calibri" w:eastAsia="Times New Roman" w:hAnsi="Calibri" w:cs="Calibri"/>
                <w:color w:val="000000"/>
                <w:lang w:eastAsia="pl-PL"/>
              </w:rPr>
              <w:br/>
            </w:r>
            <w:r w:rsidRPr="00CD7F1A">
              <w:rPr>
                <w:rFonts w:ascii="Calibri" w:eastAsia="Times New Roman" w:hAnsi="Calibri" w:cs="Calibri"/>
                <w:color w:val="000000"/>
                <w:lang w:eastAsia="pl-PL"/>
              </w:rPr>
              <w:t>(bez Warszawy)</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4 516 000,00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67 743 000,00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90 324 000,00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22 581 000,00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243 876 000,00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22 581 000,00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451 621 000,00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85/16</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Opolskie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1 169 000,00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17 538 000,00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23 384 000,00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5 846 000,00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63 138 000,00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5 846 000,00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116 921 000,00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85/18</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Podkarpackie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3 047 000,00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45 706 000,00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60 942 000,00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15 236 000,00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164 543 000,00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15 236 000,00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304 710 000,00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85/20</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Podlaskie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1 904 000,00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28 557 000,00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38 076 000,00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9 519 000,00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102 806 000,00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9 519 000,00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190 381 000,00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85/22</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Pomorskie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3 031 000,00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45 460 000,00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60 613 000,00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15 153 000,00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163 653 000,00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15 153 000,00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303 063 000,00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85/24</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Śląskie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5 684 000,00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85 264 000,00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113 686 000,00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28 422 000,00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306 951 000,00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28 422 000,00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568 429 000,00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85/26</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Świętokrzyskie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1 429 000,00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21 438 000,00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28 584 000,00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7 146 000,00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77 178 000,00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7 146 000,00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142 921 000,00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85/28</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Warmińsko-mazurskie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2 257 000,00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33 859 000,00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45 145 000,00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11 286 000,00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121 892 000,00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11 286 000,00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225 725 000,00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85/30</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Wielkopolskie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4 380 000,00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65 701 000,00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87 601 000,00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21 900 000,00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236 522 000,00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21 900 000,00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438 004 000,00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85/32</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Zachodniopomorskie</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2 177 000,00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32 659 000,00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43 546 000,00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10 886 000,00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117 573 000,00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10 886 000,00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Pr="00587374" w:rsidRDefault="003A4062" w:rsidP="003A4062">
            <w:pPr>
              <w:spacing w:after="0"/>
              <w:jc w:val="center"/>
            </w:pPr>
            <w:r w:rsidRPr="00587374">
              <w:t>217 727 000,00</w:t>
            </w:r>
          </w:p>
        </w:tc>
      </w:tr>
      <w:tr w:rsidR="003A4062" w:rsidRPr="00CD7F1A" w:rsidTr="003A4062">
        <w:trPr>
          <w:trHeight w:val="397"/>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07"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56"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Warszawa</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2 603 000,00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39 039 000,00</w:t>
            </w:r>
          </w:p>
        </w:tc>
        <w:tc>
          <w:tcPr>
            <w:tcW w:w="1872"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52 053 000,00</w:t>
            </w:r>
          </w:p>
        </w:tc>
        <w:tc>
          <w:tcPr>
            <w:tcW w:w="1755"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13 013 000,00</w:t>
            </w:r>
          </w:p>
        </w:tc>
        <w:tc>
          <w:tcPr>
            <w:tcW w:w="1794" w:type="dxa"/>
            <w:tcBorders>
              <w:top w:val="nil"/>
              <w:left w:val="nil"/>
              <w:bottom w:val="single" w:sz="8" w:space="0" w:color="auto"/>
              <w:right w:val="single" w:sz="8" w:space="0" w:color="auto"/>
            </w:tcBorders>
            <w:shd w:val="clear" w:color="000000" w:fill="F2F2F2"/>
            <w:vAlign w:val="center"/>
            <w:hideMark/>
          </w:tcPr>
          <w:p w:rsidR="003A4062" w:rsidRPr="00587374" w:rsidRDefault="003A4062" w:rsidP="003A4062">
            <w:pPr>
              <w:spacing w:after="0"/>
              <w:jc w:val="center"/>
            </w:pPr>
            <w:r w:rsidRPr="00587374">
              <w:t>140 542 000,00</w:t>
            </w:r>
          </w:p>
        </w:tc>
        <w:tc>
          <w:tcPr>
            <w:tcW w:w="1872" w:type="dxa"/>
            <w:tcBorders>
              <w:top w:val="nil"/>
              <w:left w:val="nil"/>
              <w:bottom w:val="single" w:sz="8" w:space="0" w:color="auto"/>
              <w:right w:val="single" w:sz="8" w:space="0" w:color="auto"/>
            </w:tcBorders>
            <w:shd w:val="clear" w:color="auto" w:fill="auto"/>
            <w:vAlign w:val="center"/>
            <w:hideMark/>
          </w:tcPr>
          <w:p w:rsidR="003A4062" w:rsidRPr="00587374" w:rsidRDefault="003A4062" w:rsidP="003A4062">
            <w:pPr>
              <w:spacing w:after="0"/>
              <w:jc w:val="center"/>
            </w:pPr>
            <w:r w:rsidRPr="00587374">
              <w:t>13 013 000,00</w:t>
            </w:r>
          </w:p>
        </w:tc>
        <w:tc>
          <w:tcPr>
            <w:tcW w:w="1721" w:type="dxa"/>
            <w:tcBorders>
              <w:top w:val="nil"/>
              <w:left w:val="nil"/>
              <w:bottom w:val="single" w:sz="8" w:space="0" w:color="auto"/>
              <w:right w:val="single" w:sz="8" w:space="0" w:color="auto"/>
            </w:tcBorders>
            <w:shd w:val="clear" w:color="000000" w:fill="D9D9D9"/>
            <w:vAlign w:val="center"/>
            <w:hideMark/>
          </w:tcPr>
          <w:p w:rsidR="003A4062" w:rsidRDefault="003A4062" w:rsidP="003A4062">
            <w:pPr>
              <w:spacing w:after="0"/>
              <w:jc w:val="center"/>
            </w:pPr>
            <w:r w:rsidRPr="00587374">
              <w:t>260 263 000,00</w:t>
            </w:r>
          </w:p>
        </w:tc>
      </w:tr>
      <w:tr w:rsidR="003A4062" w:rsidRPr="00CD7F1A" w:rsidTr="003A4062">
        <w:trPr>
          <w:trHeight w:val="397"/>
        </w:trPr>
        <w:tc>
          <w:tcPr>
            <w:tcW w:w="3403" w:type="dxa"/>
            <w:gridSpan w:val="3"/>
            <w:tcBorders>
              <w:top w:val="single" w:sz="8" w:space="0" w:color="auto"/>
              <w:left w:val="single" w:sz="8" w:space="0" w:color="auto"/>
              <w:bottom w:val="single" w:sz="8" w:space="0" w:color="auto"/>
              <w:right w:val="single" w:sz="8" w:space="0" w:color="000000"/>
            </w:tcBorders>
            <w:shd w:val="clear" w:color="000000" w:fill="C9C9C9"/>
            <w:vAlign w:val="center"/>
            <w:hideMark/>
          </w:tcPr>
          <w:p w:rsidR="003A4062" w:rsidRPr="00CD7F1A" w:rsidRDefault="003A4062" w:rsidP="003A4062">
            <w:pPr>
              <w:spacing w:after="0" w:line="240" w:lineRule="auto"/>
              <w:jc w:val="center"/>
              <w:rPr>
                <w:rFonts w:ascii="Calibri" w:eastAsia="Times New Roman" w:hAnsi="Calibri" w:cs="Calibri"/>
                <w:b/>
                <w:bCs/>
                <w:color w:val="000000"/>
                <w:lang w:eastAsia="pl-PL"/>
              </w:rPr>
            </w:pPr>
            <w:r w:rsidRPr="00CD7F1A">
              <w:rPr>
                <w:rFonts w:ascii="Calibri" w:eastAsia="Times New Roman" w:hAnsi="Calibri" w:cs="Calibri"/>
                <w:b/>
                <w:bCs/>
                <w:color w:val="000000"/>
                <w:lang w:eastAsia="pl-PL"/>
              </w:rPr>
              <w:t>Łącznie</w:t>
            </w:r>
          </w:p>
        </w:tc>
        <w:tc>
          <w:tcPr>
            <w:tcW w:w="1872"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50 104 000,00</w:t>
            </w:r>
          </w:p>
        </w:tc>
        <w:tc>
          <w:tcPr>
            <w:tcW w:w="1872"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751 559 000,00</w:t>
            </w:r>
          </w:p>
        </w:tc>
        <w:tc>
          <w:tcPr>
            <w:tcW w:w="1872"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1 002 081 000,00</w:t>
            </w:r>
          </w:p>
        </w:tc>
        <w:tc>
          <w:tcPr>
            <w:tcW w:w="1755"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250 518 000,00</w:t>
            </w:r>
          </w:p>
        </w:tc>
        <w:tc>
          <w:tcPr>
            <w:tcW w:w="1794"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2 705 613 000,00</w:t>
            </w:r>
          </w:p>
        </w:tc>
        <w:tc>
          <w:tcPr>
            <w:tcW w:w="1872"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250 518 000,00</w:t>
            </w:r>
          </w:p>
        </w:tc>
        <w:tc>
          <w:tcPr>
            <w:tcW w:w="1721" w:type="dxa"/>
            <w:tcBorders>
              <w:top w:val="nil"/>
              <w:left w:val="nil"/>
              <w:bottom w:val="single" w:sz="8" w:space="0" w:color="auto"/>
              <w:right w:val="single" w:sz="8" w:space="0" w:color="auto"/>
            </w:tcBorders>
            <w:shd w:val="clear" w:color="000000" w:fill="C9C9C9"/>
            <w:vAlign w:val="center"/>
            <w:hideMark/>
          </w:tcPr>
          <w:p w:rsidR="003A4062" w:rsidRPr="005C6800" w:rsidRDefault="003A4062" w:rsidP="003A4062">
            <w:pPr>
              <w:spacing w:after="0"/>
              <w:jc w:val="center"/>
              <w:rPr>
                <w:b/>
              </w:rPr>
            </w:pPr>
            <w:r w:rsidRPr="005C6800">
              <w:rPr>
                <w:b/>
              </w:rPr>
              <w:t>5 010 393 000,00</w:t>
            </w:r>
          </w:p>
        </w:tc>
      </w:tr>
    </w:tbl>
    <w:p w:rsidR="00B775D5" w:rsidRDefault="00B775D5">
      <w:pPr>
        <w:rPr>
          <w:sz w:val="20"/>
          <w:szCs w:val="20"/>
        </w:rPr>
      </w:pPr>
    </w:p>
    <w:p w:rsidR="00253D41" w:rsidRDefault="00253D41">
      <w:pPr>
        <w:rPr>
          <w:sz w:val="20"/>
          <w:szCs w:val="20"/>
        </w:rPr>
      </w:pPr>
    </w:p>
    <w:tbl>
      <w:tblPr>
        <w:tblW w:w="16160" w:type="dxa"/>
        <w:tblInd w:w="-1144" w:type="dxa"/>
        <w:tblCellMar>
          <w:left w:w="70" w:type="dxa"/>
          <w:right w:w="70" w:type="dxa"/>
        </w:tblCellMar>
        <w:tblLook w:val="04A0" w:firstRow="1" w:lastRow="0" w:firstColumn="1" w:lastColumn="0" w:noHBand="0" w:noVBand="1"/>
      </w:tblPr>
      <w:tblGrid>
        <w:gridCol w:w="440"/>
        <w:gridCol w:w="820"/>
        <w:gridCol w:w="2142"/>
        <w:gridCol w:w="1843"/>
        <w:gridCol w:w="1985"/>
        <w:gridCol w:w="1701"/>
        <w:gridCol w:w="1842"/>
        <w:gridCol w:w="1843"/>
        <w:gridCol w:w="1843"/>
        <w:gridCol w:w="1701"/>
      </w:tblGrid>
      <w:tr w:rsidR="003A4062" w:rsidRPr="00CD7F1A" w:rsidTr="003A4062">
        <w:trPr>
          <w:trHeight w:val="330"/>
        </w:trPr>
        <w:tc>
          <w:tcPr>
            <w:tcW w:w="3402" w:type="dxa"/>
            <w:gridSpan w:val="3"/>
            <w:tcBorders>
              <w:top w:val="single" w:sz="8" w:space="0" w:color="auto"/>
              <w:left w:val="single" w:sz="8" w:space="0" w:color="auto"/>
              <w:bottom w:val="single" w:sz="8" w:space="0" w:color="auto"/>
              <w:right w:val="single" w:sz="8" w:space="0" w:color="000000"/>
            </w:tcBorders>
            <w:shd w:val="clear" w:color="000000" w:fill="BDD6EE"/>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Pr>
                <w:rFonts w:ascii="Calibri" w:eastAsia="Times New Roman" w:hAnsi="Calibri" w:cs="Calibri"/>
                <w:b/>
                <w:bCs/>
                <w:color w:val="000000"/>
                <w:sz w:val="24"/>
                <w:szCs w:val="24"/>
                <w:lang w:eastAsia="pl-PL"/>
              </w:rPr>
              <w:t>2028 rok</w:t>
            </w:r>
            <w:r w:rsidRPr="00CD7F1A">
              <w:rPr>
                <w:rFonts w:ascii="Calibri" w:eastAsia="Times New Roman" w:hAnsi="Calibri" w:cs="Calibri"/>
                <w:b/>
                <w:bCs/>
                <w:color w:val="000000"/>
                <w:sz w:val="24"/>
                <w:szCs w:val="24"/>
                <w:lang w:eastAsia="pl-PL"/>
              </w:rPr>
              <w:t xml:space="preserve"> (w zł)</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1</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2</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3</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4</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5</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6</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Łącznie (w zł)</w:t>
            </w:r>
          </w:p>
        </w:tc>
      </w:tr>
      <w:tr w:rsidR="003A4062" w:rsidRPr="00CD7F1A" w:rsidTr="003A4062">
        <w:trPr>
          <w:trHeight w:val="390"/>
        </w:trPr>
        <w:tc>
          <w:tcPr>
            <w:tcW w:w="4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Województwa / części budżetowe</w:t>
            </w: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Dolnośląskie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3 957 000,00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59 351 000,00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79 135 000,00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19 783 000,00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213 663 000,00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19 783 000,00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395 672 000,00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Kujawsko-pomorskie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2 681 000,00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40 207 000,00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53 610 000,00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13 402 000,00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144 746 000,00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13 402 000,00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268 048 000,00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Lubelskie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3 170 000,00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47 553 000,00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63 404 000,00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15 851 000,00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171 191 000,00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15 851 000,00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317 020 000,00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Lubuskie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1 328 000,00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19 926 000,00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26 567 000,00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6 642 000,00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71 732 000,00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6 642 000,00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132 837 000,00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Łódzkie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3 198 000,00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47 972 000,00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63 962 000,00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15 991 000,00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172 698 000,00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15 991 000,00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319 812 000,00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Małopolskie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4 523 000,00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67 844 000,00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90 458 000,00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22 614 000,00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244 237 000,00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22 614 000,00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452 290 000,00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 xml:space="preserve">Mazowieckie </w:t>
            </w:r>
            <w:r>
              <w:rPr>
                <w:rFonts w:ascii="Calibri" w:eastAsia="Times New Roman" w:hAnsi="Calibri" w:cs="Calibri"/>
                <w:color w:val="000000"/>
                <w:lang w:eastAsia="pl-PL"/>
              </w:rPr>
              <w:br/>
            </w:r>
            <w:r w:rsidRPr="00CD7F1A">
              <w:rPr>
                <w:rFonts w:ascii="Calibri" w:eastAsia="Times New Roman" w:hAnsi="Calibri" w:cs="Calibri"/>
                <w:color w:val="000000"/>
                <w:lang w:eastAsia="pl-PL"/>
              </w:rPr>
              <w:t>(bez Warszawy)</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4 796 000,00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71 929 000,00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95 906 000,00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23 977 000,00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258 946 000,00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23 977 000,00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479 531 000,00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1 242 000,00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18 622 000,00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24 829 000,00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6 207 000,00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67 039 000,00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6 207 000,00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124 146 000,00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Podkarpackie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3 236 000,00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48 531 000,00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64 708 000,00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16 177 000,00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174 712 000,00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16 177 000,00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323 541 000,00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Podlaskie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2 022 000,00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30 322 000,00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40 429 000,00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10 107 000,00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109 159 000,00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10 107 000,00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202 146 000,00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3 218 000,00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48 269 000,00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64 358 000,00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16 090 000,00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173 767 000,00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16 090 000,00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321 792 000,00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Śląskie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6 036 000,00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90 533 000,00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120 711 000,00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30 178 000,00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325 921 000,00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30 178 000,00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603 557 000,00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Świętokrzyskie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1 518 000,00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22 763 000,00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30 351 000,00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7 587 000,00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81 947 000,00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7 587 000,00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151 753 000,00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Warmińsko-mazurskie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2 397 000,00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35 951 000,00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47 935 000,00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11 984 000,00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129 424 000,00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11 984 000,00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239 675 000,00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Wielkopolskie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4 646 000,00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69 681 000,00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92 908 000,00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23 227 000,00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250 852 000,00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23 227 000,00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464 541 000,00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Zachodniopomorskie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2 243 000,00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33 642 000,00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44 856 000,00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11 214 000,00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121 111 000,00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11 214 000,00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0B5834" w:rsidRDefault="003A4062" w:rsidP="003A4062">
            <w:pPr>
              <w:spacing w:after="0"/>
              <w:jc w:val="center"/>
            </w:pPr>
            <w:r w:rsidRPr="000B5834">
              <w:t>224 280 000,00</w:t>
            </w:r>
          </w:p>
        </w:tc>
      </w:tr>
      <w:tr w:rsidR="003A4062" w:rsidRPr="00CD7F1A"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Warszawa</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2 764 000,00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41 452 000,00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55 270 000,00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13 817 000,00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0B5834" w:rsidRDefault="003A4062" w:rsidP="003A4062">
            <w:pPr>
              <w:spacing w:after="0"/>
              <w:jc w:val="center"/>
            </w:pPr>
            <w:r w:rsidRPr="000B5834">
              <w:t>149 227 000,00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0B5834" w:rsidRDefault="003A4062" w:rsidP="003A4062">
            <w:pPr>
              <w:spacing w:after="0"/>
              <w:jc w:val="center"/>
            </w:pPr>
            <w:r w:rsidRPr="000B5834">
              <w:t>13 817 000,00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Default="003A4062" w:rsidP="003A4062">
            <w:pPr>
              <w:spacing w:after="0"/>
              <w:jc w:val="center"/>
            </w:pPr>
            <w:r w:rsidRPr="000B5834">
              <w:t>276 347 000,00</w:t>
            </w:r>
          </w:p>
        </w:tc>
      </w:tr>
      <w:tr w:rsidR="003A4062" w:rsidRPr="00CD7F1A" w:rsidTr="003A4062">
        <w:trPr>
          <w:trHeight w:val="510"/>
        </w:trPr>
        <w:tc>
          <w:tcPr>
            <w:tcW w:w="340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3A4062" w:rsidRPr="00CD7F1A" w:rsidRDefault="003A4062" w:rsidP="003A4062">
            <w:pPr>
              <w:spacing w:after="0" w:line="240" w:lineRule="auto"/>
              <w:jc w:val="center"/>
              <w:rPr>
                <w:rFonts w:ascii="Calibri" w:eastAsia="Times New Roman" w:hAnsi="Calibri" w:cs="Calibri"/>
                <w:b/>
                <w:bCs/>
                <w:color w:val="000000"/>
                <w:lang w:eastAsia="pl-PL"/>
              </w:rPr>
            </w:pPr>
            <w:r w:rsidRPr="00CD7F1A">
              <w:rPr>
                <w:rFonts w:ascii="Calibri" w:eastAsia="Times New Roman" w:hAnsi="Calibri" w:cs="Calibri"/>
                <w:b/>
                <w:bCs/>
                <w:color w:val="000000"/>
                <w:lang w:eastAsia="pl-PL"/>
              </w:rPr>
              <w:t>Łącznie</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52 975 000,00</w:t>
            </w:r>
          </w:p>
        </w:tc>
        <w:tc>
          <w:tcPr>
            <w:tcW w:w="1985"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794 548 000,00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1 059 397 000,00</w:t>
            </w:r>
          </w:p>
        </w:tc>
        <w:tc>
          <w:tcPr>
            <w:tcW w:w="1842"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264 848 000,00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2 860 372 000,00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264 848 000,00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5 296 988 000,00</w:t>
            </w:r>
          </w:p>
        </w:tc>
      </w:tr>
    </w:tbl>
    <w:p w:rsidR="00B775D5" w:rsidRDefault="00B775D5">
      <w:pPr>
        <w:rPr>
          <w:sz w:val="20"/>
          <w:szCs w:val="20"/>
        </w:rPr>
      </w:pPr>
      <w:r>
        <w:rPr>
          <w:sz w:val="20"/>
          <w:szCs w:val="20"/>
        </w:rPr>
        <w:br w:type="page"/>
      </w:r>
    </w:p>
    <w:p w:rsidR="00253D41" w:rsidRDefault="00253D41">
      <w:pPr>
        <w:rPr>
          <w:sz w:val="20"/>
          <w:szCs w:val="20"/>
        </w:rPr>
      </w:pPr>
    </w:p>
    <w:tbl>
      <w:tblPr>
        <w:tblW w:w="16160" w:type="dxa"/>
        <w:tblInd w:w="-1144" w:type="dxa"/>
        <w:tblCellMar>
          <w:left w:w="70" w:type="dxa"/>
          <w:right w:w="70" w:type="dxa"/>
        </w:tblCellMar>
        <w:tblLook w:val="04A0" w:firstRow="1" w:lastRow="0" w:firstColumn="1" w:lastColumn="0" w:noHBand="0" w:noVBand="1"/>
      </w:tblPr>
      <w:tblGrid>
        <w:gridCol w:w="440"/>
        <w:gridCol w:w="820"/>
        <w:gridCol w:w="2142"/>
        <w:gridCol w:w="1843"/>
        <w:gridCol w:w="1958"/>
        <w:gridCol w:w="1728"/>
        <w:gridCol w:w="1842"/>
        <w:gridCol w:w="1843"/>
        <w:gridCol w:w="1843"/>
        <w:gridCol w:w="1701"/>
      </w:tblGrid>
      <w:tr w:rsidR="003A4062" w:rsidRPr="00253D41" w:rsidTr="003A4062">
        <w:trPr>
          <w:trHeight w:val="390"/>
        </w:trPr>
        <w:tc>
          <w:tcPr>
            <w:tcW w:w="3402" w:type="dxa"/>
            <w:gridSpan w:val="3"/>
            <w:tcBorders>
              <w:top w:val="single" w:sz="8" w:space="0" w:color="auto"/>
              <w:left w:val="single" w:sz="8" w:space="0" w:color="auto"/>
              <w:bottom w:val="single" w:sz="8" w:space="0" w:color="auto"/>
              <w:right w:val="single" w:sz="8" w:space="0" w:color="000000"/>
            </w:tcBorders>
            <w:shd w:val="clear" w:color="000000" w:fill="BDD6EE"/>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2029 rok (w zł)</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1</w:t>
            </w:r>
          </w:p>
        </w:tc>
        <w:tc>
          <w:tcPr>
            <w:tcW w:w="1958" w:type="dxa"/>
            <w:tcBorders>
              <w:top w:val="single" w:sz="8" w:space="0" w:color="auto"/>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2</w:t>
            </w:r>
          </w:p>
        </w:tc>
        <w:tc>
          <w:tcPr>
            <w:tcW w:w="1728" w:type="dxa"/>
            <w:tcBorders>
              <w:top w:val="single" w:sz="8" w:space="0" w:color="auto"/>
              <w:left w:val="nil"/>
              <w:bottom w:val="single" w:sz="8" w:space="0" w:color="auto"/>
              <w:right w:val="single" w:sz="8" w:space="0" w:color="auto"/>
            </w:tcBorders>
            <w:shd w:val="clear" w:color="000000" w:fill="F2F2F2"/>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3</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4</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5</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Obszar 6</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Łącznie (w zł)</w:t>
            </w:r>
          </w:p>
        </w:tc>
      </w:tr>
      <w:tr w:rsidR="003A4062" w:rsidRPr="00253D41" w:rsidTr="003A4062">
        <w:trPr>
          <w:trHeight w:val="390"/>
        </w:trPr>
        <w:tc>
          <w:tcPr>
            <w:tcW w:w="4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3A4062" w:rsidRPr="00253D41" w:rsidRDefault="003A4062" w:rsidP="003A4062">
            <w:pPr>
              <w:spacing w:after="0" w:line="240" w:lineRule="auto"/>
              <w:jc w:val="center"/>
              <w:rPr>
                <w:rFonts w:ascii="Calibri" w:eastAsia="Times New Roman" w:hAnsi="Calibri" w:cs="Calibri"/>
                <w:b/>
                <w:bCs/>
                <w:color w:val="000000"/>
                <w:sz w:val="24"/>
                <w:szCs w:val="24"/>
                <w:lang w:eastAsia="pl-PL"/>
              </w:rPr>
            </w:pPr>
            <w:r w:rsidRPr="00253D41">
              <w:rPr>
                <w:rFonts w:ascii="Calibri" w:eastAsia="Times New Roman" w:hAnsi="Calibri" w:cs="Calibri"/>
                <w:b/>
                <w:bCs/>
                <w:color w:val="000000"/>
                <w:sz w:val="24"/>
                <w:szCs w:val="24"/>
                <w:lang w:eastAsia="pl-PL"/>
              </w:rPr>
              <w:t>Województwa / części budżetowe</w:t>
            </w: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85/02</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Dolnośląskie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4 181 000,00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62 712 000,00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83 616 000,00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20 904 000,00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225 765 000,00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20 904 000,00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418 082 000,00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85/04</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Kujawsko-pomorskie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2 832 000,00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42 484 000,00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56 646 000,00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14 162 000,00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152 944 000,00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14 162 000,00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283 230 000,00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85/06</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Lubelskie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3 350 000,00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50 246 000,00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66 995 000,00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16 749 000,00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180 886 000,00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16 749 000,00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334 975 000,00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85/08</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Lubuskie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1 404 000,00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21 054 000,00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28 072 000,00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7 018 000,00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75 794 000,00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7 018 000,00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140 360 000,00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85/10</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Łódzkie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3 379 000,00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50 689 000,00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67 585 000,00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16 896 000,00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182 480 000,00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16 896 000,00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337 925 000,00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85/12</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Małopolskie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4 779 000,00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71 686 000,00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95 581 000,00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23 895 000,00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258 071 000,00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23 895 000,00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477 907 000,00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 xml:space="preserve">Mazowieckie </w:t>
            </w:r>
            <w:r w:rsidRPr="00253D41">
              <w:rPr>
                <w:rFonts w:ascii="Calibri" w:eastAsia="Times New Roman" w:hAnsi="Calibri" w:cs="Calibri"/>
                <w:color w:val="000000"/>
                <w:lang w:eastAsia="pl-PL"/>
              </w:rPr>
              <w:br/>
              <w:t>(bez Warszawy)</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5 067 000,00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76 003 000,00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101 338 000,00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25 335 000,00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273 612 000,00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25 335 000,00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506 690 000,00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85/16</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1 312 000,00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19 677 000,00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26 235 000,00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6 559 000,00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70 836 000,00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6 559 000,00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131 178 000,00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85/18</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Podkarpackie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3 419 000,00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51 280 000,00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68 373 000,00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17 093 000,00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184 607 000,00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17 093 000,00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341 865 000,00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85/20</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Podlaskie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2 136 000,00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32 039 000,00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42 719 000,00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10 680 000,00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115 341 000,00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10 680 000,00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213 595 000,00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85/22</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3 400 000,00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51 003 000,00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68 004 000,00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17 001 000,00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183 609 000,00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17 001 000,00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340 018 000,00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85/24</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Śląskie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6 378 000,00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95 661 000,00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127 548 000,00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31 887 000,00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344 380 000,00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31 887 000,00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637 741 000,00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85/26</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Świętokrzyskie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1 604 000,00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24 052 000,00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32 070 000,00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8 017 000,00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86 588 000,00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8 017 000,00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160 348 000,00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85/28</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Warmińsko-mazurskie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2 533 000,00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37 987 000,00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50 650 000,00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12 662 000,00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136 755 000,00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12 662 000,00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253 249 000,00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85/30</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Wielkopolskie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4 909 000,00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73 628 000,00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98 170 000,00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24 542 000,00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265 060 000,00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24 542 000,00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490 851 000,00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85/32</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Zachodniopomorskie</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2 370 000,00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35 547 000,00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47 397 000,00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11 849 000,00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127 971 000,00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11 849 000,00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8C5AEE" w:rsidRDefault="003A4062" w:rsidP="003A4062">
            <w:pPr>
              <w:spacing w:after="0"/>
              <w:jc w:val="center"/>
            </w:pPr>
            <w:r w:rsidRPr="008C5AEE">
              <w:t>236 983 000,00</w:t>
            </w:r>
          </w:p>
        </w:tc>
      </w:tr>
      <w:tr w:rsidR="003A4062" w:rsidRPr="00253D41" w:rsidTr="003A4062">
        <w:trPr>
          <w:trHeight w:val="390"/>
        </w:trPr>
        <w:tc>
          <w:tcPr>
            <w:tcW w:w="440" w:type="dxa"/>
            <w:vMerge/>
            <w:tcBorders>
              <w:top w:val="nil"/>
              <w:left w:val="single" w:sz="8" w:space="0" w:color="auto"/>
              <w:bottom w:val="single" w:sz="8" w:space="0" w:color="000000"/>
              <w:right w:val="single" w:sz="8" w:space="0" w:color="auto"/>
            </w:tcBorders>
            <w:vAlign w:val="center"/>
            <w:hideMark/>
          </w:tcPr>
          <w:p w:rsidR="003A4062" w:rsidRPr="00253D41"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jc w:val="center"/>
              <w:rPr>
                <w:rFonts w:ascii="Calibri" w:eastAsia="Times New Roman" w:hAnsi="Calibri" w:cs="Calibri"/>
                <w:color w:val="000000"/>
                <w:sz w:val="24"/>
                <w:szCs w:val="24"/>
                <w:lang w:eastAsia="pl-PL"/>
              </w:rPr>
            </w:pPr>
            <w:r w:rsidRPr="00253D41">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253D41" w:rsidRDefault="003A4062" w:rsidP="003A4062">
            <w:pPr>
              <w:spacing w:after="0" w:line="240" w:lineRule="auto"/>
              <w:rPr>
                <w:rFonts w:ascii="Calibri" w:eastAsia="Times New Roman" w:hAnsi="Calibri" w:cs="Calibri"/>
                <w:color w:val="000000"/>
                <w:lang w:eastAsia="pl-PL"/>
              </w:rPr>
            </w:pPr>
            <w:r w:rsidRPr="00253D41">
              <w:rPr>
                <w:rFonts w:ascii="Calibri" w:eastAsia="Times New Roman" w:hAnsi="Calibri" w:cs="Calibri"/>
                <w:color w:val="000000"/>
                <w:lang w:eastAsia="pl-PL"/>
              </w:rPr>
              <w:t>Warszawa</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2 920 000,00</w:t>
            </w:r>
          </w:p>
        </w:tc>
        <w:tc>
          <w:tcPr>
            <w:tcW w:w="1958"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43 800 000,00</w:t>
            </w:r>
          </w:p>
        </w:tc>
        <w:tc>
          <w:tcPr>
            <w:tcW w:w="1728"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58 400 000,00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14 600 000,00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8C5AEE" w:rsidRDefault="003A4062" w:rsidP="003A4062">
            <w:pPr>
              <w:spacing w:after="0"/>
              <w:jc w:val="center"/>
            </w:pPr>
            <w:r w:rsidRPr="008C5AEE">
              <w:t>157 678 000,00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8C5AEE" w:rsidRDefault="003A4062" w:rsidP="003A4062">
            <w:pPr>
              <w:spacing w:after="0"/>
              <w:jc w:val="center"/>
            </w:pPr>
            <w:r w:rsidRPr="008C5AEE">
              <w:t>14 600 000,00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Default="003A4062" w:rsidP="003A4062">
            <w:pPr>
              <w:spacing w:after="0"/>
              <w:jc w:val="center"/>
            </w:pPr>
            <w:r w:rsidRPr="008C5AEE">
              <w:t>291 998 000,00</w:t>
            </w:r>
          </w:p>
        </w:tc>
      </w:tr>
      <w:tr w:rsidR="003A4062" w:rsidRPr="00253D41" w:rsidTr="003A4062">
        <w:trPr>
          <w:trHeight w:val="510"/>
        </w:trPr>
        <w:tc>
          <w:tcPr>
            <w:tcW w:w="340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3A4062" w:rsidRPr="00253D41" w:rsidRDefault="003A4062" w:rsidP="003A4062">
            <w:pPr>
              <w:spacing w:after="0" w:line="240" w:lineRule="auto"/>
              <w:jc w:val="center"/>
              <w:rPr>
                <w:rFonts w:ascii="Calibri" w:eastAsia="Times New Roman" w:hAnsi="Calibri" w:cs="Calibri"/>
                <w:b/>
                <w:bCs/>
                <w:color w:val="000000"/>
                <w:lang w:eastAsia="pl-PL"/>
              </w:rPr>
            </w:pPr>
            <w:r w:rsidRPr="00253D41">
              <w:rPr>
                <w:rFonts w:ascii="Calibri" w:eastAsia="Times New Roman" w:hAnsi="Calibri" w:cs="Calibri"/>
                <w:b/>
                <w:bCs/>
                <w:color w:val="000000"/>
                <w:lang w:eastAsia="pl-PL"/>
              </w:rPr>
              <w:t>Łącznie</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55 973 000,00</w:t>
            </w:r>
          </w:p>
        </w:tc>
        <w:tc>
          <w:tcPr>
            <w:tcW w:w="1958"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839 548 000,00</w:t>
            </w:r>
          </w:p>
        </w:tc>
        <w:tc>
          <w:tcPr>
            <w:tcW w:w="1728"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1 119 399 000,00</w:t>
            </w:r>
          </w:p>
        </w:tc>
        <w:tc>
          <w:tcPr>
            <w:tcW w:w="1842"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279 849 000,00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3 022 377 000,00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279 849 000,00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5C6800" w:rsidRDefault="003A4062" w:rsidP="003A4062">
            <w:pPr>
              <w:spacing w:after="0"/>
              <w:jc w:val="center"/>
              <w:rPr>
                <w:b/>
              </w:rPr>
            </w:pPr>
            <w:r w:rsidRPr="005C6800">
              <w:rPr>
                <w:b/>
              </w:rPr>
              <w:t>5 596 995 000,00</w:t>
            </w:r>
          </w:p>
        </w:tc>
      </w:tr>
    </w:tbl>
    <w:p w:rsidR="00253D41" w:rsidRDefault="00253D41">
      <w:pPr>
        <w:rPr>
          <w:sz w:val="20"/>
          <w:szCs w:val="20"/>
        </w:rPr>
      </w:pPr>
    </w:p>
    <w:p w:rsidR="00253D41" w:rsidRDefault="00253D41">
      <w:pPr>
        <w:rPr>
          <w:sz w:val="20"/>
          <w:szCs w:val="20"/>
        </w:rPr>
      </w:pPr>
    </w:p>
    <w:p w:rsidR="00253D41" w:rsidRDefault="00253D41">
      <w:pPr>
        <w:rPr>
          <w:sz w:val="20"/>
          <w:szCs w:val="20"/>
        </w:rPr>
      </w:pPr>
    </w:p>
    <w:p w:rsidR="00B775D5" w:rsidRDefault="00B775D5">
      <w:pPr>
        <w:rPr>
          <w:sz w:val="20"/>
          <w:szCs w:val="20"/>
        </w:rPr>
      </w:pPr>
    </w:p>
    <w:p w:rsidR="00253D41" w:rsidRDefault="00253D41" w:rsidP="00B775D5"/>
    <w:tbl>
      <w:tblPr>
        <w:tblW w:w="16160" w:type="dxa"/>
        <w:tblInd w:w="-1144" w:type="dxa"/>
        <w:tblCellMar>
          <w:left w:w="70" w:type="dxa"/>
          <w:right w:w="70" w:type="dxa"/>
        </w:tblCellMar>
        <w:tblLook w:val="04A0" w:firstRow="1" w:lastRow="0" w:firstColumn="1" w:lastColumn="0" w:noHBand="0" w:noVBand="1"/>
      </w:tblPr>
      <w:tblGrid>
        <w:gridCol w:w="439"/>
        <w:gridCol w:w="820"/>
        <w:gridCol w:w="2142"/>
        <w:gridCol w:w="1844"/>
        <w:gridCol w:w="1985"/>
        <w:gridCol w:w="1701"/>
        <w:gridCol w:w="1842"/>
        <w:gridCol w:w="1843"/>
        <w:gridCol w:w="1843"/>
        <w:gridCol w:w="1701"/>
      </w:tblGrid>
      <w:tr w:rsidR="003A4062" w:rsidRPr="00CD7F1A" w:rsidTr="009825EE">
        <w:trPr>
          <w:trHeight w:val="390"/>
        </w:trPr>
        <w:tc>
          <w:tcPr>
            <w:tcW w:w="3401" w:type="dxa"/>
            <w:gridSpan w:val="3"/>
            <w:tcBorders>
              <w:top w:val="single" w:sz="8" w:space="0" w:color="auto"/>
              <w:left w:val="single" w:sz="8" w:space="0" w:color="auto"/>
              <w:bottom w:val="single" w:sz="8" w:space="0" w:color="auto"/>
              <w:right w:val="single" w:sz="8" w:space="0" w:color="000000"/>
            </w:tcBorders>
            <w:shd w:val="clear" w:color="000000" w:fill="BDD6EE"/>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2030 rok (w zł)</w:t>
            </w:r>
          </w:p>
        </w:tc>
        <w:tc>
          <w:tcPr>
            <w:tcW w:w="1844"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1</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2</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3</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4</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5</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Obszar 6</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Łącznie (w zł)</w:t>
            </w:r>
          </w:p>
        </w:tc>
      </w:tr>
      <w:tr w:rsidR="003A4062" w:rsidRPr="00CD7F1A" w:rsidTr="009825EE">
        <w:trPr>
          <w:trHeight w:val="390"/>
        </w:trPr>
        <w:tc>
          <w:tcPr>
            <w:tcW w:w="43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3A4062" w:rsidRPr="00CD7F1A" w:rsidRDefault="003A4062" w:rsidP="003A4062">
            <w:pPr>
              <w:spacing w:after="0" w:line="240" w:lineRule="auto"/>
              <w:jc w:val="center"/>
              <w:rPr>
                <w:rFonts w:ascii="Calibri" w:eastAsia="Times New Roman" w:hAnsi="Calibri" w:cs="Calibri"/>
                <w:b/>
                <w:bCs/>
                <w:color w:val="000000"/>
                <w:sz w:val="24"/>
                <w:szCs w:val="24"/>
                <w:lang w:eastAsia="pl-PL"/>
              </w:rPr>
            </w:pPr>
            <w:r w:rsidRPr="00CD7F1A">
              <w:rPr>
                <w:rFonts w:ascii="Calibri" w:eastAsia="Times New Roman" w:hAnsi="Calibri" w:cs="Calibri"/>
                <w:b/>
                <w:bCs/>
                <w:color w:val="000000"/>
                <w:sz w:val="24"/>
                <w:szCs w:val="24"/>
                <w:lang w:eastAsia="pl-PL"/>
              </w:rPr>
              <w:t>Województwa / części budżetowe</w:t>
            </w: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Dolnośląskie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4 407 000,00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66 102 000,00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88 136 000,00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22 034 000,00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237 969 000,00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22 034 000,00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440 682 000,00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Kujawsko-pomorskie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2 985 000,00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44 781 000,00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59 708 000,00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14 927 000,00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161 212 000,00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14 927 000,00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298 540 000,00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Lubelskie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3 531 000,00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52 962 000,00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70 617 000,00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17 654 000,00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190 665 000,00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17 654 000,00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353 083 000,00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85/08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Lubuskie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1 480 000,00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22 192 000,00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29 590 000,00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7 397 000,00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79 892 000,00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7 397 000,00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147 948 000,00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Łódzkie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3 562 000,00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53 429 000,00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71 238 000,00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17 810 000,00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192 344 000,00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17 810 000,00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356 193 000,00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Małopolskie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5 038 000,00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75 561 000,00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100 748 000,00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25 187 000,00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272 020 000,00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25 187 000,00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503 741 000,00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 xml:space="preserve">Mazowieckie </w:t>
            </w:r>
            <w:r>
              <w:rPr>
                <w:rFonts w:ascii="Calibri" w:eastAsia="Times New Roman" w:hAnsi="Calibri" w:cs="Calibri"/>
                <w:color w:val="000000"/>
                <w:lang w:eastAsia="pl-PL"/>
              </w:rPr>
              <w:br/>
            </w:r>
            <w:r w:rsidRPr="00CD7F1A">
              <w:rPr>
                <w:rFonts w:ascii="Calibri" w:eastAsia="Times New Roman" w:hAnsi="Calibri" w:cs="Calibri"/>
                <w:color w:val="000000"/>
                <w:lang w:eastAsia="pl-PL"/>
              </w:rPr>
              <w:t>(bez Warszawy)</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5 341 000,00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80 112 000,00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106 816 000,00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26 704 000,00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288 403 000,00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26 704 000,00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534 080 000,00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Opolskie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1 383 000,00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20 740 000,00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27 654 000,00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6 914 000,00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74 665 000,00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6 913 000,00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138 269 000,00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Podkarpackie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3 604 000,00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54 052 000,00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72 069 000,00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18 017 000,00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194 586 000,00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18 017 000,00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360 345 000,00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Podlaskie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2 252 000,00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33 771 000,00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45 028 000,00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11 257 000,00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121 577 000,00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11 257 000,00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225 142 000,00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Pomorskie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3 584 000,00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53 760 000,00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71 679 000,00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17 920 000,00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193 535 000,00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17 920 000,00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358 398 000,00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Śląskie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6 722 000,00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100 832 000,00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134 443 000,00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33 611 000,00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362 996 000,00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33 611 000,00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672 215 000,00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85/26</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Świętokrzyskie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1 690 000,00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25 352 000,00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33 803 000,00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8 451 000,00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91 269 000,00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8 451 000,00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169 016 000,00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85/28</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Warmińsko-mazurskie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2 669 000,00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40 041 000,00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53 388 000,00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13 347 000,00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144 147 000,00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13 347 000,00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266 939 000,00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85/30</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Wielkopolskie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5 174 000,00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77 608 000,00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103 477 000,00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25 869 000,00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279 388 000,00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25 869 000,00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517 385 000,00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85/32</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Zachodniopomorskie</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2 498 000,00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37 469 000,00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49 959 000,00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12 490 000,00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134 887 000,00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12 490 000,00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4676F5" w:rsidRDefault="003A4062" w:rsidP="003A4062">
            <w:pPr>
              <w:spacing w:after="0"/>
              <w:jc w:val="center"/>
            </w:pPr>
            <w:r w:rsidRPr="004676F5">
              <w:t>249 793 000,00</w:t>
            </w:r>
          </w:p>
        </w:tc>
      </w:tr>
      <w:tr w:rsidR="003A4062" w:rsidRPr="00CD7F1A" w:rsidTr="009825EE">
        <w:trPr>
          <w:trHeight w:val="390"/>
        </w:trPr>
        <w:tc>
          <w:tcPr>
            <w:tcW w:w="439" w:type="dxa"/>
            <w:vMerge/>
            <w:tcBorders>
              <w:top w:val="nil"/>
              <w:left w:val="single" w:sz="8" w:space="0" w:color="auto"/>
              <w:bottom w:val="single" w:sz="8" w:space="0" w:color="000000"/>
              <w:right w:val="single" w:sz="8" w:space="0" w:color="auto"/>
            </w:tcBorders>
            <w:vAlign w:val="center"/>
            <w:hideMark/>
          </w:tcPr>
          <w:p w:rsidR="003A4062" w:rsidRPr="00CD7F1A" w:rsidRDefault="003A4062" w:rsidP="003A406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jc w:val="center"/>
              <w:rPr>
                <w:rFonts w:ascii="Calibri" w:eastAsia="Times New Roman" w:hAnsi="Calibri" w:cs="Calibri"/>
                <w:color w:val="000000"/>
                <w:sz w:val="24"/>
                <w:szCs w:val="24"/>
                <w:lang w:eastAsia="pl-PL"/>
              </w:rPr>
            </w:pPr>
            <w:r w:rsidRPr="00CD7F1A">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3A4062" w:rsidRPr="00CD7F1A" w:rsidRDefault="003A4062" w:rsidP="003A4062">
            <w:pPr>
              <w:spacing w:after="0" w:line="240" w:lineRule="auto"/>
              <w:rPr>
                <w:rFonts w:ascii="Calibri" w:eastAsia="Times New Roman" w:hAnsi="Calibri" w:cs="Calibri"/>
                <w:color w:val="000000"/>
                <w:lang w:eastAsia="pl-PL"/>
              </w:rPr>
            </w:pPr>
            <w:r w:rsidRPr="00CD7F1A">
              <w:rPr>
                <w:rFonts w:ascii="Calibri" w:eastAsia="Times New Roman" w:hAnsi="Calibri" w:cs="Calibri"/>
                <w:color w:val="000000"/>
                <w:lang w:eastAsia="pl-PL"/>
              </w:rPr>
              <w:t>Warszawa</w:t>
            </w:r>
          </w:p>
        </w:tc>
        <w:tc>
          <w:tcPr>
            <w:tcW w:w="1844"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3 078 000,00</w:t>
            </w:r>
          </w:p>
        </w:tc>
        <w:tc>
          <w:tcPr>
            <w:tcW w:w="1985"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46 167 000,00</w:t>
            </w:r>
          </w:p>
        </w:tc>
        <w:tc>
          <w:tcPr>
            <w:tcW w:w="1701"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61 557 000,00</w:t>
            </w:r>
          </w:p>
        </w:tc>
        <w:tc>
          <w:tcPr>
            <w:tcW w:w="1842"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15 390 000,00</w:t>
            </w:r>
          </w:p>
        </w:tc>
        <w:tc>
          <w:tcPr>
            <w:tcW w:w="1843" w:type="dxa"/>
            <w:tcBorders>
              <w:top w:val="nil"/>
              <w:left w:val="nil"/>
              <w:bottom w:val="single" w:sz="8" w:space="0" w:color="auto"/>
              <w:right w:val="single" w:sz="8" w:space="0" w:color="auto"/>
            </w:tcBorders>
            <w:shd w:val="clear" w:color="000000" w:fill="F2F2F2"/>
            <w:vAlign w:val="center"/>
            <w:hideMark/>
          </w:tcPr>
          <w:p w:rsidR="003A4062" w:rsidRPr="004676F5" w:rsidRDefault="003A4062" w:rsidP="003A4062">
            <w:pPr>
              <w:spacing w:after="0"/>
              <w:jc w:val="center"/>
            </w:pPr>
            <w:r w:rsidRPr="004676F5">
              <w:t>166 203 000,00</w:t>
            </w:r>
          </w:p>
        </w:tc>
        <w:tc>
          <w:tcPr>
            <w:tcW w:w="1843" w:type="dxa"/>
            <w:tcBorders>
              <w:top w:val="nil"/>
              <w:left w:val="nil"/>
              <w:bottom w:val="single" w:sz="8" w:space="0" w:color="auto"/>
              <w:right w:val="single" w:sz="8" w:space="0" w:color="auto"/>
            </w:tcBorders>
            <w:shd w:val="clear" w:color="auto" w:fill="auto"/>
            <w:vAlign w:val="center"/>
            <w:hideMark/>
          </w:tcPr>
          <w:p w:rsidR="003A4062" w:rsidRPr="004676F5" w:rsidRDefault="003A4062" w:rsidP="003A4062">
            <w:pPr>
              <w:spacing w:after="0"/>
              <w:jc w:val="center"/>
            </w:pPr>
            <w:r w:rsidRPr="004676F5">
              <w:t>15 389 000,00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Default="003A4062" w:rsidP="003A4062">
            <w:pPr>
              <w:spacing w:after="0"/>
              <w:jc w:val="center"/>
            </w:pPr>
            <w:r w:rsidRPr="004676F5">
              <w:t>307 784 000,00</w:t>
            </w:r>
          </w:p>
        </w:tc>
      </w:tr>
      <w:tr w:rsidR="003A4062" w:rsidRPr="00CD7F1A" w:rsidTr="009825EE">
        <w:trPr>
          <w:trHeight w:val="495"/>
        </w:trPr>
        <w:tc>
          <w:tcPr>
            <w:tcW w:w="3401"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3A4062" w:rsidRPr="00CD7F1A" w:rsidRDefault="003A4062" w:rsidP="003A4062">
            <w:pPr>
              <w:spacing w:after="0" w:line="240" w:lineRule="auto"/>
              <w:jc w:val="center"/>
              <w:rPr>
                <w:rFonts w:ascii="Calibri" w:eastAsia="Times New Roman" w:hAnsi="Calibri" w:cs="Calibri"/>
                <w:b/>
                <w:bCs/>
                <w:color w:val="000000"/>
                <w:lang w:eastAsia="pl-PL"/>
              </w:rPr>
            </w:pPr>
            <w:r w:rsidRPr="00CD7F1A">
              <w:rPr>
                <w:rFonts w:ascii="Calibri" w:eastAsia="Times New Roman" w:hAnsi="Calibri" w:cs="Calibri"/>
                <w:b/>
                <w:bCs/>
                <w:color w:val="000000"/>
                <w:lang w:eastAsia="pl-PL"/>
              </w:rPr>
              <w:t>Łącznie</w:t>
            </w:r>
          </w:p>
        </w:tc>
        <w:tc>
          <w:tcPr>
            <w:tcW w:w="1844"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58 998 000,00</w:t>
            </w:r>
          </w:p>
        </w:tc>
        <w:tc>
          <w:tcPr>
            <w:tcW w:w="1985"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884 931 000,00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1 179 910 000,00</w:t>
            </w:r>
          </w:p>
        </w:tc>
        <w:tc>
          <w:tcPr>
            <w:tcW w:w="1842"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294 979 000,00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3 185 758 000,00</w:t>
            </w:r>
          </w:p>
        </w:tc>
        <w:tc>
          <w:tcPr>
            <w:tcW w:w="1843"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294 977 000,00</w:t>
            </w:r>
          </w:p>
        </w:tc>
        <w:tc>
          <w:tcPr>
            <w:tcW w:w="1701" w:type="dxa"/>
            <w:tcBorders>
              <w:top w:val="nil"/>
              <w:left w:val="nil"/>
              <w:bottom w:val="single" w:sz="8" w:space="0" w:color="auto"/>
              <w:right w:val="single" w:sz="8" w:space="0" w:color="auto"/>
            </w:tcBorders>
            <w:shd w:val="clear" w:color="000000" w:fill="D9D9D9"/>
            <w:vAlign w:val="center"/>
            <w:hideMark/>
          </w:tcPr>
          <w:p w:rsidR="003A4062" w:rsidRPr="00DB33BC" w:rsidRDefault="003A4062" w:rsidP="003A4062">
            <w:pPr>
              <w:spacing w:after="0"/>
              <w:jc w:val="center"/>
              <w:rPr>
                <w:b/>
              </w:rPr>
            </w:pPr>
            <w:r w:rsidRPr="00DB33BC">
              <w:rPr>
                <w:b/>
              </w:rPr>
              <w:t>5 899 553 000,00</w:t>
            </w:r>
          </w:p>
        </w:tc>
      </w:tr>
    </w:tbl>
    <w:p w:rsidR="009825EE" w:rsidRDefault="009825EE" w:rsidP="00B775D5"/>
    <w:tbl>
      <w:tblPr>
        <w:tblW w:w="16160" w:type="dxa"/>
        <w:tblInd w:w="-1144" w:type="dxa"/>
        <w:tblCellMar>
          <w:left w:w="70" w:type="dxa"/>
          <w:right w:w="70" w:type="dxa"/>
        </w:tblCellMar>
        <w:tblLook w:val="04A0" w:firstRow="1" w:lastRow="0" w:firstColumn="1" w:lastColumn="0" w:noHBand="0" w:noVBand="1"/>
      </w:tblPr>
      <w:tblGrid>
        <w:gridCol w:w="440"/>
        <w:gridCol w:w="820"/>
        <w:gridCol w:w="2142"/>
        <w:gridCol w:w="1843"/>
        <w:gridCol w:w="1985"/>
        <w:gridCol w:w="1701"/>
        <w:gridCol w:w="1842"/>
        <w:gridCol w:w="1843"/>
        <w:gridCol w:w="1843"/>
        <w:gridCol w:w="1701"/>
      </w:tblGrid>
      <w:tr w:rsidR="009825EE" w:rsidRPr="00AC204F" w:rsidTr="006F2282">
        <w:trPr>
          <w:trHeight w:val="390"/>
        </w:trPr>
        <w:tc>
          <w:tcPr>
            <w:tcW w:w="3402" w:type="dxa"/>
            <w:gridSpan w:val="3"/>
            <w:tcBorders>
              <w:top w:val="single" w:sz="8" w:space="0" w:color="auto"/>
              <w:left w:val="single" w:sz="8" w:space="0" w:color="auto"/>
              <w:bottom w:val="single" w:sz="8" w:space="0" w:color="auto"/>
              <w:right w:val="single" w:sz="8" w:space="0" w:color="000000"/>
            </w:tcBorders>
            <w:shd w:val="clear" w:color="000000" w:fill="BDD6EE"/>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2031 rok (w zł)</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1</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2</w:t>
            </w:r>
          </w:p>
        </w:tc>
        <w:tc>
          <w:tcPr>
            <w:tcW w:w="1701" w:type="dxa"/>
            <w:tcBorders>
              <w:top w:val="single" w:sz="8" w:space="0" w:color="auto"/>
              <w:left w:val="nil"/>
              <w:bottom w:val="single" w:sz="8" w:space="0" w:color="auto"/>
              <w:right w:val="single" w:sz="8" w:space="0" w:color="auto"/>
            </w:tcBorders>
            <w:shd w:val="clear" w:color="000000" w:fill="F2F2F2"/>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3</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4</w:t>
            </w:r>
          </w:p>
        </w:tc>
        <w:tc>
          <w:tcPr>
            <w:tcW w:w="1843" w:type="dxa"/>
            <w:tcBorders>
              <w:top w:val="single" w:sz="8" w:space="0" w:color="auto"/>
              <w:left w:val="nil"/>
              <w:bottom w:val="single" w:sz="8" w:space="0" w:color="auto"/>
              <w:right w:val="single" w:sz="8" w:space="0" w:color="auto"/>
            </w:tcBorders>
            <w:shd w:val="clear" w:color="000000" w:fill="F2F2F2"/>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5</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Obszar 6</w:t>
            </w:r>
          </w:p>
        </w:tc>
        <w:tc>
          <w:tcPr>
            <w:tcW w:w="1701" w:type="dxa"/>
            <w:tcBorders>
              <w:top w:val="single" w:sz="8" w:space="0" w:color="auto"/>
              <w:left w:val="nil"/>
              <w:bottom w:val="single" w:sz="8" w:space="0" w:color="auto"/>
              <w:right w:val="single" w:sz="8" w:space="0" w:color="auto"/>
            </w:tcBorders>
            <w:shd w:val="clear" w:color="000000" w:fill="D9D9D9"/>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 xml:space="preserve">Łącznie </w:t>
            </w:r>
          </w:p>
        </w:tc>
      </w:tr>
      <w:tr w:rsidR="009825EE" w:rsidRPr="00AC204F" w:rsidTr="006F2282">
        <w:trPr>
          <w:trHeight w:val="390"/>
        </w:trPr>
        <w:tc>
          <w:tcPr>
            <w:tcW w:w="4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9825EE" w:rsidRPr="00AC204F" w:rsidRDefault="009825EE" w:rsidP="006F2282">
            <w:pPr>
              <w:spacing w:after="0" w:line="240" w:lineRule="auto"/>
              <w:jc w:val="center"/>
              <w:rPr>
                <w:rFonts w:ascii="Calibri" w:eastAsia="Times New Roman" w:hAnsi="Calibri" w:cs="Calibri"/>
                <w:b/>
                <w:bCs/>
                <w:color w:val="000000"/>
                <w:sz w:val="24"/>
                <w:szCs w:val="24"/>
                <w:lang w:eastAsia="pl-PL"/>
              </w:rPr>
            </w:pPr>
            <w:r w:rsidRPr="00AC204F">
              <w:rPr>
                <w:rFonts w:ascii="Calibri" w:eastAsia="Times New Roman" w:hAnsi="Calibri" w:cs="Calibri"/>
                <w:b/>
                <w:bCs/>
                <w:color w:val="000000"/>
                <w:sz w:val="24"/>
                <w:szCs w:val="24"/>
                <w:lang w:eastAsia="pl-PL"/>
              </w:rPr>
              <w:t>Województwa / części budżetowe</w:t>
            </w: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85/02</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Dolnośląskie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4 626 000,00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69 400 000,00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92 533 000,00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23 133 000,00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249 838 000,00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23 133 000,00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462 663 000,00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85/04</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Kujawsko-pomorskie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3 134 000,00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47 015 000,00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62 686 000,00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15 672 000,00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169 252 000,00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15 672 000,00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313 431 000,00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85/06</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Lubelskie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3 707 000,00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55 604 000,00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74 139 000,00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18 535 000,00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200 175 000,00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18 535 000,00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370 695 000,00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85/08</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Lubuskie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1 553 000,00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23 299 000,00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31 065 000,00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7 766 000,00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83 879 000,00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7 766 000,00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155 328 000,00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85/10</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Łódzkie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3 740 000,00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56 094 000,00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74 792 000,00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18 698 000,00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201 938 000,00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18 698 000,00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373 960 000,00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85/12</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Małopolskie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5 289 000,00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79 330 000,00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105 774 000,00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26 443 000,00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285 589 000,00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26 443 000,00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528 868 000,00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 xml:space="preserve">Mazowieckie </w:t>
            </w:r>
            <w:r w:rsidRPr="00AC204F">
              <w:rPr>
                <w:rFonts w:ascii="Calibri" w:eastAsia="Times New Roman" w:hAnsi="Calibri" w:cs="Calibri"/>
                <w:color w:val="000000"/>
                <w:lang w:eastAsia="pl-PL"/>
              </w:rPr>
              <w:br/>
              <w:t>(bez Warszawy)</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5 607 000,00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84 108 000,00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112 144 000,00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28 036 000,00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302 789 000,00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28 036 000,00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560 720 000,00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85/16</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Opolskie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1 452 000,00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21 775 000,00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29 033 000,00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7 258 000,00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78 390 000,00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7 258 000,00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145 166 000,00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85/18</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Podkarpackie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3 783 000,00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56 748 000,00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75 664 000,00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18 916 000,00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204 292 000,00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18 916 000,00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378 319 000,00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85/20</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Podlaskie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2 364 000,00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35 456 000,00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47 274 000,00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11 819 000,00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127 640 000,00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11 819 000,00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236 372 000,00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85/22</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Pomorskie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3 763 000,00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56 441 000,00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75 255 000,00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18 814 000,00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203 188 000,00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18 814 000,00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376 275 000,00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85/24</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Śląskie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7 057 000,00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105 862 000,00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141 149 000,00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35 287 000,00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381 103 000,00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35 287 000,00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705 745 000,00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85/26</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Świętokrzyskie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1 774 000,00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26 617 000,00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35 489 000,00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8 872 000,00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95 823 000,00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8 872 000,00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177 447 000,00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85/28</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Warmińsko-mazurskie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2 803 000,00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42 038 000,00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56 051 000,00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14 013 000,00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151 336 000,00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14 013 000,00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280 254 000,00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85/30</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Wielkopolskie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5 432 000,00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81 479 000,00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108 638 000,00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27 160 000,00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293 323 000,00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27 160 000,00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543 192 000,00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85/32</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Zachodniopomorskie</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2 623 000,00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39 338 000,00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52 451 000,00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13 112 000,00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141 617 000,00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13 112 000,00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0E1CFE" w:rsidRDefault="009825EE" w:rsidP="006F2282">
            <w:pPr>
              <w:spacing w:after="0"/>
              <w:jc w:val="center"/>
            </w:pPr>
            <w:r w:rsidRPr="000E1CFE">
              <w:t>262 253 000,00</w:t>
            </w:r>
          </w:p>
        </w:tc>
      </w:tr>
      <w:tr w:rsidR="009825EE" w:rsidRPr="00AC204F" w:rsidTr="006F2282">
        <w:trPr>
          <w:trHeight w:val="390"/>
        </w:trPr>
        <w:tc>
          <w:tcPr>
            <w:tcW w:w="440" w:type="dxa"/>
            <w:vMerge/>
            <w:tcBorders>
              <w:top w:val="nil"/>
              <w:left w:val="single" w:sz="8" w:space="0" w:color="auto"/>
              <w:bottom w:val="single" w:sz="8" w:space="0" w:color="000000"/>
              <w:right w:val="single" w:sz="8" w:space="0" w:color="auto"/>
            </w:tcBorders>
            <w:vAlign w:val="center"/>
            <w:hideMark/>
          </w:tcPr>
          <w:p w:rsidR="009825EE" w:rsidRPr="00AC204F" w:rsidRDefault="009825EE" w:rsidP="006F2282">
            <w:pPr>
              <w:spacing w:after="0" w:line="240" w:lineRule="auto"/>
              <w:rPr>
                <w:rFonts w:ascii="Calibri" w:eastAsia="Times New Roman" w:hAnsi="Calibri" w:cs="Calibri"/>
                <w:b/>
                <w:bCs/>
                <w:color w:val="000000"/>
                <w:sz w:val="24"/>
                <w:szCs w:val="24"/>
                <w:lang w:eastAsia="pl-PL"/>
              </w:rPr>
            </w:pPr>
          </w:p>
        </w:tc>
        <w:tc>
          <w:tcPr>
            <w:tcW w:w="820"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jc w:val="center"/>
              <w:rPr>
                <w:rFonts w:ascii="Calibri" w:eastAsia="Times New Roman" w:hAnsi="Calibri" w:cs="Calibri"/>
                <w:color w:val="000000"/>
                <w:sz w:val="24"/>
                <w:szCs w:val="24"/>
                <w:lang w:eastAsia="pl-PL"/>
              </w:rPr>
            </w:pPr>
            <w:r w:rsidRPr="00AC204F">
              <w:rPr>
                <w:rFonts w:ascii="Calibri" w:eastAsia="Times New Roman" w:hAnsi="Calibri" w:cs="Calibri"/>
                <w:color w:val="000000"/>
                <w:sz w:val="24"/>
                <w:szCs w:val="24"/>
                <w:lang w:eastAsia="pl-PL"/>
              </w:rPr>
              <w:t>85/14</w:t>
            </w:r>
          </w:p>
        </w:tc>
        <w:tc>
          <w:tcPr>
            <w:tcW w:w="2142" w:type="dxa"/>
            <w:tcBorders>
              <w:top w:val="nil"/>
              <w:left w:val="nil"/>
              <w:bottom w:val="single" w:sz="8" w:space="0" w:color="auto"/>
              <w:right w:val="single" w:sz="8" w:space="0" w:color="auto"/>
            </w:tcBorders>
            <w:shd w:val="clear" w:color="auto" w:fill="auto"/>
            <w:vAlign w:val="center"/>
            <w:hideMark/>
          </w:tcPr>
          <w:p w:rsidR="009825EE" w:rsidRPr="00AC204F" w:rsidRDefault="009825EE" w:rsidP="006F2282">
            <w:pPr>
              <w:spacing w:after="0" w:line="240" w:lineRule="auto"/>
              <w:rPr>
                <w:rFonts w:ascii="Calibri" w:eastAsia="Times New Roman" w:hAnsi="Calibri" w:cs="Calibri"/>
                <w:color w:val="000000"/>
                <w:lang w:eastAsia="pl-PL"/>
              </w:rPr>
            </w:pPr>
            <w:r w:rsidRPr="00AC204F">
              <w:rPr>
                <w:rFonts w:ascii="Calibri" w:eastAsia="Times New Roman" w:hAnsi="Calibri" w:cs="Calibri"/>
                <w:color w:val="000000"/>
                <w:lang w:eastAsia="pl-PL"/>
              </w:rPr>
              <w:t>Warszawa</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3 231 000,00</w:t>
            </w:r>
          </w:p>
        </w:tc>
        <w:tc>
          <w:tcPr>
            <w:tcW w:w="1985"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48 470 000,00</w:t>
            </w:r>
          </w:p>
        </w:tc>
        <w:tc>
          <w:tcPr>
            <w:tcW w:w="1701"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64 627 000,00</w:t>
            </w:r>
          </w:p>
        </w:tc>
        <w:tc>
          <w:tcPr>
            <w:tcW w:w="1842"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16 157 000,00</w:t>
            </w:r>
          </w:p>
        </w:tc>
        <w:tc>
          <w:tcPr>
            <w:tcW w:w="1843" w:type="dxa"/>
            <w:tcBorders>
              <w:top w:val="nil"/>
              <w:left w:val="nil"/>
              <w:bottom w:val="single" w:sz="8" w:space="0" w:color="auto"/>
              <w:right w:val="single" w:sz="8" w:space="0" w:color="auto"/>
            </w:tcBorders>
            <w:shd w:val="clear" w:color="000000" w:fill="F2F2F2"/>
            <w:vAlign w:val="center"/>
            <w:hideMark/>
          </w:tcPr>
          <w:p w:rsidR="009825EE" w:rsidRPr="000E1CFE" w:rsidRDefault="009825EE" w:rsidP="006F2282">
            <w:pPr>
              <w:spacing w:after="0"/>
              <w:jc w:val="center"/>
            </w:pPr>
            <w:r w:rsidRPr="000E1CFE">
              <w:t>174 493 000,00</w:t>
            </w:r>
          </w:p>
        </w:tc>
        <w:tc>
          <w:tcPr>
            <w:tcW w:w="1843" w:type="dxa"/>
            <w:tcBorders>
              <w:top w:val="nil"/>
              <w:left w:val="nil"/>
              <w:bottom w:val="single" w:sz="8" w:space="0" w:color="auto"/>
              <w:right w:val="single" w:sz="8" w:space="0" w:color="auto"/>
            </w:tcBorders>
            <w:shd w:val="clear" w:color="auto" w:fill="auto"/>
            <w:vAlign w:val="center"/>
            <w:hideMark/>
          </w:tcPr>
          <w:p w:rsidR="009825EE" w:rsidRPr="000E1CFE" w:rsidRDefault="009825EE" w:rsidP="006F2282">
            <w:pPr>
              <w:spacing w:after="0"/>
              <w:jc w:val="center"/>
            </w:pPr>
            <w:r w:rsidRPr="000E1CFE">
              <w:t>16 157 000,00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Default="009825EE" w:rsidP="006F2282">
            <w:pPr>
              <w:spacing w:after="0"/>
              <w:jc w:val="center"/>
            </w:pPr>
            <w:r w:rsidRPr="000E1CFE">
              <w:t>323 135 000,00</w:t>
            </w:r>
          </w:p>
        </w:tc>
      </w:tr>
      <w:tr w:rsidR="009825EE" w:rsidRPr="00AC204F" w:rsidTr="006F2282">
        <w:trPr>
          <w:trHeight w:val="510"/>
        </w:trPr>
        <w:tc>
          <w:tcPr>
            <w:tcW w:w="340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9825EE" w:rsidRPr="00AC204F" w:rsidRDefault="009825EE" w:rsidP="006F2282">
            <w:pPr>
              <w:spacing w:after="0" w:line="240" w:lineRule="auto"/>
              <w:jc w:val="center"/>
              <w:rPr>
                <w:rFonts w:ascii="Calibri" w:eastAsia="Times New Roman" w:hAnsi="Calibri" w:cs="Calibri"/>
                <w:b/>
                <w:bCs/>
                <w:color w:val="000000"/>
                <w:lang w:eastAsia="pl-PL"/>
              </w:rPr>
            </w:pPr>
            <w:r w:rsidRPr="00AC204F">
              <w:rPr>
                <w:rFonts w:ascii="Calibri" w:eastAsia="Times New Roman" w:hAnsi="Calibri" w:cs="Calibri"/>
                <w:b/>
                <w:bCs/>
                <w:color w:val="000000"/>
                <w:lang w:eastAsia="pl-PL"/>
              </w:rPr>
              <w:t>Łącznie</w:t>
            </w:r>
          </w:p>
        </w:tc>
        <w:tc>
          <w:tcPr>
            <w:tcW w:w="1843"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61 938 000,00</w:t>
            </w:r>
          </w:p>
        </w:tc>
        <w:tc>
          <w:tcPr>
            <w:tcW w:w="1985"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929 074 000,00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1 238 764 000,00</w:t>
            </w:r>
          </w:p>
        </w:tc>
        <w:tc>
          <w:tcPr>
            <w:tcW w:w="1842"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309 691 000,00</w:t>
            </w:r>
          </w:p>
        </w:tc>
        <w:tc>
          <w:tcPr>
            <w:tcW w:w="1843"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3 344 665 000,00</w:t>
            </w:r>
          </w:p>
        </w:tc>
        <w:tc>
          <w:tcPr>
            <w:tcW w:w="1843"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309 691 000,00</w:t>
            </w:r>
          </w:p>
        </w:tc>
        <w:tc>
          <w:tcPr>
            <w:tcW w:w="1701" w:type="dxa"/>
            <w:tcBorders>
              <w:top w:val="nil"/>
              <w:left w:val="nil"/>
              <w:bottom w:val="single" w:sz="8" w:space="0" w:color="auto"/>
              <w:right w:val="single" w:sz="8" w:space="0" w:color="auto"/>
            </w:tcBorders>
            <w:shd w:val="clear" w:color="000000" w:fill="D9D9D9"/>
            <w:vAlign w:val="center"/>
            <w:hideMark/>
          </w:tcPr>
          <w:p w:rsidR="009825EE" w:rsidRPr="00DB33BC" w:rsidRDefault="009825EE" w:rsidP="006F2282">
            <w:pPr>
              <w:spacing w:after="0"/>
              <w:jc w:val="center"/>
              <w:rPr>
                <w:b/>
              </w:rPr>
            </w:pPr>
            <w:r w:rsidRPr="00DB33BC">
              <w:rPr>
                <w:b/>
              </w:rPr>
              <w:t>6 193 823 000,00</w:t>
            </w:r>
          </w:p>
        </w:tc>
      </w:tr>
    </w:tbl>
    <w:p w:rsidR="00B775D5" w:rsidRDefault="00B775D5" w:rsidP="00B775D5">
      <w:r>
        <w:br w:type="page"/>
      </w:r>
    </w:p>
    <w:p w:rsidR="00B775D5" w:rsidRDefault="00B775D5">
      <w:pPr>
        <w:rPr>
          <w:sz w:val="20"/>
          <w:szCs w:val="20"/>
        </w:rPr>
      </w:pPr>
    </w:p>
    <w:p w:rsidR="00B775D5" w:rsidRDefault="00B775D5" w:rsidP="00B775D5">
      <w:pPr>
        <w:tabs>
          <w:tab w:val="left" w:pos="3315"/>
        </w:tabs>
        <w:rPr>
          <w:sz w:val="24"/>
          <w:szCs w:val="24"/>
        </w:rPr>
      </w:pPr>
      <w:r w:rsidRPr="00C4621A">
        <w:rPr>
          <w:sz w:val="24"/>
          <w:szCs w:val="24"/>
        </w:rPr>
        <w:t xml:space="preserve">Tabela </w:t>
      </w:r>
      <w:r>
        <w:rPr>
          <w:sz w:val="24"/>
          <w:szCs w:val="24"/>
        </w:rPr>
        <w:t>3</w:t>
      </w:r>
      <w:r w:rsidRPr="00C4621A">
        <w:rPr>
          <w:sz w:val="24"/>
          <w:szCs w:val="24"/>
        </w:rPr>
        <w:t>. Podział na obszary środków</w:t>
      </w:r>
      <w:r>
        <w:rPr>
          <w:sz w:val="24"/>
          <w:szCs w:val="24"/>
        </w:rPr>
        <w:t xml:space="preserve"> z art. 155 ust. 1 ustawy z dnia 5 grudnia 2024 r. o ochronie ludności i obronie cywilnej</w:t>
      </w:r>
      <w:r w:rsidRPr="00C4621A">
        <w:rPr>
          <w:sz w:val="24"/>
          <w:szCs w:val="24"/>
        </w:rPr>
        <w:t xml:space="preserve"> </w:t>
      </w:r>
    </w:p>
    <w:tbl>
      <w:tblPr>
        <w:tblW w:w="13894" w:type="dxa"/>
        <w:tblInd w:w="132" w:type="dxa"/>
        <w:tblCellMar>
          <w:left w:w="70" w:type="dxa"/>
          <w:right w:w="70" w:type="dxa"/>
        </w:tblCellMar>
        <w:tblLook w:val="04A0" w:firstRow="1" w:lastRow="0" w:firstColumn="1" w:lastColumn="0" w:noHBand="0" w:noVBand="1"/>
      </w:tblPr>
      <w:tblGrid>
        <w:gridCol w:w="1960"/>
        <w:gridCol w:w="2386"/>
        <w:gridCol w:w="2387"/>
        <w:gridCol w:w="2387"/>
        <w:gridCol w:w="2387"/>
        <w:gridCol w:w="2387"/>
      </w:tblGrid>
      <w:tr w:rsidR="000D0C7E" w:rsidRPr="00E60EDB" w:rsidTr="003A4062">
        <w:trPr>
          <w:trHeight w:val="450"/>
        </w:trPr>
        <w:tc>
          <w:tcPr>
            <w:tcW w:w="1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bottom"/>
            <w:hideMark/>
          </w:tcPr>
          <w:p w:rsidR="000D0C7E" w:rsidRPr="006401C7" w:rsidRDefault="000D0C7E" w:rsidP="003A4062">
            <w:pPr>
              <w:spacing w:after="0" w:line="240" w:lineRule="auto"/>
              <w:jc w:val="center"/>
              <w:rPr>
                <w:rFonts w:ascii="Calibri" w:eastAsia="Times New Roman" w:hAnsi="Calibri" w:cs="Calibri"/>
                <w:color w:val="000000"/>
                <w:lang w:eastAsia="pl-PL"/>
              </w:rPr>
            </w:pPr>
            <w:r w:rsidRPr="006401C7">
              <w:rPr>
                <w:rFonts w:ascii="Calibri" w:eastAsia="Times New Roman" w:hAnsi="Calibri" w:cs="Calibri"/>
                <w:color w:val="000000"/>
                <w:lang w:eastAsia="pl-PL"/>
              </w:rPr>
              <w:t> </w:t>
            </w:r>
          </w:p>
        </w:tc>
        <w:tc>
          <w:tcPr>
            <w:tcW w:w="11934" w:type="dxa"/>
            <w:gridSpan w:val="5"/>
            <w:tcBorders>
              <w:top w:val="single" w:sz="8" w:space="0" w:color="auto"/>
              <w:left w:val="nil"/>
              <w:bottom w:val="single" w:sz="8" w:space="0" w:color="auto"/>
              <w:right w:val="single" w:sz="8" w:space="0" w:color="000000"/>
            </w:tcBorders>
            <w:shd w:val="clear" w:color="000000" w:fill="D9D9D9"/>
            <w:noWrap/>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Środki finansowe (w zł)</w:t>
            </w:r>
          </w:p>
        </w:tc>
      </w:tr>
      <w:tr w:rsidR="000D0C7E" w:rsidRPr="00E60EDB" w:rsidTr="003A4062">
        <w:trPr>
          <w:trHeight w:val="390"/>
        </w:trPr>
        <w:tc>
          <w:tcPr>
            <w:tcW w:w="1960" w:type="dxa"/>
            <w:vMerge/>
            <w:tcBorders>
              <w:top w:val="single" w:sz="8" w:space="0" w:color="auto"/>
              <w:left w:val="single" w:sz="8" w:space="0" w:color="auto"/>
              <w:bottom w:val="single" w:sz="8" w:space="0" w:color="000000"/>
              <w:right w:val="single" w:sz="8" w:space="0" w:color="auto"/>
            </w:tcBorders>
            <w:vAlign w:val="center"/>
            <w:hideMark/>
          </w:tcPr>
          <w:p w:rsidR="000D0C7E" w:rsidRPr="00E60EDB" w:rsidRDefault="000D0C7E" w:rsidP="003A4062">
            <w:pPr>
              <w:spacing w:after="0" w:line="240" w:lineRule="auto"/>
              <w:rPr>
                <w:rFonts w:ascii="Calibri" w:eastAsia="Times New Roman" w:hAnsi="Calibri" w:cs="Calibri"/>
                <w:color w:val="000000"/>
                <w:lang w:eastAsia="pl-PL"/>
              </w:rPr>
            </w:pPr>
          </w:p>
        </w:tc>
        <w:tc>
          <w:tcPr>
            <w:tcW w:w="2386"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2027</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2028</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2029</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2030</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2031</w:t>
            </w:r>
          </w:p>
        </w:tc>
      </w:tr>
      <w:tr w:rsidR="000D0C7E" w:rsidRPr="00E60EDB" w:rsidTr="003A4062">
        <w:trPr>
          <w:trHeight w:val="49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1</w:t>
            </w:r>
          </w:p>
        </w:tc>
        <w:tc>
          <w:tcPr>
            <w:tcW w:w="0" w:type="auto"/>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52 824 000,00</w:t>
            </w:r>
          </w:p>
        </w:tc>
        <w:tc>
          <w:tcPr>
            <w:tcW w:w="0" w:type="auto"/>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55 863 000,00</w:t>
            </w:r>
          </w:p>
        </w:tc>
        <w:tc>
          <w:tcPr>
            <w:tcW w:w="0" w:type="auto"/>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59 025 000,00</w:t>
            </w:r>
          </w:p>
        </w:tc>
        <w:tc>
          <w:tcPr>
            <w:tcW w:w="0" w:type="auto"/>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62 215 000,00</w:t>
            </w:r>
          </w:p>
        </w:tc>
        <w:tc>
          <w:tcPr>
            <w:tcW w:w="0" w:type="auto"/>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65 315 000,00</w:t>
            </w:r>
          </w:p>
        </w:tc>
      </w:tr>
      <w:tr w:rsidR="000D0C7E" w:rsidRPr="00E60EDB" w:rsidTr="003A4062">
        <w:trPr>
          <w:trHeight w:val="42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2</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1 971 766 400,00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2 076 186 770,00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2 185 522 158,00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2 298 366 616,00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2 413 176 597,00</w:t>
            </w:r>
          </w:p>
        </w:tc>
      </w:tr>
      <w:tr w:rsidR="000D0C7E" w:rsidRPr="00E60EDB" w:rsidTr="003A4062">
        <w:trPr>
          <w:trHeight w:val="43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3</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12 688 249 625,00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12 913 555 645,00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13 345 227 045,00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13 755 947 669,00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14 110 392 709,00</w:t>
            </w:r>
          </w:p>
        </w:tc>
      </w:tr>
      <w:tr w:rsidR="000D0C7E" w:rsidRPr="00E60EDB" w:rsidTr="003A4062">
        <w:trPr>
          <w:trHeight w:val="42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4</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894 008 200,00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917 882 200,00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942 058 700,00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978 635 200,00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1 014 851 800,00</w:t>
            </w:r>
          </w:p>
        </w:tc>
      </w:tr>
      <w:tr w:rsidR="000D0C7E" w:rsidRPr="00E60EDB" w:rsidTr="003A4062">
        <w:trPr>
          <w:trHeight w:val="40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5</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2 913 325 000,00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3 080 921 000,00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3 255 417 000,00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3 431 395 000,00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3 602 555 000,00</w:t>
            </w:r>
          </w:p>
        </w:tc>
      </w:tr>
      <w:tr w:rsidR="000D0C7E" w:rsidRPr="00E60EDB" w:rsidTr="003A4062">
        <w:trPr>
          <w:trHeight w:val="46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6</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282 118 000,00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298 401 000,00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315 302 000,00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332 347 000,00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348 924 000,00</w:t>
            </w:r>
          </w:p>
        </w:tc>
      </w:tr>
      <w:tr w:rsidR="000D0C7E" w:rsidRPr="00E60EDB" w:rsidTr="003A4062">
        <w:trPr>
          <w:trHeight w:val="465"/>
        </w:trPr>
        <w:tc>
          <w:tcPr>
            <w:tcW w:w="1960" w:type="dxa"/>
            <w:tcBorders>
              <w:top w:val="nil"/>
              <w:left w:val="single" w:sz="8" w:space="0" w:color="auto"/>
              <w:bottom w:val="single" w:sz="8" w:space="0" w:color="auto"/>
              <w:right w:val="single" w:sz="8" w:space="0" w:color="auto"/>
            </w:tcBorders>
            <w:shd w:val="clear" w:color="000000" w:fill="D9D9D9"/>
            <w:vAlign w:val="center"/>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 xml:space="preserve">Obszar </w:t>
            </w:r>
            <w:r>
              <w:rPr>
                <w:rFonts w:ascii="Calibri" w:eastAsia="Times New Roman" w:hAnsi="Calibri" w:cs="Calibri"/>
                <w:b/>
                <w:bCs/>
                <w:color w:val="000000"/>
                <w:sz w:val="28"/>
                <w:szCs w:val="28"/>
                <w:lang w:eastAsia="pl-PL"/>
              </w:rPr>
              <w:t>7</w:t>
            </w:r>
          </w:p>
        </w:tc>
        <w:tc>
          <w:tcPr>
            <w:tcW w:w="2386"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308 125 000,00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327 167 000,00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345 697 000,00</w:t>
            </w:r>
          </w:p>
        </w:tc>
        <w:tc>
          <w:tcPr>
            <w:tcW w:w="2387" w:type="dxa"/>
            <w:tcBorders>
              <w:top w:val="nil"/>
              <w:left w:val="nil"/>
              <w:bottom w:val="single" w:sz="8" w:space="0" w:color="auto"/>
              <w:right w:val="single" w:sz="8" w:space="0" w:color="auto"/>
            </w:tcBorders>
            <w:shd w:val="clear" w:color="auto" w:fill="auto"/>
            <w:vAlign w:val="center"/>
          </w:tcPr>
          <w:p w:rsidR="000D0C7E" w:rsidRPr="00344F81" w:rsidRDefault="000D0C7E" w:rsidP="003A4062">
            <w:pPr>
              <w:spacing w:after="0"/>
              <w:jc w:val="center"/>
            </w:pPr>
            <w:r w:rsidRPr="00344F81">
              <w:t>364 384 000,00</w:t>
            </w:r>
          </w:p>
        </w:tc>
        <w:tc>
          <w:tcPr>
            <w:tcW w:w="2387" w:type="dxa"/>
            <w:tcBorders>
              <w:top w:val="nil"/>
              <w:left w:val="nil"/>
              <w:bottom w:val="single" w:sz="8" w:space="0" w:color="auto"/>
              <w:right w:val="single" w:sz="8" w:space="0" w:color="auto"/>
            </w:tcBorders>
            <w:shd w:val="clear" w:color="auto" w:fill="auto"/>
            <w:vAlign w:val="center"/>
          </w:tcPr>
          <w:p w:rsidR="000D0C7E" w:rsidRDefault="000D0C7E" w:rsidP="003A4062">
            <w:pPr>
              <w:spacing w:after="0"/>
              <w:jc w:val="center"/>
            </w:pPr>
            <w:r w:rsidRPr="00344F81">
              <w:t>382 560 000,00</w:t>
            </w:r>
          </w:p>
        </w:tc>
      </w:tr>
      <w:tr w:rsidR="000D0C7E" w:rsidRPr="00E60EDB" w:rsidTr="003A4062">
        <w:trPr>
          <w:trHeight w:val="46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Łącznie</w:t>
            </w:r>
          </w:p>
        </w:tc>
        <w:tc>
          <w:tcPr>
            <w:tcW w:w="2386" w:type="dxa"/>
            <w:tcBorders>
              <w:top w:val="nil"/>
              <w:left w:val="nil"/>
              <w:bottom w:val="single" w:sz="8" w:space="0" w:color="auto"/>
              <w:right w:val="single" w:sz="8" w:space="0" w:color="auto"/>
            </w:tcBorders>
            <w:shd w:val="clear" w:color="auto" w:fill="DBDBDB" w:themeFill="accent3" w:themeFillTint="66"/>
            <w:vAlign w:val="center"/>
          </w:tcPr>
          <w:p w:rsidR="000D0C7E" w:rsidRPr="00B34EC9" w:rsidRDefault="000D0C7E" w:rsidP="003A4062">
            <w:pPr>
              <w:spacing w:after="0"/>
              <w:jc w:val="center"/>
              <w:rPr>
                <w:b/>
              </w:rPr>
            </w:pPr>
            <w:r w:rsidRPr="00B34EC9">
              <w:rPr>
                <w:b/>
              </w:rPr>
              <w:t>19 110 416 225,00</w:t>
            </w:r>
          </w:p>
        </w:tc>
        <w:tc>
          <w:tcPr>
            <w:tcW w:w="2387" w:type="dxa"/>
            <w:tcBorders>
              <w:top w:val="nil"/>
              <w:left w:val="nil"/>
              <w:bottom w:val="single" w:sz="4" w:space="0" w:color="auto"/>
              <w:right w:val="single" w:sz="8" w:space="0" w:color="auto"/>
            </w:tcBorders>
            <w:shd w:val="clear" w:color="auto" w:fill="DBDBDB" w:themeFill="accent3" w:themeFillTint="66"/>
            <w:vAlign w:val="center"/>
          </w:tcPr>
          <w:p w:rsidR="000D0C7E" w:rsidRPr="00B34EC9" w:rsidRDefault="000D0C7E" w:rsidP="003A4062">
            <w:pPr>
              <w:spacing w:after="0"/>
              <w:jc w:val="center"/>
              <w:rPr>
                <w:b/>
              </w:rPr>
            </w:pPr>
            <w:r w:rsidRPr="00B34EC9">
              <w:rPr>
                <w:b/>
              </w:rPr>
              <w:t>19 669 976 615,00</w:t>
            </w:r>
          </w:p>
        </w:tc>
        <w:tc>
          <w:tcPr>
            <w:tcW w:w="2387" w:type="dxa"/>
            <w:tcBorders>
              <w:top w:val="nil"/>
              <w:left w:val="nil"/>
              <w:bottom w:val="single" w:sz="4" w:space="0" w:color="auto"/>
              <w:right w:val="single" w:sz="8" w:space="0" w:color="auto"/>
            </w:tcBorders>
            <w:shd w:val="clear" w:color="auto" w:fill="DBDBDB" w:themeFill="accent3" w:themeFillTint="66"/>
            <w:vAlign w:val="center"/>
          </w:tcPr>
          <w:p w:rsidR="000D0C7E" w:rsidRPr="00B34EC9" w:rsidRDefault="000D0C7E" w:rsidP="003A4062">
            <w:pPr>
              <w:spacing w:after="0"/>
              <w:jc w:val="center"/>
              <w:rPr>
                <w:b/>
              </w:rPr>
            </w:pPr>
            <w:r w:rsidRPr="00B34EC9">
              <w:rPr>
                <w:b/>
              </w:rPr>
              <w:t>20 448 248 903,00</w:t>
            </w:r>
          </w:p>
        </w:tc>
        <w:tc>
          <w:tcPr>
            <w:tcW w:w="2387" w:type="dxa"/>
            <w:tcBorders>
              <w:top w:val="nil"/>
              <w:left w:val="nil"/>
              <w:bottom w:val="single" w:sz="4" w:space="0" w:color="auto"/>
              <w:right w:val="single" w:sz="8" w:space="0" w:color="auto"/>
            </w:tcBorders>
            <w:shd w:val="clear" w:color="auto" w:fill="DBDBDB" w:themeFill="accent3" w:themeFillTint="66"/>
            <w:vAlign w:val="center"/>
          </w:tcPr>
          <w:p w:rsidR="000D0C7E" w:rsidRPr="00B34EC9" w:rsidRDefault="000D0C7E" w:rsidP="003A4062">
            <w:pPr>
              <w:spacing w:after="0"/>
              <w:jc w:val="center"/>
              <w:rPr>
                <w:b/>
              </w:rPr>
            </w:pPr>
            <w:r w:rsidRPr="00B34EC9">
              <w:rPr>
                <w:b/>
              </w:rPr>
              <w:t>21 223 290 485,00</w:t>
            </w:r>
          </w:p>
        </w:tc>
        <w:tc>
          <w:tcPr>
            <w:tcW w:w="2387" w:type="dxa"/>
            <w:tcBorders>
              <w:top w:val="nil"/>
              <w:left w:val="nil"/>
              <w:bottom w:val="single" w:sz="4" w:space="0" w:color="auto"/>
              <w:right w:val="single" w:sz="8" w:space="0" w:color="auto"/>
            </w:tcBorders>
            <w:shd w:val="clear" w:color="auto" w:fill="DBDBDB" w:themeFill="accent3" w:themeFillTint="66"/>
            <w:vAlign w:val="center"/>
          </w:tcPr>
          <w:p w:rsidR="000D0C7E" w:rsidRPr="00B34EC9" w:rsidRDefault="000D0C7E" w:rsidP="003A4062">
            <w:pPr>
              <w:spacing w:after="0"/>
              <w:jc w:val="center"/>
              <w:rPr>
                <w:b/>
              </w:rPr>
            </w:pPr>
            <w:r w:rsidRPr="00B34EC9">
              <w:rPr>
                <w:b/>
              </w:rPr>
              <w:t>21 937 775 106,00</w:t>
            </w:r>
          </w:p>
        </w:tc>
      </w:tr>
      <w:tr w:rsidR="000D0C7E" w:rsidRPr="00560108" w:rsidTr="003A4062">
        <w:trPr>
          <w:trHeight w:val="390"/>
        </w:trPr>
        <w:tc>
          <w:tcPr>
            <w:tcW w:w="1960" w:type="dxa"/>
            <w:tcBorders>
              <w:top w:val="nil"/>
              <w:left w:val="nil"/>
              <w:bottom w:val="nil"/>
              <w:right w:val="nil"/>
            </w:tcBorders>
            <w:shd w:val="clear" w:color="000000" w:fill="FFFFFF"/>
            <w:vAlign w:val="center"/>
            <w:hideMark/>
          </w:tcPr>
          <w:p w:rsidR="000D0C7E" w:rsidRPr="00560108" w:rsidRDefault="000D0C7E" w:rsidP="003A4062">
            <w:pPr>
              <w:spacing w:after="0" w:line="240" w:lineRule="auto"/>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 </w:t>
            </w:r>
          </w:p>
        </w:tc>
        <w:tc>
          <w:tcPr>
            <w:tcW w:w="2386" w:type="dxa"/>
            <w:tcBorders>
              <w:top w:val="nil"/>
              <w:left w:val="nil"/>
              <w:bottom w:val="nil"/>
              <w:right w:val="single" w:sz="4" w:space="0" w:color="auto"/>
            </w:tcBorders>
            <w:shd w:val="clear" w:color="000000" w:fill="FFFFFF"/>
            <w:vAlign w:val="center"/>
            <w:hideMark/>
          </w:tcPr>
          <w:p w:rsidR="000D0C7E" w:rsidRPr="00560108" w:rsidRDefault="000D0C7E" w:rsidP="003A4062">
            <w:pPr>
              <w:spacing w:after="0" w:line="240" w:lineRule="auto"/>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 </w:t>
            </w:r>
          </w:p>
        </w:tc>
        <w:tc>
          <w:tcPr>
            <w:tcW w:w="95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D0C7E" w:rsidRPr="00560108" w:rsidRDefault="000D0C7E" w:rsidP="003A4062">
            <w:pPr>
              <w:spacing w:after="0" w:line="240" w:lineRule="auto"/>
              <w:jc w:val="center"/>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Prognoza</w:t>
            </w:r>
          </w:p>
        </w:tc>
      </w:tr>
    </w:tbl>
    <w:p w:rsidR="00B775D5" w:rsidRDefault="00B775D5" w:rsidP="00B775D5">
      <w:pPr>
        <w:rPr>
          <w:szCs w:val="24"/>
        </w:rPr>
      </w:pPr>
    </w:p>
    <w:p w:rsidR="00B775D5" w:rsidRDefault="00B775D5">
      <w:pPr>
        <w:rPr>
          <w:szCs w:val="24"/>
        </w:rPr>
      </w:pPr>
      <w:r>
        <w:rPr>
          <w:szCs w:val="24"/>
        </w:rPr>
        <w:br w:type="page"/>
      </w:r>
    </w:p>
    <w:p w:rsidR="00F74B3F" w:rsidRDefault="00F74B3F" w:rsidP="00F74B3F">
      <w:pPr>
        <w:tabs>
          <w:tab w:val="left" w:pos="3315"/>
        </w:tabs>
        <w:rPr>
          <w:sz w:val="24"/>
          <w:szCs w:val="24"/>
        </w:rPr>
      </w:pPr>
      <w:r w:rsidRPr="00C4621A">
        <w:rPr>
          <w:sz w:val="24"/>
          <w:szCs w:val="24"/>
        </w:rPr>
        <w:lastRenderedPageBreak/>
        <w:t xml:space="preserve">Tabela </w:t>
      </w:r>
      <w:r>
        <w:rPr>
          <w:sz w:val="24"/>
          <w:szCs w:val="24"/>
        </w:rPr>
        <w:t>4</w:t>
      </w:r>
      <w:r w:rsidRPr="00C4621A">
        <w:rPr>
          <w:sz w:val="24"/>
          <w:szCs w:val="24"/>
        </w:rPr>
        <w:t>. Podział na obszary środków</w:t>
      </w:r>
      <w:r>
        <w:rPr>
          <w:sz w:val="24"/>
          <w:szCs w:val="24"/>
        </w:rPr>
        <w:t xml:space="preserve"> finansowych o których mowa w art. 155 ust. 2 pkt 3 ustawy z dnia 5 grudnia 2024 r. o ochronie ludności i obronie cywilnej</w:t>
      </w:r>
      <w:r w:rsidRPr="00C4621A">
        <w:rPr>
          <w:sz w:val="24"/>
          <w:szCs w:val="24"/>
        </w:rPr>
        <w:t xml:space="preserve"> </w:t>
      </w:r>
    </w:p>
    <w:tbl>
      <w:tblPr>
        <w:tblW w:w="14034" w:type="dxa"/>
        <w:tblInd w:w="-10" w:type="dxa"/>
        <w:tblCellMar>
          <w:left w:w="70" w:type="dxa"/>
          <w:right w:w="70" w:type="dxa"/>
        </w:tblCellMar>
        <w:tblLook w:val="04A0" w:firstRow="1" w:lastRow="0" w:firstColumn="1" w:lastColumn="0" w:noHBand="0" w:noVBand="1"/>
      </w:tblPr>
      <w:tblGrid>
        <w:gridCol w:w="2127"/>
        <w:gridCol w:w="2409"/>
        <w:gridCol w:w="2268"/>
        <w:gridCol w:w="2410"/>
        <w:gridCol w:w="2410"/>
        <w:gridCol w:w="2410"/>
      </w:tblGrid>
      <w:tr w:rsidR="000D0C7E" w:rsidRPr="009C2E1D" w:rsidTr="003A4062">
        <w:trPr>
          <w:trHeight w:val="390"/>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D0C7E" w:rsidRPr="009C2E1D" w:rsidRDefault="000D0C7E" w:rsidP="003A4062">
            <w:pPr>
              <w:spacing w:after="0" w:line="240" w:lineRule="auto"/>
              <w:jc w:val="center"/>
              <w:rPr>
                <w:rFonts w:ascii="Calibri" w:eastAsia="Times New Roman" w:hAnsi="Calibri" w:cs="Calibri"/>
                <w:color w:val="000000"/>
                <w:lang w:eastAsia="pl-PL"/>
              </w:rPr>
            </w:pPr>
            <w:r w:rsidRPr="009C2E1D">
              <w:rPr>
                <w:rFonts w:ascii="Calibri" w:eastAsia="Times New Roman" w:hAnsi="Calibri" w:cs="Calibri"/>
                <w:color w:val="000000"/>
                <w:lang w:eastAsia="pl-PL"/>
              </w:rPr>
              <w:t> </w:t>
            </w:r>
          </w:p>
        </w:tc>
        <w:tc>
          <w:tcPr>
            <w:tcW w:w="11907" w:type="dxa"/>
            <w:gridSpan w:val="5"/>
            <w:tcBorders>
              <w:top w:val="single" w:sz="8" w:space="0" w:color="auto"/>
              <w:left w:val="nil"/>
              <w:bottom w:val="single" w:sz="8" w:space="0" w:color="auto"/>
              <w:right w:val="single" w:sz="8" w:space="0" w:color="000000"/>
            </w:tcBorders>
            <w:shd w:val="clear" w:color="000000" w:fill="D9D9D9"/>
            <w:noWrap/>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Środki finansowe (w zł)</w:t>
            </w:r>
          </w:p>
        </w:tc>
      </w:tr>
      <w:tr w:rsidR="000D0C7E" w:rsidRPr="009C2E1D" w:rsidTr="003A4062">
        <w:trPr>
          <w:trHeight w:val="390"/>
        </w:trPr>
        <w:tc>
          <w:tcPr>
            <w:tcW w:w="2127" w:type="dxa"/>
            <w:vMerge/>
            <w:tcBorders>
              <w:top w:val="single" w:sz="8" w:space="0" w:color="auto"/>
              <w:left w:val="single" w:sz="8" w:space="0" w:color="auto"/>
              <w:bottom w:val="single" w:sz="8" w:space="0" w:color="000000"/>
              <w:right w:val="single" w:sz="8" w:space="0" w:color="auto"/>
            </w:tcBorders>
            <w:vAlign w:val="center"/>
            <w:hideMark/>
          </w:tcPr>
          <w:p w:rsidR="000D0C7E" w:rsidRPr="009C2E1D" w:rsidRDefault="000D0C7E" w:rsidP="003A4062">
            <w:pPr>
              <w:spacing w:after="0" w:line="240" w:lineRule="auto"/>
              <w:rPr>
                <w:rFonts w:ascii="Calibri" w:eastAsia="Times New Roman" w:hAnsi="Calibri" w:cs="Calibri"/>
                <w:color w:val="000000"/>
                <w:lang w:eastAsia="pl-PL"/>
              </w:rPr>
            </w:pPr>
          </w:p>
        </w:tc>
        <w:tc>
          <w:tcPr>
            <w:tcW w:w="2409" w:type="dxa"/>
            <w:tcBorders>
              <w:top w:val="nil"/>
              <w:left w:val="nil"/>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2027</w:t>
            </w:r>
          </w:p>
        </w:tc>
        <w:tc>
          <w:tcPr>
            <w:tcW w:w="2268" w:type="dxa"/>
            <w:tcBorders>
              <w:top w:val="nil"/>
              <w:left w:val="nil"/>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2028</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2029</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2030</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2031</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1</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52 824 000,00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55 863 000,00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59 025 000,00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62 215 000,00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65 315 000,00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2</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787 359 000,00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832 559 000,00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879 713 000,00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927 267 000,00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973 522 000,00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3</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1 124 781 000,00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1 212 721 000,00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1 281 407 000,00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1 350 675 000,00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1 418 047 000,00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4</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400 518 000,00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424 118 000,00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448 139 000,00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472 367 000,00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495 927 000,00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5</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2 913 325 000,00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3 080 921 000,00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3 255 417 000,00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3 431 395 000,00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3 602 555 000,00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6</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282 118 000,00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298 401 000,00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315 302 000,00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332 347 000,00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348 924 000,00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Obszar 7</w:t>
            </w:r>
          </w:p>
        </w:tc>
        <w:tc>
          <w:tcPr>
            <w:tcW w:w="2409"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308 125 000,00</w:t>
            </w:r>
          </w:p>
        </w:tc>
        <w:tc>
          <w:tcPr>
            <w:tcW w:w="2268"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327 167 000,00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345 697 000,00</w:t>
            </w:r>
          </w:p>
        </w:tc>
        <w:tc>
          <w:tcPr>
            <w:tcW w:w="2410" w:type="dxa"/>
            <w:tcBorders>
              <w:top w:val="nil"/>
              <w:left w:val="nil"/>
              <w:bottom w:val="single" w:sz="8" w:space="0" w:color="auto"/>
              <w:right w:val="single" w:sz="8" w:space="0" w:color="auto"/>
            </w:tcBorders>
            <w:shd w:val="clear" w:color="auto" w:fill="auto"/>
            <w:vAlign w:val="center"/>
          </w:tcPr>
          <w:p w:rsidR="000D0C7E" w:rsidRPr="00B80D36" w:rsidRDefault="000D0C7E" w:rsidP="003A4062">
            <w:pPr>
              <w:spacing w:after="0"/>
              <w:jc w:val="center"/>
            </w:pPr>
            <w:r w:rsidRPr="00D709C7">
              <w:t>364 384 000,00</w:t>
            </w:r>
          </w:p>
        </w:tc>
        <w:tc>
          <w:tcPr>
            <w:tcW w:w="2410" w:type="dxa"/>
            <w:tcBorders>
              <w:top w:val="nil"/>
              <w:left w:val="nil"/>
              <w:bottom w:val="single" w:sz="8" w:space="0" w:color="auto"/>
              <w:right w:val="single" w:sz="8" w:space="0" w:color="auto"/>
            </w:tcBorders>
            <w:shd w:val="clear" w:color="auto" w:fill="auto"/>
            <w:vAlign w:val="center"/>
          </w:tcPr>
          <w:p w:rsidR="000D0C7E" w:rsidRDefault="000D0C7E" w:rsidP="003A4062">
            <w:pPr>
              <w:spacing w:after="0"/>
              <w:jc w:val="center"/>
            </w:pPr>
            <w:r w:rsidRPr="00D709C7">
              <w:t>382 560 000,00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b/>
                <w:bCs/>
                <w:color w:val="000000"/>
                <w:sz w:val="28"/>
                <w:szCs w:val="28"/>
                <w:lang w:eastAsia="pl-PL"/>
              </w:rPr>
            </w:pPr>
            <w:r w:rsidRPr="009C2E1D">
              <w:rPr>
                <w:rFonts w:ascii="Calibri" w:eastAsia="Times New Roman" w:hAnsi="Calibri" w:cs="Calibri"/>
                <w:b/>
                <w:bCs/>
                <w:color w:val="000000"/>
                <w:sz w:val="28"/>
                <w:szCs w:val="28"/>
                <w:lang w:eastAsia="pl-PL"/>
              </w:rPr>
              <w:t>Łącznie</w:t>
            </w:r>
          </w:p>
        </w:tc>
        <w:tc>
          <w:tcPr>
            <w:tcW w:w="2409"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5 869 050 000,00</w:t>
            </w:r>
          </w:p>
        </w:tc>
        <w:tc>
          <w:tcPr>
            <w:tcW w:w="2268"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6 231 750 000,00</w:t>
            </w:r>
          </w:p>
        </w:tc>
        <w:tc>
          <w:tcPr>
            <w:tcW w:w="2410"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6 584 700 000,00</w:t>
            </w:r>
          </w:p>
        </w:tc>
        <w:tc>
          <w:tcPr>
            <w:tcW w:w="2410"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6 940 650 000,00</w:t>
            </w:r>
          </w:p>
        </w:tc>
        <w:tc>
          <w:tcPr>
            <w:tcW w:w="2410"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7 286 850 000,00</w:t>
            </w:r>
          </w:p>
        </w:tc>
      </w:tr>
      <w:tr w:rsidR="000D0C7E" w:rsidRPr="009C2E1D" w:rsidTr="003A4062">
        <w:trPr>
          <w:trHeight w:val="315"/>
        </w:trPr>
        <w:tc>
          <w:tcPr>
            <w:tcW w:w="2127" w:type="dxa"/>
            <w:tcBorders>
              <w:top w:val="nil"/>
              <w:left w:val="nil"/>
              <w:bottom w:val="nil"/>
              <w:right w:val="nil"/>
            </w:tcBorders>
            <w:shd w:val="clear" w:color="000000" w:fill="FFFFFF"/>
            <w:vAlign w:val="center"/>
            <w:hideMark/>
          </w:tcPr>
          <w:p w:rsidR="000D0C7E" w:rsidRPr="009C2E1D" w:rsidRDefault="000D0C7E" w:rsidP="003A4062">
            <w:pPr>
              <w:spacing w:after="0" w:line="240" w:lineRule="auto"/>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 </w:t>
            </w:r>
          </w:p>
        </w:tc>
        <w:tc>
          <w:tcPr>
            <w:tcW w:w="2409" w:type="dxa"/>
            <w:tcBorders>
              <w:top w:val="nil"/>
              <w:left w:val="nil"/>
              <w:bottom w:val="nil"/>
              <w:right w:val="single" w:sz="8" w:space="0" w:color="auto"/>
            </w:tcBorders>
            <w:shd w:val="clear" w:color="000000" w:fill="FFFFFF"/>
            <w:vAlign w:val="center"/>
            <w:hideMark/>
          </w:tcPr>
          <w:p w:rsidR="000D0C7E" w:rsidRPr="009C2E1D" w:rsidRDefault="000D0C7E" w:rsidP="003A4062">
            <w:pPr>
              <w:spacing w:after="0" w:line="240" w:lineRule="auto"/>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 </w:t>
            </w:r>
          </w:p>
        </w:tc>
        <w:tc>
          <w:tcPr>
            <w:tcW w:w="9498" w:type="dxa"/>
            <w:gridSpan w:val="4"/>
            <w:tcBorders>
              <w:top w:val="single" w:sz="8" w:space="0" w:color="auto"/>
              <w:left w:val="nil"/>
              <w:bottom w:val="single" w:sz="8" w:space="0" w:color="auto"/>
              <w:right w:val="single" w:sz="8" w:space="0" w:color="000000"/>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Prognoza</w:t>
            </w:r>
          </w:p>
        </w:tc>
      </w:tr>
    </w:tbl>
    <w:p w:rsidR="00F74B3F" w:rsidRDefault="00F74B3F" w:rsidP="00B775D5">
      <w:pPr>
        <w:tabs>
          <w:tab w:val="left" w:pos="3315"/>
        </w:tabs>
        <w:rPr>
          <w:sz w:val="24"/>
          <w:szCs w:val="24"/>
        </w:rPr>
      </w:pPr>
    </w:p>
    <w:p w:rsidR="00F74B3F" w:rsidRDefault="00F74B3F">
      <w:pPr>
        <w:rPr>
          <w:sz w:val="24"/>
          <w:szCs w:val="24"/>
        </w:rPr>
      </w:pPr>
      <w:r>
        <w:rPr>
          <w:sz w:val="24"/>
          <w:szCs w:val="24"/>
        </w:rPr>
        <w:br w:type="page"/>
      </w:r>
    </w:p>
    <w:p w:rsidR="00F74B3F" w:rsidRDefault="00F74B3F" w:rsidP="00B775D5">
      <w:pPr>
        <w:tabs>
          <w:tab w:val="left" w:pos="3315"/>
        </w:tabs>
        <w:rPr>
          <w:sz w:val="24"/>
          <w:szCs w:val="24"/>
        </w:rPr>
      </w:pPr>
    </w:p>
    <w:p w:rsidR="00B775D5" w:rsidRDefault="00B775D5" w:rsidP="00B775D5">
      <w:pPr>
        <w:tabs>
          <w:tab w:val="left" w:pos="3315"/>
        </w:tabs>
        <w:rPr>
          <w:sz w:val="24"/>
          <w:szCs w:val="24"/>
        </w:rPr>
      </w:pPr>
      <w:r w:rsidRPr="007E59BE">
        <w:rPr>
          <w:sz w:val="24"/>
          <w:szCs w:val="24"/>
        </w:rPr>
        <w:t xml:space="preserve">Tabela </w:t>
      </w:r>
      <w:r w:rsidR="00F74B3F">
        <w:rPr>
          <w:sz w:val="24"/>
          <w:szCs w:val="24"/>
        </w:rPr>
        <w:t>5</w:t>
      </w:r>
      <w:r w:rsidRPr="007E59BE">
        <w:rPr>
          <w:sz w:val="24"/>
          <w:szCs w:val="24"/>
        </w:rPr>
        <w:t>. Podział na obszary środków limitu wojewódzkiego</w:t>
      </w:r>
      <w:r>
        <w:rPr>
          <w:sz w:val="24"/>
          <w:szCs w:val="24"/>
        </w:rPr>
        <w:t xml:space="preserve"> </w:t>
      </w:r>
      <w:r w:rsidRPr="007E59BE">
        <w:rPr>
          <w:sz w:val="24"/>
          <w:szCs w:val="24"/>
        </w:rPr>
        <w:t>z art. 155 ust. 2 pkt 3 ustawy z dnia 5 grudnia 2024 r. o ochronie ludności i obronie cywilnej</w:t>
      </w:r>
      <w:r w:rsidRPr="00C4621A">
        <w:rPr>
          <w:sz w:val="24"/>
          <w:szCs w:val="24"/>
        </w:rPr>
        <w:t xml:space="preserve"> </w:t>
      </w:r>
    </w:p>
    <w:tbl>
      <w:tblPr>
        <w:tblW w:w="13894" w:type="dxa"/>
        <w:tblInd w:w="132" w:type="dxa"/>
        <w:tblCellMar>
          <w:left w:w="70" w:type="dxa"/>
          <w:right w:w="70" w:type="dxa"/>
        </w:tblCellMar>
        <w:tblLook w:val="04A0" w:firstRow="1" w:lastRow="0" w:firstColumn="1" w:lastColumn="0" w:noHBand="0" w:noVBand="1"/>
      </w:tblPr>
      <w:tblGrid>
        <w:gridCol w:w="1960"/>
        <w:gridCol w:w="2386"/>
        <w:gridCol w:w="2387"/>
        <w:gridCol w:w="2387"/>
        <w:gridCol w:w="2387"/>
        <w:gridCol w:w="2387"/>
      </w:tblGrid>
      <w:tr w:rsidR="000D0C7E" w:rsidRPr="00E60EDB" w:rsidTr="003A4062">
        <w:trPr>
          <w:trHeight w:val="450"/>
        </w:trPr>
        <w:tc>
          <w:tcPr>
            <w:tcW w:w="196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bottom"/>
            <w:hideMark/>
          </w:tcPr>
          <w:p w:rsidR="000D0C7E" w:rsidRPr="006401C7" w:rsidRDefault="000D0C7E" w:rsidP="003A4062">
            <w:pPr>
              <w:spacing w:after="0" w:line="240" w:lineRule="auto"/>
              <w:jc w:val="center"/>
              <w:rPr>
                <w:rFonts w:ascii="Calibri" w:eastAsia="Times New Roman" w:hAnsi="Calibri" w:cs="Calibri"/>
                <w:color w:val="000000"/>
                <w:lang w:eastAsia="pl-PL"/>
              </w:rPr>
            </w:pPr>
            <w:r w:rsidRPr="006401C7">
              <w:rPr>
                <w:rFonts w:ascii="Calibri" w:eastAsia="Times New Roman" w:hAnsi="Calibri" w:cs="Calibri"/>
                <w:color w:val="000000"/>
                <w:lang w:eastAsia="pl-PL"/>
              </w:rPr>
              <w:t> </w:t>
            </w:r>
          </w:p>
        </w:tc>
        <w:tc>
          <w:tcPr>
            <w:tcW w:w="11934" w:type="dxa"/>
            <w:gridSpan w:val="5"/>
            <w:tcBorders>
              <w:top w:val="single" w:sz="8" w:space="0" w:color="auto"/>
              <w:left w:val="nil"/>
              <w:bottom w:val="single" w:sz="8" w:space="0" w:color="auto"/>
              <w:right w:val="single" w:sz="8" w:space="0" w:color="000000"/>
            </w:tcBorders>
            <w:shd w:val="clear" w:color="000000" w:fill="D9D9D9"/>
            <w:noWrap/>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Środki finansowe (w zł)</w:t>
            </w:r>
          </w:p>
        </w:tc>
      </w:tr>
      <w:tr w:rsidR="000D0C7E" w:rsidRPr="00E60EDB" w:rsidTr="003A4062">
        <w:trPr>
          <w:trHeight w:val="390"/>
        </w:trPr>
        <w:tc>
          <w:tcPr>
            <w:tcW w:w="1960" w:type="dxa"/>
            <w:vMerge/>
            <w:tcBorders>
              <w:top w:val="single" w:sz="8" w:space="0" w:color="auto"/>
              <w:left w:val="single" w:sz="8" w:space="0" w:color="auto"/>
              <w:bottom w:val="single" w:sz="8" w:space="0" w:color="000000"/>
              <w:right w:val="single" w:sz="8" w:space="0" w:color="auto"/>
            </w:tcBorders>
            <w:vAlign w:val="center"/>
            <w:hideMark/>
          </w:tcPr>
          <w:p w:rsidR="000D0C7E" w:rsidRPr="00E60EDB" w:rsidRDefault="000D0C7E" w:rsidP="003A4062">
            <w:pPr>
              <w:spacing w:after="0" w:line="240" w:lineRule="auto"/>
              <w:rPr>
                <w:rFonts w:ascii="Calibri" w:eastAsia="Times New Roman" w:hAnsi="Calibri" w:cs="Calibri"/>
                <w:color w:val="000000"/>
                <w:lang w:eastAsia="pl-PL"/>
              </w:rPr>
            </w:pPr>
          </w:p>
        </w:tc>
        <w:tc>
          <w:tcPr>
            <w:tcW w:w="2386"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2027</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2028</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2029</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2030</w:t>
            </w:r>
          </w:p>
        </w:tc>
        <w:tc>
          <w:tcPr>
            <w:tcW w:w="2387" w:type="dxa"/>
            <w:tcBorders>
              <w:top w:val="nil"/>
              <w:left w:val="nil"/>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2031</w:t>
            </w:r>
          </w:p>
        </w:tc>
      </w:tr>
      <w:tr w:rsidR="000D0C7E" w:rsidRPr="00E60EDB" w:rsidTr="003A4062">
        <w:trPr>
          <w:trHeight w:val="39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1</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50 104 000,00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52 975 000,00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55 973 000,00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58 998 000,00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61 938 000,00</w:t>
            </w:r>
          </w:p>
        </w:tc>
      </w:tr>
      <w:tr w:rsidR="000D0C7E" w:rsidRPr="00E60EDB" w:rsidTr="003A4062">
        <w:trPr>
          <w:trHeight w:val="42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2</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751 559 000,00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794 548 000,00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839 548 000,00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884 931 000,00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929 074 000,00</w:t>
            </w:r>
          </w:p>
        </w:tc>
      </w:tr>
      <w:tr w:rsidR="000D0C7E" w:rsidRPr="00E60EDB" w:rsidTr="003A4062">
        <w:trPr>
          <w:trHeight w:val="43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3</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1 002 081 000,00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1 059 397 000,00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1 119 399 000,00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1 179 910 000,00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1 238 764 000,00</w:t>
            </w:r>
          </w:p>
        </w:tc>
      </w:tr>
      <w:tr w:rsidR="000D0C7E" w:rsidRPr="00E60EDB" w:rsidTr="003A4062">
        <w:trPr>
          <w:trHeight w:val="420"/>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4</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250 518 000,00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264 848 000,00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279 849 000,00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294 979 000,00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309 691 000,00</w:t>
            </w:r>
          </w:p>
        </w:tc>
      </w:tr>
      <w:tr w:rsidR="000D0C7E" w:rsidRPr="00E60EDB" w:rsidTr="003A4062">
        <w:trPr>
          <w:trHeight w:val="40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5</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2 705 613 000,00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2 860 372 000,00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3 022 377 000,00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3 185 758 000,00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3 344 665 000,00</w:t>
            </w:r>
          </w:p>
        </w:tc>
      </w:tr>
      <w:tr w:rsidR="000D0C7E" w:rsidRPr="00E60EDB" w:rsidTr="003A4062">
        <w:trPr>
          <w:trHeight w:val="46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Obszar 6</w:t>
            </w:r>
          </w:p>
        </w:tc>
        <w:tc>
          <w:tcPr>
            <w:tcW w:w="2386"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250 518 000,00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264 848 000,00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279 849 000,00</w:t>
            </w:r>
          </w:p>
        </w:tc>
        <w:tc>
          <w:tcPr>
            <w:tcW w:w="2387" w:type="dxa"/>
            <w:tcBorders>
              <w:top w:val="nil"/>
              <w:left w:val="nil"/>
              <w:bottom w:val="single" w:sz="8" w:space="0" w:color="auto"/>
              <w:right w:val="single" w:sz="8" w:space="0" w:color="auto"/>
            </w:tcBorders>
            <w:shd w:val="clear" w:color="auto" w:fill="auto"/>
            <w:vAlign w:val="center"/>
          </w:tcPr>
          <w:p w:rsidR="000D0C7E" w:rsidRPr="005430D4" w:rsidRDefault="000D0C7E" w:rsidP="003A4062">
            <w:pPr>
              <w:spacing w:after="0"/>
              <w:jc w:val="center"/>
            </w:pPr>
            <w:r w:rsidRPr="00CF723D">
              <w:t>294 977 000,00</w:t>
            </w:r>
          </w:p>
        </w:tc>
        <w:tc>
          <w:tcPr>
            <w:tcW w:w="2387" w:type="dxa"/>
            <w:tcBorders>
              <w:top w:val="nil"/>
              <w:left w:val="nil"/>
              <w:bottom w:val="single" w:sz="8" w:space="0" w:color="auto"/>
              <w:right w:val="single" w:sz="8" w:space="0" w:color="auto"/>
            </w:tcBorders>
            <w:shd w:val="clear" w:color="auto" w:fill="auto"/>
            <w:vAlign w:val="center"/>
          </w:tcPr>
          <w:p w:rsidR="000D0C7E" w:rsidRDefault="000D0C7E" w:rsidP="003A4062">
            <w:pPr>
              <w:spacing w:after="0"/>
              <w:jc w:val="center"/>
            </w:pPr>
            <w:r w:rsidRPr="00CF723D">
              <w:t>309 691 000,00</w:t>
            </w:r>
          </w:p>
        </w:tc>
      </w:tr>
      <w:tr w:rsidR="000D0C7E" w:rsidRPr="00E60EDB" w:rsidTr="003A4062">
        <w:trPr>
          <w:trHeight w:val="465"/>
        </w:trPr>
        <w:tc>
          <w:tcPr>
            <w:tcW w:w="1960" w:type="dxa"/>
            <w:tcBorders>
              <w:top w:val="nil"/>
              <w:left w:val="single" w:sz="8" w:space="0" w:color="auto"/>
              <w:bottom w:val="single" w:sz="8" w:space="0" w:color="auto"/>
              <w:right w:val="single" w:sz="8" w:space="0" w:color="auto"/>
            </w:tcBorders>
            <w:shd w:val="clear" w:color="000000" w:fill="D9D9D9"/>
            <w:vAlign w:val="center"/>
            <w:hideMark/>
          </w:tcPr>
          <w:p w:rsidR="000D0C7E" w:rsidRPr="00E60EDB" w:rsidRDefault="000D0C7E" w:rsidP="003A4062">
            <w:pPr>
              <w:spacing w:after="0" w:line="240" w:lineRule="auto"/>
              <w:jc w:val="center"/>
              <w:rPr>
                <w:rFonts w:ascii="Calibri" w:eastAsia="Times New Roman" w:hAnsi="Calibri" w:cs="Calibri"/>
                <w:b/>
                <w:bCs/>
                <w:color w:val="000000"/>
                <w:sz w:val="28"/>
                <w:szCs w:val="28"/>
                <w:lang w:eastAsia="pl-PL"/>
              </w:rPr>
            </w:pPr>
            <w:r w:rsidRPr="00E60EDB">
              <w:rPr>
                <w:rFonts w:ascii="Calibri" w:eastAsia="Times New Roman" w:hAnsi="Calibri" w:cs="Calibri"/>
                <w:b/>
                <w:bCs/>
                <w:color w:val="000000"/>
                <w:sz w:val="28"/>
                <w:szCs w:val="28"/>
                <w:lang w:eastAsia="pl-PL"/>
              </w:rPr>
              <w:t>Łącznie</w:t>
            </w:r>
          </w:p>
        </w:tc>
        <w:tc>
          <w:tcPr>
            <w:tcW w:w="2386"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5 010 39</w:t>
            </w:r>
            <w:r>
              <w:rPr>
                <w:rFonts w:ascii="Calibri" w:eastAsia="Times New Roman" w:hAnsi="Calibri" w:cs="Calibri"/>
                <w:b/>
                <w:bCs/>
                <w:color w:val="000000"/>
                <w:lang w:eastAsia="pl-PL"/>
              </w:rPr>
              <w:t>3</w:t>
            </w:r>
            <w:r w:rsidRPr="00274025">
              <w:rPr>
                <w:rFonts w:ascii="Calibri" w:eastAsia="Times New Roman" w:hAnsi="Calibri" w:cs="Calibri"/>
                <w:b/>
                <w:bCs/>
                <w:color w:val="000000"/>
                <w:lang w:eastAsia="pl-PL"/>
              </w:rPr>
              <w:t xml:space="preserve"> </w:t>
            </w:r>
            <w:r>
              <w:rPr>
                <w:rFonts w:ascii="Calibri" w:eastAsia="Times New Roman" w:hAnsi="Calibri" w:cs="Calibri"/>
                <w:b/>
                <w:bCs/>
                <w:color w:val="000000"/>
                <w:lang w:eastAsia="pl-PL"/>
              </w:rPr>
              <w:t>0</w:t>
            </w:r>
            <w:r w:rsidRPr="00274025">
              <w:rPr>
                <w:rFonts w:ascii="Calibri" w:eastAsia="Times New Roman" w:hAnsi="Calibri" w:cs="Calibri"/>
                <w:b/>
                <w:bCs/>
                <w:color w:val="000000"/>
                <w:lang w:eastAsia="pl-PL"/>
              </w:rPr>
              <w:t>00,00</w:t>
            </w:r>
          </w:p>
        </w:tc>
        <w:tc>
          <w:tcPr>
            <w:tcW w:w="2387"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5 296 98</w:t>
            </w:r>
            <w:r>
              <w:rPr>
                <w:rFonts w:ascii="Calibri" w:eastAsia="Times New Roman" w:hAnsi="Calibri" w:cs="Calibri"/>
                <w:b/>
                <w:bCs/>
                <w:color w:val="000000"/>
                <w:lang w:eastAsia="pl-PL"/>
              </w:rPr>
              <w:t>8 0</w:t>
            </w:r>
            <w:r w:rsidRPr="00274025">
              <w:rPr>
                <w:rFonts w:ascii="Calibri" w:eastAsia="Times New Roman" w:hAnsi="Calibri" w:cs="Calibri"/>
                <w:b/>
                <w:bCs/>
                <w:color w:val="000000"/>
                <w:lang w:eastAsia="pl-PL"/>
              </w:rPr>
              <w:t>00,00</w:t>
            </w:r>
          </w:p>
        </w:tc>
        <w:tc>
          <w:tcPr>
            <w:tcW w:w="2387"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5 596 995 000,00</w:t>
            </w:r>
          </w:p>
        </w:tc>
        <w:tc>
          <w:tcPr>
            <w:tcW w:w="2387"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5 899 55</w:t>
            </w:r>
            <w:r>
              <w:rPr>
                <w:rFonts w:ascii="Calibri" w:eastAsia="Times New Roman" w:hAnsi="Calibri" w:cs="Calibri"/>
                <w:b/>
                <w:bCs/>
                <w:color w:val="000000"/>
                <w:lang w:eastAsia="pl-PL"/>
              </w:rPr>
              <w:t>3 0</w:t>
            </w:r>
            <w:r w:rsidRPr="00274025">
              <w:rPr>
                <w:rFonts w:ascii="Calibri" w:eastAsia="Times New Roman" w:hAnsi="Calibri" w:cs="Calibri"/>
                <w:b/>
                <w:bCs/>
                <w:color w:val="000000"/>
                <w:lang w:eastAsia="pl-PL"/>
              </w:rPr>
              <w:t>00,00</w:t>
            </w:r>
          </w:p>
        </w:tc>
        <w:tc>
          <w:tcPr>
            <w:tcW w:w="2387" w:type="dxa"/>
            <w:tcBorders>
              <w:top w:val="nil"/>
              <w:left w:val="nil"/>
              <w:bottom w:val="single" w:sz="8" w:space="0" w:color="auto"/>
              <w:right w:val="single" w:sz="8" w:space="0" w:color="auto"/>
            </w:tcBorders>
            <w:shd w:val="clear" w:color="000000" w:fill="DBDBDB"/>
            <w:vAlign w:val="center"/>
          </w:tcPr>
          <w:p w:rsidR="000D0C7E" w:rsidRPr="00274025" w:rsidRDefault="000D0C7E" w:rsidP="003A4062">
            <w:pPr>
              <w:spacing w:after="0" w:line="240" w:lineRule="auto"/>
              <w:jc w:val="center"/>
              <w:rPr>
                <w:rFonts w:ascii="Calibri" w:eastAsia="Times New Roman" w:hAnsi="Calibri" w:cs="Calibri"/>
                <w:b/>
                <w:bCs/>
                <w:color w:val="000000"/>
                <w:lang w:eastAsia="pl-PL"/>
              </w:rPr>
            </w:pPr>
            <w:r w:rsidRPr="00274025">
              <w:rPr>
                <w:rFonts w:ascii="Calibri" w:eastAsia="Times New Roman" w:hAnsi="Calibri" w:cs="Calibri"/>
                <w:b/>
                <w:bCs/>
                <w:color w:val="000000"/>
                <w:lang w:eastAsia="pl-PL"/>
              </w:rPr>
              <w:t>6</w:t>
            </w:r>
            <w:r>
              <w:rPr>
                <w:rFonts w:ascii="Calibri" w:eastAsia="Times New Roman" w:hAnsi="Calibri" w:cs="Calibri"/>
                <w:b/>
                <w:bCs/>
                <w:color w:val="000000"/>
                <w:lang w:eastAsia="pl-PL"/>
              </w:rPr>
              <w:t xml:space="preserve"> 193 823</w:t>
            </w:r>
            <w:r w:rsidRPr="00274025">
              <w:rPr>
                <w:rFonts w:ascii="Calibri" w:eastAsia="Times New Roman" w:hAnsi="Calibri" w:cs="Calibri"/>
                <w:b/>
                <w:bCs/>
                <w:color w:val="000000"/>
                <w:lang w:eastAsia="pl-PL"/>
              </w:rPr>
              <w:t xml:space="preserve"> </w:t>
            </w:r>
            <w:r>
              <w:rPr>
                <w:rFonts w:ascii="Calibri" w:eastAsia="Times New Roman" w:hAnsi="Calibri" w:cs="Calibri"/>
                <w:b/>
                <w:bCs/>
                <w:color w:val="000000"/>
                <w:lang w:eastAsia="pl-PL"/>
              </w:rPr>
              <w:t>0</w:t>
            </w:r>
            <w:r w:rsidRPr="00274025">
              <w:rPr>
                <w:rFonts w:ascii="Calibri" w:eastAsia="Times New Roman" w:hAnsi="Calibri" w:cs="Calibri"/>
                <w:b/>
                <w:bCs/>
                <w:color w:val="000000"/>
                <w:lang w:eastAsia="pl-PL"/>
              </w:rPr>
              <w:t>00,00</w:t>
            </w:r>
          </w:p>
        </w:tc>
      </w:tr>
      <w:tr w:rsidR="000D0C7E" w:rsidRPr="00560108" w:rsidTr="003A4062">
        <w:trPr>
          <w:trHeight w:val="390"/>
        </w:trPr>
        <w:tc>
          <w:tcPr>
            <w:tcW w:w="1960" w:type="dxa"/>
            <w:tcBorders>
              <w:top w:val="nil"/>
              <w:left w:val="nil"/>
              <w:bottom w:val="nil"/>
              <w:right w:val="nil"/>
            </w:tcBorders>
            <w:shd w:val="clear" w:color="000000" w:fill="FFFFFF"/>
            <w:vAlign w:val="center"/>
            <w:hideMark/>
          </w:tcPr>
          <w:p w:rsidR="000D0C7E" w:rsidRPr="00560108" w:rsidRDefault="000D0C7E" w:rsidP="003A4062">
            <w:pPr>
              <w:spacing w:after="0" w:line="240" w:lineRule="auto"/>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 </w:t>
            </w:r>
          </w:p>
        </w:tc>
        <w:tc>
          <w:tcPr>
            <w:tcW w:w="2386" w:type="dxa"/>
            <w:tcBorders>
              <w:top w:val="nil"/>
              <w:left w:val="nil"/>
              <w:bottom w:val="nil"/>
              <w:right w:val="single" w:sz="4" w:space="0" w:color="auto"/>
            </w:tcBorders>
            <w:shd w:val="clear" w:color="000000" w:fill="FFFFFF"/>
            <w:vAlign w:val="center"/>
            <w:hideMark/>
          </w:tcPr>
          <w:p w:rsidR="000D0C7E" w:rsidRPr="00560108" w:rsidRDefault="000D0C7E" w:rsidP="003A4062">
            <w:pPr>
              <w:spacing w:after="0" w:line="240" w:lineRule="auto"/>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 </w:t>
            </w:r>
          </w:p>
        </w:tc>
        <w:tc>
          <w:tcPr>
            <w:tcW w:w="9548"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0D0C7E" w:rsidRPr="00560108" w:rsidRDefault="000D0C7E" w:rsidP="003A4062">
            <w:pPr>
              <w:spacing w:after="0" w:line="240" w:lineRule="auto"/>
              <w:jc w:val="center"/>
              <w:rPr>
                <w:rFonts w:ascii="Calibri" w:eastAsia="Times New Roman" w:hAnsi="Calibri" w:cs="Calibri"/>
                <w:i/>
                <w:iCs/>
                <w:color w:val="000000"/>
                <w:szCs w:val="24"/>
                <w:lang w:eastAsia="pl-PL"/>
              </w:rPr>
            </w:pPr>
            <w:r w:rsidRPr="00560108">
              <w:rPr>
                <w:rFonts w:ascii="Calibri" w:eastAsia="Times New Roman" w:hAnsi="Calibri" w:cs="Calibri"/>
                <w:i/>
                <w:iCs/>
                <w:color w:val="000000"/>
                <w:szCs w:val="24"/>
                <w:lang w:eastAsia="pl-PL"/>
              </w:rPr>
              <w:t>Prognoza</w:t>
            </w:r>
          </w:p>
        </w:tc>
      </w:tr>
    </w:tbl>
    <w:p w:rsidR="00B775D5" w:rsidRDefault="00B775D5" w:rsidP="00B775D5">
      <w:pPr>
        <w:tabs>
          <w:tab w:val="left" w:pos="3315"/>
        </w:tabs>
        <w:rPr>
          <w:sz w:val="24"/>
          <w:szCs w:val="24"/>
        </w:rPr>
      </w:pPr>
    </w:p>
    <w:p w:rsidR="00B775D5" w:rsidRDefault="00B775D5">
      <w:pPr>
        <w:rPr>
          <w:sz w:val="24"/>
          <w:szCs w:val="24"/>
        </w:rPr>
      </w:pPr>
      <w:r>
        <w:rPr>
          <w:sz w:val="24"/>
          <w:szCs w:val="24"/>
        </w:rPr>
        <w:br w:type="page"/>
      </w:r>
    </w:p>
    <w:p w:rsidR="00B775D5" w:rsidRDefault="00B775D5" w:rsidP="00B775D5">
      <w:pPr>
        <w:tabs>
          <w:tab w:val="left" w:pos="3315"/>
        </w:tabs>
        <w:rPr>
          <w:sz w:val="24"/>
          <w:szCs w:val="24"/>
        </w:rPr>
      </w:pPr>
      <w:r w:rsidRPr="007E59BE">
        <w:rPr>
          <w:sz w:val="24"/>
          <w:szCs w:val="24"/>
        </w:rPr>
        <w:lastRenderedPageBreak/>
        <w:t xml:space="preserve">Tabela </w:t>
      </w:r>
      <w:r w:rsidR="00F74B3F">
        <w:rPr>
          <w:sz w:val="24"/>
          <w:szCs w:val="24"/>
        </w:rPr>
        <w:t>6</w:t>
      </w:r>
      <w:r w:rsidRPr="007E59BE">
        <w:rPr>
          <w:sz w:val="24"/>
          <w:szCs w:val="24"/>
        </w:rPr>
        <w:t xml:space="preserve">. Podział na obszary środków limitu </w:t>
      </w:r>
      <w:r>
        <w:rPr>
          <w:sz w:val="24"/>
          <w:szCs w:val="24"/>
        </w:rPr>
        <w:t xml:space="preserve">centralnego </w:t>
      </w:r>
      <w:r w:rsidRPr="007E59BE">
        <w:rPr>
          <w:sz w:val="24"/>
          <w:szCs w:val="24"/>
        </w:rPr>
        <w:t>z art. 155 ust. 2 pkt 3 ustawy z dnia 5 grudnia 2024 r. o ochronie ludności i obronie cywilnej</w:t>
      </w:r>
      <w:r w:rsidRPr="00C4621A">
        <w:rPr>
          <w:sz w:val="24"/>
          <w:szCs w:val="24"/>
        </w:rPr>
        <w:t xml:space="preserve"> </w:t>
      </w:r>
    </w:p>
    <w:tbl>
      <w:tblPr>
        <w:tblW w:w="14034" w:type="dxa"/>
        <w:tblInd w:w="-10" w:type="dxa"/>
        <w:tblCellMar>
          <w:left w:w="70" w:type="dxa"/>
          <w:right w:w="70" w:type="dxa"/>
        </w:tblCellMar>
        <w:tblLook w:val="04A0" w:firstRow="1" w:lastRow="0" w:firstColumn="1" w:lastColumn="0" w:noHBand="0" w:noVBand="1"/>
      </w:tblPr>
      <w:tblGrid>
        <w:gridCol w:w="2127"/>
        <w:gridCol w:w="2409"/>
        <w:gridCol w:w="2268"/>
        <w:gridCol w:w="2410"/>
        <w:gridCol w:w="2410"/>
        <w:gridCol w:w="2410"/>
      </w:tblGrid>
      <w:tr w:rsidR="000D0C7E" w:rsidRPr="009C2E1D" w:rsidTr="003A4062">
        <w:trPr>
          <w:trHeight w:val="390"/>
        </w:trPr>
        <w:tc>
          <w:tcPr>
            <w:tcW w:w="212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D0C7E" w:rsidRPr="00454311" w:rsidRDefault="000D0C7E" w:rsidP="003A4062">
            <w:pPr>
              <w:spacing w:after="0" w:line="240" w:lineRule="auto"/>
              <w:jc w:val="center"/>
              <w:rPr>
                <w:rFonts w:ascii="Calibri" w:eastAsia="Times New Roman" w:hAnsi="Calibri" w:cs="Calibri"/>
                <w:color w:val="000000"/>
                <w:lang w:eastAsia="pl-PL"/>
              </w:rPr>
            </w:pPr>
            <w:r w:rsidRPr="00454311">
              <w:rPr>
                <w:rFonts w:ascii="Calibri" w:eastAsia="Times New Roman" w:hAnsi="Calibri" w:cs="Calibri"/>
                <w:color w:val="000000"/>
                <w:lang w:eastAsia="pl-PL"/>
              </w:rPr>
              <w:t> </w:t>
            </w:r>
          </w:p>
        </w:tc>
        <w:tc>
          <w:tcPr>
            <w:tcW w:w="11907" w:type="dxa"/>
            <w:gridSpan w:val="5"/>
            <w:tcBorders>
              <w:top w:val="single" w:sz="8" w:space="0" w:color="auto"/>
              <w:left w:val="nil"/>
              <w:bottom w:val="single" w:sz="8" w:space="0" w:color="auto"/>
              <w:right w:val="single" w:sz="8" w:space="0" w:color="000000"/>
            </w:tcBorders>
            <w:shd w:val="clear" w:color="000000" w:fill="D9D9D9"/>
            <w:noWrap/>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Środki finansowe (w zł)</w:t>
            </w:r>
          </w:p>
        </w:tc>
      </w:tr>
      <w:tr w:rsidR="000D0C7E" w:rsidRPr="009C2E1D" w:rsidTr="003A4062">
        <w:trPr>
          <w:trHeight w:val="390"/>
        </w:trPr>
        <w:tc>
          <w:tcPr>
            <w:tcW w:w="2127" w:type="dxa"/>
            <w:vMerge/>
            <w:tcBorders>
              <w:top w:val="single" w:sz="8" w:space="0" w:color="auto"/>
              <w:left w:val="single" w:sz="8" w:space="0" w:color="auto"/>
              <w:bottom w:val="single" w:sz="8" w:space="0" w:color="000000"/>
              <w:right w:val="single" w:sz="8" w:space="0" w:color="auto"/>
            </w:tcBorders>
            <w:vAlign w:val="center"/>
            <w:hideMark/>
          </w:tcPr>
          <w:p w:rsidR="000D0C7E" w:rsidRPr="00454311" w:rsidRDefault="000D0C7E" w:rsidP="003A4062">
            <w:pPr>
              <w:spacing w:after="0" w:line="240" w:lineRule="auto"/>
              <w:rPr>
                <w:rFonts w:ascii="Calibri" w:eastAsia="Times New Roman" w:hAnsi="Calibri" w:cs="Calibri"/>
                <w:color w:val="000000"/>
                <w:lang w:eastAsia="pl-PL"/>
              </w:rPr>
            </w:pPr>
          </w:p>
        </w:tc>
        <w:tc>
          <w:tcPr>
            <w:tcW w:w="2409" w:type="dxa"/>
            <w:tcBorders>
              <w:top w:val="nil"/>
              <w:left w:val="nil"/>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2027</w:t>
            </w:r>
          </w:p>
        </w:tc>
        <w:tc>
          <w:tcPr>
            <w:tcW w:w="2268" w:type="dxa"/>
            <w:tcBorders>
              <w:top w:val="nil"/>
              <w:left w:val="nil"/>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2028</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2029</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2030</w:t>
            </w:r>
          </w:p>
        </w:tc>
        <w:tc>
          <w:tcPr>
            <w:tcW w:w="2410" w:type="dxa"/>
            <w:tcBorders>
              <w:top w:val="nil"/>
              <w:left w:val="nil"/>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2031</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1</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2 720 000,00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2 888 000,00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3 052 000,00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3 217 000,00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3 377 000,00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2</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35 800 000,00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38 011 000,00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40 165 000,00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42 336 000,00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44 448 000,00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3</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122 700 000,00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153 324 000,00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162 008 000,00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170 765 000,00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179 283 000,00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4</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150 000 000,00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159 270 000,00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168 290 000,00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177 388 000,00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186 236 000,00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5</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207 712 000,00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220 549 000,00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233 040 000,00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245 637 000,00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257 890 000,00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6</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31 600 000,00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33 553 000,00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35 453 000,00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37 370 000,00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39 233 000,00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Obszar 7</w:t>
            </w:r>
          </w:p>
        </w:tc>
        <w:tc>
          <w:tcPr>
            <w:tcW w:w="2409"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308 125 000,00</w:t>
            </w:r>
          </w:p>
        </w:tc>
        <w:tc>
          <w:tcPr>
            <w:tcW w:w="2268"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327 167 000,00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345 697 000,00</w:t>
            </w:r>
          </w:p>
        </w:tc>
        <w:tc>
          <w:tcPr>
            <w:tcW w:w="2410" w:type="dxa"/>
            <w:tcBorders>
              <w:top w:val="nil"/>
              <w:left w:val="nil"/>
              <w:bottom w:val="single" w:sz="8" w:space="0" w:color="auto"/>
              <w:right w:val="single" w:sz="8" w:space="0" w:color="auto"/>
            </w:tcBorders>
            <w:shd w:val="clear" w:color="auto" w:fill="auto"/>
            <w:vAlign w:val="center"/>
          </w:tcPr>
          <w:p w:rsidR="000D0C7E" w:rsidRPr="00E13C92" w:rsidRDefault="000D0C7E" w:rsidP="003A4062">
            <w:pPr>
              <w:spacing w:after="0"/>
              <w:jc w:val="center"/>
            </w:pPr>
            <w:r w:rsidRPr="00E13C92">
              <w:t>364 384 000,00</w:t>
            </w:r>
          </w:p>
        </w:tc>
        <w:tc>
          <w:tcPr>
            <w:tcW w:w="2410" w:type="dxa"/>
            <w:tcBorders>
              <w:top w:val="nil"/>
              <w:left w:val="nil"/>
              <w:bottom w:val="single" w:sz="8" w:space="0" w:color="auto"/>
              <w:right w:val="single" w:sz="8" w:space="0" w:color="auto"/>
            </w:tcBorders>
            <w:shd w:val="clear" w:color="auto" w:fill="auto"/>
            <w:vAlign w:val="center"/>
          </w:tcPr>
          <w:p w:rsidR="000D0C7E" w:rsidRDefault="000D0C7E" w:rsidP="003A4062">
            <w:pPr>
              <w:spacing w:after="0"/>
              <w:jc w:val="center"/>
            </w:pPr>
            <w:r w:rsidRPr="00E13C92">
              <w:t>382 560 000,00</w:t>
            </w:r>
          </w:p>
        </w:tc>
      </w:tr>
      <w:tr w:rsidR="000D0C7E" w:rsidRPr="009C2E1D" w:rsidTr="003A4062">
        <w:trPr>
          <w:trHeight w:val="390"/>
        </w:trPr>
        <w:tc>
          <w:tcPr>
            <w:tcW w:w="2127" w:type="dxa"/>
            <w:tcBorders>
              <w:top w:val="nil"/>
              <w:left w:val="single" w:sz="8" w:space="0" w:color="auto"/>
              <w:bottom w:val="single" w:sz="8" w:space="0" w:color="auto"/>
              <w:right w:val="single" w:sz="8" w:space="0" w:color="auto"/>
            </w:tcBorders>
            <w:shd w:val="clear" w:color="000000" w:fill="D9D9D9"/>
            <w:vAlign w:val="center"/>
            <w:hideMark/>
          </w:tcPr>
          <w:p w:rsidR="000D0C7E" w:rsidRPr="00454311" w:rsidRDefault="000D0C7E" w:rsidP="003A4062">
            <w:pPr>
              <w:spacing w:after="0" w:line="240" w:lineRule="auto"/>
              <w:jc w:val="center"/>
              <w:rPr>
                <w:rFonts w:ascii="Calibri" w:eastAsia="Times New Roman" w:hAnsi="Calibri" w:cs="Calibri"/>
                <w:b/>
                <w:bCs/>
                <w:color w:val="000000"/>
                <w:sz w:val="28"/>
                <w:szCs w:val="28"/>
                <w:lang w:eastAsia="pl-PL"/>
              </w:rPr>
            </w:pPr>
            <w:r w:rsidRPr="00454311">
              <w:rPr>
                <w:rFonts w:ascii="Calibri" w:eastAsia="Times New Roman" w:hAnsi="Calibri" w:cs="Calibri"/>
                <w:b/>
                <w:bCs/>
                <w:color w:val="000000"/>
                <w:sz w:val="28"/>
                <w:szCs w:val="28"/>
                <w:lang w:eastAsia="pl-PL"/>
              </w:rPr>
              <w:t>Łącznie</w:t>
            </w:r>
          </w:p>
        </w:tc>
        <w:tc>
          <w:tcPr>
            <w:tcW w:w="2409" w:type="dxa"/>
            <w:tcBorders>
              <w:top w:val="nil"/>
              <w:left w:val="nil"/>
              <w:bottom w:val="single" w:sz="8" w:space="0" w:color="auto"/>
              <w:right w:val="single" w:sz="8" w:space="0" w:color="auto"/>
            </w:tcBorders>
            <w:shd w:val="clear" w:color="000000" w:fill="DBDBDB"/>
            <w:vAlign w:val="center"/>
          </w:tcPr>
          <w:p w:rsidR="000D0C7E" w:rsidRPr="00010CB8" w:rsidRDefault="000D0C7E" w:rsidP="003A4062">
            <w:pPr>
              <w:spacing w:after="0"/>
              <w:jc w:val="center"/>
              <w:rPr>
                <w:b/>
              </w:rPr>
            </w:pPr>
            <w:r w:rsidRPr="00010CB8">
              <w:rPr>
                <w:b/>
              </w:rPr>
              <w:t>858 657</w:t>
            </w:r>
            <w:r>
              <w:rPr>
                <w:b/>
              </w:rPr>
              <w:t> </w:t>
            </w:r>
            <w:r w:rsidRPr="00010CB8">
              <w:rPr>
                <w:b/>
              </w:rPr>
              <w:t>000</w:t>
            </w:r>
            <w:r>
              <w:rPr>
                <w:b/>
              </w:rPr>
              <w:t>,00</w:t>
            </w:r>
          </w:p>
        </w:tc>
        <w:tc>
          <w:tcPr>
            <w:tcW w:w="2268" w:type="dxa"/>
            <w:tcBorders>
              <w:top w:val="nil"/>
              <w:left w:val="nil"/>
              <w:bottom w:val="single" w:sz="8" w:space="0" w:color="auto"/>
              <w:right w:val="single" w:sz="8" w:space="0" w:color="auto"/>
            </w:tcBorders>
            <w:shd w:val="clear" w:color="000000" w:fill="DBDBDB"/>
            <w:vAlign w:val="center"/>
          </w:tcPr>
          <w:p w:rsidR="000D0C7E" w:rsidRPr="00010CB8" w:rsidRDefault="000D0C7E" w:rsidP="003A4062">
            <w:pPr>
              <w:spacing w:after="0"/>
              <w:jc w:val="center"/>
              <w:rPr>
                <w:b/>
              </w:rPr>
            </w:pPr>
            <w:r w:rsidRPr="00010CB8">
              <w:rPr>
                <w:b/>
              </w:rPr>
              <w:t>934 762</w:t>
            </w:r>
            <w:r>
              <w:rPr>
                <w:b/>
              </w:rPr>
              <w:t> </w:t>
            </w:r>
            <w:r w:rsidRPr="00010CB8">
              <w:rPr>
                <w:b/>
              </w:rPr>
              <w:t>000</w:t>
            </w:r>
            <w:r>
              <w:rPr>
                <w:b/>
              </w:rPr>
              <w:t>,00</w:t>
            </w:r>
          </w:p>
        </w:tc>
        <w:tc>
          <w:tcPr>
            <w:tcW w:w="2410" w:type="dxa"/>
            <w:tcBorders>
              <w:top w:val="nil"/>
              <w:left w:val="nil"/>
              <w:bottom w:val="single" w:sz="8" w:space="0" w:color="auto"/>
              <w:right w:val="single" w:sz="8" w:space="0" w:color="auto"/>
            </w:tcBorders>
            <w:shd w:val="clear" w:color="000000" w:fill="DBDBDB"/>
            <w:vAlign w:val="center"/>
          </w:tcPr>
          <w:p w:rsidR="000D0C7E" w:rsidRPr="00010CB8" w:rsidRDefault="000D0C7E" w:rsidP="003A4062">
            <w:pPr>
              <w:spacing w:after="0"/>
              <w:jc w:val="center"/>
              <w:rPr>
                <w:b/>
              </w:rPr>
            </w:pPr>
            <w:r w:rsidRPr="00010CB8">
              <w:rPr>
                <w:b/>
              </w:rPr>
              <w:t>987 705</w:t>
            </w:r>
            <w:r>
              <w:rPr>
                <w:b/>
              </w:rPr>
              <w:t> </w:t>
            </w:r>
            <w:r w:rsidRPr="00010CB8">
              <w:rPr>
                <w:b/>
              </w:rPr>
              <w:t>000</w:t>
            </w:r>
            <w:r>
              <w:rPr>
                <w:b/>
              </w:rPr>
              <w:t>,00</w:t>
            </w:r>
          </w:p>
        </w:tc>
        <w:tc>
          <w:tcPr>
            <w:tcW w:w="2410" w:type="dxa"/>
            <w:tcBorders>
              <w:top w:val="nil"/>
              <w:left w:val="nil"/>
              <w:bottom w:val="single" w:sz="8" w:space="0" w:color="auto"/>
              <w:right w:val="single" w:sz="8" w:space="0" w:color="auto"/>
            </w:tcBorders>
            <w:shd w:val="clear" w:color="000000" w:fill="DBDBDB"/>
            <w:vAlign w:val="center"/>
          </w:tcPr>
          <w:p w:rsidR="000D0C7E" w:rsidRPr="00010CB8" w:rsidRDefault="000D0C7E" w:rsidP="003A4062">
            <w:pPr>
              <w:spacing w:after="0"/>
              <w:jc w:val="center"/>
              <w:rPr>
                <w:b/>
              </w:rPr>
            </w:pPr>
            <w:r w:rsidRPr="00010CB8">
              <w:rPr>
                <w:b/>
              </w:rPr>
              <w:t>1 041 097</w:t>
            </w:r>
            <w:r>
              <w:rPr>
                <w:b/>
              </w:rPr>
              <w:t> </w:t>
            </w:r>
            <w:r w:rsidRPr="00010CB8">
              <w:rPr>
                <w:b/>
              </w:rPr>
              <w:t>000</w:t>
            </w:r>
            <w:r>
              <w:rPr>
                <w:b/>
              </w:rPr>
              <w:t>,00</w:t>
            </w:r>
          </w:p>
        </w:tc>
        <w:tc>
          <w:tcPr>
            <w:tcW w:w="2410" w:type="dxa"/>
            <w:tcBorders>
              <w:top w:val="nil"/>
              <w:left w:val="nil"/>
              <w:bottom w:val="single" w:sz="8" w:space="0" w:color="auto"/>
              <w:right w:val="single" w:sz="8" w:space="0" w:color="auto"/>
            </w:tcBorders>
            <w:shd w:val="clear" w:color="000000" w:fill="DBDBDB"/>
            <w:vAlign w:val="center"/>
          </w:tcPr>
          <w:p w:rsidR="000D0C7E" w:rsidRPr="00010CB8" w:rsidRDefault="000D0C7E" w:rsidP="003A4062">
            <w:pPr>
              <w:spacing w:after="0"/>
              <w:jc w:val="center"/>
              <w:rPr>
                <w:b/>
              </w:rPr>
            </w:pPr>
            <w:r w:rsidRPr="00010CB8">
              <w:rPr>
                <w:b/>
              </w:rPr>
              <w:t>1 093 027</w:t>
            </w:r>
            <w:r>
              <w:rPr>
                <w:b/>
              </w:rPr>
              <w:t> </w:t>
            </w:r>
            <w:r w:rsidRPr="00010CB8">
              <w:rPr>
                <w:b/>
              </w:rPr>
              <w:t>000</w:t>
            </w:r>
            <w:r>
              <w:rPr>
                <w:b/>
              </w:rPr>
              <w:t>,00</w:t>
            </w:r>
          </w:p>
        </w:tc>
      </w:tr>
      <w:tr w:rsidR="000D0C7E" w:rsidRPr="009C2E1D" w:rsidTr="003A4062">
        <w:trPr>
          <w:trHeight w:val="315"/>
        </w:trPr>
        <w:tc>
          <w:tcPr>
            <w:tcW w:w="2127" w:type="dxa"/>
            <w:tcBorders>
              <w:top w:val="nil"/>
              <w:left w:val="nil"/>
              <w:bottom w:val="nil"/>
              <w:right w:val="nil"/>
            </w:tcBorders>
            <w:shd w:val="clear" w:color="000000" w:fill="FFFFFF"/>
            <w:vAlign w:val="center"/>
            <w:hideMark/>
          </w:tcPr>
          <w:p w:rsidR="000D0C7E" w:rsidRPr="009C2E1D" w:rsidRDefault="000D0C7E" w:rsidP="003A4062">
            <w:pPr>
              <w:spacing w:after="0" w:line="240" w:lineRule="auto"/>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 </w:t>
            </w:r>
          </w:p>
        </w:tc>
        <w:tc>
          <w:tcPr>
            <w:tcW w:w="2409" w:type="dxa"/>
            <w:tcBorders>
              <w:top w:val="nil"/>
              <w:left w:val="nil"/>
              <w:bottom w:val="nil"/>
              <w:right w:val="single" w:sz="8" w:space="0" w:color="auto"/>
            </w:tcBorders>
            <w:shd w:val="clear" w:color="000000" w:fill="FFFFFF"/>
            <w:vAlign w:val="center"/>
            <w:hideMark/>
          </w:tcPr>
          <w:p w:rsidR="000D0C7E" w:rsidRPr="009C2E1D" w:rsidRDefault="000D0C7E" w:rsidP="003A4062">
            <w:pPr>
              <w:spacing w:after="0" w:line="240" w:lineRule="auto"/>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 </w:t>
            </w:r>
          </w:p>
        </w:tc>
        <w:tc>
          <w:tcPr>
            <w:tcW w:w="9498" w:type="dxa"/>
            <w:gridSpan w:val="4"/>
            <w:tcBorders>
              <w:top w:val="single" w:sz="8" w:space="0" w:color="auto"/>
              <w:left w:val="nil"/>
              <w:bottom w:val="single" w:sz="8" w:space="0" w:color="auto"/>
              <w:right w:val="single" w:sz="8" w:space="0" w:color="000000"/>
            </w:tcBorders>
            <w:shd w:val="clear" w:color="000000" w:fill="D9D9D9"/>
            <w:vAlign w:val="center"/>
            <w:hideMark/>
          </w:tcPr>
          <w:p w:rsidR="000D0C7E" w:rsidRPr="009C2E1D" w:rsidRDefault="000D0C7E" w:rsidP="003A4062">
            <w:pPr>
              <w:spacing w:after="0" w:line="240" w:lineRule="auto"/>
              <w:jc w:val="center"/>
              <w:rPr>
                <w:rFonts w:ascii="Calibri" w:eastAsia="Times New Roman" w:hAnsi="Calibri" w:cs="Calibri"/>
                <w:i/>
                <w:iCs/>
                <w:color w:val="000000"/>
                <w:lang w:eastAsia="pl-PL"/>
              </w:rPr>
            </w:pPr>
            <w:r w:rsidRPr="009C2E1D">
              <w:rPr>
                <w:rFonts w:ascii="Calibri" w:eastAsia="Times New Roman" w:hAnsi="Calibri" w:cs="Calibri"/>
                <w:i/>
                <w:iCs/>
                <w:color w:val="000000"/>
                <w:lang w:eastAsia="pl-PL"/>
              </w:rPr>
              <w:t>Prognoza</w:t>
            </w:r>
          </w:p>
        </w:tc>
      </w:tr>
    </w:tbl>
    <w:p w:rsidR="00B775D5" w:rsidRDefault="00B775D5" w:rsidP="00B775D5">
      <w:pPr>
        <w:rPr>
          <w:sz w:val="24"/>
          <w:szCs w:val="24"/>
        </w:rPr>
      </w:pPr>
      <w:r>
        <w:rPr>
          <w:sz w:val="24"/>
          <w:szCs w:val="24"/>
        </w:rPr>
        <w:br w:type="page"/>
      </w:r>
    </w:p>
    <w:p w:rsidR="00B775D5" w:rsidRDefault="00B775D5" w:rsidP="00B775D5">
      <w:pPr>
        <w:rPr>
          <w:sz w:val="24"/>
          <w:szCs w:val="24"/>
        </w:rPr>
      </w:pPr>
      <w:r w:rsidRPr="00C4621A">
        <w:rPr>
          <w:sz w:val="24"/>
          <w:szCs w:val="24"/>
        </w:rPr>
        <w:lastRenderedPageBreak/>
        <w:t xml:space="preserve">Tabela </w:t>
      </w:r>
      <w:r>
        <w:rPr>
          <w:sz w:val="24"/>
          <w:szCs w:val="24"/>
        </w:rPr>
        <w:t>7</w:t>
      </w:r>
      <w:r w:rsidRPr="00C4621A">
        <w:rPr>
          <w:sz w:val="24"/>
          <w:szCs w:val="24"/>
        </w:rPr>
        <w:t xml:space="preserve">. </w:t>
      </w:r>
      <w:r>
        <w:rPr>
          <w:sz w:val="24"/>
          <w:szCs w:val="24"/>
        </w:rPr>
        <w:t xml:space="preserve">Limit wydatków na realizację inwestycji budowlanych o charakterze </w:t>
      </w:r>
      <w:r w:rsidRPr="00A62983">
        <w:rPr>
          <w:sz w:val="24"/>
          <w:szCs w:val="24"/>
        </w:rPr>
        <w:t>wieloletnim</w:t>
      </w:r>
    </w:p>
    <w:tbl>
      <w:tblPr>
        <w:tblW w:w="14980" w:type="dxa"/>
        <w:tblInd w:w="-436" w:type="dxa"/>
        <w:tblCellMar>
          <w:left w:w="70" w:type="dxa"/>
          <w:right w:w="70" w:type="dxa"/>
        </w:tblCellMar>
        <w:tblLook w:val="04A0" w:firstRow="1" w:lastRow="0" w:firstColumn="1" w:lastColumn="0" w:noHBand="0" w:noVBand="1"/>
      </w:tblPr>
      <w:tblGrid>
        <w:gridCol w:w="568"/>
        <w:gridCol w:w="3012"/>
        <w:gridCol w:w="2280"/>
        <w:gridCol w:w="2280"/>
        <w:gridCol w:w="2280"/>
        <w:gridCol w:w="2280"/>
        <w:gridCol w:w="2280"/>
      </w:tblGrid>
      <w:tr w:rsidR="000D0C7E" w:rsidRPr="00377F13" w:rsidTr="003A4062">
        <w:trPr>
          <w:trHeight w:val="645"/>
        </w:trPr>
        <w:tc>
          <w:tcPr>
            <w:tcW w:w="3580" w:type="dxa"/>
            <w:gridSpan w:val="2"/>
            <w:tcBorders>
              <w:top w:val="single" w:sz="8" w:space="0" w:color="auto"/>
              <w:left w:val="single" w:sz="8" w:space="0" w:color="auto"/>
              <w:bottom w:val="single" w:sz="8" w:space="0" w:color="auto"/>
              <w:right w:val="single" w:sz="8" w:space="0" w:color="000000"/>
            </w:tcBorders>
            <w:shd w:val="clear" w:color="000000" w:fill="C9C9C9"/>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Rok budżetowy - limity wieloletnie (w zł):</w:t>
            </w:r>
          </w:p>
        </w:tc>
        <w:tc>
          <w:tcPr>
            <w:tcW w:w="2280" w:type="dxa"/>
            <w:tcBorders>
              <w:top w:val="single" w:sz="8" w:space="0" w:color="auto"/>
              <w:left w:val="nil"/>
              <w:bottom w:val="single" w:sz="8" w:space="0" w:color="auto"/>
              <w:right w:val="single" w:sz="8" w:space="0" w:color="auto"/>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2027</w:t>
            </w:r>
          </w:p>
        </w:tc>
        <w:tc>
          <w:tcPr>
            <w:tcW w:w="2280" w:type="dxa"/>
            <w:tcBorders>
              <w:top w:val="single" w:sz="8" w:space="0" w:color="auto"/>
              <w:left w:val="nil"/>
              <w:bottom w:val="single" w:sz="8" w:space="0" w:color="auto"/>
              <w:right w:val="single" w:sz="8" w:space="0" w:color="auto"/>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2028</w:t>
            </w:r>
          </w:p>
        </w:tc>
        <w:tc>
          <w:tcPr>
            <w:tcW w:w="2280" w:type="dxa"/>
            <w:tcBorders>
              <w:top w:val="single" w:sz="8" w:space="0" w:color="auto"/>
              <w:left w:val="nil"/>
              <w:bottom w:val="single" w:sz="8" w:space="0" w:color="auto"/>
              <w:right w:val="single" w:sz="8" w:space="0" w:color="auto"/>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2029</w:t>
            </w:r>
          </w:p>
        </w:tc>
        <w:tc>
          <w:tcPr>
            <w:tcW w:w="2280" w:type="dxa"/>
            <w:tcBorders>
              <w:top w:val="single" w:sz="8" w:space="0" w:color="auto"/>
              <w:left w:val="nil"/>
              <w:bottom w:val="single" w:sz="8" w:space="0" w:color="auto"/>
              <w:right w:val="single" w:sz="8" w:space="0" w:color="auto"/>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2030</w:t>
            </w:r>
          </w:p>
        </w:tc>
        <w:tc>
          <w:tcPr>
            <w:tcW w:w="2280" w:type="dxa"/>
            <w:tcBorders>
              <w:top w:val="single" w:sz="8" w:space="0" w:color="auto"/>
              <w:left w:val="nil"/>
              <w:bottom w:val="single" w:sz="8" w:space="0" w:color="auto"/>
              <w:right w:val="single" w:sz="8" w:space="0" w:color="auto"/>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2031</w:t>
            </w:r>
          </w:p>
        </w:tc>
      </w:tr>
      <w:tr w:rsidR="000D0C7E" w:rsidRPr="00377F13" w:rsidTr="003A4062">
        <w:trPr>
          <w:trHeight w:val="379"/>
        </w:trPr>
        <w:tc>
          <w:tcPr>
            <w:tcW w:w="568" w:type="dxa"/>
            <w:vMerge w:val="restart"/>
            <w:tcBorders>
              <w:top w:val="nil"/>
              <w:left w:val="single" w:sz="8" w:space="0" w:color="auto"/>
              <w:right w:val="single" w:sz="8" w:space="0" w:color="auto"/>
            </w:tcBorders>
            <w:shd w:val="clear" w:color="000000" w:fill="DBDBDB"/>
            <w:textDirection w:val="btLr"/>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dysponent - województwo</w:t>
            </w: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dolnośląskie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185 381 100,00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192 296 700,00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203 188 500,00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214 171 407,00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224 854 200,00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kujawsko-pomorskie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124 146 900,00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130 271 400,00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137 649 600,00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145 090 512,00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152 326 800,00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lubelskie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145 105 200,00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154 071 900,00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162 797 400,00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171 598 536,00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180 157 500,00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lubuskie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61 773 300,00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64 558 800,00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68 214 600,00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71 902 584,00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75 491 100,00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łódzkie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146 818 800,00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155 428 200,00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164 232 000,00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173 109 690,00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181 744 200,00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małopolskie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207 019 800,00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219 813 300,00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232 263 900,00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244 818 216,00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257 030 100,00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mazowieckie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219 488 400,00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233 051 400,00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246 250 800,00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259 562 835,00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272 510 100,00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opolskie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56 824 200,00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60 335 100,00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63 752 400,00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67 198 671,00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70 551 000,00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podkarpackie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148 088 700,00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157 240 800,00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166 146 300,00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175 127 796,00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183 862 800,00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podlaskie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92 525 400,00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98 243 100,00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103 806 900,00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109 418 796,00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114 876 000,00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pomorskie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147 287 700,00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156 390 300,00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165 248 100,00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174 181 554,00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182 869 200,00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śląskie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276 255 900,00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293 328 900,00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309 942 000,00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326 696 544,00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342 992 700,00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świętokrzyskie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69 460 200,00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73 752 300,00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77 929 200,00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82 141 731,00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86 240 700,00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warmińsko-mazurskie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109 702 800,00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116 481 600,00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123 079 500,00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129 732 444,00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136 202 400,00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wielkopolskie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212 869 800,00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225 766 800,00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238 554 000,00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251 449 065,00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263 990 700,00</w:t>
            </w:r>
          </w:p>
        </w:tc>
      </w:tr>
      <w:tr w:rsidR="000D0C7E" w:rsidRPr="00377F13" w:rsidTr="003A4062">
        <w:trPr>
          <w:trHeight w:val="379"/>
        </w:trPr>
        <w:tc>
          <w:tcPr>
            <w:tcW w:w="568" w:type="dxa"/>
            <w:vMerge/>
            <w:tcBorders>
              <w:left w:val="single" w:sz="8" w:space="0" w:color="auto"/>
              <w:right w:val="single" w:sz="8" w:space="0" w:color="auto"/>
            </w:tcBorders>
            <w:vAlign w:val="center"/>
            <w:hideMark/>
          </w:tcPr>
          <w:p w:rsidR="000D0C7E" w:rsidRPr="00377F13" w:rsidRDefault="000D0C7E" w:rsidP="003A4062">
            <w:pPr>
              <w:spacing w:after="0" w:line="240" w:lineRule="auto"/>
              <w:rPr>
                <w:rFonts w:ascii="Calibri" w:eastAsia="Times New Roman" w:hAnsi="Calibri" w:cs="Calibri"/>
                <w:b/>
                <w:bCs/>
                <w:color w:val="000000"/>
                <w:lang w:eastAsia="pl-PL"/>
              </w:rPr>
            </w:pPr>
          </w:p>
        </w:tc>
        <w:tc>
          <w:tcPr>
            <w:tcW w:w="3012" w:type="dxa"/>
            <w:tcBorders>
              <w:top w:val="nil"/>
              <w:left w:val="nil"/>
              <w:bottom w:val="single" w:sz="8" w:space="0" w:color="auto"/>
              <w:right w:val="single" w:sz="8" w:space="0" w:color="auto"/>
            </w:tcBorders>
            <w:shd w:val="clear" w:color="000000" w:fill="F2F2F2"/>
            <w:noWrap/>
            <w:vAlign w:val="center"/>
            <w:hideMark/>
          </w:tcPr>
          <w:p w:rsidR="000D0C7E" w:rsidRPr="00377F13" w:rsidRDefault="000D0C7E" w:rsidP="003A4062">
            <w:pPr>
              <w:spacing w:after="0" w:line="240" w:lineRule="auto"/>
              <w:rPr>
                <w:rFonts w:ascii="Calibri" w:eastAsia="Times New Roman" w:hAnsi="Calibri" w:cs="Calibri"/>
                <w:color w:val="000000"/>
                <w:lang w:eastAsia="pl-PL"/>
              </w:rPr>
            </w:pPr>
            <w:r w:rsidRPr="00377F13">
              <w:rPr>
                <w:rFonts w:ascii="Calibri" w:eastAsia="Times New Roman" w:hAnsi="Calibri" w:cs="Calibri"/>
                <w:color w:val="000000"/>
                <w:lang w:eastAsia="pl-PL"/>
              </w:rPr>
              <w:t>zachodniopomorskie</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105 815 700,00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108 999 900,00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115 173 900,00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1B0E58" w:rsidRDefault="000D0C7E" w:rsidP="003A4062">
            <w:pPr>
              <w:spacing w:after="0"/>
              <w:jc w:val="right"/>
            </w:pPr>
            <w:r w:rsidRPr="001B0E58">
              <w:t>121 399 578,00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Default="000D0C7E" w:rsidP="003A4062">
            <w:pPr>
              <w:spacing w:after="0"/>
              <w:jc w:val="right"/>
            </w:pPr>
            <w:r w:rsidRPr="001B0E58">
              <w:t>127 455 300,00</w:t>
            </w:r>
          </w:p>
        </w:tc>
      </w:tr>
      <w:tr w:rsidR="000D0C7E" w:rsidRPr="00377F13" w:rsidTr="003A4062">
        <w:trPr>
          <w:trHeight w:val="379"/>
        </w:trPr>
        <w:tc>
          <w:tcPr>
            <w:tcW w:w="568" w:type="dxa"/>
            <w:vMerge/>
            <w:tcBorders>
              <w:left w:val="single" w:sz="8" w:space="0" w:color="auto"/>
              <w:bottom w:val="single" w:sz="8" w:space="0" w:color="auto"/>
              <w:right w:val="single" w:sz="8" w:space="0" w:color="auto"/>
            </w:tcBorders>
            <w:shd w:val="clear" w:color="000000" w:fill="DBDBDB"/>
            <w:vAlign w:val="center"/>
          </w:tcPr>
          <w:p w:rsidR="000D0C7E" w:rsidRPr="00377F13" w:rsidRDefault="000D0C7E" w:rsidP="003A4062">
            <w:pPr>
              <w:spacing w:after="0" w:line="240" w:lineRule="auto"/>
              <w:jc w:val="center"/>
              <w:rPr>
                <w:rFonts w:ascii="Calibri" w:eastAsia="Times New Roman" w:hAnsi="Calibri" w:cs="Calibri"/>
                <w:b/>
                <w:bCs/>
                <w:color w:val="000000"/>
                <w:lang w:eastAsia="pl-PL"/>
              </w:rPr>
            </w:pPr>
          </w:p>
        </w:tc>
        <w:tc>
          <w:tcPr>
            <w:tcW w:w="3012" w:type="dxa"/>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tcPr>
          <w:p w:rsidR="000D0C7E" w:rsidRPr="008F7644" w:rsidRDefault="000D0C7E" w:rsidP="003A4062">
            <w:pPr>
              <w:spacing w:after="0" w:line="240" w:lineRule="auto"/>
              <w:rPr>
                <w:rFonts w:ascii="Calibri" w:eastAsia="Times New Roman" w:hAnsi="Calibri" w:cs="Calibri"/>
                <w:bCs/>
                <w:color w:val="000000"/>
                <w:lang w:eastAsia="pl-PL"/>
              </w:rPr>
            </w:pPr>
            <w:r>
              <w:rPr>
                <w:rFonts w:ascii="Calibri" w:eastAsia="Times New Roman" w:hAnsi="Calibri" w:cs="Calibri"/>
                <w:bCs/>
                <w:color w:val="000000"/>
                <w:lang w:eastAsia="pl-PL"/>
              </w:rPr>
              <w:t>Warszawa</w:t>
            </w:r>
          </w:p>
        </w:tc>
        <w:tc>
          <w:tcPr>
            <w:tcW w:w="2280" w:type="dxa"/>
            <w:tcBorders>
              <w:top w:val="nil"/>
              <w:left w:val="nil"/>
              <w:bottom w:val="single" w:sz="8" w:space="0" w:color="auto"/>
              <w:right w:val="single" w:sz="8" w:space="0" w:color="auto"/>
            </w:tcBorders>
            <w:shd w:val="clear" w:color="auto" w:fill="auto"/>
            <w:noWrap/>
            <w:vAlign w:val="center"/>
          </w:tcPr>
          <w:p w:rsidR="000D0C7E" w:rsidRPr="00633C1C" w:rsidRDefault="000D0C7E" w:rsidP="003A4062">
            <w:pPr>
              <w:spacing w:after="0"/>
              <w:jc w:val="right"/>
            </w:pPr>
            <w:r w:rsidRPr="00633C1C">
              <w:t>126 487 800,00</w:t>
            </w:r>
          </w:p>
        </w:tc>
        <w:tc>
          <w:tcPr>
            <w:tcW w:w="2280" w:type="dxa"/>
            <w:tcBorders>
              <w:top w:val="nil"/>
              <w:left w:val="nil"/>
              <w:bottom w:val="single" w:sz="8" w:space="0" w:color="auto"/>
              <w:right w:val="single" w:sz="8" w:space="0" w:color="auto"/>
            </w:tcBorders>
            <w:shd w:val="clear" w:color="auto" w:fill="auto"/>
            <w:noWrap/>
            <w:vAlign w:val="center"/>
          </w:tcPr>
          <w:p w:rsidR="000D0C7E" w:rsidRPr="00633C1C" w:rsidRDefault="000D0C7E" w:rsidP="003A4062">
            <w:pPr>
              <w:spacing w:after="0"/>
              <w:jc w:val="right"/>
            </w:pPr>
            <w:r w:rsidRPr="00633C1C">
              <w:t>134 304 300,00</w:t>
            </w:r>
          </w:p>
        </w:tc>
        <w:tc>
          <w:tcPr>
            <w:tcW w:w="2280" w:type="dxa"/>
            <w:tcBorders>
              <w:top w:val="nil"/>
              <w:left w:val="nil"/>
              <w:bottom w:val="single" w:sz="8" w:space="0" w:color="auto"/>
              <w:right w:val="single" w:sz="8" w:space="0" w:color="auto"/>
            </w:tcBorders>
            <w:shd w:val="clear" w:color="auto" w:fill="auto"/>
            <w:noWrap/>
            <w:vAlign w:val="center"/>
          </w:tcPr>
          <w:p w:rsidR="000D0C7E" w:rsidRPr="00633C1C" w:rsidRDefault="000D0C7E" w:rsidP="003A4062">
            <w:pPr>
              <w:spacing w:after="0"/>
              <w:jc w:val="right"/>
            </w:pPr>
            <w:r w:rsidRPr="00633C1C">
              <w:t>141 910 200,00</w:t>
            </w:r>
          </w:p>
        </w:tc>
        <w:tc>
          <w:tcPr>
            <w:tcW w:w="2280" w:type="dxa"/>
            <w:tcBorders>
              <w:top w:val="nil"/>
              <w:left w:val="nil"/>
              <w:bottom w:val="single" w:sz="8" w:space="0" w:color="auto"/>
              <w:right w:val="single" w:sz="8" w:space="0" w:color="auto"/>
            </w:tcBorders>
            <w:shd w:val="clear" w:color="auto" w:fill="auto"/>
            <w:noWrap/>
            <w:vAlign w:val="center"/>
          </w:tcPr>
          <w:p w:rsidR="000D0C7E" w:rsidRPr="00633C1C" w:rsidRDefault="000D0C7E" w:rsidP="003A4062">
            <w:pPr>
              <w:spacing w:after="0"/>
              <w:jc w:val="right"/>
            </w:pPr>
            <w:r w:rsidRPr="00633C1C">
              <w:t>149 582 565,00</w:t>
            </w:r>
          </w:p>
        </w:tc>
        <w:tc>
          <w:tcPr>
            <w:tcW w:w="2280" w:type="dxa"/>
            <w:tcBorders>
              <w:top w:val="nil"/>
              <w:left w:val="nil"/>
              <w:bottom w:val="single" w:sz="8" w:space="0" w:color="auto"/>
              <w:right w:val="single" w:sz="8" w:space="0" w:color="auto"/>
            </w:tcBorders>
            <w:shd w:val="clear" w:color="auto" w:fill="auto"/>
            <w:noWrap/>
            <w:vAlign w:val="center"/>
          </w:tcPr>
          <w:p w:rsidR="000D0C7E" w:rsidRDefault="000D0C7E" w:rsidP="003A4062">
            <w:pPr>
              <w:spacing w:after="0"/>
              <w:jc w:val="right"/>
            </w:pPr>
            <w:r w:rsidRPr="00633C1C">
              <w:t>157 043 700,00</w:t>
            </w:r>
          </w:p>
        </w:tc>
      </w:tr>
      <w:tr w:rsidR="000D0C7E" w:rsidRPr="00377F13" w:rsidTr="003A4062">
        <w:trPr>
          <w:trHeight w:val="379"/>
        </w:trPr>
        <w:tc>
          <w:tcPr>
            <w:tcW w:w="3580" w:type="dxa"/>
            <w:gridSpan w:val="2"/>
            <w:tcBorders>
              <w:top w:val="single" w:sz="8" w:space="0" w:color="auto"/>
              <w:left w:val="single" w:sz="8" w:space="0" w:color="auto"/>
              <w:bottom w:val="single" w:sz="8" w:space="0" w:color="auto"/>
              <w:right w:val="single" w:sz="8" w:space="0" w:color="000000"/>
            </w:tcBorders>
            <w:shd w:val="clear" w:color="000000" w:fill="DBDBDB"/>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MSWiA</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DE5BF8" w:rsidRDefault="000D0C7E" w:rsidP="003A4062">
            <w:pPr>
              <w:spacing w:after="0"/>
              <w:jc w:val="right"/>
            </w:pPr>
            <w:r w:rsidRPr="00DE5BF8">
              <w:t>390 303 300,00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DE5BF8" w:rsidRDefault="000D0C7E" w:rsidP="003A4062">
            <w:pPr>
              <w:spacing w:after="0"/>
              <w:jc w:val="right"/>
            </w:pPr>
            <w:r w:rsidRPr="00DE5BF8">
              <w:t>414 424 320,00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DE5BF8" w:rsidRDefault="000D0C7E" w:rsidP="003A4062">
            <w:pPr>
              <w:spacing w:after="0"/>
              <w:jc w:val="right"/>
            </w:pPr>
            <w:r w:rsidRPr="00DE5BF8">
              <w:t>437 896 020,00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Pr="00DE5BF8" w:rsidRDefault="000D0C7E" w:rsidP="003A4062">
            <w:pPr>
              <w:spacing w:after="0"/>
              <w:jc w:val="right"/>
            </w:pPr>
            <w:r w:rsidRPr="00DE5BF8">
              <w:t>461 566 740,00</w:t>
            </w:r>
          </w:p>
        </w:tc>
        <w:tc>
          <w:tcPr>
            <w:tcW w:w="2280" w:type="dxa"/>
            <w:tcBorders>
              <w:top w:val="nil"/>
              <w:left w:val="nil"/>
              <w:bottom w:val="single" w:sz="8" w:space="0" w:color="auto"/>
              <w:right w:val="single" w:sz="8" w:space="0" w:color="auto"/>
            </w:tcBorders>
            <w:shd w:val="clear" w:color="auto" w:fill="auto"/>
            <w:noWrap/>
            <w:vAlign w:val="center"/>
            <w:hideMark/>
          </w:tcPr>
          <w:p w:rsidR="000D0C7E" w:rsidRDefault="000D0C7E" w:rsidP="003A4062">
            <w:pPr>
              <w:spacing w:after="0"/>
              <w:jc w:val="right"/>
            </w:pPr>
            <w:r w:rsidRPr="00DE5BF8">
              <w:t>484 590 600,00</w:t>
            </w:r>
          </w:p>
        </w:tc>
      </w:tr>
      <w:tr w:rsidR="000D0C7E" w:rsidRPr="00377F13" w:rsidTr="003A4062">
        <w:trPr>
          <w:trHeight w:val="420"/>
        </w:trPr>
        <w:tc>
          <w:tcPr>
            <w:tcW w:w="3580" w:type="dxa"/>
            <w:gridSpan w:val="2"/>
            <w:tcBorders>
              <w:top w:val="single" w:sz="8" w:space="0" w:color="auto"/>
              <w:left w:val="single" w:sz="8" w:space="0" w:color="auto"/>
              <w:bottom w:val="single" w:sz="8" w:space="0" w:color="auto"/>
              <w:right w:val="single" w:sz="8" w:space="0" w:color="000000"/>
            </w:tcBorders>
            <w:shd w:val="clear" w:color="000000" w:fill="C9C9C9"/>
            <w:noWrap/>
            <w:vAlign w:val="center"/>
            <w:hideMark/>
          </w:tcPr>
          <w:p w:rsidR="000D0C7E" w:rsidRPr="00377F13" w:rsidRDefault="000D0C7E" w:rsidP="003A4062">
            <w:pPr>
              <w:spacing w:after="0" w:line="240" w:lineRule="auto"/>
              <w:jc w:val="center"/>
              <w:rPr>
                <w:rFonts w:ascii="Calibri" w:eastAsia="Times New Roman" w:hAnsi="Calibri" w:cs="Calibri"/>
                <w:b/>
                <w:bCs/>
                <w:color w:val="000000"/>
                <w:lang w:eastAsia="pl-PL"/>
              </w:rPr>
            </w:pPr>
            <w:r w:rsidRPr="00377F13">
              <w:rPr>
                <w:rFonts w:ascii="Calibri" w:eastAsia="Times New Roman" w:hAnsi="Calibri" w:cs="Calibri"/>
                <w:b/>
                <w:bCs/>
                <w:color w:val="000000"/>
                <w:lang w:eastAsia="pl-PL"/>
              </w:rPr>
              <w:t>Łącznie:</w:t>
            </w:r>
          </w:p>
        </w:tc>
        <w:tc>
          <w:tcPr>
            <w:tcW w:w="2280" w:type="dxa"/>
            <w:tcBorders>
              <w:top w:val="nil"/>
              <w:left w:val="nil"/>
              <w:bottom w:val="single" w:sz="8" w:space="0" w:color="auto"/>
              <w:right w:val="single" w:sz="8" w:space="0" w:color="auto"/>
            </w:tcBorders>
            <w:shd w:val="clear" w:color="000000" w:fill="C9C9C9"/>
            <w:noWrap/>
            <w:vAlign w:val="center"/>
            <w:hideMark/>
          </w:tcPr>
          <w:p w:rsidR="000D0C7E" w:rsidRPr="008F7644" w:rsidRDefault="000D0C7E" w:rsidP="003A4062">
            <w:pPr>
              <w:spacing w:after="0"/>
              <w:jc w:val="right"/>
              <w:rPr>
                <w:b/>
              </w:rPr>
            </w:pPr>
            <w:r w:rsidRPr="008F7644">
              <w:rPr>
                <w:b/>
              </w:rPr>
              <w:t>2 825 355 000,00</w:t>
            </w:r>
          </w:p>
        </w:tc>
        <w:tc>
          <w:tcPr>
            <w:tcW w:w="2280" w:type="dxa"/>
            <w:tcBorders>
              <w:top w:val="nil"/>
              <w:left w:val="nil"/>
              <w:bottom w:val="single" w:sz="8" w:space="0" w:color="auto"/>
              <w:right w:val="single" w:sz="8" w:space="0" w:color="auto"/>
            </w:tcBorders>
            <w:shd w:val="clear" w:color="000000" w:fill="C9C9C9"/>
            <w:noWrap/>
            <w:vAlign w:val="center"/>
            <w:hideMark/>
          </w:tcPr>
          <w:p w:rsidR="000D0C7E" w:rsidRPr="008F7644" w:rsidRDefault="000D0C7E" w:rsidP="003A4062">
            <w:pPr>
              <w:spacing w:after="0"/>
              <w:jc w:val="right"/>
              <w:rPr>
                <w:b/>
              </w:rPr>
            </w:pPr>
            <w:r w:rsidRPr="008F7644">
              <w:rPr>
                <w:b/>
              </w:rPr>
              <w:t>2 988 759 120,00</w:t>
            </w:r>
          </w:p>
        </w:tc>
        <w:tc>
          <w:tcPr>
            <w:tcW w:w="2280" w:type="dxa"/>
            <w:tcBorders>
              <w:top w:val="nil"/>
              <w:left w:val="nil"/>
              <w:bottom w:val="single" w:sz="8" w:space="0" w:color="auto"/>
              <w:right w:val="single" w:sz="8" w:space="0" w:color="auto"/>
            </w:tcBorders>
            <w:shd w:val="clear" w:color="000000" w:fill="C9C9C9"/>
            <w:noWrap/>
            <w:vAlign w:val="center"/>
            <w:hideMark/>
          </w:tcPr>
          <w:p w:rsidR="000D0C7E" w:rsidRPr="008F7644" w:rsidRDefault="000D0C7E" w:rsidP="003A4062">
            <w:pPr>
              <w:spacing w:after="0"/>
              <w:jc w:val="right"/>
              <w:rPr>
                <w:b/>
              </w:rPr>
            </w:pPr>
            <w:r w:rsidRPr="008F7644">
              <w:rPr>
                <w:b/>
              </w:rPr>
              <w:t>3 158 035 320,00</w:t>
            </w:r>
          </w:p>
        </w:tc>
        <w:tc>
          <w:tcPr>
            <w:tcW w:w="2280" w:type="dxa"/>
            <w:tcBorders>
              <w:top w:val="nil"/>
              <w:left w:val="nil"/>
              <w:bottom w:val="single" w:sz="8" w:space="0" w:color="auto"/>
              <w:right w:val="single" w:sz="8" w:space="0" w:color="auto"/>
            </w:tcBorders>
            <w:shd w:val="clear" w:color="000000" w:fill="C9C9C9"/>
            <w:noWrap/>
            <w:vAlign w:val="center"/>
            <w:hideMark/>
          </w:tcPr>
          <w:p w:rsidR="000D0C7E" w:rsidRPr="008F7644" w:rsidRDefault="000D0C7E" w:rsidP="003A4062">
            <w:pPr>
              <w:spacing w:after="0"/>
              <w:jc w:val="right"/>
              <w:rPr>
                <w:b/>
              </w:rPr>
            </w:pPr>
            <w:r w:rsidRPr="008F7644">
              <w:rPr>
                <w:b/>
              </w:rPr>
              <w:t>3 328 749 264,00</w:t>
            </w:r>
          </w:p>
        </w:tc>
        <w:tc>
          <w:tcPr>
            <w:tcW w:w="2280" w:type="dxa"/>
            <w:tcBorders>
              <w:top w:val="nil"/>
              <w:left w:val="nil"/>
              <w:bottom w:val="single" w:sz="8" w:space="0" w:color="auto"/>
              <w:right w:val="single" w:sz="8" w:space="0" w:color="auto"/>
            </w:tcBorders>
            <w:shd w:val="clear" w:color="000000" w:fill="C9C9C9"/>
            <w:noWrap/>
            <w:vAlign w:val="center"/>
            <w:hideMark/>
          </w:tcPr>
          <w:p w:rsidR="000D0C7E" w:rsidRPr="008F7644" w:rsidRDefault="000D0C7E" w:rsidP="003A4062">
            <w:pPr>
              <w:spacing w:after="0"/>
              <w:jc w:val="right"/>
              <w:rPr>
                <w:b/>
              </w:rPr>
            </w:pPr>
            <w:r w:rsidRPr="008F7644">
              <w:rPr>
                <w:b/>
              </w:rPr>
              <w:t>3 494 789 100,00</w:t>
            </w:r>
          </w:p>
        </w:tc>
      </w:tr>
    </w:tbl>
    <w:p w:rsidR="00B775D5" w:rsidRDefault="00B775D5" w:rsidP="00B775D5">
      <w:pPr>
        <w:rPr>
          <w:rFonts w:cstheme="minorHAnsi"/>
          <w:b/>
          <w:sz w:val="24"/>
          <w:szCs w:val="24"/>
        </w:rPr>
      </w:pPr>
      <w:r>
        <w:rPr>
          <w:rFonts w:cstheme="minorHAnsi"/>
          <w:b/>
          <w:sz w:val="24"/>
          <w:szCs w:val="24"/>
        </w:rPr>
        <w:br w:type="page"/>
      </w:r>
    </w:p>
    <w:p w:rsidR="00CC37C0" w:rsidRPr="00CE65DA" w:rsidRDefault="00CE65DA" w:rsidP="00CE65DA">
      <w:pPr>
        <w:pStyle w:val="Nagwek2"/>
        <w:jc w:val="right"/>
        <w:rPr>
          <w:sz w:val="24"/>
        </w:rPr>
      </w:pPr>
      <w:bookmarkStart w:id="24" w:name="_Toc237252366"/>
      <w:r>
        <w:rPr>
          <w:sz w:val="24"/>
        </w:rPr>
        <w:lastRenderedPageBreak/>
        <w:t>Załącznik</w:t>
      </w:r>
      <w:r w:rsidR="00CC37C0" w:rsidRPr="00CE65DA">
        <w:rPr>
          <w:sz w:val="24"/>
        </w:rPr>
        <w:t xml:space="preserve"> 3</w:t>
      </w:r>
      <w:bookmarkEnd w:id="24"/>
    </w:p>
    <w:p w:rsidR="00CC37C0" w:rsidRPr="00CE65DA" w:rsidRDefault="00CC37C0" w:rsidP="00CE65DA">
      <w:pPr>
        <w:pStyle w:val="Nagwek2"/>
        <w:jc w:val="center"/>
        <w:rPr>
          <w:sz w:val="24"/>
        </w:rPr>
      </w:pPr>
      <w:bookmarkStart w:id="25" w:name="_Toc237252367"/>
      <w:r w:rsidRPr="00CE65DA">
        <w:rPr>
          <w:sz w:val="24"/>
        </w:rPr>
        <w:t>Tabela kwalifikowalnych zakupów</w:t>
      </w:r>
      <w:bookmarkEnd w:id="25"/>
    </w:p>
    <w:tbl>
      <w:tblPr>
        <w:tblStyle w:val="Tabela-Siatka"/>
        <w:tblW w:w="0" w:type="auto"/>
        <w:tblInd w:w="137" w:type="dxa"/>
        <w:tblLook w:val="04A0" w:firstRow="1" w:lastRow="0" w:firstColumn="1" w:lastColumn="0" w:noHBand="0" w:noVBand="1"/>
      </w:tblPr>
      <w:tblGrid>
        <w:gridCol w:w="2268"/>
        <w:gridCol w:w="3827"/>
        <w:gridCol w:w="3827"/>
        <w:gridCol w:w="3828"/>
      </w:tblGrid>
      <w:tr w:rsidR="00C4621A" w:rsidRPr="009B334C" w:rsidTr="00B775D5">
        <w:tc>
          <w:tcPr>
            <w:tcW w:w="2268" w:type="dxa"/>
            <w:vMerge w:val="restart"/>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Obszar</w:t>
            </w:r>
          </w:p>
        </w:tc>
        <w:tc>
          <w:tcPr>
            <w:tcW w:w="11482" w:type="dxa"/>
            <w:gridSpan w:val="3"/>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Podmioty</w:t>
            </w:r>
          </w:p>
        </w:tc>
      </w:tr>
      <w:tr w:rsidR="00C4621A" w:rsidRPr="009B334C" w:rsidTr="00B775D5">
        <w:tc>
          <w:tcPr>
            <w:tcW w:w="2268" w:type="dxa"/>
            <w:vMerge/>
            <w:shd w:val="clear" w:color="auto" w:fill="D9D9D9" w:themeFill="background1" w:themeFillShade="D9"/>
            <w:vAlign w:val="center"/>
          </w:tcPr>
          <w:p w:rsidR="00C4621A" w:rsidRPr="00173714" w:rsidRDefault="00C4621A" w:rsidP="00B60FEB">
            <w:pPr>
              <w:jc w:val="center"/>
              <w:rPr>
                <w:b/>
                <w:sz w:val="24"/>
                <w:szCs w:val="24"/>
              </w:rPr>
            </w:pPr>
          </w:p>
        </w:tc>
        <w:tc>
          <w:tcPr>
            <w:tcW w:w="3827"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Gmina</w:t>
            </w:r>
          </w:p>
        </w:tc>
        <w:tc>
          <w:tcPr>
            <w:tcW w:w="3827"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Powiat/samorząd województwa</w:t>
            </w:r>
          </w:p>
        </w:tc>
        <w:tc>
          <w:tcPr>
            <w:tcW w:w="382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Wojewoda</w:t>
            </w:r>
          </w:p>
        </w:tc>
      </w:tr>
      <w:tr w:rsidR="00C4621A" w:rsidRPr="009B334C" w:rsidTr="00B775D5">
        <w:tc>
          <w:tcPr>
            <w:tcW w:w="226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Obszar 1</w:t>
            </w:r>
          </w:p>
          <w:p w:rsidR="00C4621A" w:rsidRPr="00173714" w:rsidRDefault="00C4621A" w:rsidP="00B60FEB">
            <w:pPr>
              <w:jc w:val="center"/>
              <w:rPr>
                <w:b/>
                <w:sz w:val="24"/>
                <w:szCs w:val="24"/>
              </w:rPr>
            </w:pPr>
            <w:r w:rsidRPr="00173714">
              <w:rPr>
                <w:b/>
                <w:sz w:val="24"/>
                <w:szCs w:val="24"/>
              </w:rPr>
              <w:t>Personel ochrony ludności</w:t>
            </w:r>
          </w:p>
        </w:tc>
        <w:tc>
          <w:tcPr>
            <w:tcW w:w="3827" w:type="dxa"/>
            <w:vAlign w:val="center"/>
          </w:tcPr>
          <w:p w:rsidR="00C4621A" w:rsidRDefault="00C4621A" w:rsidP="003C6844">
            <w:r>
              <w:t>- opaski identyfikacyjne dla personelu obrony cywilnej</w:t>
            </w:r>
          </w:p>
          <w:p w:rsidR="00043981" w:rsidRDefault="00043981" w:rsidP="003C6844">
            <w:r>
              <w:t>- kamizelki identyfikacyjne i odblaskowe</w:t>
            </w:r>
          </w:p>
          <w:p w:rsidR="00043981" w:rsidRDefault="00043981" w:rsidP="003C6844">
            <w:r>
              <w:t>- odzież z elementami identyfikacyjnymi dla personelu obrony cywilnej</w:t>
            </w:r>
          </w:p>
          <w:p w:rsidR="00043981" w:rsidRDefault="00043981" w:rsidP="003C6844">
            <w:r>
              <w:t>- sprzęt i środki do oznaczania pojazdów i sprzętu znakami identyfikacyjnymi</w:t>
            </w:r>
          </w:p>
          <w:p w:rsidR="00043981" w:rsidRPr="009B334C" w:rsidRDefault="00043981" w:rsidP="003C6844">
            <w:r>
              <w:t xml:space="preserve">- drobny sprzęt osobisty dla personelu obrony cywilnej </w:t>
            </w:r>
          </w:p>
        </w:tc>
        <w:tc>
          <w:tcPr>
            <w:tcW w:w="3827" w:type="dxa"/>
            <w:vAlign w:val="center"/>
          </w:tcPr>
          <w:p w:rsidR="00043981" w:rsidRDefault="00043981" w:rsidP="00043981">
            <w:r>
              <w:t>- opaski identyfikacyjne dla personelu obrony cywilnej</w:t>
            </w:r>
          </w:p>
          <w:p w:rsidR="00043981" w:rsidRDefault="00043981" w:rsidP="00043981">
            <w:r>
              <w:t>- kamizelki identyfikacyjne i odblaskowe</w:t>
            </w:r>
          </w:p>
          <w:p w:rsidR="00043981" w:rsidRDefault="00043981" w:rsidP="00043981">
            <w:r>
              <w:t>- odzież z elementami identyfikacyjnymi dla personelu obrony cywilnej</w:t>
            </w:r>
          </w:p>
          <w:p w:rsidR="00C4621A" w:rsidRDefault="00043981" w:rsidP="00043981">
            <w:r>
              <w:t>- sprzęt i środki do oznaczania pojazdów i sprzętu znakami identyfikacyjnymi</w:t>
            </w:r>
          </w:p>
          <w:p w:rsidR="00043981" w:rsidRPr="009B334C" w:rsidRDefault="00043981" w:rsidP="00043981">
            <w:r>
              <w:t>- drobny sprzęt osobisty dla personelu obrony cywilnej</w:t>
            </w:r>
          </w:p>
        </w:tc>
        <w:tc>
          <w:tcPr>
            <w:tcW w:w="3828" w:type="dxa"/>
            <w:vAlign w:val="center"/>
          </w:tcPr>
          <w:p w:rsidR="00043981" w:rsidRDefault="00043981" w:rsidP="00043981">
            <w:r>
              <w:t>- opaski identyfikacyjne dla personelu obrony cywilnej</w:t>
            </w:r>
          </w:p>
          <w:p w:rsidR="00C37CD1" w:rsidRDefault="00C37CD1" w:rsidP="00043981">
            <w:r>
              <w:t>- tabliczki i karty tożsamości obrony cywilnej wymagane ustawą z dnia 5</w:t>
            </w:r>
            <w:r w:rsidR="00412C01">
              <w:t> </w:t>
            </w:r>
            <w:r>
              <w:t>grudnia 2024 r. o ochronie ludności i</w:t>
            </w:r>
            <w:r w:rsidR="00412C01">
              <w:t> </w:t>
            </w:r>
            <w:r>
              <w:t>obronie cywilnej</w:t>
            </w:r>
          </w:p>
          <w:p w:rsidR="00043981" w:rsidRDefault="00043981" w:rsidP="00043981">
            <w:r>
              <w:t>- kamizelki identyfikacyjne i odblaskowe</w:t>
            </w:r>
          </w:p>
          <w:p w:rsidR="00043981" w:rsidRDefault="00043981" w:rsidP="00043981">
            <w:r>
              <w:t>- odzież z elementami identyfikacyjnymi dla personelu obrony cywilnej</w:t>
            </w:r>
          </w:p>
          <w:p w:rsidR="00C4621A" w:rsidRPr="009B334C" w:rsidRDefault="00043981" w:rsidP="00043981">
            <w:r>
              <w:t>- sprzęt i środki do oznaczania pojazdów i sprzętu znakami identyfikacyjnymi</w:t>
            </w:r>
          </w:p>
        </w:tc>
      </w:tr>
      <w:tr w:rsidR="00C4621A" w:rsidRPr="009B334C" w:rsidTr="00B775D5">
        <w:tc>
          <w:tcPr>
            <w:tcW w:w="226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t>Obszar 2</w:t>
            </w:r>
          </w:p>
          <w:p w:rsidR="00C4621A" w:rsidRPr="00173714" w:rsidRDefault="00C4621A" w:rsidP="00B775D5">
            <w:pPr>
              <w:jc w:val="center"/>
              <w:rPr>
                <w:b/>
                <w:sz w:val="24"/>
                <w:szCs w:val="24"/>
              </w:rPr>
            </w:pPr>
            <w:r w:rsidRPr="00173714">
              <w:rPr>
                <w:b/>
                <w:sz w:val="24"/>
                <w:szCs w:val="24"/>
              </w:rPr>
              <w:t>Ciągłość działania i</w:t>
            </w:r>
            <w:r w:rsidR="00B775D5">
              <w:rPr>
                <w:b/>
                <w:sz w:val="24"/>
                <w:szCs w:val="24"/>
              </w:rPr>
              <w:t> </w:t>
            </w:r>
            <w:r w:rsidRPr="00173714">
              <w:rPr>
                <w:b/>
                <w:sz w:val="24"/>
                <w:szCs w:val="24"/>
              </w:rPr>
              <w:t>baza magazynowa</w:t>
            </w:r>
          </w:p>
        </w:tc>
        <w:tc>
          <w:tcPr>
            <w:tcW w:w="3827" w:type="dxa"/>
            <w:vAlign w:val="center"/>
          </w:tcPr>
          <w:p w:rsidR="00180F3D" w:rsidRDefault="00180F3D" w:rsidP="003C6844">
            <w:r>
              <w:t>- kontenery magazynowe</w:t>
            </w:r>
          </w:p>
          <w:p w:rsidR="00C4621A" w:rsidRDefault="00C4621A" w:rsidP="003C6844">
            <w:r>
              <w:t>- worki na piasek</w:t>
            </w:r>
            <w:r w:rsidR="00A324C6">
              <w:t>, rękawy przeciwpowodziowe</w:t>
            </w:r>
            <w:r w:rsidR="007D1260">
              <w:t>,</w:t>
            </w:r>
            <w:r w:rsidR="00A324C6">
              <w:t xml:space="preserve"> geowłóknina </w:t>
            </w:r>
            <w:r w:rsidR="009B4F81">
              <w:t xml:space="preserve">i folia </w:t>
            </w:r>
            <w:proofErr w:type="spellStart"/>
            <w:r w:rsidR="009B4F81">
              <w:t>hydroizolacyjna</w:t>
            </w:r>
            <w:proofErr w:type="spellEnd"/>
          </w:p>
          <w:p w:rsidR="00D5292A" w:rsidRDefault="00D5292A" w:rsidP="003C6844">
            <w:r>
              <w:t>- urządzenia do napełniania worków z piaskiem</w:t>
            </w:r>
          </w:p>
          <w:p w:rsidR="00F814B5" w:rsidRDefault="00F814B5" w:rsidP="003C6844">
            <w:r>
              <w:t>- folia na pokrycia dachowe</w:t>
            </w:r>
          </w:p>
          <w:p w:rsidR="00106609" w:rsidRDefault="00106609" w:rsidP="003C6844">
            <w:r>
              <w:t>- siatka ogrodzeniowa</w:t>
            </w:r>
          </w:p>
          <w:p w:rsidR="00C82776" w:rsidRPr="00C82776" w:rsidRDefault="00C4621A" w:rsidP="00C82776">
            <w:r>
              <w:t xml:space="preserve">- </w:t>
            </w:r>
            <w:r w:rsidR="00C82776" w:rsidRPr="00C82776">
              <w:t>ręczny sprzęt inżynieryjny do prac ziemnych</w:t>
            </w:r>
            <w:r w:rsidR="00C82776">
              <w:t xml:space="preserve"> i porządkowych, w tym </w:t>
            </w:r>
            <w:r w:rsidR="00C82776" w:rsidRPr="00C82776">
              <w:t>łopaty, szpadle, kilofy, miotły oraz</w:t>
            </w:r>
          </w:p>
          <w:p w:rsidR="00C4621A" w:rsidRDefault="00C82776" w:rsidP="00C82776">
            <w:r w:rsidRPr="00C82776">
              <w:t>taczki</w:t>
            </w:r>
          </w:p>
          <w:p w:rsidR="00C4621A" w:rsidRDefault="00A324C6" w:rsidP="003C6844">
            <w:r>
              <w:t>- agregaty prądotwórcze</w:t>
            </w:r>
            <w:r w:rsidR="00C82776">
              <w:t>, stacje zasilania</w:t>
            </w:r>
            <w:r>
              <w:t xml:space="preserve"> i </w:t>
            </w:r>
            <w:proofErr w:type="spellStart"/>
            <w:r>
              <w:t>powerbanki</w:t>
            </w:r>
            <w:proofErr w:type="spellEnd"/>
            <w:r w:rsidR="004A2207">
              <w:t xml:space="preserve"> oraz okablowanie</w:t>
            </w:r>
          </w:p>
          <w:p w:rsidR="00A324C6" w:rsidRDefault="00A324C6" w:rsidP="003C6844">
            <w:r>
              <w:t>- filtry do wody</w:t>
            </w:r>
            <w:r w:rsidR="00F26174">
              <w:t xml:space="preserve"> i mobilne stacje uzdatniania wody</w:t>
            </w:r>
          </w:p>
          <w:p w:rsidR="00E004BA" w:rsidRDefault="00E004BA" w:rsidP="003C6844">
            <w:r>
              <w:t>- środki do uzdatniania wody</w:t>
            </w:r>
          </w:p>
          <w:p w:rsidR="00A324C6" w:rsidRDefault="00A324C6" w:rsidP="003C6844">
            <w:r>
              <w:t>- pompy do wody</w:t>
            </w:r>
          </w:p>
          <w:p w:rsidR="00A324C6" w:rsidRDefault="00A324C6" w:rsidP="003C6844">
            <w:r>
              <w:t>- zbiorniki na wodę</w:t>
            </w:r>
          </w:p>
          <w:p w:rsidR="00C4621A" w:rsidRDefault="00C4621A" w:rsidP="003C6844">
            <w:r>
              <w:lastRenderedPageBreak/>
              <w:t>- woda butelkowana</w:t>
            </w:r>
          </w:p>
          <w:p w:rsidR="00F26174" w:rsidRDefault="00F26174" w:rsidP="003C6844">
            <w:r>
              <w:t xml:space="preserve">- wyposażenie do organizowania studni </w:t>
            </w:r>
          </w:p>
          <w:p w:rsidR="00C4621A" w:rsidRDefault="00C4621A" w:rsidP="003C6844">
            <w:r>
              <w:t>- łóżka polowe</w:t>
            </w:r>
            <w:r w:rsidR="00A324C6">
              <w:t>, koce, śpiwory i tym podobny sprzęt kwaterunkowy</w:t>
            </w:r>
          </w:p>
          <w:p w:rsidR="00F814B5" w:rsidRDefault="00F814B5" w:rsidP="003C6844">
            <w:r>
              <w:t>- nagrzewnice i ogrzewacze chemiczne</w:t>
            </w:r>
          </w:p>
          <w:p w:rsidR="00F814B5" w:rsidRDefault="00F814B5" w:rsidP="003C6844">
            <w:r>
              <w:t>- mobilny sprzęt oświetleniowy</w:t>
            </w:r>
          </w:p>
          <w:p w:rsidR="00F814B5" w:rsidRDefault="00F814B5" w:rsidP="003C6844">
            <w:r>
              <w:t>- żywność o przedłużonym terminie przydatności do spożycia, w tym pakiety żywnościowe</w:t>
            </w:r>
          </w:p>
          <w:p w:rsidR="00F7192A" w:rsidRDefault="00F7192A" w:rsidP="003C6844">
            <w:r>
              <w:t>- żywność dla zwierząt</w:t>
            </w:r>
          </w:p>
          <w:p w:rsidR="00F814B5" w:rsidRDefault="00F814B5" w:rsidP="003C6844">
            <w:r>
              <w:t>- środki opatrunkowe</w:t>
            </w:r>
          </w:p>
          <w:p w:rsidR="00F814B5" w:rsidRDefault="00F814B5" w:rsidP="00F814B5">
            <w:r>
              <w:t>- środki higieniczno-sanitarne</w:t>
            </w:r>
          </w:p>
          <w:p w:rsidR="009C2521" w:rsidRDefault="009C2521" w:rsidP="00F814B5">
            <w:r>
              <w:t>- toalety mobilne</w:t>
            </w:r>
          </w:p>
          <w:p w:rsidR="006B4996" w:rsidRDefault="006B4996" w:rsidP="00F814B5">
            <w:r>
              <w:t>- defibrylatory AED</w:t>
            </w:r>
          </w:p>
          <w:p w:rsidR="00F26174" w:rsidRDefault="00F26174" w:rsidP="00F814B5">
            <w:r>
              <w:t>- przenośne toalety, w tym suche</w:t>
            </w:r>
          </w:p>
          <w:p w:rsidR="00F814B5" w:rsidRPr="009B334C" w:rsidRDefault="00F814B5" w:rsidP="00F814B5">
            <w:r>
              <w:t>- worki na zwłoki</w:t>
            </w:r>
          </w:p>
        </w:tc>
        <w:tc>
          <w:tcPr>
            <w:tcW w:w="3827" w:type="dxa"/>
            <w:vAlign w:val="center"/>
          </w:tcPr>
          <w:p w:rsidR="00180F3D" w:rsidRDefault="00180F3D" w:rsidP="00F814B5">
            <w:r>
              <w:lastRenderedPageBreak/>
              <w:t>- kontenery magazynowe</w:t>
            </w:r>
          </w:p>
          <w:p w:rsidR="00F814B5" w:rsidRDefault="00F814B5" w:rsidP="00F814B5">
            <w:r>
              <w:t>- worki na piasek, rękawy przeciwpowodziowe</w:t>
            </w:r>
            <w:r w:rsidR="007D1260">
              <w:t>,</w:t>
            </w:r>
            <w:r>
              <w:t xml:space="preserve"> geowłóknina </w:t>
            </w:r>
            <w:r w:rsidR="009B4F81">
              <w:t xml:space="preserve">i folia </w:t>
            </w:r>
            <w:proofErr w:type="spellStart"/>
            <w:r w:rsidR="009B4F81">
              <w:t>hydroizolacyjna</w:t>
            </w:r>
            <w:proofErr w:type="spellEnd"/>
          </w:p>
          <w:p w:rsidR="00D5292A" w:rsidRDefault="00D5292A" w:rsidP="00D5292A">
            <w:r>
              <w:t>- urządzenia do napełniania worków z piaskiem</w:t>
            </w:r>
          </w:p>
          <w:p w:rsidR="00F814B5" w:rsidRDefault="00F814B5" w:rsidP="00F814B5">
            <w:r>
              <w:t>- folia na pokrycia dachowe</w:t>
            </w:r>
          </w:p>
          <w:p w:rsidR="00106609" w:rsidRDefault="00106609" w:rsidP="00F814B5">
            <w:r>
              <w:t xml:space="preserve">- siatka ogrodzeniowa </w:t>
            </w:r>
          </w:p>
          <w:p w:rsidR="00C82776" w:rsidRPr="00C82776" w:rsidRDefault="00C82776" w:rsidP="00C82776">
            <w:r>
              <w:t xml:space="preserve">- </w:t>
            </w:r>
            <w:r w:rsidRPr="00C82776">
              <w:t>ręczny sprzęt inżynieryjny do prac ziemnych</w:t>
            </w:r>
            <w:r>
              <w:t xml:space="preserve"> i porządkowych, w tym </w:t>
            </w:r>
            <w:r w:rsidRPr="00C82776">
              <w:t>łopaty, szpadle, kilofy, miotły oraz</w:t>
            </w:r>
          </w:p>
          <w:p w:rsidR="00F814B5" w:rsidRDefault="00C82776" w:rsidP="00F814B5">
            <w:r w:rsidRPr="00C82776">
              <w:t>taczki</w:t>
            </w:r>
            <w:r w:rsidDel="00C82776">
              <w:t xml:space="preserve"> </w:t>
            </w:r>
            <w:r w:rsidR="00F814B5">
              <w:t>- agregaty prądotwórcze</w:t>
            </w:r>
            <w:r>
              <w:t>, stacje zasilania</w:t>
            </w:r>
            <w:r w:rsidR="00F814B5">
              <w:t xml:space="preserve"> i </w:t>
            </w:r>
            <w:proofErr w:type="spellStart"/>
            <w:r w:rsidR="00F814B5">
              <w:t>powerbanki</w:t>
            </w:r>
            <w:proofErr w:type="spellEnd"/>
            <w:r w:rsidR="004A2207">
              <w:t xml:space="preserve"> oraz okablowanie</w:t>
            </w:r>
          </w:p>
          <w:p w:rsidR="00F26174" w:rsidRDefault="00F26174" w:rsidP="00F26174">
            <w:r>
              <w:t>- filtry do wody i mobilne stacje uzdatniania wody</w:t>
            </w:r>
          </w:p>
          <w:p w:rsidR="00E004BA" w:rsidRDefault="00E004BA" w:rsidP="00F26174">
            <w:r>
              <w:t>- środki do uzdatniania wody</w:t>
            </w:r>
          </w:p>
          <w:p w:rsidR="00F814B5" w:rsidRDefault="00F814B5" w:rsidP="00F814B5">
            <w:r>
              <w:t>- pompy do wody</w:t>
            </w:r>
          </w:p>
          <w:p w:rsidR="00F814B5" w:rsidRDefault="00F814B5" w:rsidP="00F814B5">
            <w:r>
              <w:t>- zbiorniki na wodę</w:t>
            </w:r>
          </w:p>
          <w:p w:rsidR="00F814B5" w:rsidRDefault="00F814B5" w:rsidP="00F814B5">
            <w:r>
              <w:t>- woda butelkowana</w:t>
            </w:r>
          </w:p>
          <w:p w:rsidR="00F814B5" w:rsidRDefault="00F814B5" w:rsidP="00F814B5">
            <w:r>
              <w:lastRenderedPageBreak/>
              <w:t>- łóżka polowe, koce, śpiwory i tym podobny sprzęt kwaterunkowy</w:t>
            </w:r>
          </w:p>
          <w:p w:rsidR="00F814B5" w:rsidRDefault="00F814B5" w:rsidP="00F814B5">
            <w:r>
              <w:t>- nagrzewnice i ogrzewacze chemiczne</w:t>
            </w:r>
          </w:p>
          <w:p w:rsidR="00F814B5" w:rsidRDefault="00F814B5" w:rsidP="00F814B5">
            <w:r>
              <w:t>- mobilny sprzęt oświetleniowy</w:t>
            </w:r>
          </w:p>
          <w:p w:rsidR="00F814B5" w:rsidRDefault="00F814B5" w:rsidP="00F814B5">
            <w:r>
              <w:t>- żywność o przedłużonym terminie przydatności do spożycia, w tym pakiety żywnościowe</w:t>
            </w:r>
          </w:p>
          <w:p w:rsidR="00F7192A" w:rsidRDefault="00F7192A" w:rsidP="00F814B5">
            <w:r>
              <w:t>- żywność dla zwierząt</w:t>
            </w:r>
          </w:p>
          <w:p w:rsidR="00F814B5" w:rsidRDefault="00F814B5" w:rsidP="00F814B5">
            <w:r>
              <w:t>- środki opatrunkowe</w:t>
            </w:r>
          </w:p>
          <w:p w:rsidR="00F814B5" w:rsidRDefault="00F814B5" w:rsidP="00F814B5">
            <w:r>
              <w:t>- środki higieniczno-sanitarne</w:t>
            </w:r>
          </w:p>
          <w:p w:rsidR="009C2521" w:rsidRDefault="009C2521" w:rsidP="00F814B5">
            <w:r>
              <w:t>- toalety mobilne</w:t>
            </w:r>
          </w:p>
          <w:p w:rsidR="006B4996" w:rsidRDefault="006B4996" w:rsidP="00F814B5">
            <w:r>
              <w:t>- defibrylatory AED</w:t>
            </w:r>
          </w:p>
          <w:p w:rsidR="00F26174" w:rsidRDefault="00F26174" w:rsidP="00F26174">
            <w:r>
              <w:t>- przenośne toalety, w tym suche</w:t>
            </w:r>
          </w:p>
          <w:p w:rsidR="00F26174" w:rsidRPr="009B334C" w:rsidRDefault="00F814B5" w:rsidP="00F814B5">
            <w:r>
              <w:t>- worki na zwłoki</w:t>
            </w:r>
          </w:p>
        </w:tc>
        <w:tc>
          <w:tcPr>
            <w:tcW w:w="3828" w:type="dxa"/>
            <w:vAlign w:val="center"/>
          </w:tcPr>
          <w:p w:rsidR="00F814B5" w:rsidRDefault="00F814B5" w:rsidP="00F814B5">
            <w:r>
              <w:lastRenderedPageBreak/>
              <w:t>- worki na piasek, rękawy przeciwpowodziowe</w:t>
            </w:r>
            <w:r w:rsidR="007D1260">
              <w:t>,</w:t>
            </w:r>
            <w:r>
              <w:t xml:space="preserve"> geowłóknina </w:t>
            </w:r>
            <w:r w:rsidR="009B4F81">
              <w:t xml:space="preserve">i folia </w:t>
            </w:r>
            <w:proofErr w:type="spellStart"/>
            <w:r w:rsidR="009B4F81">
              <w:t>hydroizolacyjna</w:t>
            </w:r>
            <w:proofErr w:type="spellEnd"/>
          </w:p>
          <w:p w:rsidR="00D5292A" w:rsidRDefault="00D5292A" w:rsidP="00D5292A">
            <w:r>
              <w:t>- urządzenia do napełniania worków z piaskiem,</w:t>
            </w:r>
          </w:p>
          <w:p w:rsidR="00C82776" w:rsidRPr="00C82776" w:rsidRDefault="00C82776" w:rsidP="00C82776">
            <w:r>
              <w:t xml:space="preserve">- </w:t>
            </w:r>
            <w:r w:rsidRPr="00C82776">
              <w:t>ręczny sprzęt inżynieryjny do prac ziemnych</w:t>
            </w:r>
            <w:r>
              <w:t xml:space="preserve"> i porządkowych, w tym </w:t>
            </w:r>
            <w:r w:rsidRPr="00C82776">
              <w:t>łopaty, szpadle, kilofy, miotły oraz</w:t>
            </w:r>
          </w:p>
          <w:p w:rsidR="00F814B5" w:rsidRDefault="00C82776" w:rsidP="00C82776">
            <w:r w:rsidRPr="00C82776">
              <w:t>taczki</w:t>
            </w:r>
          </w:p>
          <w:p w:rsidR="00F814B5" w:rsidRDefault="00F814B5" w:rsidP="00F814B5">
            <w:r>
              <w:t>- agregaty prądotwórcze</w:t>
            </w:r>
            <w:r w:rsidR="00C82776">
              <w:t>, stacje zasilania</w:t>
            </w:r>
            <w:r>
              <w:t xml:space="preserve"> i </w:t>
            </w:r>
            <w:proofErr w:type="spellStart"/>
            <w:r>
              <w:t>powerbanki</w:t>
            </w:r>
            <w:proofErr w:type="spellEnd"/>
            <w:r w:rsidR="004A2207">
              <w:t xml:space="preserve"> oraz okablowanie</w:t>
            </w:r>
          </w:p>
          <w:p w:rsidR="00F26174" w:rsidRDefault="00F26174" w:rsidP="00F26174">
            <w:r>
              <w:t>- filtry do wody i mobilne stacje uzdatniania wody</w:t>
            </w:r>
          </w:p>
          <w:p w:rsidR="00E004BA" w:rsidRDefault="00E004BA" w:rsidP="00F26174">
            <w:r>
              <w:t>- środki do uzdatniania wody</w:t>
            </w:r>
          </w:p>
          <w:p w:rsidR="00F814B5" w:rsidRDefault="00F814B5" w:rsidP="00F814B5">
            <w:r>
              <w:t>- pompy do wody</w:t>
            </w:r>
          </w:p>
          <w:p w:rsidR="00F814B5" w:rsidRDefault="00F814B5" w:rsidP="00F814B5">
            <w:r>
              <w:t>- zbiorniki na wodę</w:t>
            </w:r>
          </w:p>
          <w:p w:rsidR="00F814B5" w:rsidRDefault="00F814B5" w:rsidP="00F814B5">
            <w:r>
              <w:t>- łóżka polowe, koce, śpiwory i tym podobny sprzęt kwaterunkowy</w:t>
            </w:r>
          </w:p>
          <w:p w:rsidR="009C2521" w:rsidRDefault="009C2521" w:rsidP="00F814B5">
            <w:r>
              <w:t>- toalety mobilne</w:t>
            </w:r>
          </w:p>
          <w:p w:rsidR="00F814B5" w:rsidRDefault="00F814B5" w:rsidP="00F814B5">
            <w:r>
              <w:lastRenderedPageBreak/>
              <w:t>- nagrzewnice i ogrzewacze chemiczne</w:t>
            </w:r>
          </w:p>
          <w:p w:rsidR="00F814B5" w:rsidRDefault="00F814B5" w:rsidP="00F814B5">
            <w:r>
              <w:t>- mobilny sprzęt oświetleniowy</w:t>
            </w:r>
          </w:p>
          <w:p w:rsidR="00F814B5" w:rsidRDefault="00F814B5" w:rsidP="00F814B5">
            <w:r>
              <w:t>- środki opatrunkowe</w:t>
            </w:r>
          </w:p>
          <w:p w:rsidR="006B4996" w:rsidRDefault="006B4996" w:rsidP="00F814B5">
            <w:r>
              <w:t>- defibrylatory AED</w:t>
            </w:r>
          </w:p>
          <w:p w:rsidR="00F814B5" w:rsidRDefault="00F814B5" w:rsidP="00F814B5">
            <w:r>
              <w:t xml:space="preserve">- </w:t>
            </w:r>
            <w:proofErr w:type="spellStart"/>
            <w:r>
              <w:t>paczkowarki</w:t>
            </w:r>
            <w:proofErr w:type="spellEnd"/>
            <w:r>
              <w:t xml:space="preserve"> do wody</w:t>
            </w:r>
          </w:p>
          <w:p w:rsidR="00C4621A" w:rsidRPr="009B334C" w:rsidRDefault="00C4621A" w:rsidP="00F814B5"/>
        </w:tc>
      </w:tr>
      <w:tr w:rsidR="00C4621A" w:rsidRPr="009B334C" w:rsidTr="00B775D5">
        <w:trPr>
          <w:trHeight w:val="1533"/>
        </w:trPr>
        <w:tc>
          <w:tcPr>
            <w:tcW w:w="226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lastRenderedPageBreak/>
              <w:t>Obszar 3</w:t>
            </w:r>
          </w:p>
          <w:p w:rsidR="00C4621A" w:rsidRPr="00173714" w:rsidRDefault="00C4621A" w:rsidP="00B775D5">
            <w:pPr>
              <w:jc w:val="center"/>
              <w:rPr>
                <w:b/>
                <w:sz w:val="24"/>
                <w:szCs w:val="24"/>
              </w:rPr>
            </w:pPr>
            <w:r w:rsidRPr="00173714">
              <w:rPr>
                <w:rFonts w:cstheme="minorHAnsi"/>
                <w:b/>
                <w:sz w:val="24"/>
                <w:szCs w:val="24"/>
              </w:rPr>
              <w:t xml:space="preserve">Wyposażenie </w:t>
            </w:r>
            <w:r w:rsidR="009B2318" w:rsidRPr="00173714">
              <w:rPr>
                <w:rFonts w:cstheme="minorHAnsi"/>
                <w:b/>
                <w:sz w:val="24"/>
                <w:szCs w:val="24"/>
              </w:rPr>
              <w:t>organów i</w:t>
            </w:r>
            <w:r w:rsidR="00B775D5">
              <w:rPr>
                <w:rFonts w:cstheme="minorHAnsi"/>
                <w:b/>
                <w:sz w:val="24"/>
                <w:szCs w:val="24"/>
              </w:rPr>
              <w:t> </w:t>
            </w:r>
            <w:r w:rsidRPr="00173714">
              <w:rPr>
                <w:rFonts w:cstheme="minorHAnsi"/>
                <w:b/>
                <w:sz w:val="24"/>
                <w:szCs w:val="24"/>
              </w:rPr>
              <w:t>podmiotów ochrony ludności</w:t>
            </w:r>
          </w:p>
        </w:tc>
        <w:tc>
          <w:tcPr>
            <w:tcW w:w="3827" w:type="dxa"/>
            <w:vAlign w:val="center"/>
          </w:tcPr>
          <w:p w:rsidR="00F26174" w:rsidRDefault="00F26174" w:rsidP="003C6844">
            <w:r>
              <w:t>- wyposażenie z Obszaru 2 dla podmiotów ochrony ludności i obrony cywilnej</w:t>
            </w:r>
          </w:p>
          <w:p w:rsidR="00C4621A" w:rsidRDefault="00C4621A" w:rsidP="003C6844">
            <w:r>
              <w:t>- sprzęt ochrony indywidualnej</w:t>
            </w:r>
            <w:r w:rsidR="00F26174">
              <w:t xml:space="preserve">, w tym hełmy, kamizelki kuloodporne i </w:t>
            </w:r>
            <w:proofErr w:type="spellStart"/>
            <w:r w:rsidR="00F26174">
              <w:t>odłamkoodporne</w:t>
            </w:r>
            <w:proofErr w:type="spellEnd"/>
            <w:r w:rsidR="00F26174">
              <w:t>, tarcze balistyczne</w:t>
            </w:r>
          </w:p>
          <w:p w:rsidR="00F26174" w:rsidRDefault="00F26174" w:rsidP="003C6844">
            <w:r>
              <w:t xml:space="preserve">- maski przeciwgazowe </w:t>
            </w:r>
          </w:p>
          <w:p w:rsidR="00F26174" w:rsidRDefault="00F26174" w:rsidP="003C6844">
            <w:r>
              <w:t>- odzież ochronna</w:t>
            </w:r>
            <w:r w:rsidR="00333C9F">
              <w:t xml:space="preserve"> i obuwie ochronne</w:t>
            </w:r>
          </w:p>
          <w:p w:rsidR="00C4621A" w:rsidRDefault="00C4621A" w:rsidP="003C6844">
            <w:r>
              <w:t>- sprzęt przeciwpożarowy</w:t>
            </w:r>
            <w:r w:rsidR="00F7192A">
              <w:t>, w tym gaśnice</w:t>
            </w:r>
          </w:p>
          <w:p w:rsidR="00C4621A" w:rsidRDefault="00C4621A" w:rsidP="003C6844">
            <w:r>
              <w:t xml:space="preserve">- </w:t>
            </w:r>
            <w:r w:rsidR="00F26174">
              <w:t>czterokołowce lekkie</w:t>
            </w:r>
            <w:r>
              <w:t xml:space="preserve"> z wyposażeniem ratowniczym</w:t>
            </w:r>
          </w:p>
          <w:p w:rsidR="00F26174" w:rsidRDefault="00F26174" w:rsidP="003C6844">
            <w:r>
              <w:t>- drony przystosowane do realizacji zadań ochrony ludności i obrony cywilnej</w:t>
            </w:r>
          </w:p>
          <w:p w:rsidR="00F26174" w:rsidRDefault="00F26174" w:rsidP="003C6844">
            <w:r>
              <w:t xml:space="preserve">- łodzie ratownicze silnikowe </w:t>
            </w:r>
          </w:p>
          <w:p w:rsidR="00F26174" w:rsidRDefault="00F26174" w:rsidP="003C6844">
            <w:r>
              <w:t>- sprzęt do przygotowywania posiłków, w szczególności kuchnie polowe</w:t>
            </w:r>
          </w:p>
          <w:p w:rsidR="00F26174" w:rsidRDefault="00F26174" w:rsidP="003C6844">
            <w:r>
              <w:lastRenderedPageBreak/>
              <w:t>- sprzęt kwaterunkowy dla osób podlegających ewakuacji</w:t>
            </w:r>
            <w:r w:rsidR="00957039">
              <w:t>, w tym kontenery mieszkalne</w:t>
            </w:r>
            <w:r>
              <w:t xml:space="preserve"> </w:t>
            </w:r>
          </w:p>
          <w:p w:rsidR="006B5FFF" w:rsidRDefault="006B5FFF" w:rsidP="003C6844">
            <w:r>
              <w:t>- nosze, nosidła ewakuacyjne dla dzieci i krzesła ewakuacyjne</w:t>
            </w:r>
          </w:p>
          <w:p w:rsidR="00180F3D" w:rsidRDefault="00180F3D" w:rsidP="003C6844">
            <w:r>
              <w:t>- namioty</w:t>
            </w:r>
          </w:p>
          <w:p w:rsidR="00E004BA" w:rsidRPr="009B334C" w:rsidRDefault="00E004BA" w:rsidP="003C6844">
            <w:r>
              <w:t>- materiały do ochrony i transportu ewakuowanych dóbr kultury</w:t>
            </w:r>
            <w:r w:rsidR="009C2521">
              <w:t xml:space="preserve"> i zasobów archiwalnych</w:t>
            </w:r>
          </w:p>
        </w:tc>
        <w:tc>
          <w:tcPr>
            <w:tcW w:w="3827" w:type="dxa"/>
            <w:vAlign w:val="center"/>
          </w:tcPr>
          <w:p w:rsidR="00F26174" w:rsidRDefault="00F26174" w:rsidP="00F26174">
            <w:r>
              <w:lastRenderedPageBreak/>
              <w:t>- wyposażenie z Obszaru 2 dla podmiotów ochrony ludności i obrony cywilnej</w:t>
            </w:r>
          </w:p>
          <w:p w:rsidR="00F26174" w:rsidRDefault="00F26174" w:rsidP="00F26174">
            <w:r>
              <w:t xml:space="preserve">- sprzęt ochrony indywidualnej, w tym hełmy, kamizelki kuloodporne i </w:t>
            </w:r>
            <w:proofErr w:type="spellStart"/>
            <w:r>
              <w:t>odłamkoodporne</w:t>
            </w:r>
            <w:proofErr w:type="spellEnd"/>
            <w:r>
              <w:t>, tarcze balistyczne</w:t>
            </w:r>
          </w:p>
          <w:p w:rsidR="00F26174" w:rsidRDefault="00F26174" w:rsidP="00F26174">
            <w:r>
              <w:t xml:space="preserve">- maski przeciwgazowe </w:t>
            </w:r>
          </w:p>
          <w:p w:rsidR="00F26174" w:rsidRDefault="00F26174" w:rsidP="00F26174">
            <w:r>
              <w:t>- odzież ochronna</w:t>
            </w:r>
            <w:r w:rsidR="00333C9F">
              <w:t xml:space="preserve"> i obuwie ochronne</w:t>
            </w:r>
          </w:p>
          <w:p w:rsidR="00F26174" w:rsidRDefault="00F26174" w:rsidP="00F26174">
            <w:r>
              <w:t>- sprzęt przeciwpożarowy</w:t>
            </w:r>
            <w:r w:rsidR="00F7192A">
              <w:t>, w tym gaśnice</w:t>
            </w:r>
          </w:p>
          <w:p w:rsidR="00F26174" w:rsidRDefault="00F26174" w:rsidP="00F26174">
            <w:r>
              <w:t>- czterokołowce lekkie z wyposażeniem ratowniczym</w:t>
            </w:r>
          </w:p>
          <w:p w:rsidR="00F26174" w:rsidRDefault="00F26174" w:rsidP="00F26174">
            <w:r>
              <w:t>- drony przystosowane do realizacji zadań ochrony ludności i obrony cywilnej</w:t>
            </w:r>
          </w:p>
          <w:p w:rsidR="00F26174" w:rsidRDefault="00F26174" w:rsidP="00F26174">
            <w:r>
              <w:t xml:space="preserve">- łodzie ratownicze silnikowe </w:t>
            </w:r>
          </w:p>
          <w:p w:rsidR="00F26174" w:rsidRDefault="00F26174" w:rsidP="00F26174">
            <w:r>
              <w:t>- sprzęt do przygotowywania posiłków, w szczególności kuchnie polowe</w:t>
            </w:r>
          </w:p>
          <w:p w:rsidR="00180F3D" w:rsidRDefault="00957039" w:rsidP="00F26174">
            <w:r>
              <w:lastRenderedPageBreak/>
              <w:t>- sprzęt kwaterunkowy dla osób podlegających ewakuacji, w tym kontenery mieszkalne</w:t>
            </w:r>
          </w:p>
          <w:p w:rsidR="006B5FFF" w:rsidRDefault="006B5FFF" w:rsidP="00F26174">
            <w:r>
              <w:t>- nosze, nosidła ewakuacyjne dla dzieci i krzesła ewakuacyjne</w:t>
            </w:r>
          </w:p>
          <w:p w:rsidR="00957039" w:rsidRDefault="00180F3D" w:rsidP="00F26174">
            <w:r>
              <w:t>- namioty</w:t>
            </w:r>
            <w:r w:rsidR="00957039">
              <w:t xml:space="preserve"> </w:t>
            </w:r>
          </w:p>
          <w:p w:rsidR="00F26174" w:rsidRDefault="00F26174" w:rsidP="00957039">
            <w:r>
              <w:t xml:space="preserve">- pojazdy </w:t>
            </w:r>
            <w:r w:rsidR="00957039">
              <w:t>wysokiej mobilności</w:t>
            </w:r>
          </w:p>
          <w:p w:rsidR="00957039" w:rsidRDefault="00957039" w:rsidP="00957039">
            <w:r>
              <w:t>- sprzęt i środki do likwidowania skażeń i dekontaminacji</w:t>
            </w:r>
            <w:r w:rsidR="00D5292A">
              <w:t>, w tym maty dezynfekcyjne dla ludzi i pojazdów</w:t>
            </w:r>
            <w:r>
              <w:t xml:space="preserve"> </w:t>
            </w:r>
          </w:p>
          <w:p w:rsidR="00E004BA" w:rsidRPr="009B334C" w:rsidRDefault="00E004BA" w:rsidP="00957039">
            <w:r>
              <w:t>- materiały do ochrony i transportu ewakuowanych dóbr kultury</w:t>
            </w:r>
            <w:r w:rsidR="009C2521">
              <w:t xml:space="preserve"> i zasobów archiwalnych</w:t>
            </w:r>
          </w:p>
        </w:tc>
        <w:tc>
          <w:tcPr>
            <w:tcW w:w="3828" w:type="dxa"/>
            <w:vAlign w:val="center"/>
          </w:tcPr>
          <w:p w:rsidR="00957039" w:rsidRDefault="00957039" w:rsidP="00957039">
            <w:r>
              <w:lastRenderedPageBreak/>
              <w:t>- wyposażenie z Obszaru 2 dla podmiotów ochrony ludności i obrony cywilnej</w:t>
            </w:r>
          </w:p>
          <w:p w:rsidR="00957039" w:rsidRDefault="00957039" w:rsidP="00957039">
            <w:r>
              <w:t xml:space="preserve">- sprzęt ochrony indywidualnej, w tym hełmy, kamizelki kuloodporne i </w:t>
            </w:r>
            <w:proofErr w:type="spellStart"/>
            <w:r>
              <w:t>odłamkoodporne</w:t>
            </w:r>
            <w:proofErr w:type="spellEnd"/>
            <w:r>
              <w:t>, tarcze balistyczne</w:t>
            </w:r>
          </w:p>
          <w:p w:rsidR="00957039" w:rsidRDefault="00957039" w:rsidP="00957039">
            <w:r>
              <w:t xml:space="preserve">- maski przeciwgazowe </w:t>
            </w:r>
          </w:p>
          <w:p w:rsidR="00957039" w:rsidRDefault="00957039" w:rsidP="00957039">
            <w:r>
              <w:t>- odzież ochronna</w:t>
            </w:r>
            <w:r w:rsidR="00333C9F">
              <w:t xml:space="preserve"> i obuwie ochronne</w:t>
            </w:r>
          </w:p>
          <w:p w:rsidR="00957039" w:rsidRDefault="00957039" w:rsidP="00957039">
            <w:r>
              <w:t>- sprzęt przeciwpożarowy</w:t>
            </w:r>
          </w:p>
          <w:p w:rsidR="00957039" w:rsidRDefault="00957039" w:rsidP="00957039">
            <w:r>
              <w:t>- czterokołowce lekkie z wyposażeniem ratowniczym</w:t>
            </w:r>
          </w:p>
          <w:p w:rsidR="00957039" w:rsidRDefault="00957039" w:rsidP="00957039">
            <w:r>
              <w:t>- drony przystosowane do realizacji zadań ochrony ludności i obrony cywilnej</w:t>
            </w:r>
          </w:p>
          <w:p w:rsidR="00957039" w:rsidRDefault="00957039" w:rsidP="00957039">
            <w:r>
              <w:t xml:space="preserve">- łodzie ratownicze silnikowe </w:t>
            </w:r>
          </w:p>
          <w:p w:rsidR="00957039" w:rsidRDefault="00957039" w:rsidP="00957039">
            <w:r>
              <w:t xml:space="preserve">- sprzęt kwaterunkowy dla osób podlegających ewakuacji, w tym kontenery mieszkalne </w:t>
            </w:r>
          </w:p>
          <w:p w:rsidR="006B5FFF" w:rsidRDefault="006B5FFF" w:rsidP="00957039">
            <w:r>
              <w:lastRenderedPageBreak/>
              <w:t>- nosze, nosidła ewakuacyjne dla dzieci i krzesła ewakuacyjne</w:t>
            </w:r>
          </w:p>
          <w:p w:rsidR="00180F3D" w:rsidRDefault="00180F3D" w:rsidP="00957039">
            <w:r>
              <w:t>- namioty</w:t>
            </w:r>
          </w:p>
          <w:p w:rsidR="00957039" w:rsidRDefault="00957039" w:rsidP="00957039">
            <w:r>
              <w:t xml:space="preserve">- pojazdy </w:t>
            </w:r>
            <w:r w:rsidR="00AC373E">
              <w:t>specjalistyczne</w:t>
            </w:r>
            <w:r>
              <w:t xml:space="preserve"> </w:t>
            </w:r>
          </w:p>
          <w:p w:rsidR="00957039" w:rsidRDefault="00957039" w:rsidP="00957039">
            <w:r>
              <w:t>- sprzęt i środki do likwidowania skażeń i dekontaminacji</w:t>
            </w:r>
            <w:r w:rsidR="00D5292A">
              <w:t>, w tym maty dezynfekcyjne dla ludzi i pojazdów</w:t>
            </w:r>
          </w:p>
          <w:p w:rsidR="00E004BA" w:rsidRPr="009B334C" w:rsidRDefault="00E004BA" w:rsidP="00957039">
            <w:r>
              <w:t>- materiały do ochrony i transportu ewakuowanych dóbr kultury</w:t>
            </w:r>
            <w:r w:rsidR="009C2521">
              <w:t xml:space="preserve"> i zasobów archiwalnych</w:t>
            </w:r>
          </w:p>
        </w:tc>
      </w:tr>
      <w:tr w:rsidR="00C4621A" w:rsidRPr="009B334C" w:rsidTr="00B775D5">
        <w:tc>
          <w:tcPr>
            <w:tcW w:w="226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lastRenderedPageBreak/>
              <w:t>Obszar 4</w:t>
            </w:r>
          </w:p>
          <w:p w:rsidR="00C4621A" w:rsidRPr="00173714" w:rsidRDefault="00C4621A" w:rsidP="00B775D5">
            <w:pPr>
              <w:jc w:val="center"/>
              <w:rPr>
                <w:b/>
                <w:sz w:val="24"/>
                <w:szCs w:val="24"/>
              </w:rPr>
            </w:pPr>
            <w:r w:rsidRPr="00173714">
              <w:rPr>
                <w:b/>
                <w:sz w:val="24"/>
                <w:szCs w:val="24"/>
              </w:rPr>
              <w:t>Łączność oraz wykrywanie, ostrzeganie i</w:t>
            </w:r>
            <w:r w:rsidR="00B775D5">
              <w:rPr>
                <w:b/>
                <w:sz w:val="24"/>
                <w:szCs w:val="24"/>
              </w:rPr>
              <w:t> </w:t>
            </w:r>
            <w:r w:rsidRPr="00173714">
              <w:rPr>
                <w:b/>
                <w:sz w:val="24"/>
                <w:szCs w:val="24"/>
              </w:rPr>
              <w:t>alarmowanie</w:t>
            </w:r>
            <w:r w:rsidR="008C6EBD" w:rsidRPr="00173714">
              <w:rPr>
                <w:b/>
                <w:sz w:val="24"/>
                <w:szCs w:val="24"/>
              </w:rPr>
              <w:t xml:space="preserve"> oraz bezpieczeństwo teleinformatyczne</w:t>
            </w:r>
          </w:p>
        </w:tc>
        <w:tc>
          <w:tcPr>
            <w:tcW w:w="3827" w:type="dxa"/>
            <w:vAlign w:val="center"/>
          </w:tcPr>
          <w:p w:rsidR="00C4621A" w:rsidRDefault="00C4621A" w:rsidP="003C6844">
            <w:r>
              <w:t xml:space="preserve">- </w:t>
            </w:r>
            <w:r w:rsidR="008A60A5">
              <w:t>radiotelefony</w:t>
            </w:r>
            <w:r w:rsidR="000A467A">
              <w:t xml:space="preserve"> </w:t>
            </w:r>
            <w:r w:rsidR="000A467A" w:rsidRPr="000A467A">
              <w:t>umożliwiające realizację łączności w ramach SBŁP</w:t>
            </w:r>
          </w:p>
          <w:p w:rsidR="008A60A5" w:rsidRDefault="008A60A5" w:rsidP="003C6844">
            <w:r>
              <w:t>- telefony komórkowe dla personelu ochrony ludności</w:t>
            </w:r>
          </w:p>
          <w:p w:rsidR="008A60A5" w:rsidRDefault="008A60A5" w:rsidP="003C6844">
            <w:r>
              <w:t xml:space="preserve">- wyposażenie do zasilania systemów łączności, w tym baterie, akumulatory i </w:t>
            </w:r>
            <w:proofErr w:type="spellStart"/>
            <w:r>
              <w:t>powerbanki</w:t>
            </w:r>
            <w:proofErr w:type="spellEnd"/>
          </w:p>
          <w:p w:rsidR="00F7192A" w:rsidRDefault="00C4621A" w:rsidP="003C6844">
            <w:r>
              <w:t>- syreny przenośne</w:t>
            </w:r>
            <w:r w:rsidR="00D5292A">
              <w:t xml:space="preserve"> oraz megafony</w:t>
            </w:r>
          </w:p>
          <w:p w:rsidR="00D5292A" w:rsidRPr="009B334C" w:rsidRDefault="00D5292A" w:rsidP="003C6844">
            <w:r>
              <w:t xml:space="preserve">- maszty </w:t>
            </w:r>
            <w:r w:rsidR="00EC13C7">
              <w:t>teleskopowe</w:t>
            </w:r>
          </w:p>
        </w:tc>
        <w:tc>
          <w:tcPr>
            <w:tcW w:w="3827" w:type="dxa"/>
            <w:vAlign w:val="center"/>
          </w:tcPr>
          <w:p w:rsidR="008A60A5" w:rsidRDefault="000A467A" w:rsidP="008A60A5">
            <w:r>
              <w:t xml:space="preserve">- radiotelefony i radiostacje </w:t>
            </w:r>
            <w:r w:rsidRPr="000A467A">
              <w:t xml:space="preserve">umożliwiające realizację łączności w ramach SBŁP  </w:t>
            </w:r>
          </w:p>
          <w:p w:rsidR="008A60A5" w:rsidRDefault="008A60A5" w:rsidP="008A60A5">
            <w:r>
              <w:t>- telefony komórkowe dla personelu ochrony ludności</w:t>
            </w:r>
          </w:p>
          <w:p w:rsidR="008A60A5" w:rsidRDefault="008A60A5" w:rsidP="008A60A5">
            <w:r>
              <w:t xml:space="preserve">- wyposażenie do zasilania systemów łączności, w tym baterie, akumulatory i </w:t>
            </w:r>
            <w:proofErr w:type="spellStart"/>
            <w:r>
              <w:t>powerbanki</w:t>
            </w:r>
            <w:proofErr w:type="spellEnd"/>
          </w:p>
          <w:p w:rsidR="00C4621A" w:rsidRDefault="008A60A5" w:rsidP="008A60A5">
            <w:r>
              <w:t>- syreny przenośne</w:t>
            </w:r>
            <w:r w:rsidR="00D5292A">
              <w:t xml:space="preserve"> oraz megafony</w:t>
            </w:r>
          </w:p>
          <w:p w:rsidR="008A60A5" w:rsidRDefault="008A60A5" w:rsidP="008A60A5">
            <w:r>
              <w:t>- terminal komunikacji satelitarnej</w:t>
            </w:r>
            <w:r w:rsidR="00D5292A">
              <w:t xml:space="preserve"> i telefony satelitarnej</w:t>
            </w:r>
          </w:p>
          <w:p w:rsidR="00A324C6" w:rsidRDefault="00A324C6" w:rsidP="008A60A5">
            <w:r>
              <w:t>- drony z wyposażeniem do obserwacji i wykrywania zagrożeń</w:t>
            </w:r>
          </w:p>
          <w:p w:rsidR="00D5292A" w:rsidRPr="009B334C" w:rsidRDefault="00D5292A" w:rsidP="008A60A5">
            <w:r>
              <w:t xml:space="preserve">- maszty </w:t>
            </w:r>
            <w:r w:rsidR="00EC13C7">
              <w:t>teleskopowe</w:t>
            </w:r>
          </w:p>
        </w:tc>
        <w:tc>
          <w:tcPr>
            <w:tcW w:w="3828" w:type="dxa"/>
            <w:vAlign w:val="center"/>
          </w:tcPr>
          <w:p w:rsidR="008A60A5" w:rsidRDefault="000A467A" w:rsidP="008A60A5">
            <w:r>
              <w:t xml:space="preserve">- radiotelefony i radiostacje </w:t>
            </w:r>
            <w:r w:rsidRPr="000A467A">
              <w:t>umożliwiające realizację łączności w ramach SBŁP</w:t>
            </w:r>
          </w:p>
          <w:p w:rsidR="008A60A5" w:rsidRDefault="008A60A5" w:rsidP="008A60A5">
            <w:r>
              <w:t>- telefony komórkowe dla personelu ochrony ludności</w:t>
            </w:r>
          </w:p>
          <w:p w:rsidR="008A60A5" w:rsidRDefault="008A60A5" w:rsidP="008A60A5">
            <w:r>
              <w:t xml:space="preserve">- wyposażenie do zasilania systemów łączności, w tym baterie, akumulatory i </w:t>
            </w:r>
            <w:proofErr w:type="spellStart"/>
            <w:r>
              <w:t>powerbanki</w:t>
            </w:r>
            <w:proofErr w:type="spellEnd"/>
          </w:p>
          <w:p w:rsidR="00C4621A" w:rsidRDefault="008A60A5" w:rsidP="003C6844">
            <w:r>
              <w:t>- terminal komunikacji satelitarnej</w:t>
            </w:r>
            <w:r w:rsidR="00D5292A">
              <w:t xml:space="preserve"> i telefony satelitarne</w:t>
            </w:r>
          </w:p>
          <w:p w:rsidR="00A324C6" w:rsidRDefault="00A324C6" w:rsidP="003C6844">
            <w:r>
              <w:t>- drony z wyposażeniem do obserwacji i wykrywania zagrożeń</w:t>
            </w:r>
          </w:p>
          <w:p w:rsidR="00F7192A" w:rsidRDefault="00F7192A" w:rsidP="003C6844">
            <w:r>
              <w:t>- elementy systemów ochrony przed dronami</w:t>
            </w:r>
          </w:p>
          <w:p w:rsidR="00D5292A" w:rsidRPr="009B334C" w:rsidRDefault="00D5292A" w:rsidP="003C6844">
            <w:r>
              <w:t xml:space="preserve">- maszty </w:t>
            </w:r>
            <w:r w:rsidR="00EC13C7">
              <w:t>teleskopowe</w:t>
            </w:r>
          </w:p>
        </w:tc>
      </w:tr>
      <w:tr w:rsidR="00C4621A" w:rsidRPr="009B334C" w:rsidTr="00B775D5">
        <w:tc>
          <w:tcPr>
            <w:tcW w:w="2268" w:type="dxa"/>
            <w:shd w:val="clear" w:color="auto" w:fill="D9D9D9" w:themeFill="background1" w:themeFillShade="D9"/>
            <w:vAlign w:val="center"/>
          </w:tcPr>
          <w:p w:rsidR="00B775D5" w:rsidRDefault="00B775D5" w:rsidP="00B60FEB">
            <w:pPr>
              <w:jc w:val="center"/>
              <w:rPr>
                <w:b/>
                <w:sz w:val="24"/>
                <w:szCs w:val="24"/>
              </w:rPr>
            </w:pPr>
          </w:p>
          <w:p w:rsidR="00C4621A" w:rsidRPr="00173714" w:rsidRDefault="00C4621A" w:rsidP="00B60FEB">
            <w:pPr>
              <w:jc w:val="center"/>
              <w:rPr>
                <w:b/>
                <w:sz w:val="24"/>
                <w:szCs w:val="24"/>
              </w:rPr>
            </w:pPr>
            <w:r w:rsidRPr="00173714">
              <w:rPr>
                <w:b/>
                <w:sz w:val="24"/>
                <w:szCs w:val="24"/>
              </w:rPr>
              <w:t>Obszar 5</w:t>
            </w:r>
          </w:p>
          <w:p w:rsidR="00C4621A" w:rsidRPr="00173714" w:rsidRDefault="00C4621A" w:rsidP="00B60FEB">
            <w:pPr>
              <w:jc w:val="center"/>
              <w:rPr>
                <w:b/>
                <w:sz w:val="24"/>
                <w:szCs w:val="24"/>
              </w:rPr>
            </w:pPr>
            <w:r w:rsidRPr="00173714">
              <w:rPr>
                <w:b/>
                <w:sz w:val="24"/>
                <w:szCs w:val="24"/>
              </w:rPr>
              <w:t>Infrastruktura ochronna</w:t>
            </w:r>
          </w:p>
        </w:tc>
        <w:tc>
          <w:tcPr>
            <w:tcW w:w="3827" w:type="dxa"/>
            <w:vAlign w:val="center"/>
          </w:tcPr>
          <w:p w:rsidR="00C4621A" w:rsidRDefault="00C4621A" w:rsidP="003C6844">
            <w:r>
              <w:t>- łóżka</w:t>
            </w:r>
            <w:r w:rsidR="00EC2C96">
              <w:t>, koce</w:t>
            </w:r>
            <w:r>
              <w:t xml:space="preserve"> i śpiwory do budowli ochronnych</w:t>
            </w:r>
          </w:p>
          <w:p w:rsidR="00C82776" w:rsidRPr="00C82776" w:rsidRDefault="00EC2C96" w:rsidP="00C82776">
            <w:r>
              <w:t xml:space="preserve">- </w:t>
            </w:r>
            <w:r w:rsidR="00C82776">
              <w:t>u</w:t>
            </w:r>
            <w:r w:rsidR="00C82776" w:rsidRPr="00C82776">
              <w:t>rządzenia i wyposażenie do zapewnienia oświetlenia awaryjnego</w:t>
            </w:r>
          </w:p>
          <w:p w:rsidR="00C82776" w:rsidRPr="00C82776" w:rsidRDefault="00C82776" w:rsidP="00C82776">
            <w:r w:rsidRPr="00C82776">
              <w:t xml:space="preserve">i roboczego w obiektach zbiorowej ochrony, </w:t>
            </w:r>
            <w:r>
              <w:t>w tym</w:t>
            </w:r>
            <w:r w:rsidRPr="00C82776">
              <w:t xml:space="preserve"> latarki, lampy,</w:t>
            </w:r>
          </w:p>
          <w:p w:rsidR="00EC2C96" w:rsidRDefault="00C82776" w:rsidP="00C82776">
            <w:proofErr w:type="spellStart"/>
            <w:r w:rsidRPr="00C82776">
              <w:lastRenderedPageBreak/>
              <w:t>najaśnice</w:t>
            </w:r>
            <w:proofErr w:type="spellEnd"/>
            <w:r w:rsidRPr="00C82776">
              <w:t xml:space="preserve"> przenośne wraz bateriami i akumulatorami</w:t>
            </w:r>
          </w:p>
          <w:p w:rsidR="00EC2C96" w:rsidRDefault="00EC2C96" w:rsidP="00EC2C96">
            <w:r>
              <w:t>- oznaczenia obiektów zbiorowej ochrony i punktów schronienia</w:t>
            </w:r>
          </w:p>
          <w:p w:rsidR="00EC2C96" w:rsidRDefault="00EC2C96" w:rsidP="003C6844">
            <w:r>
              <w:t>- sprzęt saperski do odgruzowywania</w:t>
            </w:r>
          </w:p>
          <w:p w:rsidR="00043981" w:rsidRDefault="00043981" w:rsidP="003C6844">
            <w:r>
              <w:t>- apteczki pierwszej pomocy do obiektów zbiorowej ochrony</w:t>
            </w:r>
          </w:p>
          <w:p w:rsidR="00EC2C96" w:rsidRDefault="00EC2C96" w:rsidP="003C6844">
            <w:r>
              <w:t>- prefabrykowane albo modułowe punkty schronienia</w:t>
            </w:r>
          </w:p>
          <w:p w:rsidR="00F70D56" w:rsidRDefault="00F70D56" w:rsidP="00F70D56">
            <w:r>
              <w:t xml:space="preserve">- zapasowe elementy </w:t>
            </w:r>
            <w:proofErr w:type="spellStart"/>
            <w:r>
              <w:t>filtrowentylacji</w:t>
            </w:r>
            <w:proofErr w:type="spellEnd"/>
          </w:p>
          <w:p w:rsidR="00EC2C96" w:rsidRDefault="00EC2C96" w:rsidP="003C6844">
            <w:r>
              <w:t>- elementy do przystosowania miejsc doraźnego schronienia, w tym wzmocnienia stropów i osłony otworów</w:t>
            </w:r>
          </w:p>
          <w:p w:rsidR="00BB6743" w:rsidRDefault="00BB6743" w:rsidP="003C6844">
            <w:r>
              <w:t>- folia przeciwodłamkowa</w:t>
            </w:r>
          </w:p>
          <w:p w:rsidR="00180F3D" w:rsidRPr="009B334C" w:rsidRDefault="00180F3D" w:rsidP="00180F3D">
            <w:r>
              <w:t xml:space="preserve">- zapory drogowe </w:t>
            </w:r>
          </w:p>
        </w:tc>
        <w:tc>
          <w:tcPr>
            <w:tcW w:w="3827" w:type="dxa"/>
            <w:vAlign w:val="center"/>
          </w:tcPr>
          <w:p w:rsidR="00EC2C96" w:rsidRDefault="00EC2C96" w:rsidP="00EC2C96">
            <w:r>
              <w:lastRenderedPageBreak/>
              <w:t>- łóżka, koce i śpiwory do budowli ochronnych</w:t>
            </w:r>
          </w:p>
          <w:p w:rsidR="00C82776" w:rsidRPr="00C82776" w:rsidRDefault="00C82776" w:rsidP="00C82776">
            <w:r>
              <w:t>- u</w:t>
            </w:r>
            <w:r w:rsidRPr="00C82776">
              <w:t>rządzenia i wyposażenie do zapewnienia oświetlenia awaryjnego</w:t>
            </w:r>
          </w:p>
          <w:p w:rsidR="00C82776" w:rsidRPr="00C82776" w:rsidRDefault="00C82776" w:rsidP="00C82776">
            <w:r w:rsidRPr="00C82776">
              <w:t xml:space="preserve">i roboczego w obiektach zbiorowej ochrony, </w:t>
            </w:r>
            <w:r>
              <w:t>w tym</w:t>
            </w:r>
            <w:r w:rsidRPr="00C82776">
              <w:t xml:space="preserve"> latarki, lampy,</w:t>
            </w:r>
          </w:p>
          <w:p w:rsidR="00EC2C96" w:rsidRDefault="00C82776" w:rsidP="00EC2C96">
            <w:proofErr w:type="spellStart"/>
            <w:r w:rsidRPr="00C82776">
              <w:lastRenderedPageBreak/>
              <w:t>najaśnice</w:t>
            </w:r>
            <w:proofErr w:type="spellEnd"/>
            <w:r w:rsidRPr="00C82776">
              <w:t xml:space="preserve"> przenośne wraz bateriami i akumulatorami</w:t>
            </w:r>
            <w:r w:rsidDel="00C82776">
              <w:t xml:space="preserve"> </w:t>
            </w:r>
            <w:r w:rsidR="00EC2C96">
              <w:t>- oznaczenia obiektów zbiorowej ochrony i punktów schronienia</w:t>
            </w:r>
          </w:p>
          <w:p w:rsidR="00EC2C96" w:rsidRDefault="00EC2C96" w:rsidP="00EC2C96">
            <w:r>
              <w:t>- sprzęt saperski do odgruzowywania</w:t>
            </w:r>
          </w:p>
          <w:p w:rsidR="00043981" w:rsidRDefault="00043981" w:rsidP="00043981">
            <w:r>
              <w:t>- apteczki pierwszej pomocy do obiektów zbiorowej ochrony</w:t>
            </w:r>
          </w:p>
          <w:p w:rsidR="00C4621A" w:rsidRDefault="00EC2C96" w:rsidP="00EC2C96">
            <w:r>
              <w:t>- prefabrykowane albo modułowe punkty schronienia</w:t>
            </w:r>
          </w:p>
          <w:p w:rsidR="00EC2C96" w:rsidRDefault="00EC2C96" w:rsidP="00EC2C96">
            <w:r>
              <w:t xml:space="preserve">- zapasowe elementy </w:t>
            </w:r>
            <w:proofErr w:type="spellStart"/>
            <w:r>
              <w:t>filtrowentylacji</w:t>
            </w:r>
            <w:proofErr w:type="spellEnd"/>
          </w:p>
          <w:p w:rsidR="00EC2C96" w:rsidRDefault="00EC2C96" w:rsidP="00EC2C96">
            <w:r>
              <w:t>- elementy do przystosowania miejsc doraźnego schronienia, w tym wzmocnienia stropów i osłony otworów</w:t>
            </w:r>
          </w:p>
          <w:p w:rsidR="00BB6743" w:rsidRDefault="00BB6743" w:rsidP="00EC2C96">
            <w:r>
              <w:t>- folia przeciwodłamkowa</w:t>
            </w:r>
          </w:p>
          <w:p w:rsidR="00180F3D" w:rsidRPr="009B334C" w:rsidRDefault="00180F3D" w:rsidP="00EC2C96">
            <w:r>
              <w:t>- zapory drogowe</w:t>
            </w:r>
          </w:p>
        </w:tc>
        <w:tc>
          <w:tcPr>
            <w:tcW w:w="3828" w:type="dxa"/>
            <w:vAlign w:val="center"/>
          </w:tcPr>
          <w:p w:rsidR="00EC2C96" w:rsidRDefault="00EC2C96" w:rsidP="00EC2C96">
            <w:r>
              <w:lastRenderedPageBreak/>
              <w:t>- łóżka, koce i śpiwory do budowli ochronnych</w:t>
            </w:r>
          </w:p>
          <w:p w:rsidR="00C82776" w:rsidRPr="00C82776" w:rsidRDefault="00C82776" w:rsidP="00C82776">
            <w:r>
              <w:t>- u</w:t>
            </w:r>
            <w:r w:rsidRPr="00C82776">
              <w:t>rządzenia i wyposażenie do zapewnienia oświetlenia awaryjnego</w:t>
            </w:r>
          </w:p>
          <w:p w:rsidR="00C82776" w:rsidRPr="00C82776" w:rsidRDefault="00C82776" w:rsidP="00C82776">
            <w:r w:rsidRPr="00C82776">
              <w:t xml:space="preserve">i roboczego w obiektach zbiorowej ochrony, </w:t>
            </w:r>
            <w:r>
              <w:t>w tym</w:t>
            </w:r>
            <w:r w:rsidRPr="00C82776">
              <w:t xml:space="preserve"> latarki, lampy,</w:t>
            </w:r>
          </w:p>
          <w:p w:rsidR="00EC2C96" w:rsidRDefault="00C82776" w:rsidP="00EC2C96">
            <w:proofErr w:type="spellStart"/>
            <w:r w:rsidRPr="00C82776">
              <w:lastRenderedPageBreak/>
              <w:t>najaśnice</w:t>
            </w:r>
            <w:proofErr w:type="spellEnd"/>
            <w:r w:rsidRPr="00C82776">
              <w:t xml:space="preserve"> przenośne wraz bateriami i akumulatorami</w:t>
            </w:r>
            <w:r w:rsidDel="00C82776">
              <w:t xml:space="preserve"> </w:t>
            </w:r>
            <w:r w:rsidR="00EC2C96">
              <w:t>- oznacz</w:t>
            </w:r>
            <w:r w:rsidR="00043981">
              <w:t>enia obiektów zbiorowej ochrony</w:t>
            </w:r>
          </w:p>
          <w:p w:rsidR="00EC2C96" w:rsidRDefault="00EC2C96" w:rsidP="00EC2C96">
            <w:r>
              <w:t>- sprzęt saperski do odgruzowywania</w:t>
            </w:r>
          </w:p>
          <w:p w:rsidR="00043981" w:rsidRDefault="00043981" w:rsidP="00043981">
            <w:r>
              <w:t>- apteczki pierwszej pomocy do obiektów zbiorowej ochrony</w:t>
            </w:r>
          </w:p>
          <w:p w:rsidR="00EC2C96" w:rsidRDefault="00EC2C96" w:rsidP="00EC2C96">
            <w:r>
              <w:t>- prefabrykowane albo modułowe punkty schronienia</w:t>
            </w:r>
          </w:p>
          <w:p w:rsidR="00180F3D" w:rsidRDefault="00180F3D" w:rsidP="00EC2C96">
            <w:r>
              <w:t>- zapory drogowe</w:t>
            </w:r>
          </w:p>
          <w:p w:rsidR="00EC2C96" w:rsidRDefault="00EC2C96" w:rsidP="00EC2C96">
            <w:r>
              <w:t xml:space="preserve">- zapasowe elementy </w:t>
            </w:r>
            <w:proofErr w:type="spellStart"/>
            <w:r>
              <w:t>filtrowentylacji</w:t>
            </w:r>
            <w:proofErr w:type="spellEnd"/>
            <w:r>
              <w:t xml:space="preserve"> </w:t>
            </w:r>
          </w:p>
          <w:p w:rsidR="00C4621A" w:rsidRPr="009B334C" w:rsidRDefault="00C4621A" w:rsidP="00EC2C96">
            <w:r>
              <w:t>- radiotelefony</w:t>
            </w:r>
            <w:r w:rsidR="00EC2C96">
              <w:t xml:space="preserve"> i środki łączności</w:t>
            </w:r>
            <w:r>
              <w:t xml:space="preserve"> przeznaczone do użycia w budowlach ochronnych</w:t>
            </w:r>
          </w:p>
        </w:tc>
      </w:tr>
      <w:tr w:rsidR="00C4621A" w:rsidRPr="009B334C" w:rsidTr="00B775D5">
        <w:tc>
          <w:tcPr>
            <w:tcW w:w="2268" w:type="dxa"/>
            <w:shd w:val="clear" w:color="auto" w:fill="D9D9D9" w:themeFill="background1" w:themeFillShade="D9"/>
            <w:vAlign w:val="center"/>
          </w:tcPr>
          <w:p w:rsidR="00C4621A" w:rsidRPr="00173714" w:rsidRDefault="00C4621A" w:rsidP="00B60FEB">
            <w:pPr>
              <w:jc w:val="center"/>
              <w:rPr>
                <w:b/>
                <w:sz w:val="24"/>
                <w:szCs w:val="24"/>
              </w:rPr>
            </w:pPr>
            <w:r w:rsidRPr="00173714">
              <w:rPr>
                <w:b/>
                <w:sz w:val="24"/>
                <w:szCs w:val="24"/>
              </w:rPr>
              <w:lastRenderedPageBreak/>
              <w:t xml:space="preserve">Obszar </w:t>
            </w:r>
            <w:r w:rsidR="00C82776" w:rsidRPr="00173714">
              <w:rPr>
                <w:b/>
                <w:sz w:val="24"/>
                <w:szCs w:val="24"/>
              </w:rPr>
              <w:t>6</w:t>
            </w:r>
          </w:p>
          <w:p w:rsidR="00C4621A" w:rsidRPr="00173714" w:rsidRDefault="00C4621A" w:rsidP="003A17A3">
            <w:pPr>
              <w:jc w:val="center"/>
              <w:rPr>
                <w:b/>
                <w:sz w:val="24"/>
                <w:szCs w:val="24"/>
              </w:rPr>
            </w:pPr>
            <w:r w:rsidRPr="00173714">
              <w:rPr>
                <w:b/>
                <w:sz w:val="24"/>
                <w:szCs w:val="24"/>
              </w:rPr>
              <w:t>Edukacja</w:t>
            </w:r>
            <w:r w:rsidR="003A17A3">
              <w:rPr>
                <w:b/>
                <w:sz w:val="24"/>
                <w:szCs w:val="24"/>
              </w:rPr>
              <w:t>,</w:t>
            </w:r>
            <w:r w:rsidRPr="00173714">
              <w:rPr>
                <w:b/>
                <w:sz w:val="24"/>
                <w:szCs w:val="24"/>
              </w:rPr>
              <w:t xml:space="preserve"> szkolenia</w:t>
            </w:r>
            <w:r w:rsidR="003A17A3">
              <w:rPr>
                <w:b/>
                <w:sz w:val="24"/>
                <w:szCs w:val="24"/>
              </w:rPr>
              <w:t xml:space="preserve"> i działalność naukowo-badawcza</w:t>
            </w:r>
          </w:p>
        </w:tc>
        <w:tc>
          <w:tcPr>
            <w:tcW w:w="3827" w:type="dxa"/>
            <w:vAlign w:val="center"/>
          </w:tcPr>
          <w:p w:rsidR="00C4621A" w:rsidRDefault="00C4621A" w:rsidP="003C6844">
            <w:r>
              <w:t>- materiały biurowe do szkoleń</w:t>
            </w:r>
            <w:r w:rsidR="00EC2C96">
              <w:t xml:space="preserve"> i konferencji</w:t>
            </w:r>
          </w:p>
          <w:p w:rsidR="00EC2C96" w:rsidRDefault="00EC2C96" w:rsidP="003C6844">
            <w:r>
              <w:t xml:space="preserve">- </w:t>
            </w:r>
            <w:r w:rsidR="00735C65">
              <w:t xml:space="preserve">sprzęt i </w:t>
            </w:r>
            <w:r>
              <w:t>zestawy do ćwiczeń z pierwszej pomocy</w:t>
            </w:r>
            <w:r w:rsidR="00DC37E9">
              <w:t>, w tym defibrylatory treningowe,</w:t>
            </w:r>
          </w:p>
          <w:p w:rsidR="00EC2C96" w:rsidRDefault="00EC2C96" w:rsidP="003C6844">
            <w:r>
              <w:t>- drobne materiały promocyjne</w:t>
            </w:r>
            <w:r w:rsidR="00C67A3C">
              <w:t xml:space="preserve"> związane z ochroną ludności lub obroną cywilną</w:t>
            </w:r>
          </w:p>
          <w:p w:rsidR="008A60A5" w:rsidRDefault="008A60A5" w:rsidP="003C6844">
            <w:r>
              <w:t>- czujki dymu i tlenku węgla</w:t>
            </w:r>
          </w:p>
          <w:p w:rsidR="00F7192A" w:rsidRDefault="00F7192A" w:rsidP="003C6844">
            <w:r>
              <w:t>- materiały naukowe</w:t>
            </w:r>
          </w:p>
          <w:p w:rsidR="00F7192A" w:rsidRPr="009B334C" w:rsidRDefault="00F7192A" w:rsidP="003C6844">
            <w:r>
              <w:t xml:space="preserve">- ulotki, plakaty i materiały informacyjne </w:t>
            </w:r>
          </w:p>
        </w:tc>
        <w:tc>
          <w:tcPr>
            <w:tcW w:w="3827" w:type="dxa"/>
            <w:vAlign w:val="center"/>
          </w:tcPr>
          <w:p w:rsidR="00EC2C96" w:rsidRDefault="00EC2C96" w:rsidP="00EC2C96">
            <w:r>
              <w:t>- materiały biurowe do szkoleń i konferencji</w:t>
            </w:r>
          </w:p>
          <w:p w:rsidR="00C4621A" w:rsidRDefault="00EC2C96" w:rsidP="00EC2C96">
            <w:r>
              <w:t xml:space="preserve">- </w:t>
            </w:r>
            <w:r w:rsidR="00735C65">
              <w:t xml:space="preserve">sprzęt i </w:t>
            </w:r>
            <w:r>
              <w:t>zestawy do ćwiczeń z pierwszej pomocy</w:t>
            </w:r>
            <w:r w:rsidR="00DC37E9">
              <w:t>, w tym defibrylatory treningowe,</w:t>
            </w:r>
          </w:p>
          <w:p w:rsidR="00EC2C96" w:rsidRDefault="00EC2C96" w:rsidP="00EC2C96">
            <w:r>
              <w:t xml:space="preserve">- drobne materiały promocyjne </w:t>
            </w:r>
            <w:r w:rsidR="00C67A3C">
              <w:t>związane z ochroną ludności lub obroną cywilną</w:t>
            </w:r>
          </w:p>
          <w:p w:rsidR="00F7192A" w:rsidRDefault="008A60A5" w:rsidP="00EC2C96">
            <w:r>
              <w:t>- czujki dymu i tlenku węgla</w:t>
            </w:r>
          </w:p>
          <w:p w:rsidR="00F7192A" w:rsidRDefault="00F7192A" w:rsidP="00EC2C96">
            <w:r>
              <w:t>- materiały naukowe</w:t>
            </w:r>
          </w:p>
          <w:p w:rsidR="00F7192A" w:rsidRPr="009B334C" w:rsidRDefault="00F7192A" w:rsidP="00EC2C96">
            <w:r>
              <w:t>- ulotki, plakaty i materiały informacyjne</w:t>
            </w:r>
          </w:p>
        </w:tc>
        <w:tc>
          <w:tcPr>
            <w:tcW w:w="3828" w:type="dxa"/>
            <w:vAlign w:val="center"/>
          </w:tcPr>
          <w:p w:rsidR="00EC2C96" w:rsidRDefault="00EC2C96" w:rsidP="00EC2C96">
            <w:r>
              <w:t>- materiały biurowe do szkoleń i konferencji</w:t>
            </w:r>
          </w:p>
          <w:p w:rsidR="00EC2C96" w:rsidRDefault="00EC2C96" w:rsidP="00EC2C96">
            <w:r>
              <w:t>- ścianki promocyjne</w:t>
            </w:r>
            <w:r w:rsidR="00C67A3C">
              <w:t xml:space="preserve"> związane z ochroną ludności lub obroną cywilną</w:t>
            </w:r>
          </w:p>
          <w:p w:rsidR="00F7192A" w:rsidRDefault="00F7192A" w:rsidP="00EC2C96">
            <w:r>
              <w:t>- materiały naukowe</w:t>
            </w:r>
          </w:p>
          <w:p w:rsidR="00F7192A" w:rsidRPr="009B334C" w:rsidRDefault="00F7192A" w:rsidP="00EC2C96">
            <w:r>
              <w:t>- ulotki, plakaty i materiały informacyjne</w:t>
            </w:r>
          </w:p>
        </w:tc>
      </w:tr>
    </w:tbl>
    <w:p w:rsidR="00720E6E" w:rsidRDefault="00720E6E" w:rsidP="00720E6E">
      <w:pPr>
        <w:rPr>
          <w:rFonts w:cstheme="minorHAnsi"/>
          <w:sz w:val="24"/>
          <w:szCs w:val="24"/>
        </w:rPr>
        <w:sectPr w:rsidR="00720E6E" w:rsidSect="007D4018">
          <w:pgSz w:w="16838" w:h="11906" w:orient="landscape"/>
          <w:pgMar w:top="0" w:right="1417" w:bottom="1418" w:left="1417" w:header="708" w:footer="708" w:gutter="0"/>
          <w:cols w:space="708"/>
          <w:titlePg/>
          <w:docGrid w:linePitch="360"/>
        </w:sectPr>
      </w:pPr>
    </w:p>
    <w:p w:rsidR="00720E6E" w:rsidRDefault="00720E6E" w:rsidP="00A300B1">
      <w:pPr>
        <w:rPr>
          <w:rFonts w:cstheme="minorHAnsi"/>
          <w:sz w:val="24"/>
          <w:szCs w:val="24"/>
        </w:rPr>
      </w:pPr>
    </w:p>
    <w:sectPr w:rsidR="00720E6E" w:rsidSect="00432E92">
      <w:headerReference w:type="default" r:id="rId36"/>
      <w:footerReference w:type="default" r:id="rId37"/>
      <w:pgSz w:w="11906" w:h="16838"/>
      <w:pgMar w:top="964" w:right="1134" w:bottom="907"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8CE" w:rsidRDefault="00B448CE" w:rsidP="00006A63">
      <w:pPr>
        <w:spacing w:after="0" w:line="240" w:lineRule="auto"/>
      </w:pPr>
      <w:r>
        <w:separator/>
      </w:r>
    </w:p>
  </w:endnote>
  <w:endnote w:type="continuationSeparator" w:id="0">
    <w:p w:rsidR="00B448CE" w:rsidRDefault="00B448CE" w:rsidP="0000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00"/>
    <w:family w:val="swiss"/>
    <w:notTrueType/>
    <w:pitch w:val="variable"/>
    <w:sig w:usb0="00000003" w:usb1="00000000" w:usb2="00000000" w:usb3="00000000" w:csb0="00000001" w:csb1="00000000"/>
  </w:font>
  <w:font w:name="Lato">
    <w:panose1 w:val="020F0502020204030203"/>
    <w:charset w:val="EE"/>
    <w:family w:val="swiss"/>
    <w:pitch w:val="variable"/>
    <w:sig w:usb0="E10002FF" w:usb1="5000ECFF" w:usb2="00000021" w:usb3="00000000" w:csb0="000001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rsidP="00487813">
    <w:pPr>
      <w:pStyle w:val="Stopka"/>
    </w:pPr>
  </w:p>
  <w:p w:rsidR="00130312" w:rsidRDefault="00130312" w:rsidP="004878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692019"/>
      <w:docPartObj>
        <w:docPartGallery w:val="Page Numbers (Bottom of Page)"/>
        <w:docPartUnique/>
      </w:docPartObj>
    </w:sdtPr>
    <w:sdtEndPr/>
    <w:sdtContent>
      <w:p w:rsidR="00130312" w:rsidRDefault="00130312">
        <w:pPr>
          <w:pStyle w:val="Stopka"/>
          <w:jc w:val="right"/>
        </w:pPr>
        <w:r>
          <w:fldChar w:fldCharType="begin"/>
        </w:r>
        <w:r>
          <w:instrText>PAGE   \* MERGEFORMAT</w:instrText>
        </w:r>
        <w:r>
          <w:fldChar w:fldCharType="separate"/>
        </w:r>
        <w:r w:rsidR="00CA2AD3">
          <w:rPr>
            <w:noProof/>
          </w:rPr>
          <w:t>81</w:t>
        </w:r>
        <w:r>
          <w:fldChar w:fldCharType="end"/>
        </w:r>
      </w:p>
    </w:sdtContent>
  </w:sdt>
  <w:p w:rsidR="00130312" w:rsidRPr="005F6AAA" w:rsidRDefault="00130312" w:rsidP="00F6760E">
    <w:pPr>
      <w:pStyle w:val="Stopka"/>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62928"/>
      <w:docPartObj>
        <w:docPartGallery w:val="Page Numbers (Bottom of Page)"/>
        <w:docPartUnique/>
      </w:docPartObj>
    </w:sdtPr>
    <w:sdtEndPr/>
    <w:sdtContent>
      <w:p w:rsidR="00130312" w:rsidRDefault="00130312">
        <w:pPr>
          <w:pStyle w:val="Stopka"/>
          <w:jc w:val="right"/>
        </w:pPr>
        <w:r>
          <w:fldChar w:fldCharType="begin"/>
        </w:r>
        <w:r>
          <w:instrText>PAGE   \* MERGEFORMAT</w:instrText>
        </w:r>
        <w:r>
          <w:fldChar w:fldCharType="separate"/>
        </w:r>
        <w:r w:rsidR="00CA2AD3">
          <w:rPr>
            <w:noProof/>
          </w:rPr>
          <w:t>1</w:t>
        </w:r>
        <w:r>
          <w:fldChar w:fldCharType="end"/>
        </w:r>
      </w:p>
    </w:sdtContent>
  </w:sdt>
  <w:p w:rsidR="00130312" w:rsidRDefault="0013031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B448CE" w:rsidP="00487813">
    <w:pPr>
      <w:pStyle w:val="Stopka"/>
    </w:pPr>
    <w:sdt>
      <w:sdtPr>
        <w:id w:val="-1944446894"/>
        <w:docPartObj>
          <w:docPartGallery w:val="Page Numbers (Bottom of Page)"/>
          <w:docPartUnique/>
        </w:docPartObj>
      </w:sdtPr>
      <w:sdtEndPr/>
      <w:sdtContent>
        <w:r w:rsidR="00130312">
          <w:fldChar w:fldCharType="begin"/>
        </w:r>
        <w:r w:rsidR="00130312">
          <w:instrText>PAGE   \* MERGEFORMAT</w:instrText>
        </w:r>
        <w:r w:rsidR="00130312">
          <w:fldChar w:fldCharType="separate"/>
        </w:r>
        <w:r w:rsidR="00CA2AD3">
          <w:rPr>
            <w:noProof/>
          </w:rPr>
          <w:t>80</w:t>
        </w:r>
        <w:r w:rsidR="00130312">
          <w:fldChar w:fldCharType="end"/>
        </w:r>
      </w:sdtContent>
    </w:sdt>
  </w:p>
  <w:p w:rsidR="00130312" w:rsidRDefault="00130312" w:rsidP="00487813">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178811"/>
      <w:docPartObj>
        <w:docPartGallery w:val="Page Numbers (Bottom of Page)"/>
        <w:docPartUnique/>
      </w:docPartObj>
    </w:sdtPr>
    <w:sdtEndPr/>
    <w:sdtContent>
      <w:p w:rsidR="00130312" w:rsidRDefault="00130312">
        <w:pPr>
          <w:pStyle w:val="Stopka"/>
          <w:jc w:val="right"/>
        </w:pPr>
        <w:r>
          <w:fldChar w:fldCharType="begin"/>
        </w:r>
        <w:r>
          <w:instrText>PAGE   \* MERGEFORMAT</w:instrText>
        </w:r>
        <w:r>
          <w:fldChar w:fldCharType="separate"/>
        </w:r>
        <w:r w:rsidR="00CA2AD3">
          <w:rPr>
            <w:noProof/>
          </w:rPr>
          <w:t>82</w:t>
        </w:r>
        <w:r>
          <w:fldChar w:fldCharType="end"/>
        </w:r>
      </w:p>
    </w:sdtContent>
  </w:sdt>
  <w:p w:rsidR="00130312" w:rsidRDefault="00130312">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pPr>
      <w:pStyle w:val="Stopka"/>
      <w:jc w:val="right"/>
    </w:pPr>
    <w:r>
      <w:rPr>
        <w:color w:val="667788"/>
        <w:sz w:val="16"/>
      </w:rPr>
      <w:t xml:space="preserve">Strona </w:t>
    </w:r>
    <w:r>
      <w:fldChar w:fldCharType="begin"/>
    </w:r>
    <w:r>
      <w:instrText>PAGE</w:instrText>
    </w:r>
    <w:r>
      <w:fldChar w:fldCharType="separate"/>
    </w:r>
    <w:r>
      <w:rPr>
        <w:noProof/>
      </w:rPr>
      <w:t>67</w:t>
    </w:r>
    <w:r>
      <w:fldChar w:fldCharType="end"/>
    </w:r>
    <w:r>
      <w:rPr>
        <w:color w:val="667788"/>
        <w:sz w:val="16"/>
      </w:rPr>
      <w:t xml:space="preserve"> z </w:t>
    </w:r>
    <w:r>
      <w:fldChar w:fldCharType="begin"/>
    </w:r>
    <w:r>
      <w:instrText>NUMPAGES</w:instrText>
    </w:r>
    <w:r>
      <w:fldChar w:fldCharType="separate"/>
    </w:r>
    <w:r>
      <w:rPr>
        <w:noProof/>
      </w:rPr>
      <w:t>78</w:t>
    </w:r>
    <w:r>
      <w:fldChar w:fldCharType="end"/>
    </w:r>
  </w:p>
  <w:p w:rsidR="00130312" w:rsidRDefault="00130312"/>
  <w:p w:rsidR="00130312" w:rsidRDefault="00130312"/>
  <w:p w:rsidR="00130312" w:rsidRDefault="00130312"/>
  <w:p w:rsidR="00130312" w:rsidRDefault="00130312"/>
  <w:p w:rsidR="00130312" w:rsidRDefault="0013031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8CE" w:rsidRDefault="00B448CE" w:rsidP="00006A63">
      <w:pPr>
        <w:spacing w:after="0" w:line="240" w:lineRule="auto"/>
      </w:pPr>
      <w:r>
        <w:separator/>
      </w:r>
    </w:p>
  </w:footnote>
  <w:footnote w:type="continuationSeparator" w:id="0">
    <w:p w:rsidR="00B448CE" w:rsidRDefault="00B448CE" w:rsidP="00006A63">
      <w:pPr>
        <w:spacing w:after="0" w:line="240" w:lineRule="auto"/>
      </w:pPr>
      <w:r>
        <w:continuationSeparator/>
      </w:r>
    </w:p>
  </w:footnote>
  <w:footnote w:id="1">
    <w:p w:rsidR="00130312" w:rsidRPr="00CD1249" w:rsidRDefault="00130312">
      <w:pPr>
        <w:pStyle w:val="Tekstprzypisudolnego"/>
        <w:rPr>
          <w:rFonts w:ascii="Calibri" w:hAnsi="Calibri" w:cs="Calibri"/>
        </w:rPr>
      </w:pPr>
      <w:r>
        <w:rPr>
          <w:rStyle w:val="Odwoanieprzypisudolnego"/>
        </w:rPr>
        <w:footnoteRef/>
      </w:r>
      <w:r>
        <w:t xml:space="preserve"> </w:t>
      </w:r>
      <w:r w:rsidRPr="00CD1249">
        <w:rPr>
          <w:rFonts w:ascii="Calibri" w:hAnsi="Calibri" w:cs="Calibri"/>
        </w:rPr>
        <w:t>Opracowanie na podstawie Sprawozdania dla Sejmu i Senatu RP z wykonania ustawy z dnia 5 grudnia 2024 r. o ochronie ludności i obronie cywilnej (</w:t>
      </w:r>
      <w:r>
        <w:rPr>
          <w:rFonts w:ascii="Calibri" w:hAnsi="Calibri" w:cs="Calibri"/>
        </w:rPr>
        <w:t xml:space="preserve">Dz. U. poz. 1907, z </w:t>
      </w:r>
      <w:proofErr w:type="spellStart"/>
      <w:r>
        <w:rPr>
          <w:rFonts w:ascii="Calibri" w:hAnsi="Calibri" w:cs="Calibri"/>
        </w:rPr>
        <w:t>późn</w:t>
      </w:r>
      <w:proofErr w:type="spellEnd"/>
      <w:r>
        <w:rPr>
          <w:rFonts w:ascii="Calibri" w:hAnsi="Calibri" w:cs="Calibri"/>
        </w:rPr>
        <w:t xml:space="preserve">. zm.) / </w:t>
      </w:r>
      <w:r w:rsidRPr="00CD1249">
        <w:rPr>
          <w:rFonts w:ascii="Calibri" w:hAnsi="Calibri" w:cs="Calibri"/>
          <w:color w:val="000000"/>
        </w:rPr>
        <w:t>Raport końcow</w:t>
      </w:r>
      <w:r>
        <w:rPr>
          <w:rFonts w:ascii="Calibri" w:hAnsi="Calibri" w:cs="Calibri"/>
          <w:color w:val="000000"/>
        </w:rPr>
        <w:t>y</w:t>
      </w:r>
      <w:r w:rsidRPr="00CD1249">
        <w:rPr>
          <w:rFonts w:ascii="Calibri" w:hAnsi="Calibri" w:cs="Calibri"/>
          <w:color w:val="000000"/>
        </w:rPr>
        <w:t xml:space="preserve"> z ewaluacji Programu Ochrony Ludności i Obrony Cywilnej 2025</w:t>
      </w:r>
      <w:r>
        <w:rPr>
          <w:rFonts w:ascii="Calibri" w:hAnsi="Calibri" w:cs="Calibri"/>
          <w:color w:val="000000"/>
        </w:rPr>
        <w:t xml:space="preserve"> – </w:t>
      </w:r>
      <w:r w:rsidRPr="00CD1249">
        <w:rPr>
          <w:rFonts w:ascii="Calibri" w:hAnsi="Calibri" w:cs="Calibri"/>
          <w:color w:val="000000"/>
        </w:rPr>
        <w:t>2026</w:t>
      </w:r>
      <w:r>
        <w:rPr>
          <w:rFonts w:ascii="Calibri" w:hAnsi="Calibri" w:cs="Calibri"/>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pPr>
      <w:pStyle w:val="Nagwek"/>
    </w:pPr>
    <w:r>
      <w:rPr>
        <w:noProof/>
        <w:lang w:eastAsia="pl-PL"/>
      </w:rPr>
      <w:drawing>
        <wp:anchor distT="0" distB="0" distL="114300" distR="114300" simplePos="0" relativeHeight="251684863" behindDoc="0" locked="0" layoutInCell="1" allowOverlap="1" wp14:anchorId="55CD9E83" wp14:editId="4C46F429">
          <wp:simplePos x="0" y="0"/>
          <wp:positionH relativeFrom="margin">
            <wp:align>right</wp:align>
          </wp:positionH>
          <wp:positionV relativeFrom="margin">
            <wp:align>top</wp:align>
          </wp:positionV>
          <wp:extent cx="6210592" cy="9646920"/>
          <wp:effectExtent l="0" t="0" r="0" b="0"/>
          <wp:wrapNone/>
          <wp:docPr id="19481236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945" t="-18604" r="-1"/>
                  <a:stretch>
                    <a:fillRect/>
                  </a:stretch>
                </pic:blipFill>
                <pic:spPr bwMode="auto">
                  <a:xfrm flipH="1">
                    <a:off x="0" y="0"/>
                    <a:ext cx="6210592" cy="9646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8719" behindDoc="0" locked="0" layoutInCell="1" allowOverlap="1" wp14:anchorId="5911AA4D" wp14:editId="15BF2AE9">
          <wp:simplePos x="0" y="0"/>
          <wp:positionH relativeFrom="page">
            <wp:align>left</wp:align>
          </wp:positionH>
          <wp:positionV relativeFrom="paragraph">
            <wp:posOffset>-450215</wp:posOffset>
          </wp:positionV>
          <wp:extent cx="7553739" cy="9559147"/>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rotWithShape="1">
                  <a:blip r:embed="rId2">
                    <a:extLst>
                      <a:ext uri="{28A0092B-C50C-407E-A947-70E740481C1C}">
                        <a14:useLocalDpi xmlns:a14="http://schemas.microsoft.com/office/drawing/2010/main" val="0"/>
                      </a:ext>
                    </a:extLst>
                  </a:blip>
                  <a:srcRect t="-4" b="-779116"/>
                  <a:stretch>
                    <a:fillRect/>
                  </a:stretch>
                </pic:blipFill>
                <pic:spPr bwMode="auto">
                  <a:xfrm flipH="1">
                    <a:off x="0" y="0"/>
                    <a:ext cx="7557384" cy="9563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pPr>
      <w:pStyle w:val="Nagwek"/>
    </w:pPr>
    <w:r w:rsidRPr="00591A22">
      <w:rPr>
        <w:noProof/>
        <w:lang w:eastAsia="pl-PL"/>
      </w:rPr>
      <mc:AlternateContent>
        <mc:Choice Requires="wpg">
          <w:drawing>
            <wp:anchor distT="0" distB="0" distL="114300" distR="114300" simplePos="0" relativeHeight="251669503" behindDoc="0" locked="0" layoutInCell="1" allowOverlap="1" wp14:anchorId="61DDE570" wp14:editId="18B7EDC1">
              <wp:simplePos x="0" y="0"/>
              <wp:positionH relativeFrom="margin">
                <wp:align>center</wp:align>
              </wp:positionH>
              <wp:positionV relativeFrom="page">
                <wp:align>top</wp:align>
              </wp:positionV>
              <wp:extent cx="7867650" cy="9631600"/>
              <wp:effectExtent l="0" t="0" r="0" b="0"/>
              <wp:wrapNone/>
              <wp:docPr id="18" name="Grupa 10"/>
              <wp:cNvGraphicFramePr/>
              <a:graphic xmlns:a="http://schemas.openxmlformats.org/drawingml/2006/main">
                <a:graphicData uri="http://schemas.microsoft.com/office/word/2010/wordprocessingGroup">
                  <wpg:wgp>
                    <wpg:cNvGrpSpPr/>
                    <wpg:grpSpPr>
                      <a:xfrm>
                        <a:off x="0" y="0"/>
                        <a:ext cx="7867650" cy="9631600"/>
                        <a:chOff x="0" y="0"/>
                        <a:chExt cx="7867650" cy="9631600"/>
                      </a:xfrm>
                    </wpg:grpSpPr>
                    <pic:pic xmlns:pic="http://schemas.openxmlformats.org/drawingml/2006/picture">
                      <pic:nvPicPr>
                        <pic:cNvPr id="19" name="Obraz 19"/>
                        <pic:cNvPicPr>
                          <a:picLocks noChangeAspect="1"/>
                        </pic:cNvPicPr>
                      </pic:nvPicPr>
                      <pic:blipFill rotWithShape="1">
                        <a:blip r:embed="rId1">
                          <a:extLst>
                            <a:ext uri="{28A0092B-C50C-407E-A947-70E740481C1C}">
                              <a14:useLocalDpi xmlns:a14="http://schemas.microsoft.com/office/drawing/2010/main" val="0"/>
                            </a:ext>
                          </a:extLst>
                        </a:blip>
                        <a:srcRect t="-4" b="-779116"/>
                        <a:stretch>
                          <a:fillRect/>
                        </a:stretch>
                      </pic:blipFill>
                      <pic:spPr bwMode="auto">
                        <a:xfrm flipH="1">
                          <a:off x="0" y="71726"/>
                          <a:ext cx="7867650" cy="955987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 name="Obraz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412399" y="0"/>
                          <a:ext cx="1986939" cy="673100"/>
                        </a:xfrm>
                        <a:prstGeom prst="rect">
                          <a:avLst/>
                        </a:prstGeom>
                      </pic:spPr>
                    </pic:pic>
                  </wpg:wgp>
                </a:graphicData>
              </a:graphic>
            </wp:anchor>
          </w:drawing>
        </mc:Choice>
        <mc:Fallback>
          <w:pict>
            <v:group w14:anchorId="5F55051F" id="Grupa 10" o:spid="_x0000_s1026" style="position:absolute;margin-left:0;margin-top:0;width:619.5pt;height:758.4pt;z-index:251669503;mso-position-horizontal:center;mso-position-horizontal-relative:margin;mso-position-vertical:top;mso-position-vertical-relative:page" coordsize="78676,96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9" o:spid="_x0000_s1027" type="#_x0000_t75" style="position:absolute;top:717;width:78676;height:9559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">
                <v:imagedata r:id="rId3" o:title="" croptop="-3f" cropbottom="-510601f"/>
                <v:path arrowok="t"/>
              </v:shape>
              <v:shape id="Obraz 21" o:spid="_x0000_s1028" type="#_x0000_t75" style="position:absolute;left:54123;width:19870;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">
                <v:imagedata r:id="rId4" o:title=""/>
                <v:path arrowok="t"/>
              </v:shape>
              <w10:wrap anchorx="margin" anchory="page"/>
            </v:group>
          </w:pict>
        </mc:Fallback>
      </mc:AlternateContent>
    </w:r>
    <w:r>
      <w:rPr>
        <w:noProof/>
        <w:lang w:eastAsia="pl-PL"/>
      </w:rPr>
      <w:drawing>
        <wp:anchor distT="0" distB="0" distL="114300" distR="114300" simplePos="0" relativeHeight="251657215" behindDoc="0" locked="0" layoutInCell="1" allowOverlap="1" wp14:anchorId="6328C673" wp14:editId="2E52129A">
          <wp:simplePos x="0" y="0"/>
          <wp:positionH relativeFrom="margin">
            <wp:align>left</wp:align>
          </wp:positionH>
          <wp:positionV relativeFrom="margin">
            <wp:posOffset>0</wp:posOffset>
          </wp:positionV>
          <wp:extent cx="6210592" cy="9646920"/>
          <wp:effectExtent l="0" t="0" r="0" b="0"/>
          <wp:wrapNone/>
          <wp:docPr id="2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7945" t="-18604" r="-1"/>
                  <a:stretch>
                    <a:fillRect/>
                  </a:stretch>
                </pic:blipFill>
                <pic:spPr bwMode="auto">
                  <a:xfrm>
                    <a:off x="0" y="0"/>
                    <a:ext cx="6210592" cy="9646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pPr>
      <w:pStyle w:val="Nagwek"/>
    </w:pPr>
    <w:r>
      <w:rPr>
        <w:noProof/>
        <w:lang w:eastAsia="pl-PL"/>
      </w:rPr>
      <w:drawing>
        <wp:anchor distT="0" distB="0" distL="114300" distR="114300" simplePos="0" relativeHeight="251688959" behindDoc="0" locked="0" layoutInCell="1" allowOverlap="1" wp14:anchorId="1DA07C35" wp14:editId="30C9C410">
          <wp:simplePos x="0" y="0"/>
          <wp:positionH relativeFrom="column">
            <wp:posOffset>4244367</wp:posOffset>
          </wp:positionH>
          <wp:positionV relativeFrom="paragraph">
            <wp:posOffset>-449994</wp:posOffset>
          </wp:positionV>
          <wp:extent cx="1986939" cy="673061"/>
          <wp:effectExtent l="0" t="0" r="0" b="0"/>
          <wp:wrapNone/>
          <wp:docPr id="194812367" name="Obraz 19481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86939" cy="673061"/>
                  </a:xfrm>
                  <a:prstGeom prst="rect">
                    <a:avLst/>
                  </a:prstGeom>
                </pic:spPr>
              </pic:pic>
            </a:graphicData>
          </a:graphic>
        </wp:anchor>
      </w:drawing>
    </w:r>
    <w:r>
      <w:rPr>
        <w:noProof/>
        <w:lang w:eastAsia="pl-PL"/>
      </w:rPr>
      <w:drawing>
        <wp:anchor distT="0" distB="0" distL="114300" distR="114300" simplePos="0" relativeHeight="251680767" behindDoc="0" locked="0" layoutInCell="1" allowOverlap="1" wp14:anchorId="4773663D" wp14:editId="3126167E">
          <wp:simplePos x="0" y="0"/>
          <wp:positionH relativeFrom="column">
            <wp:posOffset>-892480</wp:posOffset>
          </wp:positionH>
          <wp:positionV relativeFrom="paragraph">
            <wp:posOffset>-394557</wp:posOffset>
          </wp:positionV>
          <wp:extent cx="7533005" cy="9502717"/>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rotWithShape="1">
                  <a:blip r:embed="rId2">
                    <a:extLst>
                      <a:ext uri="{28A0092B-C50C-407E-A947-70E740481C1C}">
                        <a14:useLocalDpi xmlns:a14="http://schemas.microsoft.com/office/drawing/2010/main" val="0"/>
                      </a:ext>
                    </a:extLst>
                  </a:blip>
                  <a:srcRect t="-4" b="-779116"/>
                  <a:stretch>
                    <a:fillRect/>
                  </a:stretch>
                </pic:blipFill>
                <pic:spPr bwMode="auto">
                  <a:xfrm flipH="1">
                    <a:off x="0" y="0"/>
                    <a:ext cx="7534380" cy="95044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86911" behindDoc="0" locked="0" layoutInCell="1" allowOverlap="1" wp14:anchorId="1D399B92" wp14:editId="4611E191">
          <wp:simplePos x="0" y="0"/>
          <wp:positionH relativeFrom="margin">
            <wp:posOffset>0</wp:posOffset>
          </wp:positionH>
          <wp:positionV relativeFrom="margin">
            <wp:posOffset>-5853</wp:posOffset>
          </wp:positionV>
          <wp:extent cx="6210592" cy="9646920"/>
          <wp:effectExtent l="0" t="0" r="0" b="0"/>
          <wp:wrapNone/>
          <wp:docPr id="19481236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7945" t="-18604" r="-1"/>
                  <a:stretch>
                    <a:fillRect/>
                  </a:stretch>
                </pic:blipFill>
                <pic:spPr bwMode="auto">
                  <a:xfrm>
                    <a:off x="0" y="0"/>
                    <a:ext cx="6210592" cy="9646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1A22">
      <w:rPr>
        <w:noProof/>
        <w:lang w:eastAsia="pl-PL"/>
      </w:rPr>
      <mc:AlternateContent>
        <mc:Choice Requires="wpg">
          <w:drawing>
            <wp:anchor distT="0" distB="0" distL="114300" distR="114300" simplePos="0" relativeHeight="251675647" behindDoc="0" locked="0" layoutInCell="1" allowOverlap="1" wp14:anchorId="370753FD" wp14:editId="2F2DE25C">
              <wp:simplePos x="0" y="0"/>
              <wp:positionH relativeFrom="margin">
                <wp:posOffset>-1032835</wp:posOffset>
              </wp:positionH>
              <wp:positionV relativeFrom="page">
                <wp:posOffset>-659218</wp:posOffset>
              </wp:positionV>
              <wp:extent cx="7867650" cy="9631600"/>
              <wp:effectExtent l="0" t="0" r="0" b="0"/>
              <wp:wrapNone/>
              <wp:docPr id="6" name="Grupa 10"/>
              <wp:cNvGraphicFramePr/>
              <a:graphic xmlns:a="http://schemas.openxmlformats.org/drawingml/2006/main">
                <a:graphicData uri="http://schemas.microsoft.com/office/word/2010/wordprocessingGroup">
                  <wpg:wgp>
                    <wpg:cNvGrpSpPr/>
                    <wpg:grpSpPr>
                      <a:xfrm>
                        <a:off x="0" y="0"/>
                        <a:ext cx="7867650" cy="9631600"/>
                        <a:chOff x="0" y="0"/>
                        <a:chExt cx="7867650" cy="9631600"/>
                      </a:xfrm>
                    </wpg:grpSpPr>
                    <pic:pic xmlns:pic="http://schemas.openxmlformats.org/drawingml/2006/picture">
                      <pic:nvPicPr>
                        <pic:cNvPr id="8" name="Obraz 8"/>
                        <pic:cNvPicPr>
                          <a:picLocks noChangeAspect="1"/>
                        </pic:cNvPicPr>
                      </pic:nvPicPr>
                      <pic:blipFill rotWithShape="1">
                        <a:blip r:embed="rId2">
                          <a:extLst>
                            <a:ext uri="{28A0092B-C50C-407E-A947-70E740481C1C}">
                              <a14:useLocalDpi xmlns:a14="http://schemas.microsoft.com/office/drawing/2010/main" val="0"/>
                            </a:ext>
                          </a:extLst>
                        </a:blip>
                        <a:srcRect t="-4" b="-779116"/>
                        <a:stretch>
                          <a:fillRect/>
                        </a:stretch>
                      </pic:blipFill>
                      <pic:spPr bwMode="auto">
                        <a:xfrm flipH="1">
                          <a:off x="0" y="71726"/>
                          <a:ext cx="7867650" cy="955987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Obraz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2399" y="0"/>
                          <a:ext cx="1986939" cy="673100"/>
                        </a:xfrm>
                        <a:prstGeom prst="rect">
                          <a:avLst/>
                        </a:prstGeom>
                      </pic:spPr>
                    </pic:pic>
                  </wpg:wgp>
                </a:graphicData>
              </a:graphic>
              <wp14:sizeRelH relativeFrom="margin">
                <wp14:pctWidth>0</wp14:pctWidth>
              </wp14:sizeRelH>
            </wp:anchor>
          </w:drawing>
        </mc:Choice>
        <mc:Fallback>
          <w:pict>
            <v:group w14:anchorId="05AE9369" id="Grupa 10" o:spid="_x0000_s1026" style="position:absolute;margin-left:-81.35pt;margin-top:-51.9pt;width:619.5pt;height:758.4pt;z-index:251675647;mso-position-horizontal-relative:margin;mso-position-vertical-relative:page;mso-width-relative:margin" coordsize="78676,96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 o:spid="_x0000_s1027" type="#_x0000_t75" style="position:absolute;top:717;width:78676;height:9559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">
                <v:imagedata r:id="rId4" o:title="" croptop="-3f" cropbottom="-510601f"/>
                <v:path arrowok="t"/>
              </v:shape>
              <v:shape id="Obraz 15" o:spid="_x0000_s1028" type="#_x0000_t75" style="position:absolute;left:54123;width:19870;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">
                <v:imagedata r:id="rId5" o:title=""/>
                <v:path arrowok="t"/>
              </v:shape>
              <w10:wrap anchorx="margin" anchory="page"/>
            </v:group>
          </w:pict>
        </mc:Fallback>
      </mc:AlternateContent>
    </w:r>
    <w:r w:rsidRPr="00591A22">
      <w:rPr>
        <w:noProof/>
        <w:lang w:eastAsia="pl-PL"/>
      </w:rPr>
      <mc:AlternateContent>
        <mc:Choice Requires="wpg">
          <w:drawing>
            <wp:anchor distT="0" distB="0" distL="114300" distR="114300" simplePos="0" relativeHeight="251659263" behindDoc="0" locked="0" layoutInCell="1" allowOverlap="1" wp14:anchorId="0E51A7E9" wp14:editId="6DA349DE">
              <wp:simplePos x="0" y="0"/>
              <wp:positionH relativeFrom="margin">
                <wp:posOffset>-1255395</wp:posOffset>
              </wp:positionH>
              <wp:positionV relativeFrom="margin">
                <wp:posOffset>-36575365</wp:posOffset>
              </wp:positionV>
              <wp:extent cx="7867650" cy="9631045"/>
              <wp:effectExtent l="0" t="0" r="0" b="0"/>
              <wp:wrapNone/>
              <wp:docPr id="1390562334" name="Grupa 10"/>
              <wp:cNvGraphicFramePr/>
              <a:graphic xmlns:a="http://schemas.openxmlformats.org/drawingml/2006/main">
                <a:graphicData uri="http://schemas.microsoft.com/office/word/2010/wordprocessingGroup">
                  <wpg:wgp>
                    <wpg:cNvGrpSpPr/>
                    <wpg:grpSpPr>
                      <a:xfrm>
                        <a:off x="0" y="0"/>
                        <a:ext cx="7867650" cy="9631045"/>
                        <a:chOff x="0" y="0"/>
                        <a:chExt cx="7867650" cy="9631600"/>
                      </a:xfrm>
                    </wpg:grpSpPr>
                    <pic:pic xmlns:pic="http://schemas.openxmlformats.org/drawingml/2006/picture">
                      <pic:nvPicPr>
                        <pic:cNvPr id="1437929728" name="Obraz 1437929728"/>
                        <pic:cNvPicPr>
                          <a:picLocks noChangeAspect="1"/>
                        </pic:cNvPicPr>
                      </pic:nvPicPr>
                      <pic:blipFill rotWithShape="1">
                        <a:blip r:embed="rId2">
                          <a:extLst>
                            <a:ext uri="{28A0092B-C50C-407E-A947-70E740481C1C}">
                              <a14:useLocalDpi xmlns:a14="http://schemas.microsoft.com/office/drawing/2010/main" val="0"/>
                            </a:ext>
                          </a:extLst>
                        </a:blip>
                        <a:srcRect t="-4" b="-779116"/>
                        <a:stretch>
                          <a:fillRect/>
                        </a:stretch>
                      </pic:blipFill>
                      <pic:spPr bwMode="auto">
                        <a:xfrm flipH="1">
                          <a:off x="0" y="71726"/>
                          <a:ext cx="7867650" cy="9559874"/>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4812381" name="Obraz 19481238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68313" y="4077"/>
                          <a:ext cx="1082675" cy="673100"/>
                        </a:xfrm>
                        <a:prstGeom prst="rect">
                          <a:avLst/>
                        </a:prstGeom>
                        <a:noFill/>
                        <a:ln>
                          <a:noFill/>
                        </a:ln>
                      </pic:spPr>
                    </pic:pic>
                    <pic:pic xmlns:pic="http://schemas.openxmlformats.org/drawingml/2006/picture">
                      <pic:nvPicPr>
                        <pic:cNvPr id="1036730672" name="Obraz 103673067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412399" y="0"/>
                          <a:ext cx="1986939" cy="673100"/>
                        </a:xfrm>
                        <a:prstGeom prst="rect">
                          <a:avLst/>
                        </a:prstGeom>
                      </pic:spPr>
                    </pic:pic>
                  </wpg:wgp>
                </a:graphicData>
              </a:graphic>
            </wp:anchor>
          </w:drawing>
        </mc:Choice>
        <mc:Fallback>
          <w:pict>
            <v:group w14:anchorId="3F97BE5D" id="Grupa 10" o:spid="_x0000_s1026" style="position:absolute;margin-left:-98.85pt;margin-top:-2879.95pt;width:619.5pt;height:758.35pt;z-index:251659263;mso-position-horizontal-relative:margin;mso-position-vertical-relative:margin" coordsize="78676,96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">
              <v:shape id="Obraz 1437929728" o:spid="_x0000_s1027" type="#_x0000_t75" style="position:absolute;top:717;width:78676;height:9559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">
                <v:imagedata r:id="rId4" o:title="" croptop="-3f" cropbottom="-510601f"/>
                <v:path arrowok="t"/>
              </v:shape>
              <v:shape id="Obraz 194812381" o:spid="_x0000_s1028" type="#_x0000_t75" style="position:absolute;left:4683;top:40;width:10826;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">
                <v:imagedata r:id="rId7" o:title=""/>
                <v:path arrowok="t"/>
              </v:shape>
              <v:shape id="Obraz 1036730672" o:spid="_x0000_s1029" type="#_x0000_t75" style="position:absolute;left:54123;width:19870;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">
                <v:imagedata r:id="rId5" o:title=""/>
                <v:path arrowok="t"/>
              </v:shape>
              <w10:wrap anchorx="margin" anchory="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312" w:rsidRDefault="00130312">
    <w:pPr>
      <w:pStyle w:val="Nagwek"/>
      <w:jc w:val="right"/>
    </w:pPr>
  </w:p>
  <w:p w:rsidR="00130312" w:rsidRDefault="00130312"/>
  <w:p w:rsidR="00130312" w:rsidRDefault="00130312"/>
  <w:p w:rsidR="00130312" w:rsidRDefault="00130312"/>
  <w:p w:rsidR="00130312" w:rsidRDefault="00130312"/>
  <w:p w:rsidR="00130312" w:rsidRDefault="0013031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39A5017"/>
    <w:multiLevelType w:val="hybridMultilevel"/>
    <w:tmpl w:val="7C924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915A9"/>
    <w:multiLevelType w:val="hybridMultilevel"/>
    <w:tmpl w:val="62748C3E"/>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4D5521"/>
    <w:multiLevelType w:val="hybridMultilevel"/>
    <w:tmpl w:val="D1E60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BB62B3"/>
    <w:multiLevelType w:val="hybridMultilevel"/>
    <w:tmpl w:val="4ED2508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97B3A33"/>
    <w:multiLevelType w:val="hybridMultilevel"/>
    <w:tmpl w:val="F6D60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BC5208"/>
    <w:multiLevelType w:val="hybridMultilevel"/>
    <w:tmpl w:val="569ABF5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B84DD6"/>
    <w:multiLevelType w:val="hybridMultilevel"/>
    <w:tmpl w:val="D478B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E605D4"/>
    <w:multiLevelType w:val="hybridMultilevel"/>
    <w:tmpl w:val="7C924C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DF1A06"/>
    <w:multiLevelType w:val="hybridMultilevel"/>
    <w:tmpl w:val="21E225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A6026D"/>
    <w:multiLevelType w:val="hybridMultilevel"/>
    <w:tmpl w:val="9ADC7B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901190"/>
    <w:multiLevelType w:val="hybridMultilevel"/>
    <w:tmpl w:val="01B624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FD7785"/>
    <w:multiLevelType w:val="hybridMultilevel"/>
    <w:tmpl w:val="FDCAD2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BD5675"/>
    <w:multiLevelType w:val="hybridMultilevel"/>
    <w:tmpl w:val="B3F68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EA2A88"/>
    <w:multiLevelType w:val="hybridMultilevel"/>
    <w:tmpl w:val="8716E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6226EA"/>
    <w:multiLevelType w:val="hybridMultilevel"/>
    <w:tmpl w:val="2B3E4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DB6391"/>
    <w:multiLevelType w:val="hybridMultilevel"/>
    <w:tmpl w:val="0576DA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966221"/>
    <w:multiLevelType w:val="hybridMultilevel"/>
    <w:tmpl w:val="D46AA5A0"/>
    <w:lvl w:ilvl="0" w:tplc="E8F0D3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2F4926"/>
    <w:multiLevelType w:val="hybridMultilevel"/>
    <w:tmpl w:val="7F9871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E2786"/>
    <w:multiLevelType w:val="hybridMultilevel"/>
    <w:tmpl w:val="76A634A4"/>
    <w:lvl w:ilvl="0" w:tplc="782E028E">
      <w:start w:val="1"/>
      <w:numFmt w:val="decimal"/>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25" w15:restartNumberingAfterBreak="0">
    <w:nsid w:val="52C21313"/>
    <w:multiLevelType w:val="hybridMultilevel"/>
    <w:tmpl w:val="D478B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AC7D8F"/>
    <w:multiLevelType w:val="hybridMultilevel"/>
    <w:tmpl w:val="5B74D8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9D447F"/>
    <w:multiLevelType w:val="hybridMultilevel"/>
    <w:tmpl w:val="ED7C4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903AE8"/>
    <w:multiLevelType w:val="hybridMultilevel"/>
    <w:tmpl w:val="D478B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BB4023"/>
    <w:multiLevelType w:val="hybridMultilevel"/>
    <w:tmpl w:val="83DAE3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CF1D9E"/>
    <w:multiLevelType w:val="hybridMultilevel"/>
    <w:tmpl w:val="C3507E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9835E0"/>
    <w:multiLevelType w:val="hybridMultilevel"/>
    <w:tmpl w:val="7AA80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43448A"/>
    <w:multiLevelType w:val="hybridMultilevel"/>
    <w:tmpl w:val="D478B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833B17"/>
    <w:multiLevelType w:val="hybridMultilevel"/>
    <w:tmpl w:val="5A481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8E68B4"/>
    <w:multiLevelType w:val="hybridMultilevel"/>
    <w:tmpl w:val="128E45C0"/>
    <w:lvl w:ilvl="0" w:tplc="04150011">
      <w:start w:val="1"/>
      <w:numFmt w:val="decimal"/>
      <w:lvlText w:val="%1)"/>
      <w:lvlJc w:val="left"/>
      <w:pPr>
        <w:ind w:left="770" w:hanging="360"/>
      </w:pPr>
    </w:lvl>
    <w:lvl w:ilvl="1" w:tplc="04150017">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5" w15:restartNumberingAfterBreak="0">
    <w:nsid w:val="696D5A99"/>
    <w:multiLevelType w:val="hybridMultilevel"/>
    <w:tmpl w:val="D478B6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DB65F6"/>
    <w:multiLevelType w:val="hybridMultilevel"/>
    <w:tmpl w:val="A36A9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DA26AD"/>
    <w:multiLevelType w:val="hybridMultilevel"/>
    <w:tmpl w:val="DD34B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59447D"/>
    <w:multiLevelType w:val="hybridMultilevel"/>
    <w:tmpl w:val="6EE24F5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F4060A"/>
    <w:multiLevelType w:val="hybridMultilevel"/>
    <w:tmpl w:val="D346D7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29"/>
  </w:num>
  <w:num w:numId="4">
    <w:abstractNumId w:val="31"/>
  </w:num>
  <w:num w:numId="5">
    <w:abstractNumId w:val="37"/>
  </w:num>
  <w:num w:numId="6">
    <w:abstractNumId w:val="21"/>
  </w:num>
  <w:num w:numId="7">
    <w:abstractNumId w:val="17"/>
  </w:num>
  <w:num w:numId="8">
    <w:abstractNumId w:val="14"/>
  </w:num>
  <w:num w:numId="9">
    <w:abstractNumId w:val="10"/>
  </w:num>
  <w:num w:numId="10">
    <w:abstractNumId w:val="15"/>
  </w:num>
  <w:num w:numId="11">
    <w:abstractNumId w:val="33"/>
  </w:num>
  <w:num w:numId="12">
    <w:abstractNumId w:val="34"/>
  </w:num>
  <w:num w:numId="13">
    <w:abstractNumId w:val="38"/>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0"/>
  </w:num>
  <w:num w:numId="18">
    <w:abstractNumId w:val="16"/>
  </w:num>
  <w:num w:numId="19">
    <w:abstractNumId w:val="6"/>
  </w:num>
  <w:num w:numId="20">
    <w:abstractNumId w:val="30"/>
  </w:num>
  <w:num w:numId="21">
    <w:abstractNumId w:val="23"/>
  </w:num>
  <w:num w:numId="22">
    <w:abstractNumId w:val="8"/>
  </w:num>
  <w:num w:numId="23">
    <w:abstractNumId w:val="26"/>
  </w:num>
  <w:num w:numId="24">
    <w:abstractNumId w:val="35"/>
  </w:num>
  <w:num w:numId="25">
    <w:abstractNumId w:val="19"/>
  </w:num>
  <w:num w:numId="26">
    <w:abstractNumId w:val="9"/>
  </w:num>
  <w:num w:numId="27">
    <w:abstractNumId w:val="5"/>
  </w:num>
  <w:num w:numId="28">
    <w:abstractNumId w:val="3"/>
  </w:num>
  <w:num w:numId="29">
    <w:abstractNumId w:val="2"/>
  </w:num>
  <w:num w:numId="30">
    <w:abstractNumId w:val="4"/>
  </w:num>
  <w:num w:numId="31">
    <w:abstractNumId w:val="1"/>
  </w:num>
  <w:num w:numId="32">
    <w:abstractNumId w:val="0"/>
  </w:num>
  <w:num w:numId="33">
    <w:abstractNumId w:val="24"/>
  </w:num>
  <w:num w:numId="34">
    <w:abstractNumId w:val="7"/>
  </w:num>
  <w:num w:numId="35">
    <w:abstractNumId w:val="39"/>
  </w:num>
  <w:num w:numId="36">
    <w:abstractNumId w:val="25"/>
  </w:num>
  <w:num w:numId="37">
    <w:abstractNumId w:val="28"/>
  </w:num>
  <w:num w:numId="38">
    <w:abstractNumId w:val="32"/>
  </w:num>
  <w:num w:numId="39">
    <w:abstractNumId w:val="12"/>
  </w:num>
  <w:num w:numId="40">
    <w:abstractNumId w:val="13"/>
  </w:num>
  <w:num w:numId="41">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activeWritingStyle w:appName="MSWord" w:lang="en-US" w:vendorID="64" w:dllVersion="6" w:nlCheck="1" w:checkStyle="0"/>
  <w:activeWritingStyle w:appName="MSWord" w:lang="pl-PL" w:vendorID="64" w:dllVersion="0" w:nlCheck="1" w:checkStyle="0"/>
  <w:activeWritingStyle w:appName="MSWord" w:lang="en-US" w:vendorID="64" w:dllVersion="0" w:nlCheck="1" w:checkStyle="0"/>
  <w:activeWritingStyle w:appName="MSWord" w:lang="en-US" w:vendorID="64" w:dllVersion="131078" w:nlCheck="1" w:checkStyle="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2F"/>
    <w:rsid w:val="000003CF"/>
    <w:rsid w:val="00000E0A"/>
    <w:rsid w:val="00000F9E"/>
    <w:rsid w:val="00002446"/>
    <w:rsid w:val="00002524"/>
    <w:rsid w:val="0000256D"/>
    <w:rsid w:val="000039DC"/>
    <w:rsid w:val="0000430E"/>
    <w:rsid w:val="00005173"/>
    <w:rsid w:val="00005678"/>
    <w:rsid w:val="00006540"/>
    <w:rsid w:val="00006A63"/>
    <w:rsid w:val="00006EA8"/>
    <w:rsid w:val="00010954"/>
    <w:rsid w:val="000116D4"/>
    <w:rsid w:val="00012A48"/>
    <w:rsid w:val="00014B9E"/>
    <w:rsid w:val="00014F52"/>
    <w:rsid w:val="000153FE"/>
    <w:rsid w:val="000164FB"/>
    <w:rsid w:val="00016513"/>
    <w:rsid w:val="000178ED"/>
    <w:rsid w:val="00017E8D"/>
    <w:rsid w:val="0002275D"/>
    <w:rsid w:val="0002281A"/>
    <w:rsid w:val="0002447A"/>
    <w:rsid w:val="00026D00"/>
    <w:rsid w:val="00026D48"/>
    <w:rsid w:val="000271BD"/>
    <w:rsid w:val="000277DC"/>
    <w:rsid w:val="000278A6"/>
    <w:rsid w:val="00032F92"/>
    <w:rsid w:val="000330C2"/>
    <w:rsid w:val="00034603"/>
    <w:rsid w:val="00035C5C"/>
    <w:rsid w:val="00036BD6"/>
    <w:rsid w:val="00041F0B"/>
    <w:rsid w:val="00041FCB"/>
    <w:rsid w:val="000422AB"/>
    <w:rsid w:val="00042EFB"/>
    <w:rsid w:val="00043981"/>
    <w:rsid w:val="0004564C"/>
    <w:rsid w:val="0004576F"/>
    <w:rsid w:val="00047C51"/>
    <w:rsid w:val="00051ED5"/>
    <w:rsid w:val="000520D8"/>
    <w:rsid w:val="0005260E"/>
    <w:rsid w:val="000541D5"/>
    <w:rsid w:val="0005445D"/>
    <w:rsid w:val="00054D86"/>
    <w:rsid w:val="00056283"/>
    <w:rsid w:val="00056A8E"/>
    <w:rsid w:val="00056EF6"/>
    <w:rsid w:val="000629C8"/>
    <w:rsid w:val="000629E1"/>
    <w:rsid w:val="0007265D"/>
    <w:rsid w:val="00072EEC"/>
    <w:rsid w:val="0007365B"/>
    <w:rsid w:val="00076BD4"/>
    <w:rsid w:val="00077A99"/>
    <w:rsid w:val="00080235"/>
    <w:rsid w:val="0008080F"/>
    <w:rsid w:val="000825C9"/>
    <w:rsid w:val="000865D6"/>
    <w:rsid w:val="00086A65"/>
    <w:rsid w:val="0009055A"/>
    <w:rsid w:val="00091302"/>
    <w:rsid w:val="00091F8D"/>
    <w:rsid w:val="0009408B"/>
    <w:rsid w:val="000943EB"/>
    <w:rsid w:val="00095847"/>
    <w:rsid w:val="0009691F"/>
    <w:rsid w:val="000A1872"/>
    <w:rsid w:val="000A1F98"/>
    <w:rsid w:val="000A467A"/>
    <w:rsid w:val="000A77B7"/>
    <w:rsid w:val="000B1A07"/>
    <w:rsid w:val="000B357C"/>
    <w:rsid w:val="000B376A"/>
    <w:rsid w:val="000B433B"/>
    <w:rsid w:val="000C0ACA"/>
    <w:rsid w:val="000C1F3D"/>
    <w:rsid w:val="000C3003"/>
    <w:rsid w:val="000C4231"/>
    <w:rsid w:val="000C4D70"/>
    <w:rsid w:val="000C4E98"/>
    <w:rsid w:val="000C7DAA"/>
    <w:rsid w:val="000D00C3"/>
    <w:rsid w:val="000D0C7E"/>
    <w:rsid w:val="000D2042"/>
    <w:rsid w:val="000D2B30"/>
    <w:rsid w:val="000D4A3A"/>
    <w:rsid w:val="000D6936"/>
    <w:rsid w:val="000D6D60"/>
    <w:rsid w:val="000D78D6"/>
    <w:rsid w:val="000D7E7D"/>
    <w:rsid w:val="000E0C66"/>
    <w:rsid w:val="000E1211"/>
    <w:rsid w:val="000E1BF1"/>
    <w:rsid w:val="000E2124"/>
    <w:rsid w:val="000E316A"/>
    <w:rsid w:val="000E5B4D"/>
    <w:rsid w:val="000E68AF"/>
    <w:rsid w:val="000F0BB4"/>
    <w:rsid w:val="000F1019"/>
    <w:rsid w:val="000F151A"/>
    <w:rsid w:val="000F4265"/>
    <w:rsid w:val="000F4720"/>
    <w:rsid w:val="000F47D1"/>
    <w:rsid w:val="000F4C38"/>
    <w:rsid w:val="0010035F"/>
    <w:rsid w:val="001025E1"/>
    <w:rsid w:val="0010363A"/>
    <w:rsid w:val="001052EC"/>
    <w:rsid w:val="00106609"/>
    <w:rsid w:val="0010696D"/>
    <w:rsid w:val="00110AB0"/>
    <w:rsid w:val="001115D9"/>
    <w:rsid w:val="0011259A"/>
    <w:rsid w:val="001127D6"/>
    <w:rsid w:val="001134B9"/>
    <w:rsid w:val="00115483"/>
    <w:rsid w:val="0011553A"/>
    <w:rsid w:val="00115E91"/>
    <w:rsid w:val="001174D6"/>
    <w:rsid w:val="00117EF0"/>
    <w:rsid w:val="00120747"/>
    <w:rsid w:val="00125005"/>
    <w:rsid w:val="001256BF"/>
    <w:rsid w:val="00130312"/>
    <w:rsid w:val="00130F6A"/>
    <w:rsid w:val="00131DA3"/>
    <w:rsid w:val="00131FF0"/>
    <w:rsid w:val="001330B8"/>
    <w:rsid w:val="001331B4"/>
    <w:rsid w:val="0013412F"/>
    <w:rsid w:val="00140507"/>
    <w:rsid w:val="0014324D"/>
    <w:rsid w:val="0014373E"/>
    <w:rsid w:val="0014431D"/>
    <w:rsid w:val="001455D1"/>
    <w:rsid w:val="00147AE9"/>
    <w:rsid w:val="00154F42"/>
    <w:rsid w:val="00157277"/>
    <w:rsid w:val="001573E7"/>
    <w:rsid w:val="00160885"/>
    <w:rsid w:val="00163594"/>
    <w:rsid w:val="0016444C"/>
    <w:rsid w:val="00165B03"/>
    <w:rsid w:val="00170039"/>
    <w:rsid w:val="001703FF"/>
    <w:rsid w:val="001729E1"/>
    <w:rsid w:val="00173714"/>
    <w:rsid w:val="00177A71"/>
    <w:rsid w:val="00177B6E"/>
    <w:rsid w:val="00180F3D"/>
    <w:rsid w:val="00183D0E"/>
    <w:rsid w:val="00184B90"/>
    <w:rsid w:val="00186612"/>
    <w:rsid w:val="00190128"/>
    <w:rsid w:val="00190528"/>
    <w:rsid w:val="00190640"/>
    <w:rsid w:val="001912DD"/>
    <w:rsid w:val="00192877"/>
    <w:rsid w:val="00194378"/>
    <w:rsid w:val="00195481"/>
    <w:rsid w:val="00195D75"/>
    <w:rsid w:val="001962F8"/>
    <w:rsid w:val="001A18F2"/>
    <w:rsid w:val="001A2B25"/>
    <w:rsid w:val="001A3127"/>
    <w:rsid w:val="001A31F2"/>
    <w:rsid w:val="001A3929"/>
    <w:rsid w:val="001A6146"/>
    <w:rsid w:val="001A69AA"/>
    <w:rsid w:val="001B1961"/>
    <w:rsid w:val="001B22C8"/>
    <w:rsid w:val="001B370A"/>
    <w:rsid w:val="001B6567"/>
    <w:rsid w:val="001B768D"/>
    <w:rsid w:val="001B798E"/>
    <w:rsid w:val="001C0A97"/>
    <w:rsid w:val="001C28FE"/>
    <w:rsid w:val="001C4027"/>
    <w:rsid w:val="001C412D"/>
    <w:rsid w:val="001C6048"/>
    <w:rsid w:val="001C7F89"/>
    <w:rsid w:val="001D0BF6"/>
    <w:rsid w:val="001E1924"/>
    <w:rsid w:val="001E2019"/>
    <w:rsid w:val="001E2AD1"/>
    <w:rsid w:val="001E4D1C"/>
    <w:rsid w:val="001E631F"/>
    <w:rsid w:val="001F00E6"/>
    <w:rsid w:val="001F0870"/>
    <w:rsid w:val="001F2600"/>
    <w:rsid w:val="001F5EC3"/>
    <w:rsid w:val="0020066A"/>
    <w:rsid w:val="002007C9"/>
    <w:rsid w:val="00202744"/>
    <w:rsid w:val="00203F84"/>
    <w:rsid w:val="002046DF"/>
    <w:rsid w:val="0020598D"/>
    <w:rsid w:val="00213A71"/>
    <w:rsid w:val="002179CB"/>
    <w:rsid w:val="00221491"/>
    <w:rsid w:val="002250E9"/>
    <w:rsid w:val="002262D8"/>
    <w:rsid w:val="002268C5"/>
    <w:rsid w:val="0023094B"/>
    <w:rsid w:val="00230FCD"/>
    <w:rsid w:val="002317AD"/>
    <w:rsid w:val="0023185F"/>
    <w:rsid w:val="0023191E"/>
    <w:rsid w:val="0023263E"/>
    <w:rsid w:val="00233DFF"/>
    <w:rsid w:val="002371D0"/>
    <w:rsid w:val="00240A56"/>
    <w:rsid w:val="002432E5"/>
    <w:rsid w:val="0024347D"/>
    <w:rsid w:val="00244334"/>
    <w:rsid w:val="00244411"/>
    <w:rsid w:val="00244931"/>
    <w:rsid w:val="0024690E"/>
    <w:rsid w:val="00246EAF"/>
    <w:rsid w:val="002478D5"/>
    <w:rsid w:val="002504B9"/>
    <w:rsid w:val="002531C8"/>
    <w:rsid w:val="002538B5"/>
    <w:rsid w:val="00253D41"/>
    <w:rsid w:val="00254ED9"/>
    <w:rsid w:val="00262314"/>
    <w:rsid w:val="00265E85"/>
    <w:rsid w:val="002671F1"/>
    <w:rsid w:val="00273274"/>
    <w:rsid w:val="002740B4"/>
    <w:rsid w:val="00274982"/>
    <w:rsid w:val="00276A6E"/>
    <w:rsid w:val="00277A46"/>
    <w:rsid w:val="00282330"/>
    <w:rsid w:val="002841D4"/>
    <w:rsid w:val="00285014"/>
    <w:rsid w:val="00285737"/>
    <w:rsid w:val="002859C7"/>
    <w:rsid w:val="002868E5"/>
    <w:rsid w:val="00286F69"/>
    <w:rsid w:val="002873DB"/>
    <w:rsid w:val="00287D8D"/>
    <w:rsid w:val="00290530"/>
    <w:rsid w:val="0029078F"/>
    <w:rsid w:val="002917E2"/>
    <w:rsid w:val="002921CC"/>
    <w:rsid w:val="002962D7"/>
    <w:rsid w:val="002A05AE"/>
    <w:rsid w:val="002A33F7"/>
    <w:rsid w:val="002A4D90"/>
    <w:rsid w:val="002A53B6"/>
    <w:rsid w:val="002A6C26"/>
    <w:rsid w:val="002B2217"/>
    <w:rsid w:val="002B2884"/>
    <w:rsid w:val="002B37DB"/>
    <w:rsid w:val="002B45CB"/>
    <w:rsid w:val="002B4BE2"/>
    <w:rsid w:val="002B563C"/>
    <w:rsid w:val="002B5C9C"/>
    <w:rsid w:val="002B5FF9"/>
    <w:rsid w:val="002B642E"/>
    <w:rsid w:val="002B6983"/>
    <w:rsid w:val="002B6A4E"/>
    <w:rsid w:val="002B6B96"/>
    <w:rsid w:val="002B7750"/>
    <w:rsid w:val="002B7AE6"/>
    <w:rsid w:val="002B7DDA"/>
    <w:rsid w:val="002C063D"/>
    <w:rsid w:val="002C0ABD"/>
    <w:rsid w:val="002C2937"/>
    <w:rsid w:val="002C4C59"/>
    <w:rsid w:val="002C5F87"/>
    <w:rsid w:val="002C6AF1"/>
    <w:rsid w:val="002C6E41"/>
    <w:rsid w:val="002D3B52"/>
    <w:rsid w:val="002D53AF"/>
    <w:rsid w:val="002D576B"/>
    <w:rsid w:val="002D6102"/>
    <w:rsid w:val="002D61B1"/>
    <w:rsid w:val="002D6A4C"/>
    <w:rsid w:val="002E1D62"/>
    <w:rsid w:val="002E21CD"/>
    <w:rsid w:val="002E42ED"/>
    <w:rsid w:val="002E5103"/>
    <w:rsid w:val="002E6BF6"/>
    <w:rsid w:val="002E6D9C"/>
    <w:rsid w:val="002F1E70"/>
    <w:rsid w:val="002F31FE"/>
    <w:rsid w:val="002F5EBD"/>
    <w:rsid w:val="002F68F6"/>
    <w:rsid w:val="0030001C"/>
    <w:rsid w:val="003002A2"/>
    <w:rsid w:val="00300AEF"/>
    <w:rsid w:val="0030315E"/>
    <w:rsid w:val="003033FD"/>
    <w:rsid w:val="00304E50"/>
    <w:rsid w:val="00305360"/>
    <w:rsid w:val="00307A52"/>
    <w:rsid w:val="0031042E"/>
    <w:rsid w:val="00310E0B"/>
    <w:rsid w:val="003111C0"/>
    <w:rsid w:val="00312E81"/>
    <w:rsid w:val="0031350E"/>
    <w:rsid w:val="00316BE8"/>
    <w:rsid w:val="00317990"/>
    <w:rsid w:val="00317AC3"/>
    <w:rsid w:val="003205D4"/>
    <w:rsid w:val="0032087A"/>
    <w:rsid w:val="00320DFB"/>
    <w:rsid w:val="00321C3E"/>
    <w:rsid w:val="00322DD8"/>
    <w:rsid w:val="00323357"/>
    <w:rsid w:val="00324C89"/>
    <w:rsid w:val="00326087"/>
    <w:rsid w:val="003267AC"/>
    <w:rsid w:val="00326B51"/>
    <w:rsid w:val="003321A4"/>
    <w:rsid w:val="00332963"/>
    <w:rsid w:val="00332DD0"/>
    <w:rsid w:val="00333C9F"/>
    <w:rsid w:val="00335E85"/>
    <w:rsid w:val="00341C40"/>
    <w:rsid w:val="00342AA1"/>
    <w:rsid w:val="003461E8"/>
    <w:rsid w:val="0035021C"/>
    <w:rsid w:val="00350701"/>
    <w:rsid w:val="003509A1"/>
    <w:rsid w:val="00352B19"/>
    <w:rsid w:val="00353754"/>
    <w:rsid w:val="0035595A"/>
    <w:rsid w:val="00355C1A"/>
    <w:rsid w:val="00356AF2"/>
    <w:rsid w:val="00362BD3"/>
    <w:rsid w:val="0036302A"/>
    <w:rsid w:val="00363086"/>
    <w:rsid w:val="0036543A"/>
    <w:rsid w:val="00366C54"/>
    <w:rsid w:val="00367CD9"/>
    <w:rsid w:val="0037004D"/>
    <w:rsid w:val="003703DE"/>
    <w:rsid w:val="00372C27"/>
    <w:rsid w:val="00373E8D"/>
    <w:rsid w:val="003744EC"/>
    <w:rsid w:val="00380F6D"/>
    <w:rsid w:val="00383F51"/>
    <w:rsid w:val="00385C7C"/>
    <w:rsid w:val="00386EF2"/>
    <w:rsid w:val="003924EC"/>
    <w:rsid w:val="0039501B"/>
    <w:rsid w:val="00397E87"/>
    <w:rsid w:val="003A17A3"/>
    <w:rsid w:val="003A39C8"/>
    <w:rsid w:val="003A4062"/>
    <w:rsid w:val="003A476B"/>
    <w:rsid w:val="003A5970"/>
    <w:rsid w:val="003A67C7"/>
    <w:rsid w:val="003A6BCC"/>
    <w:rsid w:val="003A743E"/>
    <w:rsid w:val="003B14E4"/>
    <w:rsid w:val="003B2102"/>
    <w:rsid w:val="003B6195"/>
    <w:rsid w:val="003B6643"/>
    <w:rsid w:val="003C0937"/>
    <w:rsid w:val="003C26D7"/>
    <w:rsid w:val="003C2F28"/>
    <w:rsid w:val="003C449E"/>
    <w:rsid w:val="003C52C1"/>
    <w:rsid w:val="003C60F6"/>
    <w:rsid w:val="003C6844"/>
    <w:rsid w:val="003D266F"/>
    <w:rsid w:val="003D3B3D"/>
    <w:rsid w:val="003D4481"/>
    <w:rsid w:val="003D4962"/>
    <w:rsid w:val="003D4DDD"/>
    <w:rsid w:val="003D6218"/>
    <w:rsid w:val="003D67F0"/>
    <w:rsid w:val="003D707F"/>
    <w:rsid w:val="003E044C"/>
    <w:rsid w:val="003E2537"/>
    <w:rsid w:val="003F1FB3"/>
    <w:rsid w:val="003F317C"/>
    <w:rsid w:val="003F3A06"/>
    <w:rsid w:val="003F5BC9"/>
    <w:rsid w:val="003F6E7E"/>
    <w:rsid w:val="00402253"/>
    <w:rsid w:val="00403916"/>
    <w:rsid w:val="004104AA"/>
    <w:rsid w:val="00410818"/>
    <w:rsid w:val="00412C01"/>
    <w:rsid w:val="0041313A"/>
    <w:rsid w:val="0041560F"/>
    <w:rsid w:val="00416A06"/>
    <w:rsid w:val="0042161D"/>
    <w:rsid w:val="00422B66"/>
    <w:rsid w:val="00422CCA"/>
    <w:rsid w:val="0042351F"/>
    <w:rsid w:val="00425530"/>
    <w:rsid w:val="00430BFA"/>
    <w:rsid w:val="00430D3A"/>
    <w:rsid w:val="00430F18"/>
    <w:rsid w:val="00431538"/>
    <w:rsid w:val="00431887"/>
    <w:rsid w:val="0043188D"/>
    <w:rsid w:val="004319A3"/>
    <w:rsid w:val="0043202E"/>
    <w:rsid w:val="00432E92"/>
    <w:rsid w:val="00434AC4"/>
    <w:rsid w:val="004357AD"/>
    <w:rsid w:val="004378D2"/>
    <w:rsid w:val="00437EE3"/>
    <w:rsid w:val="00440025"/>
    <w:rsid w:val="004426DE"/>
    <w:rsid w:val="00443726"/>
    <w:rsid w:val="004456A3"/>
    <w:rsid w:val="00451029"/>
    <w:rsid w:val="00451AD9"/>
    <w:rsid w:val="00453709"/>
    <w:rsid w:val="00453E40"/>
    <w:rsid w:val="00454311"/>
    <w:rsid w:val="00455287"/>
    <w:rsid w:val="00456636"/>
    <w:rsid w:val="00467239"/>
    <w:rsid w:val="004673B2"/>
    <w:rsid w:val="00470BEE"/>
    <w:rsid w:val="00472270"/>
    <w:rsid w:val="00473BC2"/>
    <w:rsid w:val="00474C24"/>
    <w:rsid w:val="00481C3C"/>
    <w:rsid w:val="0048278B"/>
    <w:rsid w:val="00482DB2"/>
    <w:rsid w:val="00483165"/>
    <w:rsid w:val="004840EA"/>
    <w:rsid w:val="00484DC3"/>
    <w:rsid w:val="00484F78"/>
    <w:rsid w:val="00485826"/>
    <w:rsid w:val="00486357"/>
    <w:rsid w:val="004863AF"/>
    <w:rsid w:val="00487813"/>
    <w:rsid w:val="004914DA"/>
    <w:rsid w:val="00491A68"/>
    <w:rsid w:val="00492183"/>
    <w:rsid w:val="00492891"/>
    <w:rsid w:val="00493588"/>
    <w:rsid w:val="00493672"/>
    <w:rsid w:val="004940B8"/>
    <w:rsid w:val="0049508D"/>
    <w:rsid w:val="00495728"/>
    <w:rsid w:val="004A2207"/>
    <w:rsid w:val="004A2366"/>
    <w:rsid w:val="004A26B1"/>
    <w:rsid w:val="004A297E"/>
    <w:rsid w:val="004A3C05"/>
    <w:rsid w:val="004A4BD6"/>
    <w:rsid w:val="004A5220"/>
    <w:rsid w:val="004A58DA"/>
    <w:rsid w:val="004A7E45"/>
    <w:rsid w:val="004B0521"/>
    <w:rsid w:val="004B1129"/>
    <w:rsid w:val="004B39BF"/>
    <w:rsid w:val="004B3CD4"/>
    <w:rsid w:val="004B3F66"/>
    <w:rsid w:val="004C0ADC"/>
    <w:rsid w:val="004C210C"/>
    <w:rsid w:val="004C44C8"/>
    <w:rsid w:val="004D61A7"/>
    <w:rsid w:val="004D65DC"/>
    <w:rsid w:val="004D6683"/>
    <w:rsid w:val="004E0A21"/>
    <w:rsid w:val="004E384E"/>
    <w:rsid w:val="004E57FC"/>
    <w:rsid w:val="004E5D87"/>
    <w:rsid w:val="004E6B17"/>
    <w:rsid w:val="004E6DFD"/>
    <w:rsid w:val="004E7429"/>
    <w:rsid w:val="004F2C3C"/>
    <w:rsid w:val="004F2C6A"/>
    <w:rsid w:val="005000FF"/>
    <w:rsid w:val="005006E8"/>
    <w:rsid w:val="005010B8"/>
    <w:rsid w:val="0050178B"/>
    <w:rsid w:val="0050367F"/>
    <w:rsid w:val="005051D2"/>
    <w:rsid w:val="00507347"/>
    <w:rsid w:val="00513E3D"/>
    <w:rsid w:val="00514B0C"/>
    <w:rsid w:val="005158FE"/>
    <w:rsid w:val="005203C5"/>
    <w:rsid w:val="0052152C"/>
    <w:rsid w:val="00522FE6"/>
    <w:rsid w:val="0052375D"/>
    <w:rsid w:val="00525063"/>
    <w:rsid w:val="005261A3"/>
    <w:rsid w:val="005262BC"/>
    <w:rsid w:val="00526A3B"/>
    <w:rsid w:val="00526B5C"/>
    <w:rsid w:val="00527468"/>
    <w:rsid w:val="00531824"/>
    <w:rsid w:val="00531F47"/>
    <w:rsid w:val="00532BD9"/>
    <w:rsid w:val="005350D5"/>
    <w:rsid w:val="00536DA1"/>
    <w:rsid w:val="00537DB8"/>
    <w:rsid w:val="00541B76"/>
    <w:rsid w:val="005421CF"/>
    <w:rsid w:val="00542323"/>
    <w:rsid w:val="005424CE"/>
    <w:rsid w:val="005441CD"/>
    <w:rsid w:val="00547BF1"/>
    <w:rsid w:val="0055102C"/>
    <w:rsid w:val="005513D7"/>
    <w:rsid w:val="00552128"/>
    <w:rsid w:val="005531D3"/>
    <w:rsid w:val="00553630"/>
    <w:rsid w:val="00554F7F"/>
    <w:rsid w:val="00555174"/>
    <w:rsid w:val="00556B78"/>
    <w:rsid w:val="00556CE1"/>
    <w:rsid w:val="00560108"/>
    <w:rsid w:val="00560848"/>
    <w:rsid w:val="005620A5"/>
    <w:rsid w:val="00562806"/>
    <w:rsid w:val="00563F4F"/>
    <w:rsid w:val="00565938"/>
    <w:rsid w:val="00566193"/>
    <w:rsid w:val="005667D8"/>
    <w:rsid w:val="00570101"/>
    <w:rsid w:val="005713B2"/>
    <w:rsid w:val="00571B05"/>
    <w:rsid w:val="0057307B"/>
    <w:rsid w:val="005756F7"/>
    <w:rsid w:val="00580657"/>
    <w:rsid w:val="00585582"/>
    <w:rsid w:val="0058606A"/>
    <w:rsid w:val="00587B56"/>
    <w:rsid w:val="0059065E"/>
    <w:rsid w:val="00597E65"/>
    <w:rsid w:val="005A28D2"/>
    <w:rsid w:val="005A2E71"/>
    <w:rsid w:val="005A4F2A"/>
    <w:rsid w:val="005A4F78"/>
    <w:rsid w:val="005A5933"/>
    <w:rsid w:val="005A7A7D"/>
    <w:rsid w:val="005B0E06"/>
    <w:rsid w:val="005B1945"/>
    <w:rsid w:val="005B1A2E"/>
    <w:rsid w:val="005B1E4E"/>
    <w:rsid w:val="005B7343"/>
    <w:rsid w:val="005C10C8"/>
    <w:rsid w:val="005C270E"/>
    <w:rsid w:val="005C292C"/>
    <w:rsid w:val="005C3FE2"/>
    <w:rsid w:val="005D0B35"/>
    <w:rsid w:val="005D15D6"/>
    <w:rsid w:val="005D2DD7"/>
    <w:rsid w:val="005D386E"/>
    <w:rsid w:val="005D4663"/>
    <w:rsid w:val="005D54CE"/>
    <w:rsid w:val="005D7FC8"/>
    <w:rsid w:val="005E009F"/>
    <w:rsid w:val="005E1F9F"/>
    <w:rsid w:val="005E2933"/>
    <w:rsid w:val="005E2CCE"/>
    <w:rsid w:val="005E3575"/>
    <w:rsid w:val="005E4A48"/>
    <w:rsid w:val="005E5B15"/>
    <w:rsid w:val="005E7C17"/>
    <w:rsid w:val="005E7C1E"/>
    <w:rsid w:val="005F2543"/>
    <w:rsid w:val="005F657E"/>
    <w:rsid w:val="005F6AAA"/>
    <w:rsid w:val="00601FF5"/>
    <w:rsid w:val="00604C52"/>
    <w:rsid w:val="0060560E"/>
    <w:rsid w:val="00607A52"/>
    <w:rsid w:val="006100F3"/>
    <w:rsid w:val="006129AA"/>
    <w:rsid w:val="00613716"/>
    <w:rsid w:val="006140B4"/>
    <w:rsid w:val="00614FA8"/>
    <w:rsid w:val="006207EB"/>
    <w:rsid w:val="006224CF"/>
    <w:rsid w:val="00625C8C"/>
    <w:rsid w:val="00626C47"/>
    <w:rsid w:val="006344D0"/>
    <w:rsid w:val="00634940"/>
    <w:rsid w:val="00634AF8"/>
    <w:rsid w:val="00635472"/>
    <w:rsid w:val="006356D7"/>
    <w:rsid w:val="00635C86"/>
    <w:rsid w:val="00635EA3"/>
    <w:rsid w:val="006377E0"/>
    <w:rsid w:val="006401C7"/>
    <w:rsid w:val="00640D09"/>
    <w:rsid w:val="006515B7"/>
    <w:rsid w:val="00651697"/>
    <w:rsid w:val="00653A27"/>
    <w:rsid w:val="00654E4C"/>
    <w:rsid w:val="0065544F"/>
    <w:rsid w:val="00656E43"/>
    <w:rsid w:val="00657A3C"/>
    <w:rsid w:val="0066374A"/>
    <w:rsid w:val="006652D5"/>
    <w:rsid w:val="006662C1"/>
    <w:rsid w:val="006665B5"/>
    <w:rsid w:val="0066687A"/>
    <w:rsid w:val="006719ED"/>
    <w:rsid w:val="00672004"/>
    <w:rsid w:val="0067470A"/>
    <w:rsid w:val="00681927"/>
    <w:rsid w:val="0068193D"/>
    <w:rsid w:val="006825AB"/>
    <w:rsid w:val="006826B8"/>
    <w:rsid w:val="0068369F"/>
    <w:rsid w:val="006842D6"/>
    <w:rsid w:val="006867F6"/>
    <w:rsid w:val="00687D18"/>
    <w:rsid w:val="0069114E"/>
    <w:rsid w:val="00694060"/>
    <w:rsid w:val="006947BA"/>
    <w:rsid w:val="00694D13"/>
    <w:rsid w:val="006952B0"/>
    <w:rsid w:val="00695715"/>
    <w:rsid w:val="00695955"/>
    <w:rsid w:val="00697127"/>
    <w:rsid w:val="006A05E5"/>
    <w:rsid w:val="006A0CD3"/>
    <w:rsid w:val="006A1F9D"/>
    <w:rsid w:val="006A2C18"/>
    <w:rsid w:val="006A2EDE"/>
    <w:rsid w:val="006A394D"/>
    <w:rsid w:val="006A3E63"/>
    <w:rsid w:val="006A566F"/>
    <w:rsid w:val="006A6952"/>
    <w:rsid w:val="006A7459"/>
    <w:rsid w:val="006A7872"/>
    <w:rsid w:val="006A7979"/>
    <w:rsid w:val="006B03C9"/>
    <w:rsid w:val="006B1290"/>
    <w:rsid w:val="006B2E75"/>
    <w:rsid w:val="006B39A6"/>
    <w:rsid w:val="006B4996"/>
    <w:rsid w:val="006B5FFF"/>
    <w:rsid w:val="006B7C9B"/>
    <w:rsid w:val="006C10C7"/>
    <w:rsid w:val="006C38FB"/>
    <w:rsid w:val="006C494A"/>
    <w:rsid w:val="006C4F7E"/>
    <w:rsid w:val="006D0F92"/>
    <w:rsid w:val="006D25C0"/>
    <w:rsid w:val="006D2A71"/>
    <w:rsid w:val="006D5709"/>
    <w:rsid w:val="006D7E6C"/>
    <w:rsid w:val="006E08E7"/>
    <w:rsid w:val="006E099E"/>
    <w:rsid w:val="006E31A1"/>
    <w:rsid w:val="006E3547"/>
    <w:rsid w:val="006E43F8"/>
    <w:rsid w:val="006E5861"/>
    <w:rsid w:val="006E7A75"/>
    <w:rsid w:val="006F2282"/>
    <w:rsid w:val="006F30A0"/>
    <w:rsid w:val="006F3232"/>
    <w:rsid w:val="006F3379"/>
    <w:rsid w:val="006F4440"/>
    <w:rsid w:val="006F6592"/>
    <w:rsid w:val="006F7230"/>
    <w:rsid w:val="00700AA8"/>
    <w:rsid w:val="007011D2"/>
    <w:rsid w:val="007027B3"/>
    <w:rsid w:val="00704813"/>
    <w:rsid w:val="00704E95"/>
    <w:rsid w:val="00706752"/>
    <w:rsid w:val="00712AF6"/>
    <w:rsid w:val="00714BEC"/>
    <w:rsid w:val="00720067"/>
    <w:rsid w:val="00720870"/>
    <w:rsid w:val="00720E6E"/>
    <w:rsid w:val="007237F0"/>
    <w:rsid w:val="00725B3E"/>
    <w:rsid w:val="007306CD"/>
    <w:rsid w:val="00731DAA"/>
    <w:rsid w:val="007327E6"/>
    <w:rsid w:val="00735468"/>
    <w:rsid w:val="00735649"/>
    <w:rsid w:val="0073593F"/>
    <w:rsid w:val="00735C65"/>
    <w:rsid w:val="0073770D"/>
    <w:rsid w:val="00737C4B"/>
    <w:rsid w:val="00742F5E"/>
    <w:rsid w:val="00743305"/>
    <w:rsid w:val="00744186"/>
    <w:rsid w:val="00744444"/>
    <w:rsid w:val="007540E1"/>
    <w:rsid w:val="0075612E"/>
    <w:rsid w:val="00756869"/>
    <w:rsid w:val="00757D02"/>
    <w:rsid w:val="007607E9"/>
    <w:rsid w:val="00760AE1"/>
    <w:rsid w:val="007616FD"/>
    <w:rsid w:val="00762B82"/>
    <w:rsid w:val="0076488E"/>
    <w:rsid w:val="007648F3"/>
    <w:rsid w:val="0076509C"/>
    <w:rsid w:val="00766693"/>
    <w:rsid w:val="00767FBE"/>
    <w:rsid w:val="007705B8"/>
    <w:rsid w:val="00773A44"/>
    <w:rsid w:val="007743E1"/>
    <w:rsid w:val="0077638B"/>
    <w:rsid w:val="00776A79"/>
    <w:rsid w:val="0077794B"/>
    <w:rsid w:val="00780D7D"/>
    <w:rsid w:val="0078101E"/>
    <w:rsid w:val="00783B3E"/>
    <w:rsid w:val="00784587"/>
    <w:rsid w:val="00785C51"/>
    <w:rsid w:val="007A0320"/>
    <w:rsid w:val="007A1993"/>
    <w:rsid w:val="007A3F82"/>
    <w:rsid w:val="007A4591"/>
    <w:rsid w:val="007A4CA5"/>
    <w:rsid w:val="007A6056"/>
    <w:rsid w:val="007A73D1"/>
    <w:rsid w:val="007A749A"/>
    <w:rsid w:val="007A7754"/>
    <w:rsid w:val="007B0588"/>
    <w:rsid w:val="007B1144"/>
    <w:rsid w:val="007B1FD3"/>
    <w:rsid w:val="007B3979"/>
    <w:rsid w:val="007B50DF"/>
    <w:rsid w:val="007B58D2"/>
    <w:rsid w:val="007B6529"/>
    <w:rsid w:val="007B75F3"/>
    <w:rsid w:val="007B7B19"/>
    <w:rsid w:val="007C1FBB"/>
    <w:rsid w:val="007C2386"/>
    <w:rsid w:val="007C31AB"/>
    <w:rsid w:val="007C3782"/>
    <w:rsid w:val="007C491D"/>
    <w:rsid w:val="007C4D58"/>
    <w:rsid w:val="007C7257"/>
    <w:rsid w:val="007C7C12"/>
    <w:rsid w:val="007D1260"/>
    <w:rsid w:val="007D13BC"/>
    <w:rsid w:val="007D1C4E"/>
    <w:rsid w:val="007D24E0"/>
    <w:rsid w:val="007D4018"/>
    <w:rsid w:val="007D42F5"/>
    <w:rsid w:val="007D590B"/>
    <w:rsid w:val="007D66D1"/>
    <w:rsid w:val="007E59BE"/>
    <w:rsid w:val="007F1291"/>
    <w:rsid w:val="007F2062"/>
    <w:rsid w:val="007F26D5"/>
    <w:rsid w:val="007F6496"/>
    <w:rsid w:val="008001BE"/>
    <w:rsid w:val="00803FAE"/>
    <w:rsid w:val="00805446"/>
    <w:rsid w:val="008120DF"/>
    <w:rsid w:val="008142C2"/>
    <w:rsid w:val="00814C12"/>
    <w:rsid w:val="008154C8"/>
    <w:rsid w:val="008223B9"/>
    <w:rsid w:val="00827321"/>
    <w:rsid w:val="0082742E"/>
    <w:rsid w:val="00830F60"/>
    <w:rsid w:val="00831404"/>
    <w:rsid w:val="008351D1"/>
    <w:rsid w:val="0083649F"/>
    <w:rsid w:val="00840DFB"/>
    <w:rsid w:val="008414F8"/>
    <w:rsid w:val="0084231F"/>
    <w:rsid w:val="008437C7"/>
    <w:rsid w:val="00844358"/>
    <w:rsid w:val="00844505"/>
    <w:rsid w:val="00844AE0"/>
    <w:rsid w:val="008502E5"/>
    <w:rsid w:val="00850647"/>
    <w:rsid w:val="00851B26"/>
    <w:rsid w:val="008553C8"/>
    <w:rsid w:val="00855E79"/>
    <w:rsid w:val="00856D9E"/>
    <w:rsid w:val="008571DF"/>
    <w:rsid w:val="008572E9"/>
    <w:rsid w:val="008577D3"/>
    <w:rsid w:val="00866B34"/>
    <w:rsid w:val="00866F38"/>
    <w:rsid w:val="00867BBA"/>
    <w:rsid w:val="008703B8"/>
    <w:rsid w:val="00870EBC"/>
    <w:rsid w:val="00871589"/>
    <w:rsid w:val="00871B2D"/>
    <w:rsid w:val="00873879"/>
    <w:rsid w:val="0087620D"/>
    <w:rsid w:val="00876B68"/>
    <w:rsid w:val="008772FE"/>
    <w:rsid w:val="0088488D"/>
    <w:rsid w:val="00884F65"/>
    <w:rsid w:val="0088606B"/>
    <w:rsid w:val="008866C0"/>
    <w:rsid w:val="00890120"/>
    <w:rsid w:val="00894D58"/>
    <w:rsid w:val="00894E37"/>
    <w:rsid w:val="008A0E08"/>
    <w:rsid w:val="008A3A14"/>
    <w:rsid w:val="008A4746"/>
    <w:rsid w:val="008A5886"/>
    <w:rsid w:val="008A60A5"/>
    <w:rsid w:val="008A6926"/>
    <w:rsid w:val="008A7150"/>
    <w:rsid w:val="008B028B"/>
    <w:rsid w:val="008B03B8"/>
    <w:rsid w:val="008B0B0B"/>
    <w:rsid w:val="008B0FE9"/>
    <w:rsid w:val="008B1667"/>
    <w:rsid w:val="008B2805"/>
    <w:rsid w:val="008B2AA1"/>
    <w:rsid w:val="008B380B"/>
    <w:rsid w:val="008B4410"/>
    <w:rsid w:val="008B4700"/>
    <w:rsid w:val="008B506E"/>
    <w:rsid w:val="008B5599"/>
    <w:rsid w:val="008B5B81"/>
    <w:rsid w:val="008B5D16"/>
    <w:rsid w:val="008B739F"/>
    <w:rsid w:val="008C2516"/>
    <w:rsid w:val="008C56AF"/>
    <w:rsid w:val="008C56C4"/>
    <w:rsid w:val="008C65ED"/>
    <w:rsid w:val="008C6EBD"/>
    <w:rsid w:val="008C78A8"/>
    <w:rsid w:val="008D13CF"/>
    <w:rsid w:val="008D34BC"/>
    <w:rsid w:val="008D6689"/>
    <w:rsid w:val="008E1754"/>
    <w:rsid w:val="008E5F27"/>
    <w:rsid w:val="008E685B"/>
    <w:rsid w:val="008F00CC"/>
    <w:rsid w:val="008F044A"/>
    <w:rsid w:val="008F08C2"/>
    <w:rsid w:val="008F0EF6"/>
    <w:rsid w:val="008F1545"/>
    <w:rsid w:val="008F1BF8"/>
    <w:rsid w:val="008F3731"/>
    <w:rsid w:val="008F3D70"/>
    <w:rsid w:val="008F3F39"/>
    <w:rsid w:val="008F4965"/>
    <w:rsid w:val="008F4DA1"/>
    <w:rsid w:val="008F4F9D"/>
    <w:rsid w:val="008F567F"/>
    <w:rsid w:val="008F6645"/>
    <w:rsid w:val="00900F19"/>
    <w:rsid w:val="00910D57"/>
    <w:rsid w:val="00911E48"/>
    <w:rsid w:val="009129D9"/>
    <w:rsid w:val="00915E4C"/>
    <w:rsid w:val="00916E1B"/>
    <w:rsid w:val="0091756B"/>
    <w:rsid w:val="00920E71"/>
    <w:rsid w:val="00921850"/>
    <w:rsid w:val="009231C0"/>
    <w:rsid w:val="0092344C"/>
    <w:rsid w:val="00923F5E"/>
    <w:rsid w:val="0093031E"/>
    <w:rsid w:val="00930DE7"/>
    <w:rsid w:val="009335CB"/>
    <w:rsid w:val="009348CE"/>
    <w:rsid w:val="0093596F"/>
    <w:rsid w:val="00936505"/>
    <w:rsid w:val="009367BE"/>
    <w:rsid w:val="0093778B"/>
    <w:rsid w:val="00940D5F"/>
    <w:rsid w:val="00941235"/>
    <w:rsid w:val="00942ADC"/>
    <w:rsid w:val="0094350A"/>
    <w:rsid w:val="009441E2"/>
    <w:rsid w:val="009448D5"/>
    <w:rsid w:val="00946317"/>
    <w:rsid w:val="00950B7F"/>
    <w:rsid w:val="00954324"/>
    <w:rsid w:val="00954423"/>
    <w:rsid w:val="00956CFA"/>
    <w:rsid w:val="00957039"/>
    <w:rsid w:val="0096101C"/>
    <w:rsid w:val="00961644"/>
    <w:rsid w:val="009618E2"/>
    <w:rsid w:val="009631F2"/>
    <w:rsid w:val="009644A7"/>
    <w:rsid w:val="00964FD0"/>
    <w:rsid w:val="00965551"/>
    <w:rsid w:val="0096570E"/>
    <w:rsid w:val="00965AA2"/>
    <w:rsid w:val="00966234"/>
    <w:rsid w:val="00967CE6"/>
    <w:rsid w:val="009705C4"/>
    <w:rsid w:val="00970C45"/>
    <w:rsid w:val="00972293"/>
    <w:rsid w:val="00972392"/>
    <w:rsid w:val="00972544"/>
    <w:rsid w:val="009737FC"/>
    <w:rsid w:val="00973C70"/>
    <w:rsid w:val="0097418D"/>
    <w:rsid w:val="009741F5"/>
    <w:rsid w:val="009757C4"/>
    <w:rsid w:val="009758E8"/>
    <w:rsid w:val="009779F8"/>
    <w:rsid w:val="0098059A"/>
    <w:rsid w:val="00980996"/>
    <w:rsid w:val="00980D98"/>
    <w:rsid w:val="00981CFF"/>
    <w:rsid w:val="00981EC5"/>
    <w:rsid w:val="009825EE"/>
    <w:rsid w:val="00983277"/>
    <w:rsid w:val="00984480"/>
    <w:rsid w:val="00984D82"/>
    <w:rsid w:val="00985BA8"/>
    <w:rsid w:val="0098604B"/>
    <w:rsid w:val="00986262"/>
    <w:rsid w:val="009864C4"/>
    <w:rsid w:val="00986A0E"/>
    <w:rsid w:val="0099002F"/>
    <w:rsid w:val="009905DF"/>
    <w:rsid w:val="00993583"/>
    <w:rsid w:val="00995C33"/>
    <w:rsid w:val="00996999"/>
    <w:rsid w:val="009A0CF5"/>
    <w:rsid w:val="009A4B91"/>
    <w:rsid w:val="009B0C93"/>
    <w:rsid w:val="009B2318"/>
    <w:rsid w:val="009B2E2E"/>
    <w:rsid w:val="009B3498"/>
    <w:rsid w:val="009B4064"/>
    <w:rsid w:val="009B4F81"/>
    <w:rsid w:val="009C0561"/>
    <w:rsid w:val="009C184F"/>
    <w:rsid w:val="009C1B1E"/>
    <w:rsid w:val="009C24CC"/>
    <w:rsid w:val="009C2521"/>
    <w:rsid w:val="009C2E1D"/>
    <w:rsid w:val="009C5715"/>
    <w:rsid w:val="009C695D"/>
    <w:rsid w:val="009C6BF5"/>
    <w:rsid w:val="009C749F"/>
    <w:rsid w:val="009C7FE2"/>
    <w:rsid w:val="009D0B1E"/>
    <w:rsid w:val="009D1E69"/>
    <w:rsid w:val="009D371F"/>
    <w:rsid w:val="009D516C"/>
    <w:rsid w:val="009D69CC"/>
    <w:rsid w:val="009D6CFC"/>
    <w:rsid w:val="009E5236"/>
    <w:rsid w:val="009E55D8"/>
    <w:rsid w:val="009F2697"/>
    <w:rsid w:val="009F35CF"/>
    <w:rsid w:val="009F3BF2"/>
    <w:rsid w:val="009F4DAA"/>
    <w:rsid w:val="009F5340"/>
    <w:rsid w:val="00A0008E"/>
    <w:rsid w:val="00A01671"/>
    <w:rsid w:val="00A019FF"/>
    <w:rsid w:val="00A03546"/>
    <w:rsid w:val="00A04140"/>
    <w:rsid w:val="00A04FAC"/>
    <w:rsid w:val="00A05B80"/>
    <w:rsid w:val="00A101DD"/>
    <w:rsid w:val="00A10A1F"/>
    <w:rsid w:val="00A113C2"/>
    <w:rsid w:val="00A1370A"/>
    <w:rsid w:val="00A16316"/>
    <w:rsid w:val="00A1662F"/>
    <w:rsid w:val="00A16D39"/>
    <w:rsid w:val="00A24A73"/>
    <w:rsid w:val="00A27FAA"/>
    <w:rsid w:val="00A300B1"/>
    <w:rsid w:val="00A324C6"/>
    <w:rsid w:val="00A33AB3"/>
    <w:rsid w:val="00A33F6A"/>
    <w:rsid w:val="00A343D9"/>
    <w:rsid w:val="00A3551E"/>
    <w:rsid w:val="00A37902"/>
    <w:rsid w:val="00A416D5"/>
    <w:rsid w:val="00A42E75"/>
    <w:rsid w:val="00A4401C"/>
    <w:rsid w:val="00A5333C"/>
    <w:rsid w:val="00A559E3"/>
    <w:rsid w:val="00A60EFC"/>
    <w:rsid w:val="00A62983"/>
    <w:rsid w:val="00A62DD3"/>
    <w:rsid w:val="00A6329B"/>
    <w:rsid w:val="00A642E0"/>
    <w:rsid w:val="00A71CC6"/>
    <w:rsid w:val="00A76F52"/>
    <w:rsid w:val="00A7700C"/>
    <w:rsid w:val="00A8037E"/>
    <w:rsid w:val="00A80646"/>
    <w:rsid w:val="00A80BA1"/>
    <w:rsid w:val="00A83404"/>
    <w:rsid w:val="00A83515"/>
    <w:rsid w:val="00A83F66"/>
    <w:rsid w:val="00A85A05"/>
    <w:rsid w:val="00A87728"/>
    <w:rsid w:val="00A911AA"/>
    <w:rsid w:val="00A9300B"/>
    <w:rsid w:val="00A933B4"/>
    <w:rsid w:val="00A93449"/>
    <w:rsid w:val="00A93DB3"/>
    <w:rsid w:val="00A95177"/>
    <w:rsid w:val="00A96A56"/>
    <w:rsid w:val="00AA0BBC"/>
    <w:rsid w:val="00AA1239"/>
    <w:rsid w:val="00AA123D"/>
    <w:rsid w:val="00AA2719"/>
    <w:rsid w:val="00AA3BAB"/>
    <w:rsid w:val="00AA5A7A"/>
    <w:rsid w:val="00AA5CF0"/>
    <w:rsid w:val="00AB0A90"/>
    <w:rsid w:val="00AB3509"/>
    <w:rsid w:val="00AB60BA"/>
    <w:rsid w:val="00AB6176"/>
    <w:rsid w:val="00AB61FE"/>
    <w:rsid w:val="00AB64AF"/>
    <w:rsid w:val="00AC0D37"/>
    <w:rsid w:val="00AC1BF6"/>
    <w:rsid w:val="00AC1C9B"/>
    <w:rsid w:val="00AC204F"/>
    <w:rsid w:val="00AC373E"/>
    <w:rsid w:val="00AC3A4B"/>
    <w:rsid w:val="00AC4CE0"/>
    <w:rsid w:val="00AC68F9"/>
    <w:rsid w:val="00AD056B"/>
    <w:rsid w:val="00AD4D54"/>
    <w:rsid w:val="00AD57B8"/>
    <w:rsid w:val="00AD5F67"/>
    <w:rsid w:val="00AD7FF4"/>
    <w:rsid w:val="00AE1548"/>
    <w:rsid w:val="00AE1D0C"/>
    <w:rsid w:val="00AE251C"/>
    <w:rsid w:val="00AE31D3"/>
    <w:rsid w:val="00AF0EA5"/>
    <w:rsid w:val="00AF29E9"/>
    <w:rsid w:val="00AF2BF6"/>
    <w:rsid w:val="00AF5445"/>
    <w:rsid w:val="00AF6679"/>
    <w:rsid w:val="00B00158"/>
    <w:rsid w:val="00B01A4D"/>
    <w:rsid w:val="00B01C44"/>
    <w:rsid w:val="00B020A8"/>
    <w:rsid w:val="00B026B8"/>
    <w:rsid w:val="00B02C64"/>
    <w:rsid w:val="00B04A41"/>
    <w:rsid w:val="00B04ACD"/>
    <w:rsid w:val="00B05041"/>
    <w:rsid w:val="00B074AF"/>
    <w:rsid w:val="00B07A26"/>
    <w:rsid w:val="00B07D3A"/>
    <w:rsid w:val="00B16A84"/>
    <w:rsid w:val="00B17005"/>
    <w:rsid w:val="00B20B06"/>
    <w:rsid w:val="00B22394"/>
    <w:rsid w:val="00B2542B"/>
    <w:rsid w:val="00B26054"/>
    <w:rsid w:val="00B264C4"/>
    <w:rsid w:val="00B27156"/>
    <w:rsid w:val="00B3250A"/>
    <w:rsid w:val="00B344C9"/>
    <w:rsid w:val="00B35399"/>
    <w:rsid w:val="00B36368"/>
    <w:rsid w:val="00B3729E"/>
    <w:rsid w:val="00B40582"/>
    <w:rsid w:val="00B406A7"/>
    <w:rsid w:val="00B434D6"/>
    <w:rsid w:val="00B43A25"/>
    <w:rsid w:val="00B448CE"/>
    <w:rsid w:val="00B44A8B"/>
    <w:rsid w:val="00B44C1F"/>
    <w:rsid w:val="00B47606"/>
    <w:rsid w:val="00B5154F"/>
    <w:rsid w:val="00B53CBC"/>
    <w:rsid w:val="00B56469"/>
    <w:rsid w:val="00B5741A"/>
    <w:rsid w:val="00B60FEB"/>
    <w:rsid w:val="00B67CD0"/>
    <w:rsid w:val="00B74AE5"/>
    <w:rsid w:val="00B770F4"/>
    <w:rsid w:val="00B775D5"/>
    <w:rsid w:val="00B77988"/>
    <w:rsid w:val="00B77D0F"/>
    <w:rsid w:val="00B8298D"/>
    <w:rsid w:val="00B82A95"/>
    <w:rsid w:val="00B84E46"/>
    <w:rsid w:val="00B8747E"/>
    <w:rsid w:val="00B95448"/>
    <w:rsid w:val="00B960FD"/>
    <w:rsid w:val="00B973A6"/>
    <w:rsid w:val="00BA0ED6"/>
    <w:rsid w:val="00BA2187"/>
    <w:rsid w:val="00BA24CD"/>
    <w:rsid w:val="00BA3067"/>
    <w:rsid w:val="00BA3A35"/>
    <w:rsid w:val="00BA44FB"/>
    <w:rsid w:val="00BA47B9"/>
    <w:rsid w:val="00BB0286"/>
    <w:rsid w:val="00BB0486"/>
    <w:rsid w:val="00BB1996"/>
    <w:rsid w:val="00BB3AA6"/>
    <w:rsid w:val="00BB60D5"/>
    <w:rsid w:val="00BB6743"/>
    <w:rsid w:val="00BB7D1E"/>
    <w:rsid w:val="00BC135D"/>
    <w:rsid w:val="00BC214E"/>
    <w:rsid w:val="00BD03E9"/>
    <w:rsid w:val="00BD1454"/>
    <w:rsid w:val="00BD3435"/>
    <w:rsid w:val="00BD45D0"/>
    <w:rsid w:val="00BD78A9"/>
    <w:rsid w:val="00BE2121"/>
    <w:rsid w:val="00BE28C7"/>
    <w:rsid w:val="00BE2B70"/>
    <w:rsid w:val="00BE34C5"/>
    <w:rsid w:val="00BE42AB"/>
    <w:rsid w:val="00BE5BA5"/>
    <w:rsid w:val="00BF4CF4"/>
    <w:rsid w:val="00BF5109"/>
    <w:rsid w:val="00C002B4"/>
    <w:rsid w:val="00C0238C"/>
    <w:rsid w:val="00C040C1"/>
    <w:rsid w:val="00C042CC"/>
    <w:rsid w:val="00C07382"/>
    <w:rsid w:val="00C07CB0"/>
    <w:rsid w:val="00C10498"/>
    <w:rsid w:val="00C10691"/>
    <w:rsid w:val="00C11353"/>
    <w:rsid w:val="00C17D97"/>
    <w:rsid w:val="00C20B76"/>
    <w:rsid w:val="00C22FAF"/>
    <w:rsid w:val="00C23B7B"/>
    <w:rsid w:val="00C26078"/>
    <w:rsid w:val="00C26AA8"/>
    <w:rsid w:val="00C27408"/>
    <w:rsid w:val="00C274BA"/>
    <w:rsid w:val="00C3128B"/>
    <w:rsid w:val="00C31B00"/>
    <w:rsid w:val="00C3266C"/>
    <w:rsid w:val="00C3290A"/>
    <w:rsid w:val="00C34443"/>
    <w:rsid w:val="00C37CD1"/>
    <w:rsid w:val="00C42E4A"/>
    <w:rsid w:val="00C4474C"/>
    <w:rsid w:val="00C44AD6"/>
    <w:rsid w:val="00C45E78"/>
    <w:rsid w:val="00C4621A"/>
    <w:rsid w:val="00C462C8"/>
    <w:rsid w:val="00C4644F"/>
    <w:rsid w:val="00C50FB7"/>
    <w:rsid w:val="00C5392A"/>
    <w:rsid w:val="00C54716"/>
    <w:rsid w:val="00C57DF6"/>
    <w:rsid w:val="00C60C3B"/>
    <w:rsid w:val="00C62664"/>
    <w:rsid w:val="00C62698"/>
    <w:rsid w:val="00C646BD"/>
    <w:rsid w:val="00C6780E"/>
    <w:rsid w:val="00C67A3C"/>
    <w:rsid w:val="00C705C8"/>
    <w:rsid w:val="00C70C86"/>
    <w:rsid w:val="00C7110A"/>
    <w:rsid w:val="00C71997"/>
    <w:rsid w:val="00C7248B"/>
    <w:rsid w:val="00C73807"/>
    <w:rsid w:val="00C74694"/>
    <w:rsid w:val="00C76E62"/>
    <w:rsid w:val="00C776F0"/>
    <w:rsid w:val="00C8004B"/>
    <w:rsid w:val="00C815AF"/>
    <w:rsid w:val="00C82776"/>
    <w:rsid w:val="00C833E1"/>
    <w:rsid w:val="00C845D7"/>
    <w:rsid w:val="00C92C36"/>
    <w:rsid w:val="00C939FA"/>
    <w:rsid w:val="00C94623"/>
    <w:rsid w:val="00C94AEC"/>
    <w:rsid w:val="00C95FF8"/>
    <w:rsid w:val="00C973E4"/>
    <w:rsid w:val="00CA2AD3"/>
    <w:rsid w:val="00CA37A5"/>
    <w:rsid w:val="00CA6B56"/>
    <w:rsid w:val="00CA7A76"/>
    <w:rsid w:val="00CB0C8E"/>
    <w:rsid w:val="00CB1906"/>
    <w:rsid w:val="00CB1D56"/>
    <w:rsid w:val="00CB61B8"/>
    <w:rsid w:val="00CB6481"/>
    <w:rsid w:val="00CB67AB"/>
    <w:rsid w:val="00CB7B90"/>
    <w:rsid w:val="00CB7DBE"/>
    <w:rsid w:val="00CB7FD1"/>
    <w:rsid w:val="00CC2E55"/>
    <w:rsid w:val="00CC37C0"/>
    <w:rsid w:val="00CC4A86"/>
    <w:rsid w:val="00CC7A30"/>
    <w:rsid w:val="00CD1249"/>
    <w:rsid w:val="00CD1F13"/>
    <w:rsid w:val="00CD3DAD"/>
    <w:rsid w:val="00CD440A"/>
    <w:rsid w:val="00CD58F0"/>
    <w:rsid w:val="00CD77E3"/>
    <w:rsid w:val="00CE0303"/>
    <w:rsid w:val="00CE1049"/>
    <w:rsid w:val="00CE1550"/>
    <w:rsid w:val="00CE2582"/>
    <w:rsid w:val="00CE57CC"/>
    <w:rsid w:val="00CE65DA"/>
    <w:rsid w:val="00CE786A"/>
    <w:rsid w:val="00CF0CC2"/>
    <w:rsid w:val="00CF1ED9"/>
    <w:rsid w:val="00CF2A13"/>
    <w:rsid w:val="00CF4196"/>
    <w:rsid w:val="00CF588F"/>
    <w:rsid w:val="00CF785F"/>
    <w:rsid w:val="00CF7AF4"/>
    <w:rsid w:val="00D01011"/>
    <w:rsid w:val="00D0465C"/>
    <w:rsid w:val="00D058BF"/>
    <w:rsid w:val="00D05A14"/>
    <w:rsid w:val="00D05D61"/>
    <w:rsid w:val="00D06B71"/>
    <w:rsid w:val="00D15CD6"/>
    <w:rsid w:val="00D170F6"/>
    <w:rsid w:val="00D21A9A"/>
    <w:rsid w:val="00D21CC5"/>
    <w:rsid w:val="00D22B67"/>
    <w:rsid w:val="00D27A72"/>
    <w:rsid w:val="00D34B0F"/>
    <w:rsid w:val="00D35009"/>
    <w:rsid w:val="00D43E8B"/>
    <w:rsid w:val="00D44589"/>
    <w:rsid w:val="00D44953"/>
    <w:rsid w:val="00D46DFF"/>
    <w:rsid w:val="00D50178"/>
    <w:rsid w:val="00D51495"/>
    <w:rsid w:val="00D51563"/>
    <w:rsid w:val="00D51641"/>
    <w:rsid w:val="00D517F6"/>
    <w:rsid w:val="00D52031"/>
    <w:rsid w:val="00D5292A"/>
    <w:rsid w:val="00D53C67"/>
    <w:rsid w:val="00D546EB"/>
    <w:rsid w:val="00D5573F"/>
    <w:rsid w:val="00D5683C"/>
    <w:rsid w:val="00D60CC5"/>
    <w:rsid w:val="00D67E96"/>
    <w:rsid w:val="00D67EA7"/>
    <w:rsid w:val="00D73436"/>
    <w:rsid w:val="00D7557D"/>
    <w:rsid w:val="00D75A53"/>
    <w:rsid w:val="00D773D4"/>
    <w:rsid w:val="00D77648"/>
    <w:rsid w:val="00D81CA6"/>
    <w:rsid w:val="00D84149"/>
    <w:rsid w:val="00D85158"/>
    <w:rsid w:val="00D86C0F"/>
    <w:rsid w:val="00D86E4B"/>
    <w:rsid w:val="00D876C2"/>
    <w:rsid w:val="00D90B62"/>
    <w:rsid w:val="00D91785"/>
    <w:rsid w:val="00D93E0C"/>
    <w:rsid w:val="00D9421A"/>
    <w:rsid w:val="00D96114"/>
    <w:rsid w:val="00DA08CD"/>
    <w:rsid w:val="00DA1CD2"/>
    <w:rsid w:val="00DA315F"/>
    <w:rsid w:val="00DA354E"/>
    <w:rsid w:val="00DA37D2"/>
    <w:rsid w:val="00DA5C7B"/>
    <w:rsid w:val="00DA5CD3"/>
    <w:rsid w:val="00DA680A"/>
    <w:rsid w:val="00DB0842"/>
    <w:rsid w:val="00DB0A25"/>
    <w:rsid w:val="00DB2690"/>
    <w:rsid w:val="00DB3D10"/>
    <w:rsid w:val="00DB5814"/>
    <w:rsid w:val="00DB6E39"/>
    <w:rsid w:val="00DB7F5B"/>
    <w:rsid w:val="00DC0804"/>
    <w:rsid w:val="00DC142F"/>
    <w:rsid w:val="00DC37E9"/>
    <w:rsid w:val="00DC56D2"/>
    <w:rsid w:val="00DC596B"/>
    <w:rsid w:val="00DC61E4"/>
    <w:rsid w:val="00DC6825"/>
    <w:rsid w:val="00DD2B20"/>
    <w:rsid w:val="00DD2C8A"/>
    <w:rsid w:val="00DD51F4"/>
    <w:rsid w:val="00DD62BF"/>
    <w:rsid w:val="00DD7D22"/>
    <w:rsid w:val="00DD7E38"/>
    <w:rsid w:val="00DE2EDA"/>
    <w:rsid w:val="00DE3513"/>
    <w:rsid w:val="00DE3B11"/>
    <w:rsid w:val="00DE3F35"/>
    <w:rsid w:val="00DE4A93"/>
    <w:rsid w:val="00DE4EA0"/>
    <w:rsid w:val="00DE5AE0"/>
    <w:rsid w:val="00DE79C8"/>
    <w:rsid w:val="00DF02D3"/>
    <w:rsid w:val="00DF0615"/>
    <w:rsid w:val="00DF149D"/>
    <w:rsid w:val="00DF18BD"/>
    <w:rsid w:val="00DF6CAE"/>
    <w:rsid w:val="00E004BA"/>
    <w:rsid w:val="00E016D1"/>
    <w:rsid w:val="00E019D0"/>
    <w:rsid w:val="00E02765"/>
    <w:rsid w:val="00E02902"/>
    <w:rsid w:val="00E0466F"/>
    <w:rsid w:val="00E04BDE"/>
    <w:rsid w:val="00E05B2F"/>
    <w:rsid w:val="00E0612E"/>
    <w:rsid w:val="00E11A21"/>
    <w:rsid w:val="00E11CD2"/>
    <w:rsid w:val="00E147C9"/>
    <w:rsid w:val="00E17632"/>
    <w:rsid w:val="00E17D1F"/>
    <w:rsid w:val="00E24080"/>
    <w:rsid w:val="00E24F8A"/>
    <w:rsid w:val="00E26334"/>
    <w:rsid w:val="00E2652F"/>
    <w:rsid w:val="00E267F5"/>
    <w:rsid w:val="00E32028"/>
    <w:rsid w:val="00E3267F"/>
    <w:rsid w:val="00E32F73"/>
    <w:rsid w:val="00E346E2"/>
    <w:rsid w:val="00E34F04"/>
    <w:rsid w:val="00E3693A"/>
    <w:rsid w:val="00E4495F"/>
    <w:rsid w:val="00E46514"/>
    <w:rsid w:val="00E50334"/>
    <w:rsid w:val="00E51E04"/>
    <w:rsid w:val="00E53709"/>
    <w:rsid w:val="00E570CD"/>
    <w:rsid w:val="00E57426"/>
    <w:rsid w:val="00E601F2"/>
    <w:rsid w:val="00E6322B"/>
    <w:rsid w:val="00E64289"/>
    <w:rsid w:val="00E64390"/>
    <w:rsid w:val="00E64746"/>
    <w:rsid w:val="00E666D9"/>
    <w:rsid w:val="00E70098"/>
    <w:rsid w:val="00E70768"/>
    <w:rsid w:val="00E711C0"/>
    <w:rsid w:val="00E71443"/>
    <w:rsid w:val="00E7411E"/>
    <w:rsid w:val="00E7463B"/>
    <w:rsid w:val="00E75160"/>
    <w:rsid w:val="00E76A69"/>
    <w:rsid w:val="00E76E2B"/>
    <w:rsid w:val="00E8186F"/>
    <w:rsid w:val="00E8199B"/>
    <w:rsid w:val="00E82130"/>
    <w:rsid w:val="00E8263B"/>
    <w:rsid w:val="00E84EAA"/>
    <w:rsid w:val="00E8538A"/>
    <w:rsid w:val="00E86062"/>
    <w:rsid w:val="00E86AFB"/>
    <w:rsid w:val="00E90646"/>
    <w:rsid w:val="00E92DE1"/>
    <w:rsid w:val="00E940AF"/>
    <w:rsid w:val="00E9452A"/>
    <w:rsid w:val="00E94E5B"/>
    <w:rsid w:val="00E956BA"/>
    <w:rsid w:val="00EA1DFA"/>
    <w:rsid w:val="00EA256B"/>
    <w:rsid w:val="00EA364C"/>
    <w:rsid w:val="00EA6C45"/>
    <w:rsid w:val="00EA784B"/>
    <w:rsid w:val="00EB182E"/>
    <w:rsid w:val="00EB2332"/>
    <w:rsid w:val="00EB30CB"/>
    <w:rsid w:val="00EB4966"/>
    <w:rsid w:val="00EB4F26"/>
    <w:rsid w:val="00EB7354"/>
    <w:rsid w:val="00EB74CE"/>
    <w:rsid w:val="00EC08CB"/>
    <w:rsid w:val="00EC1057"/>
    <w:rsid w:val="00EC13C7"/>
    <w:rsid w:val="00EC13EC"/>
    <w:rsid w:val="00EC2C96"/>
    <w:rsid w:val="00EC5C7E"/>
    <w:rsid w:val="00EC5EE9"/>
    <w:rsid w:val="00ED081A"/>
    <w:rsid w:val="00ED23DB"/>
    <w:rsid w:val="00ED2568"/>
    <w:rsid w:val="00EE0403"/>
    <w:rsid w:val="00EE1BBF"/>
    <w:rsid w:val="00EE1CA3"/>
    <w:rsid w:val="00EE3188"/>
    <w:rsid w:val="00EE5A3D"/>
    <w:rsid w:val="00EE5CDA"/>
    <w:rsid w:val="00EE74A1"/>
    <w:rsid w:val="00EE79F9"/>
    <w:rsid w:val="00EF13CC"/>
    <w:rsid w:val="00EF1D05"/>
    <w:rsid w:val="00EF42B4"/>
    <w:rsid w:val="00EF56AB"/>
    <w:rsid w:val="00EF604B"/>
    <w:rsid w:val="00EF6BA6"/>
    <w:rsid w:val="00F00684"/>
    <w:rsid w:val="00F02D15"/>
    <w:rsid w:val="00F0496A"/>
    <w:rsid w:val="00F06B1B"/>
    <w:rsid w:val="00F10B38"/>
    <w:rsid w:val="00F14EE7"/>
    <w:rsid w:val="00F15EBB"/>
    <w:rsid w:val="00F16D5C"/>
    <w:rsid w:val="00F17FE1"/>
    <w:rsid w:val="00F2394E"/>
    <w:rsid w:val="00F25760"/>
    <w:rsid w:val="00F26174"/>
    <w:rsid w:val="00F261BC"/>
    <w:rsid w:val="00F275FB"/>
    <w:rsid w:val="00F27B54"/>
    <w:rsid w:val="00F31D0B"/>
    <w:rsid w:val="00F368E9"/>
    <w:rsid w:val="00F37388"/>
    <w:rsid w:val="00F37600"/>
    <w:rsid w:val="00F4048B"/>
    <w:rsid w:val="00F4167B"/>
    <w:rsid w:val="00F4357E"/>
    <w:rsid w:val="00F45E94"/>
    <w:rsid w:val="00F47C85"/>
    <w:rsid w:val="00F51484"/>
    <w:rsid w:val="00F517B8"/>
    <w:rsid w:val="00F51B00"/>
    <w:rsid w:val="00F52B9C"/>
    <w:rsid w:val="00F53AA4"/>
    <w:rsid w:val="00F55FF2"/>
    <w:rsid w:val="00F60883"/>
    <w:rsid w:val="00F65CBA"/>
    <w:rsid w:val="00F6760E"/>
    <w:rsid w:val="00F70D56"/>
    <w:rsid w:val="00F70E4F"/>
    <w:rsid w:val="00F7192A"/>
    <w:rsid w:val="00F71B3C"/>
    <w:rsid w:val="00F73C7D"/>
    <w:rsid w:val="00F74B3F"/>
    <w:rsid w:val="00F759EB"/>
    <w:rsid w:val="00F80F8F"/>
    <w:rsid w:val="00F810AF"/>
    <w:rsid w:val="00F814B1"/>
    <w:rsid w:val="00F814B5"/>
    <w:rsid w:val="00F86282"/>
    <w:rsid w:val="00F90CFD"/>
    <w:rsid w:val="00F90E4D"/>
    <w:rsid w:val="00F9195A"/>
    <w:rsid w:val="00F91C61"/>
    <w:rsid w:val="00F92807"/>
    <w:rsid w:val="00F9400F"/>
    <w:rsid w:val="00F9459C"/>
    <w:rsid w:val="00F94B0F"/>
    <w:rsid w:val="00FA3B49"/>
    <w:rsid w:val="00FA79B7"/>
    <w:rsid w:val="00FA7E2E"/>
    <w:rsid w:val="00FB32ED"/>
    <w:rsid w:val="00FB4900"/>
    <w:rsid w:val="00FB5704"/>
    <w:rsid w:val="00FB6509"/>
    <w:rsid w:val="00FB7B3F"/>
    <w:rsid w:val="00FC0396"/>
    <w:rsid w:val="00FC0A0F"/>
    <w:rsid w:val="00FD07C1"/>
    <w:rsid w:val="00FD0FA6"/>
    <w:rsid w:val="00FD1956"/>
    <w:rsid w:val="00FD45B2"/>
    <w:rsid w:val="00FD4621"/>
    <w:rsid w:val="00FD546F"/>
    <w:rsid w:val="00FD5C33"/>
    <w:rsid w:val="00FD7329"/>
    <w:rsid w:val="00FD73BB"/>
    <w:rsid w:val="00FD7638"/>
    <w:rsid w:val="00FE096F"/>
    <w:rsid w:val="00FE1DE0"/>
    <w:rsid w:val="00FE32AB"/>
    <w:rsid w:val="00FE6BBB"/>
    <w:rsid w:val="00FE6D68"/>
    <w:rsid w:val="00FF081C"/>
    <w:rsid w:val="00FF18AA"/>
    <w:rsid w:val="00FF3ADA"/>
    <w:rsid w:val="00FF480D"/>
    <w:rsid w:val="00FF60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7D361"/>
  <w15:chartTrackingRefBased/>
  <w15:docId w15:val="{1208B11F-5718-477C-BFAA-2848FC70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D0B1E"/>
    <w:pPr>
      <w:keepNext/>
      <w:keepLines/>
      <w:spacing w:before="240" w:after="0"/>
      <w:outlineLvl w:val="0"/>
    </w:pPr>
    <w:rPr>
      <w:rFonts w:eastAsiaTheme="majorEastAsia" w:cstheme="majorBidi"/>
      <w:b/>
      <w:sz w:val="40"/>
      <w:szCs w:val="32"/>
    </w:rPr>
  </w:style>
  <w:style w:type="paragraph" w:styleId="Nagwek2">
    <w:name w:val="heading 2"/>
    <w:basedOn w:val="Normalny"/>
    <w:next w:val="Normalny"/>
    <w:link w:val="Nagwek2Znak"/>
    <w:uiPriority w:val="9"/>
    <w:unhideWhenUsed/>
    <w:qFormat/>
    <w:rsid w:val="00C26AA8"/>
    <w:pPr>
      <w:spacing w:after="60" w:line="240" w:lineRule="auto"/>
      <w:outlineLvl w:val="1"/>
    </w:pPr>
    <w:rPr>
      <w:rFonts w:cstheme="minorHAnsi"/>
      <w:b/>
      <w:smallCaps/>
      <w:sz w:val="36"/>
      <w:szCs w:val="32"/>
    </w:rPr>
  </w:style>
  <w:style w:type="paragraph" w:styleId="Nagwek3">
    <w:name w:val="heading 3"/>
    <w:basedOn w:val="Normalny"/>
    <w:next w:val="Normalny"/>
    <w:link w:val="Nagwek3Znak"/>
    <w:uiPriority w:val="9"/>
    <w:unhideWhenUsed/>
    <w:qFormat/>
    <w:rsid w:val="00720E6E"/>
    <w:pPr>
      <w:keepNext/>
      <w:keepLines/>
      <w:spacing w:before="200" w:after="100" w:line="300" w:lineRule="auto"/>
      <w:outlineLvl w:val="2"/>
    </w:pPr>
    <w:rPr>
      <w:rFonts w:asciiTheme="majorHAnsi" w:eastAsiaTheme="majorEastAsia" w:hAnsiTheme="majorHAnsi" w:cstheme="majorBidi"/>
      <w:b/>
      <w:bCs/>
      <w:color w:val="1F4D78"/>
      <w:sz w:val="24"/>
      <w:lang w:val="en-US"/>
    </w:rPr>
  </w:style>
  <w:style w:type="paragraph" w:styleId="Nagwek4">
    <w:name w:val="heading 4"/>
    <w:basedOn w:val="Normalny"/>
    <w:next w:val="Normalny"/>
    <w:link w:val="Nagwek4Znak"/>
    <w:uiPriority w:val="9"/>
    <w:semiHidden/>
    <w:unhideWhenUsed/>
    <w:qFormat/>
    <w:rsid w:val="00720E6E"/>
    <w:pPr>
      <w:keepNext/>
      <w:keepLines/>
      <w:spacing w:before="200" w:after="0" w:line="300" w:lineRule="auto"/>
      <w:outlineLvl w:val="3"/>
    </w:pPr>
    <w:rPr>
      <w:rFonts w:asciiTheme="majorHAnsi" w:eastAsiaTheme="majorEastAsia" w:hAnsiTheme="majorHAnsi" w:cstheme="majorBidi"/>
      <w:b/>
      <w:bCs/>
      <w:i/>
      <w:iCs/>
      <w:color w:val="5B9BD5" w:themeColor="accent1"/>
      <w:lang w:val="en-US"/>
    </w:rPr>
  </w:style>
  <w:style w:type="paragraph" w:styleId="Nagwek5">
    <w:name w:val="heading 5"/>
    <w:basedOn w:val="Normalny"/>
    <w:next w:val="Normalny"/>
    <w:link w:val="Nagwek5Znak"/>
    <w:uiPriority w:val="9"/>
    <w:semiHidden/>
    <w:unhideWhenUsed/>
    <w:qFormat/>
    <w:rsid w:val="00720E6E"/>
    <w:pPr>
      <w:keepNext/>
      <w:keepLines/>
      <w:spacing w:before="200" w:after="0" w:line="300" w:lineRule="auto"/>
      <w:outlineLvl w:val="4"/>
    </w:pPr>
    <w:rPr>
      <w:rFonts w:asciiTheme="majorHAnsi" w:eastAsiaTheme="majorEastAsia" w:hAnsiTheme="majorHAnsi" w:cstheme="majorBidi"/>
      <w:color w:val="1F4D78" w:themeColor="accent1" w:themeShade="7F"/>
      <w:lang w:val="en-US"/>
    </w:rPr>
  </w:style>
  <w:style w:type="paragraph" w:styleId="Nagwek6">
    <w:name w:val="heading 6"/>
    <w:basedOn w:val="Normalny"/>
    <w:next w:val="Normalny"/>
    <w:link w:val="Nagwek6Znak"/>
    <w:uiPriority w:val="9"/>
    <w:semiHidden/>
    <w:unhideWhenUsed/>
    <w:qFormat/>
    <w:rsid w:val="00720E6E"/>
    <w:pPr>
      <w:keepNext/>
      <w:keepLines/>
      <w:spacing w:before="200" w:after="0" w:line="300" w:lineRule="auto"/>
      <w:outlineLvl w:val="5"/>
    </w:pPr>
    <w:rPr>
      <w:rFonts w:asciiTheme="majorHAnsi" w:eastAsiaTheme="majorEastAsia" w:hAnsiTheme="majorHAnsi" w:cstheme="majorBidi"/>
      <w:i/>
      <w:iCs/>
      <w:color w:val="1F4D78" w:themeColor="accent1" w:themeShade="7F"/>
      <w:lang w:val="en-US"/>
    </w:rPr>
  </w:style>
  <w:style w:type="paragraph" w:styleId="Nagwek7">
    <w:name w:val="heading 7"/>
    <w:basedOn w:val="Normalny"/>
    <w:next w:val="Normalny"/>
    <w:link w:val="Nagwek7Znak"/>
    <w:uiPriority w:val="9"/>
    <w:semiHidden/>
    <w:unhideWhenUsed/>
    <w:qFormat/>
    <w:rsid w:val="00720E6E"/>
    <w:pPr>
      <w:keepNext/>
      <w:keepLines/>
      <w:spacing w:before="200" w:after="0" w:line="300" w:lineRule="auto"/>
      <w:outlineLvl w:val="6"/>
    </w:pPr>
    <w:rPr>
      <w:rFonts w:asciiTheme="majorHAnsi" w:eastAsiaTheme="majorEastAsia" w:hAnsiTheme="majorHAnsi" w:cstheme="majorBidi"/>
      <w:i/>
      <w:iCs/>
      <w:color w:val="404040" w:themeColor="text1" w:themeTint="BF"/>
      <w:lang w:val="en-US"/>
    </w:rPr>
  </w:style>
  <w:style w:type="paragraph" w:styleId="Nagwek8">
    <w:name w:val="heading 8"/>
    <w:basedOn w:val="Normalny"/>
    <w:next w:val="Normalny"/>
    <w:link w:val="Nagwek8Znak"/>
    <w:uiPriority w:val="9"/>
    <w:semiHidden/>
    <w:unhideWhenUsed/>
    <w:qFormat/>
    <w:rsid w:val="00720E6E"/>
    <w:pPr>
      <w:keepNext/>
      <w:keepLines/>
      <w:spacing w:before="200" w:after="0" w:line="300" w:lineRule="auto"/>
      <w:outlineLvl w:val="7"/>
    </w:pPr>
    <w:rPr>
      <w:rFonts w:asciiTheme="majorHAnsi" w:eastAsiaTheme="majorEastAsia" w:hAnsiTheme="majorHAnsi" w:cstheme="majorBidi"/>
      <w:color w:val="5B9BD5" w:themeColor="accent1"/>
      <w:sz w:val="20"/>
      <w:szCs w:val="20"/>
      <w:lang w:val="en-US"/>
    </w:rPr>
  </w:style>
  <w:style w:type="paragraph" w:styleId="Nagwek9">
    <w:name w:val="heading 9"/>
    <w:basedOn w:val="Normalny"/>
    <w:next w:val="Normalny"/>
    <w:link w:val="Nagwek9Znak"/>
    <w:uiPriority w:val="9"/>
    <w:semiHidden/>
    <w:unhideWhenUsed/>
    <w:qFormat/>
    <w:rsid w:val="00720E6E"/>
    <w:pPr>
      <w:keepNext/>
      <w:keepLines/>
      <w:spacing w:before="200" w:after="0" w:line="300"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06A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06A63"/>
  </w:style>
  <w:style w:type="paragraph" w:styleId="Stopka">
    <w:name w:val="footer"/>
    <w:basedOn w:val="Normalny"/>
    <w:link w:val="StopkaZnak"/>
    <w:uiPriority w:val="99"/>
    <w:unhideWhenUsed/>
    <w:rsid w:val="00006A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06A63"/>
  </w:style>
  <w:style w:type="table" w:styleId="Tabela-Siatka">
    <w:name w:val="Table Grid"/>
    <w:basedOn w:val="Standardowy"/>
    <w:uiPriority w:val="59"/>
    <w:rsid w:val="00C46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60FEB"/>
    <w:pPr>
      <w:ind w:left="720"/>
      <w:contextualSpacing/>
    </w:pPr>
  </w:style>
  <w:style w:type="paragraph" w:styleId="Tekstprzypisukocowego">
    <w:name w:val="endnote text"/>
    <w:basedOn w:val="Normalny"/>
    <w:link w:val="TekstprzypisukocowegoZnak"/>
    <w:uiPriority w:val="99"/>
    <w:semiHidden/>
    <w:unhideWhenUsed/>
    <w:rsid w:val="004A7E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7E45"/>
    <w:rPr>
      <w:sz w:val="20"/>
      <w:szCs w:val="20"/>
    </w:rPr>
  </w:style>
  <w:style w:type="character" w:styleId="Odwoanieprzypisukocowego">
    <w:name w:val="endnote reference"/>
    <w:basedOn w:val="Domylnaczcionkaakapitu"/>
    <w:uiPriority w:val="99"/>
    <w:semiHidden/>
    <w:unhideWhenUsed/>
    <w:rsid w:val="004A7E45"/>
    <w:rPr>
      <w:vertAlign w:val="superscript"/>
    </w:rPr>
  </w:style>
  <w:style w:type="character" w:styleId="Numerwiersza">
    <w:name w:val="line number"/>
    <w:basedOn w:val="Domylnaczcionkaakapitu"/>
    <w:uiPriority w:val="99"/>
    <w:semiHidden/>
    <w:unhideWhenUsed/>
    <w:rsid w:val="00D05A14"/>
  </w:style>
  <w:style w:type="paragraph" w:styleId="NormalnyWeb">
    <w:name w:val="Normal (Web)"/>
    <w:basedOn w:val="Normalny"/>
    <w:uiPriority w:val="99"/>
    <w:unhideWhenUsed/>
    <w:rsid w:val="003208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CE786A"/>
    <w:rPr>
      <w:sz w:val="16"/>
      <w:szCs w:val="16"/>
    </w:rPr>
  </w:style>
  <w:style w:type="paragraph" w:styleId="Tekstkomentarza">
    <w:name w:val="annotation text"/>
    <w:basedOn w:val="Normalny"/>
    <w:link w:val="TekstkomentarzaZnak"/>
    <w:uiPriority w:val="99"/>
    <w:semiHidden/>
    <w:unhideWhenUsed/>
    <w:rsid w:val="00CE78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786A"/>
    <w:rPr>
      <w:sz w:val="20"/>
      <w:szCs w:val="20"/>
    </w:rPr>
  </w:style>
  <w:style w:type="paragraph" w:styleId="Tematkomentarza">
    <w:name w:val="annotation subject"/>
    <w:basedOn w:val="Tekstkomentarza"/>
    <w:next w:val="Tekstkomentarza"/>
    <w:link w:val="TematkomentarzaZnak"/>
    <w:uiPriority w:val="99"/>
    <w:semiHidden/>
    <w:unhideWhenUsed/>
    <w:rsid w:val="00CE786A"/>
    <w:rPr>
      <w:b/>
      <w:bCs/>
    </w:rPr>
  </w:style>
  <w:style w:type="character" w:customStyle="1" w:styleId="TematkomentarzaZnak">
    <w:name w:val="Temat komentarza Znak"/>
    <w:basedOn w:val="TekstkomentarzaZnak"/>
    <w:link w:val="Tematkomentarza"/>
    <w:uiPriority w:val="99"/>
    <w:semiHidden/>
    <w:rsid w:val="00CE786A"/>
    <w:rPr>
      <w:b/>
      <w:bCs/>
      <w:sz w:val="20"/>
      <w:szCs w:val="20"/>
    </w:rPr>
  </w:style>
  <w:style w:type="paragraph" w:styleId="Tekstdymka">
    <w:name w:val="Balloon Text"/>
    <w:basedOn w:val="Normalny"/>
    <w:link w:val="TekstdymkaZnak"/>
    <w:uiPriority w:val="99"/>
    <w:semiHidden/>
    <w:unhideWhenUsed/>
    <w:rsid w:val="00CE78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786A"/>
    <w:rPr>
      <w:rFonts w:ascii="Segoe UI" w:hAnsi="Segoe UI" w:cs="Segoe UI"/>
      <w:sz w:val="18"/>
      <w:szCs w:val="18"/>
    </w:rPr>
  </w:style>
  <w:style w:type="character" w:styleId="Tekstzastpczy">
    <w:name w:val="Placeholder Text"/>
    <w:basedOn w:val="Domylnaczcionkaakapitu"/>
    <w:uiPriority w:val="99"/>
    <w:semiHidden/>
    <w:rsid w:val="00002524"/>
    <w:rPr>
      <w:color w:val="808080"/>
    </w:rPr>
  </w:style>
  <w:style w:type="paragraph" w:customStyle="1" w:styleId="Default">
    <w:name w:val="Default"/>
    <w:rsid w:val="00EF56AB"/>
    <w:pPr>
      <w:autoSpaceDE w:val="0"/>
      <w:autoSpaceDN w:val="0"/>
      <w:adjustRightInd w:val="0"/>
      <w:spacing w:after="0" w:line="240" w:lineRule="auto"/>
    </w:pPr>
    <w:rPr>
      <w:rFonts w:ascii="Lato" w:hAnsi="Lato" w:cs="Lato"/>
      <w:color w:val="000000"/>
      <w:sz w:val="24"/>
      <w:szCs w:val="24"/>
    </w:rPr>
  </w:style>
  <w:style w:type="paragraph" w:styleId="Poprawka">
    <w:name w:val="Revision"/>
    <w:hidden/>
    <w:uiPriority w:val="99"/>
    <w:semiHidden/>
    <w:rsid w:val="00140507"/>
    <w:pPr>
      <w:spacing w:after="0" w:line="240" w:lineRule="auto"/>
    </w:pPr>
  </w:style>
  <w:style w:type="character" w:styleId="Hipercze">
    <w:name w:val="Hyperlink"/>
    <w:basedOn w:val="Domylnaczcionkaakapitu"/>
    <w:uiPriority w:val="99"/>
    <w:unhideWhenUsed/>
    <w:rsid w:val="00AA5CF0"/>
    <w:rPr>
      <w:color w:val="0563C1" w:themeColor="hyperlink"/>
      <w:u w:val="single"/>
    </w:rPr>
  </w:style>
  <w:style w:type="paragraph" w:styleId="Bezodstpw">
    <w:name w:val="No Spacing"/>
    <w:link w:val="BezodstpwZnak"/>
    <w:uiPriority w:val="1"/>
    <w:qFormat/>
    <w:rsid w:val="0070481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704813"/>
    <w:rPr>
      <w:rFonts w:eastAsiaTheme="minorEastAsia"/>
      <w:lang w:eastAsia="pl-PL"/>
    </w:rPr>
  </w:style>
  <w:style w:type="character" w:customStyle="1" w:styleId="Nagwek1Znak">
    <w:name w:val="Nagłówek 1 Znak"/>
    <w:basedOn w:val="Domylnaczcionkaakapitu"/>
    <w:link w:val="Nagwek1"/>
    <w:uiPriority w:val="9"/>
    <w:rsid w:val="009D0B1E"/>
    <w:rPr>
      <w:rFonts w:eastAsiaTheme="majorEastAsia" w:cstheme="majorBidi"/>
      <w:b/>
      <w:sz w:val="40"/>
      <w:szCs w:val="32"/>
    </w:rPr>
  </w:style>
  <w:style w:type="character" w:customStyle="1" w:styleId="Nagwek2Znak">
    <w:name w:val="Nagłówek 2 Znak"/>
    <w:basedOn w:val="Domylnaczcionkaakapitu"/>
    <w:link w:val="Nagwek2"/>
    <w:uiPriority w:val="9"/>
    <w:rsid w:val="00C26AA8"/>
    <w:rPr>
      <w:rFonts w:cstheme="minorHAnsi"/>
      <w:b/>
      <w:smallCaps/>
      <w:sz w:val="36"/>
      <w:szCs w:val="32"/>
    </w:rPr>
  </w:style>
  <w:style w:type="paragraph" w:styleId="Nagwekspisutreci">
    <w:name w:val="TOC Heading"/>
    <w:basedOn w:val="Nagwek1"/>
    <w:next w:val="Normalny"/>
    <w:uiPriority w:val="39"/>
    <w:unhideWhenUsed/>
    <w:qFormat/>
    <w:rsid w:val="00D06B71"/>
    <w:pPr>
      <w:outlineLvl w:val="9"/>
    </w:pPr>
    <w:rPr>
      <w:rFonts w:asciiTheme="majorHAnsi" w:hAnsiTheme="majorHAnsi"/>
      <w:b w:val="0"/>
      <w:color w:val="2E74B5" w:themeColor="accent1" w:themeShade="BF"/>
      <w:sz w:val="32"/>
      <w:lang w:eastAsia="pl-PL"/>
    </w:rPr>
  </w:style>
  <w:style w:type="paragraph" w:styleId="Spistreci1">
    <w:name w:val="toc 1"/>
    <w:basedOn w:val="Normalny"/>
    <w:next w:val="Normalny"/>
    <w:autoRedefine/>
    <w:uiPriority w:val="39"/>
    <w:unhideWhenUsed/>
    <w:rsid w:val="00D06B71"/>
    <w:pPr>
      <w:tabs>
        <w:tab w:val="right" w:leader="dot" w:pos="9060"/>
      </w:tabs>
      <w:spacing w:after="100" w:line="276" w:lineRule="auto"/>
    </w:pPr>
    <w:rPr>
      <w:rFonts w:cstheme="minorHAnsi"/>
      <w:b/>
      <w:noProof/>
      <w:sz w:val="24"/>
    </w:rPr>
  </w:style>
  <w:style w:type="paragraph" w:styleId="Spistreci2">
    <w:name w:val="toc 2"/>
    <w:basedOn w:val="Normalny"/>
    <w:next w:val="Normalny"/>
    <w:autoRedefine/>
    <w:uiPriority w:val="39"/>
    <w:unhideWhenUsed/>
    <w:rsid w:val="00D06B71"/>
    <w:pPr>
      <w:spacing w:after="100"/>
      <w:ind w:left="220"/>
    </w:pPr>
  </w:style>
  <w:style w:type="character" w:customStyle="1" w:styleId="Nagwek3Znak">
    <w:name w:val="Nagłówek 3 Znak"/>
    <w:basedOn w:val="Domylnaczcionkaakapitu"/>
    <w:link w:val="Nagwek3"/>
    <w:uiPriority w:val="9"/>
    <w:rsid w:val="00720E6E"/>
    <w:rPr>
      <w:rFonts w:asciiTheme="majorHAnsi" w:eastAsiaTheme="majorEastAsia" w:hAnsiTheme="majorHAnsi" w:cstheme="majorBidi"/>
      <w:b/>
      <w:bCs/>
      <w:color w:val="1F4D78"/>
      <w:sz w:val="24"/>
      <w:lang w:val="en-US"/>
    </w:rPr>
  </w:style>
  <w:style w:type="character" w:customStyle="1" w:styleId="Nagwek4Znak">
    <w:name w:val="Nagłówek 4 Znak"/>
    <w:basedOn w:val="Domylnaczcionkaakapitu"/>
    <w:link w:val="Nagwek4"/>
    <w:uiPriority w:val="9"/>
    <w:semiHidden/>
    <w:rsid w:val="00720E6E"/>
    <w:rPr>
      <w:rFonts w:asciiTheme="majorHAnsi" w:eastAsiaTheme="majorEastAsia" w:hAnsiTheme="majorHAnsi" w:cstheme="majorBidi"/>
      <w:b/>
      <w:bCs/>
      <w:i/>
      <w:iCs/>
      <w:color w:val="5B9BD5" w:themeColor="accent1"/>
      <w:lang w:val="en-US"/>
    </w:rPr>
  </w:style>
  <w:style w:type="character" w:customStyle="1" w:styleId="Nagwek5Znak">
    <w:name w:val="Nagłówek 5 Znak"/>
    <w:basedOn w:val="Domylnaczcionkaakapitu"/>
    <w:link w:val="Nagwek5"/>
    <w:uiPriority w:val="9"/>
    <w:semiHidden/>
    <w:rsid w:val="00720E6E"/>
    <w:rPr>
      <w:rFonts w:asciiTheme="majorHAnsi" w:eastAsiaTheme="majorEastAsia" w:hAnsiTheme="majorHAnsi" w:cstheme="majorBidi"/>
      <w:color w:val="1F4D78" w:themeColor="accent1" w:themeShade="7F"/>
      <w:lang w:val="en-US"/>
    </w:rPr>
  </w:style>
  <w:style w:type="character" w:customStyle="1" w:styleId="Nagwek6Znak">
    <w:name w:val="Nagłówek 6 Znak"/>
    <w:basedOn w:val="Domylnaczcionkaakapitu"/>
    <w:link w:val="Nagwek6"/>
    <w:uiPriority w:val="9"/>
    <w:semiHidden/>
    <w:rsid w:val="00720E6E"/>
    <w:rPr>
      <w:rFonts w:asciiTheme="majorHAnsi" w:eastAsiaTheme="majorEastAsia" w:hAnsiTheme="majorHAnsi" w:cstheme="majorBidi"/>
      <w:i/>
      <w:iCs/>
      <w:color w:val="1F4D78" w:themeColor="accent1" w:themeShade="7F"/>
      <w:lang w:val="en-US"/>
    </w:rPr>
  </w:style>
  <w:style w:type="character" w:customStyle="1" w:styleId="Nagwek7Znak">
    <w:name w:val="Nagłówek 7 Znak"/>
    <w:basedOn w:val="Domylnaczcionkaakapitu"/>
    <w:link w:val="Nagwek7"/>
    <w:uiPriority w:val="9"/>
    <w:semiHidden/>
    <w:rsid w:val="00720E6E"/>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720E6E"/>
    <w:rPr>
      <w:rFonts w:asciiTheme="majorHAnsi" w:eastAsiaTheme="majorEastAsia" w:hAnsiTheme="majorHAnsi" w:cstheme="majorBidi"/>
      <w:color w:val="5B9BD5" w:themeColor="accent1"/>
      <w:sz w:val="20"/>
      <w:szCs w:val="20"/>
      <w:lang w:val="en-US"/>
    </w:rPr>
  </w:style>
  <w:style w:type="character" w:customStyle="1" w:styleId="Nagwek9Znak">
    <w:name w:val="Nagłówek 9 Znak"/>
    <w:basedOn w:val="Domylnaczcionkaakapitu"/>
    <w:link w:val="Nagwek9"/>
    <w:uiPriority w:val="9"/>
    <w:semiHidden/>
    <w:rsid w:val="00720E6E"/>
    <w:rPr>
      <w:rFonts w:asciiTheme="majorHAnsi" w:eastAsiaTheme="majorEastAsia" w:hAnsiTheme="majorHAnsi" w:cstheme="majorBidi"/>
      <w:i/>
      <w:iCs/>
      <w:color w:val="404040" w:themeColor="text1" w:themeTint="BF"/>
      <w:sz w:val="20"/>
      <w:szCs w:val="20"/>
      <w:lang w:val="en-US"/>
    </w:rPr>
  </w:style>
  <w:style w:type="paragraph" w:styleId="Tytu">
    <w:name w:val="Title"/>
    <w:basedOn w:val="Normalny"/>
    <w:next w:val="Normalny"/>
    <w:link w:val="TytuZnak"/>
    <w:uiPriority w:val="10"/>
    <w:qFormat/>
    <w:rsid w:val="00720E6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ytuZnak">
    <w:name w:val="Tytuł Znak"/>
    <w:basedOn w:val="Domylnaczcionkaakapitu"/>
    <w:link w:val="Tytu"/>
    <w:uiPriority w:val="10"/>
    <w:rsid w:val="00720E6E"/>
    <w:rPr>
      <w:rFonts w:asciiTheme="majorHAnsi" w:eastAsiaTheme="majorEastAsia" w:hAnsiTheme="majorHAnsi" w:cstheme="majorBidi"/>
      <w:color w:val="323E4F" w:themeColor="text2" w:themeShade="BF"/>
      <w:spacing w:val="5"/>
      <w:kern w:val="28"/>
      <w:sz w:val="52"/>
      <w:szCs w:val="52"/>
      <w:lang w:val="en-US"/>
    </w:rPr>
  </w:style>
  <w:style w:type="paragraph" w:styleId="Podtytu">
    <w:name w:val="Subtitle"/>
    <w:basedOn w:val="Normalny"/>
    <w:next w:val="Normalny"/>
    <w:link w:val="PodtytuZnak"/>
    <w:uiPriority w:val="11"/>
    <w:qFormat/>
    <w:rsid w:val="00720E6E"/>
    <w:pPr>
      <w:numPr>
        <w:ilvl w:val="1"/>
      </w:numPr>
      <w:spacing w:after="120" w:line="300" w:lineRule="auto"/>
    </w:pPr>
    <w:rPr>
      <w:rFonts w:asciiTheme="majorHAnsi" w:eastAsiaTheme="majorEastAsia" w:hAnsiTheme="majorHAnsi" w:cstheme="majorBidi"/>
      <w:i/>
      <w:iCs/>
      <w:color w:val="5B9BD5" w:themeColor="accent1"/>
      <w:spacing w:val="15"/>
      <w:sz w:val="24"/>
      <w:szCs w:val="24"/>
      <w:lang w:val="en-US"/>
    </w:rPr>
  </w:style>
  <w:style w:type="character" w:customStyle="1" w:styleId="PodtytuZnak">
    <w:name w:val="Podtytuł Znak"/>
    <w:basedOn w:val="Domylnaczcionkaakapitu"/>
    <w:link w:val="Podtytu"/>
    <w:uiPriority w:val="11"/>
    <w:rsid w:val="00720E6E"/>
    <w:rPr>
      <w:rFonts w:asciiTheme="majorHAnsi" w:eastAsiaTheme="majorEastAsia" w:hAnsiTheme="majorHAnsi" w:cstheme="majorBidi"/>
      <w:i/>
      <w:iCs/>
      <w:color w:val="5B9BD5" w:themeColor="accent1"/>
      <w:spacing w:val="15"/>
      <w:sz w:val="24"/>
      <w:szCs w:val="24"/>
      <w:lang w:val="en-US"/>
    </w:rPr>
  </w:style>
  <w:style w:type="paragraph" w:styleId="Tekstpodstawowy">
    <w:name w:val="Body Text"/>
    <w:basedOn w:val="Normalny"/>
    <w:link w:val="TekstpodstawowyZnak"/>
    <w:uiPriority w:val="99"/>
    <w:unhideWhenUsed/>
    <w:rsid w:val="00720E6E"/>
    <w:pPr>
      <w:spacing w:after="120" w:line="300" w:lineRule="auto"/>
    </w:pPr>
    <w:rPr>
      <w:rFonts w:ascii="Calibri" w:eastAsia="Calibri" w:hAnsi="Calibri"/>
      <w:color w:val="202020"/>
      <w:lang w:val="en-US"/>
    </w:rPr>
  </w:style>
  <w:style w:type="character" w:customStyle="1" w:styleId="TekstpodstawowyZnak">
    <w:name w:val="Tekst podstawowy Znak"/>
    <w:basedOn w:val="Domylnaczcionkaakapitu"/>
    <w:link w:val="Tekstpodstawowy"/>
    <w:uiPriority w:val="99"/>
    <w:rsid w:val="00720E6E"/>
    <w:rPr>
      <w:rFonts w:ascii="Calibri" w:eastAsia="Calibri" w:hAnsi="Calibri"/>
      <w:color w:val="202020"/>
      <w:lang w:val="en-US"/>
    </w:rPr>
  </w:style>
  <w:style w:type="paragraph" w:styleId="Tekstpodstawowy2">
    <w:name w:val="Body Text 2"/>
    <w:basedOn w:val="Normalny"/>
    <w:link w:val="Tekstpodstawowy2Znak"/>
    <w:uiPriority w:val="99"/>
    <w:unhideWhenUsed/>
    <w:rsid w:val="00720E6E"/>
    <w:pPr>
      <w:spacing w:after="120" w:line="480" w:lineRule="auto"/>
    </w:pPr>
    <w:rPr>
      <w:rFonts w:ascii="Calibri" w:eastAsia="Calibri" w:hAnsi="Calibri"/>
      <w:color w:val="202020"/>
      <w:lang w:val="en-US"/>
    </w:rPr>
  </w:style>
  <w:style w:type="character" w:customStyle="1" w:styleId="Tekstpodstawowy2Znak">
    <w:name w:val="Tekst podstawowy 2 Znak"/>
    <w:basedOn w:val="Domylnaczcionkaakapitu"/>
    <w:link w:val="Tekstpodstawowy2"/>
    <w:uiPriority w:val="99"/>
    <w:rsid w:val="00720E6E"/>
    <w:rPr>
      <w:rFonts w:ascii="Calibri" w:eastAsia="Calibri" w:hAnsi="Calibri"/>
      <w:color w:val="202020"/>
      <w:lang w:val="en-US"/>
    </w:rPr>
  </w:style>
  <w:style w:type="paragraph" w:styleId="Tekstpodstawowy3">
    <w:name w:val="Body Text 3"/>
    <w:basedOn w:val="Normalny"/>
    <w:link w:val="Tekstpodstawowy3Znak"/>
    <w:uiPriority w:val="99"/>
    <w:unhideWhenUsed/>
    <w:rsid w:val="00720E6E"/>
    <w:pPr>
      <w:spacing w:after="120" w:line="300" w:lineRule="auto"/>
    </w:pPr>
    <w:rPr>
      <w:rFonts w:ascii="Calibri" w:eastAsia="Calibri" w:hAnsi="Calibri"/>
      <w:color w:val="202020"/>
      <w:sz w:val="16"/>
      <w:szCs w:val="16"/>
      <w:lang w:val="en-US"/>
    </w:rPr>
  </w:style>
  <w:style w:type="character" w:customStyle="1" w:styleId="Tekstpodstawowy3Znak">
    <w:name w:val="Tekst podstawowy 3 Znak"/>
    <w:basedOn w:val="Domylnaczcionkaakapitu"/>
    <w:link w:val="Tekstpodstawowy3"/>
    <w:uiPriority w:val="99"/>
    <w:rsid w:val="00720E6E"/>
    <w:rPr>
      <w:rFonts w:ascii="Calibri" w:eastAsia="Calibri" w:hAnsi="Calibri"/>
      <w:color w:val="202020"/>
      <w:sz w:val="16"/>
      <w:szCs w:val="16"/>
      <w:lang w:val="en-US"/>
    </w:rPr>
  </w:style>
  <w:style w:type="paragraph" w:styleId="Lista">
    <w:name w:val="List"/>
    <w:basedOn w:val="Normalny"/>
    <w:uiPriority w:val="99"/>
    <w:unhideWhenUsed/>
    <w:rsid w:val="00720E6E"/>
    <w:pPr>
      <w:spacing w:after="120" w:line="300" w:lineRule="auto"/>
      <w:ind w:left="360" w:hanging="360"/>
      <w:contextualSpacing/>
    </w:pPr>
    <w:rPr>
      <w:rFonts w:ascii="Calibri" w:eastAsia="Calibri" w:hAnsi="Calibri"/>
      <w:color w:val="202020"/>
      <w:lang w:val="en-US"/>
    </w:rPr>
  </w:style>
  <w:style w:type="paragraph" w:styleId="Lista2">
    <w:name w:val="List 2"/>
    <w:basedOn w:val="Normalny"/>
    <w:uiPriority w:val="99"/>
    <w:unhideWhenUsed/>
    <w:rsid w:val="00720E6E"/>
    <w:pPr>
      <w:spacing w:after="120" w:line="300" w:lineRule="auto"/>
      <w:ind w:left="720" w:hanging="360"/>
      <w:contextualSpacing/>
    </w:pPr>
    <w:rPr>
      <w:rFonts w:ascii="Calibri" w:eastAsia="Calibri" w:hAnsi="Calibri"/>
      <w:color w:val="202020"/>
      <w:lang w:val="en-US"/>
    </w:rPr>
  </w:style>
  <w:style w:type="paragraph" w:styleId="Lista3">
    <w:name w:val="List 3"/>
    <w:basedOn w:val="Normalny"/>
    <w:uiPriority w:val="99"/>
    <w:unhideWhenUsed/>
    <w:rsid w:val="00720E6E"/>
    <w:pPr>
      <w:spacing w:after="120" w:line="300" w:lineRule="auto"/>
      <w:ind w:left="1080" w:hanging="360"/>
      <w:contextualSpacing/>
    </w:pPr>
    <w:rPr>
      <w:rFonts w:ascii="Calibri" w:eastAsia="Calibri" w:hAnsi="Calibri"/>
      <w:color w:val="202020"/>
      <w:lang w:val="en-US"/>
    </w:rPr>
  </w:style>
  <w:style w:type="paragraph" w:styleId="Listapunktowana">
    <w:name w:val="List Bullet"/>
    <w:basedOn w:val="Normalny"/>
    <w:uiPriority w:val="99"/>
    <w:unhideWhenUsed/>
    <w:rsid w:val="00720E6E"/>
    <w:pPr>
      <w:numPr>
        <w:numId w:val="27"/>
      </w:numPr>
      <w:spacing w:after="80" w:line="300" w:lineRule="auto"/>
      <w:ind w:left="540" w:hanging="271"/>
      <w:contextualSpacing/>
    </w:pPr>
    <w:rPr>
      <w:rFonts w:ascii="Calibri" w:eastAsia="Calibri" w:hAnsi="Calibri"/>
      <w:color w:val="202020"/>
      <w:lang w:val="en-US"/>
    </w:rPr>
  </w:style>
  <w:style w:type="paragraph" w:styleId="Listapunktowana2">
    <w:name w:val="List Bullet 2"/>
    <w:basedOn w:val="Normalny"/>
    <w:uiPriority w:val="99"/>
    <w:unhideWhenUsed/>
    <w:rsid w:val="00720E6E"/>
    <w:pPr>
      <w:numPr>
        <w:numId w:val="28"/>
      </w:numPr>
      <w:spacing w:after="120" w:line="300" w:lineRule="auto"/>
      <w:contextualSpacing/>
    </w:pPr>
    <w:rPr>
      <w:rFonts w:ascii="Calibri" w:eastAsia="Calibri" w:hAnsi="Calibri"/>
      <w:color w:val="202020"/>
      <w:lang w:val="en-US"/>
    </w:rPr>
  </w:style>
  <w:style w:type="paragraph" w:styleId="Listapunktowana3">
    <w:name w:val="List Bullet 3"/>
    <w:basedOn w:val="Normalny"/>
    <w:uiPriority w:val="99"/>
    <w:unhideWhenUsed/>
    <w:rsid w:val="00720E6E"/>
    <w:pPr>
      <w:numPr>
        <w:numId w:val="29"/>
      </w:numPr>
      <w:spacing w:after="120" w:line="300" w:lineRule="auto"/>
      <w:contextualSpacing/>
    </w:pPr>
    <w:rPr>
      <w:rFonts w:ascii="Calibri" w:eastAsia="Calibri" w:hAnsi="Calibri"/>
      <w:color w:val="202020"/>
      <w:lang w:val="en-US"/>
    </w:rPr>
  </w:style>
  <w:style w:type="paragraph" w:styleId="Listanumerowana">
    <w:name w:val="List Number"/>
    <w:basedOn w:val="Normalny"/>
    <w:uiPriority w:val="99"/>
    <w:unhideWhenUsed/>
    <w:rsid w:val="00720E6E"/>
    <w:pPr>
      <w:numPr>
        <w:numId w:val="30"/>
      </w:numPr>
      <w:spacing w:after="80" w:line="300" w:lineRule="auto"/>
      <w:ind w:left="540" w:hanging="271"/>
      <w:contextualSpacing/>
    </w:pPr>
    <w:rPr>
      <w:rFonts w:ascii="Calibri" w:eastAsia="Calibri" w:hAnsi="Calibri"/>
      <w:color w:val="202020"/>
      <w:lang w:val="en-US"/>
    </w:rPr>
  </w:style>
  <w:style w:type="paragraph" w:styleId="Listanumerowana2">
    <w:name w:val="List Number 2"/>
    <w:basedOn w:val="Normalny"/>
    <w:uiPriority w:val="99"/>
    <w:unhideWhenUsed/>
    <w:rsid w:val="00720E6E"/>
    <w:pPr>
      <w:numPr>
        <w:numId w:val="31"/>
      </w:numPr>
      <w:spacing w:after="120" w:line="300" w:lineRule="auto"/>
      <w:contextualSpacing/>
    </w:pPr>
    <w:rPr>
      <w:rFonts w:ascii="Calibri" w:eastAsia="Calibri" w:hAnsi="Calibri"/>
      <w:color w:val="202020"/>
      <w:lang w:val="en-US"/>
    </w:rPr>
  </w:style>
  <w:style w:type="paragraph" w:styleId="Listanumerowana3">
    <w:name w:val="List Number 3"/>
    <w:basedOn w:val="Normalny"/>
    <w:uiPriority w:val="99"/>
    <w:unhideWhenUsed/>
    <w:rsid w:val="00720E6E"/>
    <w:pPr>
      <w:numPr>
        <w:numId w:val="32"/>
      </w:numPr>
      <w:spacing w:after="120" w:line="300" w:lineRule="auto"/>
      <w:contextualSpacing/>
    </w:pPr>
    <w:rPr>
      <w:rFonts w:ascii="Calibri" w:eastAsia="Calibri" w:hAnsi="Calibri"/>
      <w:color w:val="202020"/>
      <w:lang w:val="en-US"/>
    </w:rPr>
  </w:style>
  <w:style w:type="paragraph" w:styleId="Lista-kontynuacja">
    <w:name w:val="List Continue"/>
    <w:basedOn w:val="Normalny"/>
    <w:uiPriority w:val="99"/>
    <w:unhideWhenUsed/>
    <w:rsid w:val="00720E6E"/>
    <w:pPr>
      <w:spacing w:after="120" w:line="300" w:lineRule="auto"/>
      <w:ind w:left="360"/>
      <w:contextualSpacing/>
    </w:pPr>
    <w:rPr>
      <w:rFonts w:ascii="Calibri" w:eastAsia="Calibri" w:hAnsi="Calibri"/>
      <w:color w:val="202020"/>
      <w:lang w:val="en-US"/>
    </w:rPr>
  </w:style>
  <w:style w:type="paragraph" w:styleId="Lista-kontynuacja2">
    <w:name w:val="List Continue 2"/>
    <w:basedOn w:val="Normalny"/>
    <w:uiPriority w:val="99"/>
    <w:unhideWhenUsed/>
    <w:rsid w:val="00720E6E"/>
    <w:pPr>
      <w:spacing w:after="120" w:line="300" w:lineRule="auto"/>
      <w:ind w:left="720"/>
      <w:contextualSpacing/>
    </w:pPr>
    <w:rPr>
      <w:rFonts w:ascii="Calibri" w:eastAsia="Calibri" w:hAnsi="Calibri"/>
      <w:color w:val="202020"/>
      <w:lang w:val="en-US"/>
    </w:rPr>
  </w:style>
  <w:style w:type="paragraph" w:styleId="Lista-kontynuacja3">
    <w:name w:val="List Continue 3"/>
    <w:basedOn w:val="Normalny"/>
    <w:uiPriority w:val="99"/>
    <w:unhideWhenUsed/>
    <w:rsid w:val="00720E6E"/>
    <w:pPr>
      <w:spacing w:after="120" w:line="300" w:lineRule="auto"/>
      <w:ind w:left="1080"/>
      <w:contextualSpacing/>
    </w:pPr>
    <w:rPr>
      <w:rFonts w:ascii="Calibri" w:eastAsia="Calibri" w:hAnsi="Calibri"/>
      <w:color w:val="202020"/>
      <w:lang w:val="en-US"/>
    </w:rPr>
  </w:style>
  <w:style w:type="paragraph" w:styleId="Tekstmakra">
    <w:name w:val="macro"/>
    <w:link w:val="TekstmakraZnak"/>
    <w:uiPriority w:val="99"/>
    <w:unhideWhenUsed/>
    <w:rsid w:val="00720E6E"/>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TekstmakraZnak">
    <w:name w:val="Tekst makra Znak"/>
    <w:basedOn w:val="Domylnaczcionkaakapitu"/>
    <w:link w:val="Tekstmakra"/>
    <w:uiPriority w:val="99"/>
    <w:rsid w:val="00720E6E"/>
    <w:rPr>
      <w:rFonts w:ascii="Courier" w:eastAsiaTheme="minorEastAsia" w:hAnsi="Courier"/>
      <w:sz w:val="20"/>
      <w:szCs w:val="20"/>
      <w:lang w:val="en-US"/>
    </w:rPr>
  </w:style>
  <w:style w:type="paragraph" w:styleId="Cytat">
    <w:name w:val="Quote"/>
    <w:basedOn w:val="Normalny"/>
    <w:next w:val="Normalny"/>
    <w:link w:val="CytatZnak"/>
    <w:uiPriority w:val="29"/>
    <w:qFormat/>
    <w:rsid w:val="00720E6E"/>
    <w:pPr>
      <w:spacing w:after="120" w:line="300" w:lineRule="auto"/>
    </w:pPr>
    <w:rPr>
      <w:rFonts w:ascii="Calibri" w:eastAsia="Calibri" w:hAnsi="Calibri"/>
      <w:i/>
      <w:iCs/>
      <w:color w:val="000000" w:themeColor="text1"/>
      <w:lang w:val="en-US"/>
    </w:rPr>
  </w:style>
  <w:style w:type="character" w:customStyle="1" w:styleId="CytatZnak">
    <w:name w:val="Cytat Znak"/>
    <w:basedOn w:val="Domylnaczcionkaakapitu"/>
    <w:link w:val="Cytat"/>
    <w:uiPriority w:val="29"/>
    <w:rsid w:val="00720E6E"/>
    <w:rPr>
      <w:rFonts w:ascii="Calibri" w:eastAsia="Calibri" w:hAnsi="Calibri"/>
      <w:i/>
      <w:iCs/>
      <w:color w:val="000000" w:themeColor="text1"/>
      <w:lang w:val="en-US"/>
    </w:rPr>
  </w:style>
  <w:style w:type="paragraph" w:styleId="Legenda">
    <w:name w:val="caption"/>
    <w:basedOn w:val="Normalny"/>
    <w:next w:val="Normalny"/>
    <w:uiPriority w:val="35"/>
    <w:semiHidden/>
    <w:unhideWhenUsed/>
    <w:qFormat/>
    <w:rsid w:val="00720E6E"/>
    <w:pPr>
      <w:spacing w:after="120" w:line="240" w:lineRule="auto"/>
    </w:pPr>
    <w:rPr>
      <w:rFonts w:ascii="Calibri" w:eastAsia="Calibri" w:hAnsi="Calibri"/>
      <w:b/>
      <w:bCs/>
      <w:color w:val="5B9BD5" w:themeColor="accent1"/>
      <w:sz w:val="18"/>
      <w:szCs w:val="18"/>
      <w:lang w:val="en-US"/>
    </w:rPr>
  </w:style>
  <w:style w:type="character" w:styleId="Pogrubienie">
    <w:name w:val="Strong"/>
    <w:basedOn w:val="Domylnaczcionkaakapitu"/>
    <w:uiPriority w:val="22"/>
    <w:qFormat/>
    <w:rsid w:val="00720E6E"/>
    <w:rPr>
      <w:b/>
      <w:bCs/>
    </w:rPr>
  </w:style>
  <w:style w:type="character" w:styleId="Uwydatnienie">
    <w:name w:val="Emphasis"/>
    <w:basedOn w:val="Domylnaczcionkaakapitu"/>
    <w:uiPriority w:val="20"/>
    <w:qFormat/>
    <w:rsid w:val="00720E6E"/>
    <w:rPr>
      <w:i/>
      <w:iCs/>
    </w:rPr>
  </w:style>
  <w:style w:type="paragraph" w:styleId="Cytatintensywny">
    <w:name w:val="Intense Quote"/>
    <w:basedOn w:val="Normalny"/>
    <w:next w:val="Normalny"/>
    <w:link w:val="CytatintensywnyZnak"/>
    <w:uiPriority w:val="30"/>
    <w:qFormat/>
    <w:rsid w:val="00720E6E"/>
    <w:pPr>
      <w:pBdr>
        <w:bottom w:val="single" w:sz="4" w:space="4" w:color="5B9BD5" w:themeColor="accent1"/>
      </w:pBdr>
      <w:spacing w:before="200" w:after="280" w:line="300" w:lineRule="auto"/>
      <w:ind w:left="936" w:right="936"/>
    </w:pPr>
    <w:rPr>
      <w:rFonts w:ascii="Calibri" w:eastAsia="Calibri" w:hAnsi="Calibri"/>
      <w:b/>
      <w:bCs/>
      <w:i/>
      <w:iCs/>
      <w:color w:val="5B9BD5" w:themeColor="accent1"/>
      <w:lang w:val="en-US"/>
    </w:rPr>
  </w:style>
  <w:style w:type="character" w:customStyle="1" w:styleId="CytatintensywnyZnak">
    <w:name w:val="Cytat intensywny Znak"/>
    <w:basedOn w:val="Domylnaczcionkaakapitu"/>
    <w:link w:val="Cytatintensywny"/>
    <w:uiPriority w:val="30"/>
    <w:rsid w:val="00720E6E"/>
    <w:rPr>
      <w:rFonts w:ascii="Calibri" w:eastAsia="Calibri" w:hAnsi="Calibri"/>
      <w:b/>
      <w:bCs/>
      <w:i/>
      <w:iCs/>
      <w:color w:val="5B9BD5" w:themeColor="accent1"/>
      <w:lang w:val="en-US"/>
    </w:rPr>
  </w:style>
  <w:style w:type="character" w:styleId="Wyrnieniedelikatne">
    <w:name w:val="Subtle Emphasis"/>
    <w:basedOn w:val="Domylnaczcionkaakapitu"/>
    <w:uiPriority w:val="19"/>
    <w:qFormat/>
    <w:rsid w:val="00720E6E"/>
    <w:rPr>
      <w:i/>
      <w:iCs/>
      <w:color w:val="808080" w:themeColor="text1" w:themeTint="7F"/>
    </w:rPr>
  </w:style>
  <w:style w:type="character" w:styleId="Wyrnienieintensywne">
    <w:name w:val="Intense Emphasis"/>
    <w:basedOn w:val="Domylnaczcionkaakapitu"/>
    <w:uiPriority w:val="21"/>
    <w:qFormat/>
    <w:rsid w:val="00720E6E"/>
    <w:rPr>
      <w:b/>
      <w:bCs/>
      <w:i/>
      <w:iCs/>
      <w:color w:val="5B9BD5" w:themeColor="accent1"/>
    </w:rPr>
  </w:style>
  <w:style w:type="character" w:styleId="Odwoaniedelikatne">
    <w:name w:val="Subtle Reference"/>
    <w:basedOn w:val="Domylnaczcionkaakapitu"/>
    <w:uiPriority w:val="31"/>
    <w:qFormat/>
    <w:rsid w:val="00720E6E"/>
    <w:rPr>
      <w:smallCaps/>
      <w:color w:val="ED7D31" w:themeColor="accent2"/>
      <w:u w:val="single"/>
    </w:rPr>
  </w:style>
  <w:style w:type="character" w:styleId="Odwoanieintensywne">
    <w:name w:val="Intense Reference"/>
    <w:basedOn w:val="Domylnaczcionkaakapitu"/>
    <w:uiPriority w:val="32"/>
    <w:qFormat/>
    <w:rsid w:val="00720E6E"/>
    <w:rPr>
      <w:b/>
      <w:bCs/>
      <w:smallCaps/>
      <w:color w:val="ED7D31" w:themeColor="accent2"/>
      <w:spacing w:val="5"/>
      <w:u w:val="single"/>
    </w:rPr>
  </w:style>
  <w:style w:type="character" w:styleId="Tytuksiki">
    <w:name w:val="Book Title"/>
    <w:basedOn w:val="Domylnaczcionkaakapitu"/>
    <w:uiPriority w:val="33"/>
    <w:qFormat/>
    <w:rsid w:val="00720E6E"/>
    <w:rPr>
      <w:b/>
      <w:bCs/>
      <w:smallCaps/>
      <w:spacing w:val="5"/>
    </w:rPr>
  </w:style>
  <w:style w:type="table" w:styleId="Jasnecieniowanie">
    <w:name w:val="Light Shading"/>
    <w:basedOn w:val="Standardowy"/>
    <w:uiPriority w:val="60"/>
    <w:rsid w:val="00720E6E"/>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720E6E"/>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rsid w:val="00720E6E"/>
    <w:pPr>
      <w:spacing w:after="0" w:line="240" w:lineRule="auto"/>
    </w:pPr>
    <w:rPr>
      <w:rFonts w:eastAsiaTheme="minorEastAsia"/>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rsid w:val="00720E6E"/>
    <w:pPr>
      <w:spacing w:after="0" w:line="240" w:lineRule="auto"/>
    </w:pPr>
    <w:rPr>
      <w:rFonts w:eastAsiaTheme="minorEastAsia"/>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rsid w:val="00720E6E"/>
    <w:pPr>
      <w:spacing w:after="0" w:line="240" w:lineRule="auto"/>
    </w:pPr>
    <w:rPr>
      <w:rFonts w:eastAsiaTheme="minorEastAsia"/>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rsid w:val="00720E6E"/>
    <w:pPr>
      <w:spacing w:after="0" w:line="240" w:lineRule="auto"/>
    </w:pPr>
    <w:rPr>
      <w:rFonts w:eastAsiaTheme="minorEastAsia"/>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rsid w:val="00720E6E"/>
    <w:pPr>
      <w:spacing w:after="0" w:line="240" w:lineRule="auto"/>
    </w:pPr>
    <w:rPr>
      <w:rFonts w:eastAsiaTheme="minorEastAsia"/>
      <w:color w:val="538135" w:themeColor="accent6" w:themeShade="BF"/>
      <w:lang w:val="en-US"/>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Jasnalista">
    <w:name w:val="Light List"/>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rsid w:val="00720E6E"/>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rsid w:val="00720E6E"/>
    <w:pPr>
      <w:spacing w:after="0" w:line="240" w:lineRule="auto"/>
    </w:pPr>
    <w:rPr>
      <w:rFonts w:eastAsiaTheme="minorEastAsia"/>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redniecieniowanie1">
    <w:name w:val="Medium Shading 1"/>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720E6E"/>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720E6E"/>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rsid w:val="00720E6E"/>
    <w:pPr>
      <w:spacing w:after="0" w:line="240" w:lineRule="auto"/>
    </w:pPr>
    <w:rPr>
      <w:rFonts w:eastAsiaTheme="minorEastAsia"/>
      <w:color w:val="000000" w:themeColor="text1"/>
      <w:lang w:val="en-U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rsid w:val="00720E6E"/>
    <w:pPr>
      <w:spacing w:after="0" w:line="240" w:lineRule="auto"/>
    </w:pPr>
    <w:rPr>
      <w:rFonts w:eastAsiaTheme="minorEastAsia"/>
      <w:lang w:val="en-U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720E6E"/>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rsid w:val="00720E6E"/>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Ciemnalista">
    <w:name w:val="Dark List"/>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Ciemnalistaakcent2">
    <w:name w:val="Dark List Accent 2"/>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rsid w:val="00720E6E"/>
    <w:pPr>
      <w:spacing w:after="0" w:line="240" w:lineRule="auto"/>
    </w:pPr>
    <w:rPr>
      <w:rFonts w:eastAsiaTheme="minorEastAsia"/>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Kolorowecieniowanie">
    <w:name w:val="Colorful Shading"/>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720E6E"/>
    <w:pPr>
      <w:spacing w:after="0" w:line="240" w:lineRule="auto"/>
    </w:pPr>
    <w:rPr>
      <w:rFonts w:eastAsiaTheme="minorEastAsia"/>
      <w:color w:val="000000" w:themeColor="text1"/>
      <w:lang w:val="en-US"/>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rsid w:val="00720E6E"/>
    <w:pPr>
      <w:spacing w:after="0" w:line="240" w:lineRule="auto"/>
    </w:pPr>
    <w:rPr>
      <w:rFonts w:eastAsiaTheme="minorEastAsia"/>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rsid w:val="00720E6E"/>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SourceNote">
    <w:name w:val="Source Note"/>
    <w:rsid w:val="00720E6E"/>
    <w:pPr>
      <w:keepNext/>
      <w:spacing w:after="80" w:line="276" w:lineRule="auto"/>
    </w:pPr>
    <w:rPr>
      <w:rFonts w:ascii="Calibri" w:eastAsia="Calibri" w:hAnsi="Calibri"/>
      <w:i/>
      <w:color w:val="667788"/>
      <w:sz w:val="16"/>
      <w:lang w:val="en-US"/>
    </w:rPr>
  </w:style>
  <w:style w:type="paragraph" w:customStyle="1" w:styleId="CoverTitle">
    <w:name w:val="Cover Title"/>
    <w:rsid w:val="00720E6E"/>
    <w:pPr>
      <w:spacing w:after="240" w:line="276" w:lineRule="auto"/>
    </w:pPr>
    <w:rPr>
      <w:rFonts w:ascii="Calibri" w:eastAsia="Calibri" w:hAnsi="Calibri"/>
      <w:b/>
      <w:color w:val="1F4D78"/>
      <w:sz w:val="60"/>
      <w:lang w:val="en-US"/>
    </w:rPr>
  </w:style>
  <w:style w:type="paragraph" w:customStyle="1" w:styleId="CoverSubtitle">
    <w:name w:val="Cover Subtitle"/>
    <w:rsid w:val="00720E6E"/>
    <w:pPr>
      <w:spacing w:line="276" w:lineRule="auto"/>
    </w:pPr>
    <w:rPr>
      <w:rFonts w:ascii="Calibri" w:eastAsia="Calibri" w:hAnsi="Calibri"/>
      <w:color w:val="2E74B5"/>
      <w:sz w:val="30"/>
      <w:lang w:val="en-US"/>
    </w:rPr>
  </w:style>
  <w:style w:type="numbering" w:customStyle="1" w:styleId="Bezlisty1">
    <w:name w:val="Bez listy1"/>
    <w:next w:val="Bezlisty"/>
    <w:uiPriority w:val="99"/>
    <w:semiHidden/>
    <w:unhideWhenUsed/>
    <w:rsid w:val="001331B4"/>
  </w:style>
  <w:style w:type="table" w:customStyle="1" w:styleId="Tabela-Siatka1">
    <w:name w:val="Tabela - Siatka1"/>
    <w:basedOn w:val="Standardowy"/>
    <w:next w:val="Tabela-Siatka"/>
    <w:uiPriority w:val="59"/>
    <w:rsid w:val="001331B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next w:val="Jasnecieniowanie"/>
    <w:uiPriority w:val="60"/>
    <w:rsid w:val="001331B4"/>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1">
    <w:name w:val="Jasne cieniowanie — akcent 11"/>
    <w:basedOn w:val="Standardowy"/>
    <w:next w:val="Jasnecieniowanieakcent1"/>
    <w:uiPriority w:val="60"/>
    <w:rsid w:val="001331B4"/>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ecieniowanieakcent21">
    <w:name w:val="Jasne cieniowanie — akcent 21"/>
    <w:basedOn w:val="Standardowy"/>
    <w:next w:val="Jasnecieniowanieakcent2"/>
    <w:uiPriority w:val="60"/>
    <w:rsid w:val="001331B4"/>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Jasnecieniowanieakcent31">
    <w:name w:val="Jasne cieniowanie — akcent 31"/>
    <w:basedOn w:val="Standardowy"/>
    <w:next w:val="Jasnecieniowanieakcent3"/>
    <w:uiPriority w:val="60"/>
    <w:rsid w:val="001331B4"/>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ecieniowanieakcent41">
    <w:name w:val="Jasne cieniowanie — akcent 41"/>
    <w:basedOn w:val="Standardowy"/>
    <w:next w:val="Jasnecieniowanieakcent4"/>
    <w:uiPriority w:val="60"/>
    <w:rsid w:val="001331B4"/>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Jasnecieniowanieakcent51">
    <w:name w:val="Jasne cieniowanie — akcent 51"/>
    <w:basedOn w:val="Standardowy"/>
    <w:next w:val="Jasnecieniowanieakcent5"/>
    <w:uiPriority w:val="60"/>
    <w:rsid w:val="001331B4"/>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Jasnecieniowanieakcent61">
    <w:name w:val="Jasne cieniowanie — akcent 61"/>
    <w:basedOn w:val="Standardowy"/>
    <w:next w:val="Jasnecieniowanieakcent6"/>
    <w:uiPriority w:val="60"/>
    <w:rsid w:val="001331B4"/>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Jasnalista1">
    <w:name w:val="Jasna lista1"/>
    <w:basedOn w:val="Standardowy"/>
    <w:next w:val="Jasnalista"/>
    <w:uiPriority w:val="61"/>
    <w:rsid w:val="001331B4"/>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Jasnalistaakcent11">
    <w:name w:val="Jasna lista — akcent 11"/>
    <w:basedOn w:val="Standardowy"/>
    <w:next w:val="Jasnalistaakcent1"/>
    <w:uiPriority w:val="61"/>
    <w:rsid w:val="001331B4"/>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Jasnalistaakcent21">
    <w:name w:val="Jasna lista — akcent 21"/>
    <w:basedOn w:val="Standardowy"/>
    <w:next w:val="Jasnalistaakcent2"/>
    <w:uiPriority w:val="61"/>
    <w:rsid w:val="001331B4"/>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Jasnalistaakcent31">
    <w:name w:val="Jasna lista — akcent 31"/>
    <w:basedOn w:val="Standardowy"/>
    <w:next w:val="Jasnalistaakcent3"/>
    <w:uiPriority w:val="61"/>
    <w:rsid w:val="001331B4"/>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Jasnalistaakcent41">
    <w:name w:val="Jasna lista — akcent 41"/>
    <w:basedOn w:val="Standardowy"/>
    <w:next w:val="Jasnalistaakcent4"/>
    <w:uiPriority w:val="61"/>
    <w:rsid w:val="001331B4"/>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Jasnalistaakcent51">
    <w:name w:val="Jasna lista — akcent 51"/>
    <w:basedOn w:val="Standardowy"/>
    <w:next w:val="Jasnalistaakcent5"/>
    <w:uiPriority w:val="61"/>
    <w:rsid w:val="001331B4"/>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Jasnalistaakcent61">
    <w:name w:val="Jasna lista — akcent 61"/>
    <w:basedOn w:val="Standardowy"/>
    <w:next w:val="Jasnalistaakcent6"/>
    <w:uiPriority w:val="61"/>
    <w:rsid w:val="001331B4"/>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Jasnasiatka1">
    <w:name w:val="Jasna siatka1"/>
    <w:basedOn w:val="Standardowy"/>
    <w:next w:val="Jasnasiatka"/>
    <w:uiPriority w:val="62"/>
    <w:rsid w:val="001331B4"/>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akcent11">
    <w:name w:val="Jasna siatka — akcent 11"/>
    <w:basedOn w:val="Standardowy"/>
    <w:next w:val="Jasnasiatkaakcent1"/>
    <w:uiPriority w:val="62"/>
    <w:rsid w:val="001331B4"/>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Jasnasiatkaakcent21">
    <w:name w:val="Jasna siatka — akcent 21"/>
    <w:basedOn w:val="Standardowy"/>
    <w:next w:val="Jasnasiatkaakcent2"/>
    <w:uiPriority w:val="62"/>
    <w:rsid w:val="001331B4"/>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asiatkaakcent31">
    <w:name w:val="Jasna siatka — akcent 31"/>
    <w:basedOn w:val="Standardowy"/>
    <w:next w:val="Jasnasiatkaakcent3"/>
    <w:uiPriority w:val="62"/>
    <w:rsid w:val="001331B4"/>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Jasnasiatkaakcent41">
    <w:name w:val="Jasna siatka — akcent 41"/>
    <w:basedOn w:val="Standardowy"/>
    <w:next w:val="Jasnasiatkaakcent4"/>
    <w:uiPriority w:val="62"/>
    <w:rsid w:val="001331B4"/>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Jasnasiatkaakcent51">
    <w:name w:val="Jasna siatka — akcent 51"/>
    <w:basedOn w:val="Standardowy"/>
    <w:next w:val="Jasnasiatkaakcent5"/>
    <w:uiPriority w:val="62"/>
    <w:rsid w:val="001331B4"/>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Jasnasiatkaakcent61">
    <w:name w:val="Jasna siatka — akcent 61"/>
    <w:basedOn w:val="Standardowy"/>
    <w:next w:val="Jasnasiatkaakcent6"/>
    <w:uiPriority w:val="62"/>
    <w:rsid w:val="001331B4"/>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redniecieniowanie11">
    <w:name w:val="Średnie cieniowanie 11"/>
    <w:basedOn w:val="Standardowy"/>
    <w:next w:val="redniecieniowanie1"/>
    <w:uiPriority w:val="63"/>
    <w:rsid w:val="001331B4"/>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redniecieniowanie1akcent11">
    <w:name w:val="Średnie cieniowanie 1 — akcent 11"/>
    <w:basedOn w:val="Standardowy"/>
    <w:next w:val="redniecieniowanie1akcent1"/>
    <w:uiPriority w:val="63"/>
    <w:rsid w:val="001331B4"/>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21">
    <w:name w:val="Średnie cieniowanie 1 — akcent 21"/>
    <w:basedOn w:val="Standardowy"/>
    <w:next w:val="redniecieniowanie1akcent2"/>
    <w:uiPriority w:val="63"/>
    <w:rsid w:val="001331B4"/>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redniecieniowanie1akcent31">
    <w:name w:val="Średnie cieniowanie 1 — akcent 31"/>
    <w:basedOn w:val="Standardowy"/>
    <w:next w:val="redniecieniowanie1akcent3"/>
    <w:uiPriority w:val="63"/>
    <w:rsid w:val="001331B4"/>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redniecieniowanie1akcent41">
    <w:name w:val="Średnie cieniowanie 1 — akcent 41"/>
    <w:basedOn w:val="Standardowy"/>
    <w:next w:val="redniecieniowanie1akcent4"/>
    <w:uiPriority w:val="63"/>
    <w:rsid w:val="001331B4"/>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redniecieniowanie1akcent51">
    <w:name w:val="Średnie cieniowanie 1 — akcent 51"/>
    <w:basedOn w:val="Standardowy"/>
    <w:next w:val="redniecieniowanie1akcent5"/>
    <w:uiPriority w:val="63"/>
    <w:rsid w:val="001331B4"/>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redniecieniowanie1akcent61">
    <w:name w:val="Średnie cieniowanie 1 — akcent 61"/>
    <w:basedOn w:val="Standardowy"/>
    <w:next w:val="redniecieniowanie1akcent6"/>
    <w:uiPriority w:val="63"/>
    <w:rsid w:val="001331B4"/>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redniecieniowanie21">
    <w:name w:val="Średnie cieniowanie 21"/>
    <w:basedOn w:val="Standardowy"/>
    <w:next w:val="redniecieniowanie2"/>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next w:val="redniecieniowanie2akcent1"/>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21">
    <w:name w:val="Średnie cieniowanie 2 — akcent 21"/>
    <w:basedOn w:val="Standardowy"/>
    <w:next w:val="redniecieniowanie2akcent2"/>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31">
    <w:name w:val="Średnie cieniowanie 2 — akcent 31"/>
    <w:basedOn w:val="Standardowy"/>
    <w:next w:val="redniecieniowanie2akcent3"/>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41">
    <w:name w:val="Średnie cieniowanie 2 — akcent 41"/>
    <w:basedOn w:val="Standardowy"/>
    <w:next w:val="redniecieniowanie2akcent4"/>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51">
    <w:name w:val="Średnie cieniowanie 2 — akcent 51"/>
    <w:basedOn w:val="Standardowy"/>
    <w:next w:val="redniecieniowanie2akcent5"/>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61">
    <w:name w:val="Średnie cieniowanie 2 — akcent 61"/>
    <w:basedOn w:val="Standardowy"/>
    <w:next w:val="redniecieniowanie2akcent6"/>
    <w:uiPriority w:val="64"/>
    <w:rsid w:val="001331B4"/>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alista11">
    <w:name w:val="Średnia lista 11"/>
    <w:basedOn w:val="Standardowy"/>
    <w:next w:val="rednialista1"/>
    <w:uiPriority w:val="65"/>
    <w:rsid w:val="001331B4"/>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rednialista1akcent11">
    <w:name w:val="Średnia lista 1 — akcent 11"/>
    <w:basedOn w:val="Standardowy"/>
    <w:next w:val="rednialista1akcent1"/>
    <w:uiPriority w:val="65"/>
    <w:rsid w:val="001331B4"/>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rednialista1akcent21">
    <w:name w:val="Średnia lista 1 — akcent 21"/>
    <w:basedOn w:val="Standardowy"/>
    <w:next w:val="rednialista1akcent2"/>
    <w:uiPriority w:val="65"/>
    <w:rsid w:val="001331B4"/>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rednialista1akcent31">
    <w:name w:val="Średnia lista 1 — akcent 31"/>
    <w:basedOn w:val="Standardowy"/>
    <w:next w:val="rednialista1akcent3"/>
    <w:uiPriority w:val="65"/>
    <w:rsid w:val="001331B4"/>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rednialista1akcent41">
    <w:name w:val="Średnia lista 1 — akcent 41"/>
    <w:basedOn w:val="Standardowy"/>
    <w:next w:val="rednialista1akcent4"/>
    <w:uiPriority w:val="65"/>
    <w:rsid w:val="001331B4"/>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rednialista1akcent51">
    <w:name w:val="Średnia lista 1 — akcent 51"/>
    <w:basedOn w:val="Standardowy"/>
    <w:next w:val="rednialista1akcent5"/>
    <w:uiPriority w:val="65"/>
    <w:rsid w:val="001331B4"/>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rednialista1akcent61">
    <w:name w:val="Średnia lista 1 — akcent 61"/>
    <w:basedOn w:val="Standardowy"/>
    <w:next w:val="rednialista1akcent6"/>
    <w:uiPriority w:val="65"/>
    <w:rsid w:val="001331B4"/>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rednialista21">
    <w:name w:val="Średnia lista 21"/>
    <w:basedOn w:val="Standardowy"/>
    <w:next w:val="rednialista2"/>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rednialista2akcent11">
    <w:name w:val="Średnia lista 2 — akcent 11"/>
    <w:basedOn w:val="Standardowy"/>
    <w:next w:val="rednialista2akcent1"/>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rednialista2akcent21">
    <w:name w:val="Średnia lista 2 — akcent 21"/>
    <w:basedOn w:val="Standardowy"/>
    <w:next w:val="rednialista2akcent2"/>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rednialista2akcent31">
    <w:name w:val="Średnia lista 2 — akcent 31"/>
    <w:basedOn w:val="Standardowy"/>
    <w:next w:val="rednialista2akcent3"/>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dnialista2akcent41">
    <w:name w:val="Średnia lista 2 — akcent 41"/>
    <w:basedOn w:val="Standardowy"/>
    <w:next w:val="rednialista2akcent4"/>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rednialista2akcent51">
    <w:name w:val="Średnia lista 2 — akcent 51"/>
    <w:basedOn w:val="Standardowy"/>
    <w:next w:val="rednialista2akcent5"/>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rednialista2akcent61">
    <w:name w:val="Średnia lista 2 — akcent 61"/>
    <w:basedOn w:val="Standardowy"/>
    <w:next w:val="rednialista2akcent6"/>
    <w:uiPriority w:val="66"/>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redniasiatka11">
    <w:name w:val="Średnia siatka 11"/>
    <w:basedOn w:val="Standardowy"/>
    <w:next w:val="redniasiatka1"/>
    <w:uiPriority w:val="67"/>
    <w:rsid w:val="001331B4"/>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redniasiatka1akcent11">
    <w:name w:val="Średnia siatka 1 — akcent 11"/>
    <w:basedOn w:val="Standardowy"/>
    <w:next w:val="redniasiatka1akcent1"/>
    <w:uiPriority w:val="67"/>
    <w:rsid w:val="001331B4"/>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redniasiatka1akcent21">
    <w:name w:val="Średnia siatka 1 — akcent 21"/>
    <w:basedOn w:val="Standardowy"/>
    <w:next w:val="redniasiatka1akcent2"/>
    <w:uiPriority w:val="67"/>
    <w:rsid w:val="001331B4"/>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redniasiatka1akcent31">
    <w:name w:val="Średnia siatka 1 — akcent 31"/>
    <w:basedOn w:val="Standardowy"/>
    <w:next w:val="redniasiatka1akcent3"/>
    <w:uiPriority w:val="67"/>
    <w:rsid w:val="001331B4"/>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redniasiatka1akcent41">
    <w:name w:val="Średnia siatka 1 — akcent 41"/>
    <w:basedOn w:val="Standardowy"/>
    <w:next w:val="redniasiatka1akcent4"/>
    <w:uiPriority w:val="67"/>
    <w:rsid w:val="001331B4"/>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redniasiatka1akcent51">
    <w:name w:val="Średnia siatka 1 — akcent 51"/>
    <w:basedOn w:val="Standardowy"/>
    <w:next w:val="redniasiatka1akcent5"/>
    <w:uiPriority w:val="67"/>
    <w:rsid w:val="001331B4"/>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redniasiatka1akcent61">
    <w:name w:val="Średnia siatka 1 — akcent 61"/>
    <w:basedOn w:val="Standardowy"/>
    <w:next w:val="redniasiatka1akcent6"/>
    <w:uiPriority w:val="67"/>
    <w:rsid w:val="001331B4"/>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redniasiatka21">
    <w:name w:val="Średnia siatka 21"/>
    <w:basedOn w:val="Standardowy"/>
    <w:next w:val="redniasiatka2"/>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redniasiatka2akcent11">
    <w:name w:val="Średnia siatka 2 — akcent 11"/>
    <w:basedOn w:val="Standardowy"/>
    <w:next w:val="redniasiatka2akcent1"/>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redniasiatka2akcent21">
    <w:name w:val="Średnia siatka 2 — akcent 21"/>
    <w:basedOn w:val="Standardowy"/>
    <w:next w:val="redniasiatka2akcent2"/>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redniasiatka2akcent31">
    <w:name w:val="Średnia siatka 2 — akcent 31"/>
    <w:basedOn w:val="Standardowy"/>
    <w:next w:val="redniasiatka2akcent3"/>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redniasiatka2akcent41">
    <w:name w:val="Średnia siatka 2 — akcent 41"/>
    <w:basedOn w:val="Standardowy"/>
    <w:next w:val="redniasiatka2akcent4"/>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redniasiatka2akcent51">
    <w:name w:val="Średnia siatka 2 — akcent 51"/>
    <w:basedOn w:val="Standardowy"/>
    <w:next w:val="redniasiatka2akcent5"/>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redniasiatka2akcent61">
    <w:name w:val="Średnia siatka 2 — akcent 61"/>
    <w:basedOn w:val="Standardowy"/>
    <w:next w:val="redniasiatka2akcent6"/>
    <w:uiPriority w:val="68"/>
    <w:rsid w:val="001331B4"/>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redniasiatka31">
    <w:name w:val="Średnia siatka 31"/>
    <w:basedOn w:val="Standardowy"/>
    <w:next w:val="redniasiatka3"/>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redniasiatka3akcent11">
    <w:name w:val="Średnia siatka 3 — akcent 11"/>
    <w:basedOn w:val="Standardowy"/>
    <w:next w:val="redniasiatka3akcent1"/>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redniasiatka3akcent21">
    <w:name w:val="Średnia siatka 3 — akcent 21"/>
    <w:basedOn w:val="Standardowy"/>
    <w:next w:val="redniasiatka3akcent2"/>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redniasiatka3akcent31">
    <w:name w:val="Średnia siatka 3 — akcent 31"/>
    <w:basedOn w:val="Standardowy"/>
    <w:next w:val="redniasiatka3akcent3"/>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redniasiatka3akcent41">
    <w:name w:val="Średnia siatka 3 — akcent 41"/>
    <w:basedOn w:val="Standardowy"/>
    <w:next w:val="redniasiatka3akcent4"/>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redniasiatka3akcent51">
    <w:name w:val="Średnia siatka 3 — akcent 51"/>
    <w:basedOn w:val="Standardowy"/>
    <w:next w:val="redniasiatka3akcent5"/>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edniasiatka3akcent61">
    <w:name w:val="Średnia siatka 3 — akcent 61"/>
    <w:basedOn w:val="Standardowy"/>
    <w:next w:val="redniasiatka3akcent6"/>
    <w:uiPriority w:val="69"/>
    <w:rsid w:val="001331B4"/>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iemnalista1">
    <w:name w:val="Ciemna lista1"/>
    <w:basedOn w:val="Standardowy"/>
    <w:next w:val="Ciemnalista"/>
    <w:uiPriority w:val="70"/>
    <w:rsid w:val="001331B4"/>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iemnalista2akcent11">
    <w:name w:val="Ciemna lista 2 — akcent 11"/>
    <w:basedOn w:val="Standardowy"/>
    <w:next w:val="Ciemnalista2akcent1"/>
    <w:uiPriority w:val="70"/>
    <w:rsid w:val="001331B4"/>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iemnalistaakcent21">
    <w:name w:val="Ciemna lista — akcent 21"/>
    <w:basedOn w:val="Standardowy"/>
    <w:next w:val="Ciemnalistaakcent2"/>
    <w:uiPriority w:val="70"/>
    <w:rsid w:val="001331B4"/>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iemnalistaakcent31">
    <w:name w:val="Ciemna lista — akcent 31"/>
    <w:basedOn w:val="Standardowy"/>
    <w:next w:val="Ciemnalistaakcent3"/>
    <w:uiPriority w:val="70"/>
    <w:rsid w:val="001331B4"/>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iemnalistaakcent41">
    <w:name w:val="Ciemna lista — akcent 41"/>
    <w:basedOn w:val="Standardowy"/>
    <w:next w:val="Ciemnalistaakcent4"/>
    <w:uiPriority w:val="70"/>
    <w:rsid w:val="001331B4"/>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iemnalistaakcent51">
    <w:name w:val="Ciemna lista — akcent 51"/>
    <w:basedOn w:val="Standardowy"/>
    <w:next w:val="Ciemnalistaakcent5"/>
    <w:uiPriority w:val="70"/>
    <w:rsid w:val="001331B4"/>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iemnalistaakcent61">
    <w:name w:val="Ciemna lista — akcent 61"/>
    <w:basedOn w:val="Standardowy"/>
    <w:next w:val="Ciemnalistaakcent6"/>
    <w:uiPriority w:val="70"/>
    <w:rsid w:val="001331B4"/>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Kolorowecieniowanie1">
    <w:name w:val="Kolorowe cieniowanie1"/>
    <w:basedOn w:val="Standardowy"/>
    <w:next w:val="Kolorowecieniowanie"/>
    <w:uiPriority w:val="71"/>
    <w:rsid w:val="001331B4"/>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Kolorowecieniowanieakcent11">
    <w:name w:val="Kolorowe cieniowanie — akcent 11"/>
    <w:basedOn w:val="Standardowy"/>
    <w:next w:val="Kolorowecieniowanieakcent1"/>
    <w:uiPriority w:val="71"/>
    <w:rsid w:val="001331B4"/>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Kolorowecieniowanieakcent21">
    <w:name w:val="Kolorowe cieniowanie — akcent 21"/>
    <w:basedOn w:val="Standardowy"/>
    <w:next w:val="Kolorowecieniowanieakcent2"/>
    <w:uiPriority w:val="71"/>
    <w:rsid w:val="001331B4"/>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Kolorowecieniowanieakcent31">
    <w:name w:val="Kolorowe cieniowanie — akcent 31"/>
    <w:basedOn w:val="Standardowy"/>
    <w:next w:val="Kolorowecieniowanieakcent3"/>
    <w:uiPriority w:val="71"/>
    <w:rsid w:val="001331B4"/>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Kolorowecieniowanieakcent41">
    <w:name w:val="Kolorowe cieniowanie — akcent 41"/>
    <w:basedOn w:val="Standardowy"/>
    <w:next w:val="Kolorowecieniowanieakcent4"/>
    <w:uiPriority w:val="71"/>
    <w:rsid w:val="001331B4"/>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Kolorowecieniowanieakcent51">
    <w:name w:val="Kolorowe cieniowanie — akcent 51"/>
    <w:basedOn w:val="Standardowy"/>
    <w:next w:val="Kolorowecieniowanieakcent5"/>
    <w:uiPriority w:val="71"/>
    <w:rsid w:val="001331B4"/>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Kolorowecieniowanieakcent61">
    <w:name w:val="Kolorowe cieniowanie — akcent 61"/>
    <w:basedOn w:val="Standardowy"/>
    <w:next w:val="Kolorowecieniowanieakcent6"/>
    <w:uiPriority w:val="71"/>
    <w:rsid w:val="001331B4"/>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Kolorowalista1">
    <w:name w:val="Kolorowa lista1"/>
    <w:basedOn w:val="Standardowy"/>
    <w:next w:val="Kolorowalista"/>
    <w:uiPriority w:val="72"/>
    <w:rsid w:val="001331B4"/>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akcent11">
    <w:name w:val="Kolorowa lista — akcent 11"/>
    <w:basedOn w:val="Standardowy"/>
    <w:next w:val="Kolorowalistaakcent1"/>
    <w:uiPriority w:val="72"/>
    <w:rsid w:val="001331B4"/>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Kolorowalistaakcent21">
    <w:name w:val="Kolorowa lista — akcent 21"/>
    <w:basedOn w:val="Standardowy"/>
    <w:next w:val="Kolorowalistaakcent2"/>
    <w:uiPriority w:val="72"/>
    <w:rsid w:val="001331B4"/>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Kolorowalistaakcent31">
    <w:name w:val="Kolorowa lista — akcent 31"/>
    <w:basedOn w:val="Standardowy"/>
    <w:next w:val="Kolorowalistaakcent3"/>
    <w:uiPriority w:val="72"/>
    <w:rsid w:val="001331B4"/>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Kolorowalistaakcent41">
    <w:name w:val="Kolorowa lista — akcent 41"/>
    <w:basedOn w:val="Standardowy"/>
    <w:next w:val="Kolorowalistaakcent4"/>
    <w:uiPriority w:val="72"/>
    <w:rsid w:val="001331B4"/>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Kolorowalistaakcent51">
    <w:name w:val="Kolorowa lista — akcent 51"/>
    <w:basedOn w:val="Standardowy"/>
    <w:next w:val="Kolorowalistaakcent5"/>
    <w:uiPriority w:val="72"/>
    <w:rsid w:val="001331B4"/>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Kolorowalistaakcent61">
    <w:name w:val="Kolorowa lista — akcent 61"/>
    <w:basedOn w:val="Standardowy"/>
    <w:next w:val="Kolorowalistaakcent6"/>
    <w:uiPriority w:val="72"/>
    <w:rsid w:val="001331B4"/>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Kolorowasiatka1">
    <w:name w:val="Kolorowa siatka1"/>
    <w:basedOn w:val="Standardowy"/>
    <w:next w:val="Kolorowasiatka"/>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Kolorowasiatkaakcent11">
    <w:name w:val="Kolorowa siatka — akcent 11"/>
    <w:basedOn w:val="Standardowy"/>
    <w:next w:val="Kolorowasiatkaakcent1"/>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Kolorowasiatkaakcent21">
    <w:name w:val="Kolorowa siatka — akcent 21"/>
    <w:basedOn w:val="Standardowy"/>
    <w:next w:val="Kolorowasiatkaakcent2"/>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Kolorowasiatkaakcent31">
    <w:name w:val="Kolorowa siatka — akcent 31"/>
    <w:basedOn w:val="Standardowy"/>
    <w:next w:val="Kolorowasiatkaakcent3"/>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Kolorowasiatkaakcent41">
    <w:name w:val="Kolorowa siatka — akcent 41"/>
    <w:basedOn w:val="Standardowy"/>
    <w:next w:val="Kolorowasiatkaakcent4"/>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Kolorowasiatkaakcent51">
    <w:name w:val="Kolorowa siatka — akcent 51"/>
    <w:basedOn w:val="Standardowy"/>
    <w:next w:val="Kolorowasiatkaakcent5"/>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Kolorowasiatkaakcent61">
    <w:name w:val="Kolorowa siatka — akcent 61"/>
    <w:basedOn w:val="Standardowy"/>
    <w:next w:val="Kolorowasiatkaakcent6"/>
    <w:uiPriority w:val="73"/>
    <w:rsid w:val="001331B4"/>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Tekstprzypisudolnego">
    <w:name w:val="footnote text"/>
    <w:basedOn w:val="Normalny"/>
    <w:link w:val="TekstprzypisudolnegoZnak"/>
    <w:uiPriority w:val="99"/>
    <w:semiHidden/>
    <w:unhideWhenUsed/>
    <w:rsid w:val="00307A5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07A52"/>
    <w:rPr>
      <w:sz w:val="20"/>
      <w:szCs w:val="20"/>
    </w:rPr>
  </w:style>
  <w:style w:type="character" w:styleId="Odwoanieprzypisudolnego">
    <w:name w:val="footnote reference"/>
    <w:basedOn w:val="Domylnaczcionkaakapitu"/>
    <w:uiPriority w:val="99"/>
    <w:semiHidden/>
    <w:unhideWhenUsed/>
    <w:rsid w:val="00307A52"/>
    <w:rPr>
      <w:vertAlign w:val="superscript"/>
    </w:rPr>
  </w:style>
  <w:style w:type="table" w:customStyle="1" w:styleId="Tabela-Siatka2">
    <w:name w:val="Tabela - Siatka2"/>
    <w:basedOn w:val="Standardowy"/>
    <w:next w:val="Tabela-Siatka"/>
    <w:uiPriority w:val="59"/>
    <w:rsid w:val="00253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ny"/>
    <w:rsid w:val="00C92C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C92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9">
      <w:bodyDiv w:val="1"/>
      <w:marLeft w:val="0"/>
      <w:marRight w:val="0"/>
      <w:marTop w:val="0"/>
      <w:marBottom w:val="0"/>
      <w:divBdr>
        <w:top w:val="none" w:sz="0" w:space="0" w:color="auto"/>
        <w:left w:val="none" w:sz="0" w:space="0" w:color="auto"/>
        <w:bottom w:val="none" w:sz="0" w:space="0" w:color="auto"/>
        <w:right w:val="none" w:sz="0" w:space="0" w:color="auto"/>
      </w:divBdr>
    </w:div>
    <w:div w:id="1906475">
      <w:bodyDiv w:val="1"/>
      <w:marLeft w:val="0"/>
      <w:marRight w:val="0"/>
      <w:marTop w:val="0"/>
      <w:marBottom w:val="0"/>
      <w:divBdr>
        <w:top w:val="none" w:sz="0" w:space="0" w:color="auto"/>
        <w:left w:val="none" w:sz="0" w:space="0" w:color="auto"/>
        <w:bottom w:val="none" w:sz="0" w:space="0" w:color="auto"/>
        <w:right w:val="none" w:sz="0" w:space="0" w:color="auto"/>
      </w:divBdr>
    </w:div>
    <w:div w:id="3212315">
      <w:bodyDiv w:val="1"/>
      <w:marLeft w:val="0"/>
      <w:marRight w:val="0"/>
      <w:marTop w:val="0"/>
      <w:marBottom w:val="0"/>
      <w:divBdr>
        <w:top w:val="none" w:sz="0" w:space="0" w:color="auto"/>
        <w:left w:val="none" w:sz="0" w:space="0" w:color="auto"/>
        <w:bottom w:val="none" w:sz="0" w:space="0" w:color="auto"/>
        <w:right w:val="none" w:sz="0" w:space="0" w:color="auto"/>
      </w:divBdr>
    </w:div>
    <w:div w:id="9993299">
      <w:bodyDiv w:val="1"/>
      <w:marLeft w:val="0"/>
      <w:marRight w:val="0"/>
      <w:marTop w:val="0"/>
      <w:marBottom w:val="0"/>
      <w:divBdr>
        <w:top w:val="none" w:sz="0" w:space="0" w:color="auto"/>
        <w:left w:val="none" w:sz="0" w:space="0" w:color="auto"/>
        <w:bottom w:val="none" w:sz="0" w:space="0" w:color="auto"/>
        <w:right w:val="none" w:sz="0" w:space="0" w:color="auto"/>
      </w:divBdr>
    </w:div>
    <w:div w:id="10375769">
      <w:bodyDiv w:val="1"/>
      <w:marLeft w:val="0"/>
      <w:marRight w:val="0"/>
      <w:marTop w:val="0"/>
      <w:marBottom w:val="0"/>
      <w:divBdr>
        <w:top w:val="none" w:sz="0" w:space="0" w:color="auto"/>
        <w:left w:val="none" w:sz="0" w:space="0" w:color="auto"/>
        <w:bottom w:val="none" w:sz="0" w:space="0" w:color="auto"/>
        <w:right w:val="none" w:sz="0" w:space="0" w:color="auto"/>
      </w:divBdr>
    </w:div>
    <w:div w:id="20977594">
      <w:bodyDiv w:val="1"/>
      <w:marLeft w:val="0"/>
      <w:marRight w:val="0"/>
      <w:marTop w:val="0"/>
      <w:marBottom w:val="0"/>
      <w:divBdr>
        <w:top w:val="none" w:sz="0" w:space="0" w:color="auto"/>
        <w:left w:val="none" w:sz="0" w:space="0" w:color="auto"/>
        <w:bottom w:val="none" w:sz="0" w:space="0" w:color="auto"/>
        <w:right w:val="none" w:sz="0" w:space="0" w:color="auto"/>
      </w:divBdr>
    </w:div>
    <w:div w:id="39717729">
      <w:bodyDiv w:val="1"/>
      <w:marLeft w:val="0"/>
      <w:marRight w:val="0"/>
      <w:marTop w:val="0"/>
      <w:marBottom w:val="0"/>
      <w:divBdr>
        <w:top w:val="none" w:sz="0" w:space="0" w:color="auto"/>
        <w:left w:val="none" w:sz="0" w:space="0" w:color="auto"/>
        <w:bottom w:val="none" w:sz="0" w:space="0" w:color="auto"/>
        <w:right w:val="none" w:sz="0" w:space="0" w:color="auto"/>
      </w:divBdr>
    </w:div>
    <w:div w:id="49497929">
      <w:bodyDiv w:val="1"/>
      <w:marLeft w:val="0"/>
      <w:marRight w:val="0"/>
      <w:marTop w:val="0"/>
      <w:marBottom w:val="0"/>
      <w:divBdr>
        <w:top w:val="none" w:sz="0" w:space="0" w:color="auto"/>
        <w:left w:val="none" w:sz="0" w:space="0" w:color="auto"/>
        <w:bottom w:val="none" w:sz="0" w:space="0" w:color="auto"/>
        <w:right w:val="none" w:sz="0" w:space="0" w:color="auto"/>
      </w:divBdr>
    </w:div>
    <w:div w:id="52042116">
      <w:bodyDiv w:val="1"/>
      <w:marLeft w:val="0"/>
      <w:marRight w:val="0"/>
      <w:marTop w:val="0"/>
      <w:marBottom w:val="0"/>
      <w:divBdr>
        <w:top w:val="none" w:sz="0" w:space="0" w:color="auto"/>
        <w:left w:val="none" w:sz="0" w:space="0" w:color="auto"/>
        <w:bottom w:val="none" w:sz="0" w:space="0" w:color="auto"/>
        <w:right w:val="none" w:sz="0" w:space="0" w:color="auto"/>
      </w:divBdr>
    </w:div>
    <w:div w:id="138115233">
      <w:bodyDiv w:val="1"/>
      <w:marLeft w:val="0"/>
      <w:marRight w:val="0"/>
      <w:marTop w:val="0"/>
      <w:marBottom w:val="0"/>
      <w:divBdr>
        <w:top w:val="none" w:sz="0" w:space="0" w:color="auto"/>
        <w:left w:val="none" w:sz="0" w:space="0" w:color="auto"/>
        <w:bottom w:val="none" w:sz="0" w:space="0" w:color="auto"/>
        <w:right w:val="none" w:sz="0" w:space="0" w:color="auto"/>
      </w:divBdr>
    </w:div>
    <w:div w:id="143203682">
      <w:bodyDiv w:val="1"/>
      <w:marLeft w:val="0"/>
      <w:marRight w:val="0"/>
      <w:marTop w:val="0"/>
      <w:marBottom w:val="0"/>
      <w:divBdr>
        <w:top w:val="none" w:sz="0" w:space="0" w:color="auto"/>
        <w:left w:val="none" w:sz="0" w:space="0" w:color="auto"/>
        <w:bottom w:val="none" w:sz="0" w:space="0" w:color="auto"/>
        <w:right w:val="none" w:sz="0" w:space="0" w:color="auto"/>
      </w:divBdr>
    </w:div>
    <w:div w:id="209348895">
      <w:bodyDiv w:val="1"/>
      <w:marLeft w:val="0"/>
      <w:marRight w:val="0"/>
      <w:marTop w:val="0"/>
      <w:marBottom w:val="0"/>
      <w:divBdr>
        <w:top w:val="none" w:sz="0" w:space="0" w:color="auto"/>
        <w:left w:val="none" w:sz="0" w:space="0" w:color="auto"/>
        <w:bottom w:val="none" w:sz="0" w:space="0" w:color="auto"/>
        <w:right w:val="none" w:sz="0" w:space="0" w:color="auto"/>
      </w:divBdr>
    </w:div>
    <w:div w:id="215243701">
      <w:bodyDiv w:val="1"/>
      <w:marLeft w:val="0"/>
      <w:marRight w:val="0"/>
      <w:marTop w:val="0"/>
      <w:marBottom w:val="0"/>
      <w:divBdr>
        <w:top w:val="none" w:sz="0" w:space="0" w:color="auto"/>
        <w:left w:val="none" w:sz="0" w:space="0" w:color="auto"/>
        <w:bottom w:val="none" w:sz="0" w:space="0" w:color="auto"/>
        <w:right w:val="none" w:sz="0" w:space="0" w:color="auto"/>
      </w:divBdr>
    </w:div>
    <w:div w:id="218370651">
      <w:bodyDiv w:val="1"/>
      <w:marLeft w:val="0"/>
      <w:marRight w:val="0"/>
      <w:marTop w:val="0"/>
      <w:marBottom w:val="0"/>
      <w:divBdr>
        <w:top w:val="none" w:sz="0" w:space="0" w:color="auto"/>
        <w:left w:val="none" w:sz="0" w:space="0" w:color="auto"/>
        <w:bottom w:val="none" w:sz="0" w:space="0" w:color="auto"/>
        <w:right w:val="none" w:sz="0" w:space="0" w:color="auto"/>
      </w:divBdr>
    </w:div>
    <w:div w:id="234435616">
      <w:bodyDiv w:val="1"/>
      <w:marLeft w:val="0"/>
      <w:marRight w:val="0"/>
      <w:marTop w:val="0"/>
      <w:marBottom w:val="0"/>
      <w:divBdr>
        <w:top w:val="none" w:sz="0" w:space="0" w:color="auto"/>
        <w:left w:val="none" w:sz="0" w:space="0" w:color="auto"/>
        <w:bottom w:val="none" w:sz="0" w:space="0" w:color="auto"/>
        <w:right w:val="none" w:sz="0" w:space="0" w:color="auto"/>
      </w:divBdr>
    </w:div>
    <w:div w:id="269439686">
      <w:bodyDiv w:val="1"/>
      <w:marLeft w:val="0"/>
      <w:marRight w:val="0"/>
      <w:marTop w:val="0"/>
      <w:marBottom w:val="0"/>
      <w:divBdr>
        <w:top w:val="none" w:sz="0" w:space="0" w:color="auto"/>
        <w:left w:val="none" w:sz="0" w:space="0" w:color="auto"/>
        <w:bottom w:val="none" w:sz="0" w:space="0" w:color="auto"/>
        <w:right w:val="none" w:sz="0" w:space="0" w:color="auto"/>
      </w:divBdr>
    </w:div>
    <w:div w:id="269974134">
      <w:bodyDiv w:val="1"/>
      <w:marLeft w:val="0"/>
      <w:marRight w:val="0"/>
      <w:marTop w:val="0"/>
      <w:marBottom w:val="0"/>
      <w:divBdr>
        <w:top w:val="none" w:sz="0" w:space="0" w:color="auto"/>
        <w:left w:val="none" w:sz="0" w:space="0" w:color="auto"/>
        <w:bottom w:val="none" w:sz="0" w:space="0" w:color="auto"/>
        <w:right w:val="none" w:sz="0" w:space="0" w:color="auto"/>
      </w:divBdr>
    </w:div>
    <w:div w:id="291979609">
      <w:bodyDiv w:val="1"/>
      <w:marLeft w:val="0"/>
      <w:marRight w:val="0"/>
      <w:marTop w:val="0"/>
      <w:marBottom w:val="0"/>
      <w:divBdr>
        <w:top w:val="none" w:sz="0" w:space="0" w:color="auto"/>
        <w:left w:val="none" w:sz="0" w:space="0" w:color="auto"/>
        <w:bottom w:val="none" w:sz="0" w:space="0" w:color="auto"/>
        <w:right w:val="none" w:sz="0" w:space="0" w:color="auto"/>
      </w:divBdr>
    </w:div>
    <w:div w:id="297496971">
      <w:bodyDiv w:val="1"/>
      <w:marLeft w:val="0"/>
      <w:marRight w:val="0"/>
      <w:marTop w:val="0"/>
      <w:marBottom w:val="0"/>
      <w:divBdr>
        <w:top w:val="none" w:sz="0" w:space="0" w:color="auto"/>
        <w:left w:val="none" w:sz="0" w:space="0" w:color="auto"/>
        <w:bottom w:val="none" w:sz="0" w:space="0" w:color="auto"/>
        <w:right w:val="none" w:sz="0" w:space="0" w:color="auto"/>
      </w:divBdr>
    </w:div>
    <w:div w:id="349649556">
      <w:bodyDiv w:val="1"/>
      <w:marLeft w:val="0"/>
      <w:marRight w:val="0"/>
      <w:marTop w:val="0"/>
      <w:marBottom w:val="0"/>
      <w:divBdr>
        <w:top w:val="none" w:sz="0" w:space="0" w:color="auto"/>
        <w:left w:val="none" w:sz="0" w:space="0" w:color="auto"/>
        <w:bottom w:val="none" w:sz="0" w:space="0" w:color="auto"/>
        <w:right w:val="none" w:sz="0" w:space="0" w:color="auto"/>
      </w:divBdr>
    </w:div>
    <w:div w:id="377780204">
      <w:bodyDiv w:val="1"/>
      <w:marLeft w:val="0"/>
      <w:marRight w:val="0"/>
      <w:marTop w:val="0"/>
      <w:marBottom w:val="0"/>
      <w:divBdr>
        <w:top w:val="none" w:sz="0" w:space="0" w:color="auto"/>
        <w:left w:val="none" w:sz="0" w:space="0" w:color="auto"/>
        <w:bottom w:val="none" w:sz="0" w:space="0" w:color="auto"/>
        <w:right w:val="none" w:sz="0" w:space="0" w:color="auto"/>
      </w:divBdr>
    </w:div>
    <w:div w:id="388504953">
      <w:bodyDiv w:val="1"/>
      <w:marLeft w:val="0"/>
      <w:marRight w:val="0"/>
      <w:marTop w:val="0"/>
      <w:marBottom w:val="0"/>
      <w:divBdr>
        <w:top w:val="none" w:sz="0" w:space="0" w:color="auto"/>
        <w:left w:val="none" w:sz="0" w:space="0" w:color="auto"/>
        <w:bottom w:val="none" w:sz="0" w:space="0" w:color="auto"/>
        <w:right w:val="none" w:sz="0" w:space="0" w:color="auto"/>
      </w:divBdr>
    </w:div>
    <w:div w:id="407385460">
      <w:bodyDiv w:val="1"/>
      <w:marLeft w:val="0"/>
      <w:marRight w:val="0"/>
      <w:marTop w:val="0"/>
      <w:marBottom w:val="0"/>
      <w:divBdr>
        <w:top w:val="none" w:sz="0" w:space="0" w:color="auto"/>
        <w:left w:val="none" w:sz="0" w:space="0" w:color="auto"/>
        <w:bottom w:val="none" w:sz="0" w:space="0" w:color="auto"/>
        <w:right w:val="none" w:sz="0" w:space="0" w:color="auto"/>
      </w:divBdr>
    </w:div>
    <w:div w:id="417093589">
      <w:bodyDiv w:val="1"/>
      <w:marLeft w:val="0"/>
      <w:marRight w:val="0"/>
      <w:marTop w:val="0"/>
      <w:marBottom w:val="0"/>
      <w:divBdr>
        <w:top w:val="none" w:sz="0" w:space="0" w:color="auto"/>
        <w:left w:val="none" w:sz="0" w:space="0" w:color="auto"/>
        <w:bottom w:val="none" w:sz="0" w:space="0" w:color="auto"/>
        <w:right w:val="none" w:sz="0" w:space="0" w:color="auto"/>
      </w:divBdr>
    </w:div>
    <w:div w:id="432819010">
      <w:bodyDiv w:val="1"/>
      <w:marLeft w:val="0"/>
      <w:marRight w:val="0"/>
      <w:marTop w:val="0"/>
      <w:marBottom w:val="0"/>
      <w:divBdr>
        <w:top w:val="none" w:sz="0" w:space="0" w:color="auto"/>
        <w:left w:val="none" w:sz="0" w:space="0" w:color="auto"/>
        <w:bottom w:val="none" w:sz="0" w:space="0" w:color="auto"/>
        <w:right w:val="none" w:sz="0" w:space="0" w:color="auto"/>
      </w:divBdr>
    </w:div>
    <w:div w:id="533269462">
      <w:bodyDiv w:val="1"/>
      <w:marLeft w:val="0"/>
      <w:marRight w:val="0"/>
      <w:marTop w:val="0"/>
      <w:marBottom w:val="0"/>
      <w:divBdr>
        <w:top w:val="none" w:sz="0" w:space="0" w:color="auto"/>
        <w:left w:val="none" w:sz="0" w:space="0" w:color="auto"/>
        <w:bottom w:val="none" w:sz="0" w:space="0" w:color="auto"/>
        <w:right w:val="none" w:sz="0" w:space="0" w:color="auto"/>
      </w:divBdr>
    </w:div>
    <w:div w:id="537471215">
      <w:bodyDiv w:val="1"/>
      <w:marLeft w:val="0"/>
      <w:marRight w:val="0"/>
      <w:marTop w:val="0"/>
      <w:marBottom w:val="0"/>
      <w:divBdr>
        <w:top w:val="none" w:sz="0" w:space="0" w:color="auto"/>
        <w:left w:val="none" w:sz="0" w:space="0" w:color="auto"/>
        <w:bottom w:val="none" w:sz="0" w:space="0" w:color="auto"/>
        <w:right w:val="none" w:sz="0" w:space="0" w:color="auto"/>
      </w:divBdr>
    </w:div>
    <w:div w:id="543520619">
      <w:bodyDiv w:val="1"/>
      <w:marLeft w:val="0"/>
      <w:marRight w:val="0"/>
      <w:marTop w:val="0"/>
      <w:marBottom w:val="0"/>
      <w:divBdr>
        <w:top w:val="none" w:sz="0" w:space="0" w:color="auto"/>
        <w:left w:val="none" w:sz="0" w:space="0" w:color="auto"/>
        <w:bottom w:val="none" w:sz="0" w:space="0" w:color="auto"/>
        <w:right w:val="none" w:sz="0" w:space="0" w:color="auto"/>
      </w:divBdr>
    </w:div>
    <w:div w:id="555168650">
      <w:bodyDiv w:val="1"/>
      <w:marLeft w:val="0"/>
      <w:marRight w:val="0"/>
      <w:marTop w:val="0"/>
      <w:marBottom w:val="0"/>
      <w:divBdr>
        <w:top w:val="none" w:sz="0" w:space="0" w:color="auto"/>
        <w:left w:val="none" w:sz="0" w:space="0" w:color="auto"/>
        <w:bottom w:val="none" w:sz="0" w:space="0" w:color="auto"/>
        <w:right w:val="none" w:sz="0" w:space="0" w:color="auto"/>
      </w:divBdr>
    </w:div>
    <w:div w:id="558708135">
      <w:bodyDiv w:val="1"/>
      <w:marLeft w:val="0"/>
      <w:marRight w:val="0"/>
      <w:marTop w:val="0"/>
      <w:marBottom w:val="0"/>
      <w:divBdr>
        <w:top w:val="none" w:sz="0" w:space="0" w:color="auto"/>
        <w:left w:val="none" w:sz="0" w:space="0" w:color="auto"/>
        <w:bottom w:val="none" w:sz="0" w:space="0" w:color="auto"/>
        <w:right w:val="none" w:sz="0" w:space="0" w:color="auto"/>
      </w:divBdr>
    </w:div>
    <w:div w:id="590116755">
      <w:bodyDiv w:val="1"/>
      <w:marLeft w:val="0"/>
      <w:marRight w:val="0"/>
      <w:marTop w:val="0"/>
      <w:marBottom w:val="0"/>
      <w:divBdr>
        <w:top w:val="none" w:sz="0" w:space="0" w:color="auto"/>
        <w:left w:val="none" w:sz="0" w:space="0" w:color="auto"/>
        <w:bottom w:val="none" w:sz="0" w:space="0" w:color="auto"/>
        <w:right w:val="none" w:sz="0" w:space="0" w:color="auto"/>
      </w:divBdr>
    </w:div>
    <w:div w:id="592470679">
      <w:bodyDiv w:val="1"/>
      <w:marLeft w:val="0"/>
      <w:marRight w:val="0"/>
      <w:marTop w:val="0"/>
      <w:marBottom w:val="0"/>
      <w:divBdr>
        <w:top w:val="none" w:sz="0" w:space="0" w:color="auto"/>
        <w:left w:val="none" w:sz="0" w:space="0" w:color="auto"/>
        <w:bottom w:val="none" w:sz="0" w:space="0" w:color="auto"/>
        <w:right w:val="none" w:sz="0" w:space="0" w:color="auto"/>
      </w:divBdr>
    </w:div>
    <w:div w:id="594483089">
      <w:bodyDiv w:val="1"/>
      <w:marLeft w:val="0"/>
      <w:marRight w:val="0"/>
      <w:marTop w:val="0"/>
      <w:marBottom w:val="0"/>
      <w:divBdr>
        <w:top w:val="none" w:sz="0" w:space="0" w:color="auto"/>
        <w:left w:val="none" w:sz="0" w:space="0" w:color="auto"/>
        <w:bottom w:val="none" w:sz="0" w:space="0" w:color="auto"/>
        <w:right w:val="none" w:sz="0" w:space="0" w:color="auto"/>
      </w:divBdr>
    </w:div>
    <w:div w:id="626473034">
      <w:bodyDiv w:val="1"/>
      <w:marLeft w:val="0"/>
      <w:marRight w:val="0"/>
      <w:marTop w:val="0"/>
      <w:marBottom w:val="0"/>
      <w:divBdr>
        <w:top w:val="none" w:sz="0" w:space="0" w:color="auto"/>
        <w:left w:val="none" w:sz="0" w:space="0" w:color="auto"/>
        <w:bottom w:val="none" w:sz="0" w:space="0" w:color="auto"/>
        <w:right w:val="none" w:sz="0" w:space="0" w:color="auto"/>
      </w:divBdr>
    </w:div>
    <w:div w:id="630210312">
      <w:bodyDiv w:val="1"/>
      <w:marLeft w:val="0"/>
      <w:marRight w:val="0"/>
      <w:marTop w:val="0"/>
      <w:marBottom w:val="0"/>
      <w:divBdr>
        <w:top w:val="none" w:sz="0" w:space="0" w:color="auto"/>
        <w:left w:val="none" w:sz="0" w:space="0" w:color="auto"/>
        <w:bottom w:val="none" w:sz="0" w:space="0" w:color="auto"/>
        <w:right w:val="none" w:sz="0" w:space="0" w:color="auto"/>
      </w:divBdr>
    </w:div>
    <w:div w:id="774789361">
      <w:bodyDiv w:val="1"/>
      <w:marLeft w:val="0"/>
      <w:marRight w:val="0"/>
      <w:marTop w:val="0"/>
      <w:marBottom w:val="0"/>
      <w:divBdr>
        <w:top w:val="none" w:sz="0" w:space="0" w:color="auto"/>
        <w:left w:val="none" w:sz="0" w:space="0" w:color="auto"/>
        <w:bottom w:val="none" w:sz="0" w:space="0" w:color="auto"/>
        <w:right w:val="none" w:sz="0" w:space="0" w:color="auto"/>
      </w:divBdr>
    </w:div>
    <w:div w:id="827862822">
      <w:bodyDiv w:val="1"/>
      <w:marLeft w:val="0"/>
      <w:marRight w:val="0"/>
      <w:marTop w:val="0"/>
      <w:marBottom w:val="0"/>
      <w:divBdr>
        <w:top w:val="none" w:sz="0" w:space="0" w:color="auto"/>
        <w:left w:val="none" w:sz="0" w:space="0" w:color="auto"/>
        <w:bottom w:val="none" w:sz="0" w:space="0" w:color="auto"/>
        <w:right w:val="none" w:sz="0" w:space="0" w:color="auto"/>
      </w:divBdr>
    </w:div>
    <w:div w:id="833644492">
      <w:bodyDiv w:val="1"/>
      <w:marLeft w:val="0"/>
      <w:marRight w:val="0"/>
      <w:marTop w:val="0"/>
      <w:marBottom w:val="0"/>
      <w:divBdr>
        <w:top w:val="none" w:sz="0" w:space="0" w:color="auto"/>
        <w:left w:val="none" w:sz="0" w:space="0" w:color="auto"/>
        <w:bottom w:val="none" w:sz="0" w:space="0" w:color="auto"/>
        <w:right w:val="none" w:sz="0" w:space="0" w:color="auto"/>
      </w:divBdr>
    </w:div>
    <w:div w:id="867254753">
      <w:bodyDiv w:val="1"/>
      <w:marLeft w:val="0"/>
      <w:marRight w:val="0"/>
      <w:marTop w:val="0"/>
      <w:marBottom w:val="0"/>
      <w:divBdr>
        <w:top w:val="none" w:sz="0" w:space="0" w:color="auto"/>
        <w:left w:val="none" w:sz="0" w:space="0" w:color="auto"/>
        <w:bottom w:val="none" w:sz="0" w:space="0" w:color="auto"/>
        <w:right w:val="none" w:sz="0" w:space="0" w:color="auto"/>
      </w:divBdr>
    </w:div>
    <w:div w:id="894009141">
      <w:bodyDiv w:val="1"/>
      <w:marLeft w:val="0"/>
      <w:marRight w:val="0"/>
      <w:marTop w:val="0"/>
      <w:marBottom w:val="0"/>
      <w:divBdr>
        <w:top w:val="none" w:sz="0" w:space="0" w:color="auto"/>
        <w:left w:val="none" w:sz="0" w:space="0" w:color="auto"/>
        <w:bottom w:val="none" w:sz="0" w:space="0" w:color="auto"/>
        <w:right w:val="none" w:sz="0" w:space="0" w:color="auto"/>
      </w:divBdr>
    </w:div>
    <w:div w:id="909462394">
      <w:bodyDiv w:val="1"/>
      <w:marLeft w:val="0"/>
      <w:marRight w:val="0"/>
      <w:marTop w:val="0"/>
      <w:marBottom w:val="0"/>
      <w:divBdr>
        <w:top w:val="none" w:sz="0" w:space="0" w:color="auto"/>
        <w:left w:val="none" w:sz="0" w:space="0" w:color="auto"/>
        <w:bottom w:val="none" w:sz="0" w:space="0" w:color="auto"/>
        <w:right w:val="none" w:sz="0" w:space="0" w:color="auto"/>
      </w:divBdr>
    </w:div>
    <w:div w:id="933904519">
      <w:bodyDiv w:val="1"/>
      <w:marLeft w:val="0"/>
      <w:marRight w:val="0"/>
      <w:marTop w:val="0"/>
      <w:marBottom w:val="0"/>
      <w:divBdr>
        <w:top w:val="none" w:sz="0" w:space="0" w:color="auto"/>
        <w:left w:val="none" w:sz="0" w:space="0" w:color="auto"/>
        <w:bottom w:val="none" w:sz="0" w:space="0" w:color="auto"/>
        <w:right w:val="none" w:sz="0" w:space="0" w:color="auto"/>
      </w:divBdr>
    </w:div>
    <w:div w:id="940800101">
      <w:bodyDiv w:val="1"/>
      <w:marLeft w:val="0"/>
      <w:marRight w:val="0"/>
      <w:marTop w:val="0"/>
      <w:marBottom w:val="0"/>
      <w:divBdr>
        <w:top w:val="none" w:sz="0" w:space="0" w:color="auto"/>
        <w:left w:val="none" w:sz="0" w:space="0" w:color="auto"/>
        <w:bottom w:val="none" w:sz="0" w:space="0" w:color="auto"/>
        <w:right w:val="none" w:sz="0" w:space="0" w:color="auto"/>
      </w:divBdr>
    </w:div>
    <w:div w:id="943852984">
      <w:bodyDiv w:val="1"/>
      <w:marLeft w:val="0"/>
      <w:marRight w:val="0"/>
      <w:marTop w:val="0"/>
      <w:marBottom w:val="0"/>
      <w:divBdr>
        <w:top w:val="none" w:sz="0" w:space="0" w:color="auto"/>
        <w:left w:val="none" w:sz="0" w:space="0" w:color="auto"/>
        <w:bottom w:val="none" w:sz="0" w:space="0" w:color="auto"/>
        <w:right w:val="none" w:sz="0" w:space="0" w:color="auto"/>
      </w:divBdr>
    </w:div>
    <w:div w:id="944533322">
      <w:bodyDiv w:val="1"/>
      <w:marLeft w:val="0"/>
      <w:marRight w:val="0"/>
      <w:marTop w:val="0"/>
      <w:marBottom w:val="0"/>
      <w:divBdr>
        <w:top w:val="none" w:sz="0" w:space="0" w:color="auto"/>
        <w:left w:val="none" w:sz="0" w:space="0" w:color="auto"/>
        <w:bottom w:val="none" w:sz="0" w:space="0" w:color="auto"/>
        <w:right w:val="none" w:sz="0" w:space="0" w:color="auto"/>
      </w:divBdr>
    </w:div>
    <w:div w:id="955526125">
      <w:bodyDiv w:val="1"/>
      <w:marLeft w:val="0"/>
      <w:marRight w:val="0"/>
      <w:marTop w:val="0"/>
      <w:marBottom w:val="0"/>
      <w:divBdr>
        <w:top w:val="none" w:sz="0" w:space="0" w:color="auto"/>
        <w:left w:val="none" w:sz="0" w:space="0" w:color="auto"/>
        <w:bottom w:val="none" w:sz="0" w:space="0" w:color="auto"/>
        <w:right w:val="none" w:sz="0" w:space="0" w:color="auto"/>
      </w:divBdr>
    </w:div>
    <w:div w:id="1008369204">
      <w:bodyDiv w:val="1"/>
      <w:marLeft w:val="0"/>
      <w:marRight w:val="0"/>
      <w:marTop w:val="0"/>
      <w:marBottom w:val="0"/>
      <w:divBdr>
        <w:top w:val="none" w:sz="0" w:space="0" w:color="auto"/>
        <w:left w:val="none" w:sz="0" w:space="0" w:color="auto"/>
        <w:bottom w:val="none" w:sz="0" w:space="0" w:color="auto"/>
        <w:right w:val="none" w:sz="0" w:space="0" w:color="auto"/>
      </w:divBdr>
    </w:div>
    <w:div w:id="1068268206">
      <w:bodyDiv w:val="1"/>
      <w:marLeft w:val="0"/>
      <w:marRight w:val="0"/>
      <w:marTop w:val="0"/>
      <w:marBottom w:val="0"/>
      <w:divBdr>
        <w:top w:val="none" w:sz="0" w:space="0" w:color="auto"/>
        <w:left w:val="none" w:sz="0" w:space="0" w:color="auto"/>
        <w:bottom w:val="none" w:sz="0" w:space="0" w:color="auto"/>
        <w:right w:val="none" w:sz="0" w:space="0" w:color="auto"/>
      </w:divBdr>
    </w:div>
    <w:div w:id="1070955999">
      <w:bodyDiv w:val="1"/>
      <w:marLeft w:val="0"/>
      <w:marRight w:val="0"/>
      <w:marTop w:val="0"/>
      <w:marBottom w:val="0"/>
      <w:divBdr>
        <w:top w:val="none" w:sz="0" w:space="0" w:color="auto"/>
        <w:left w:val="none" w:sz="0" w:space="0" w:color="auto"/>
        <w:bottom w:val="none" w:sz="0" w:space="0" w:color="auto"/>
        <w:right w:val="none" w:sz="0" w:space="0" w:color="auto"/>
      </w:divBdr>
    </w:div>
    <w:div w:id="1083144029">
      <w:bodyDiv w:val="1"/>
      <w:marLeft w:val="0"/>
      <w:marRight w:val="0"/>
      <w:marTop w:val="0"/>
      <w:marBottom w:val="0"/>
      <w:divBdr>
        <w:top w:val="none" w:sz="0" w:space="0" w:color="auto"/>
        <w:left w:val="none" w:sz="0" w:space="0" w:color="auto"/>
        <w:bottom w:val="none" w:sz="0" w:space="0" w:color="auto"/>
        <w:right w:val="none" w:sz="0" w:space="0" w:color="auto"/>
      </w:divBdr>
      <w:divsChild>
        <w:div w:id="297035021">
          <w:marLeft w:val="0"/>
          <w:marRight w:val="0"/>
          <w:marTop w:val="0"/>
          <w:marBottom w:val="0"/>
          <w:divBdr>
            <w:top w:val="none" w:sz="0" w:space="0" w:color="auto"/>
            <w:left w:val="none" w:sz="0" w:space="0" w:color="auto"/>
            <w:bottom w:val="none" w:sz="0" w:space="0" w:color="auto"/>
            <w:right w:val="none" w:sz="0" w:space="0" w:color="auto"/>
          </w:divBdr>
          <w:divsChild>
            <w:div w:id="1656030195">
              <w:marLeft w:val="255"/>
              <w:marRight w:val="0"/>
              <w:marTop w:val="0"/>
              <w:marBottom w:val="0"/>
              <w:divBdr>
                <w:top w:val="none" w:sz="0" w:space="0" w:color="auto"/>
                <w:left w:val="none" w:sz="0" w:space="0" w:color="auto"/>
                <w:bottom w:val="none" w:sz="0" w:space="0" w:color="auto"/>
                <w:right w:val="none" w:sz="0" w:space="0" w:color="auto"/>
              </w:divBdr>
            </w:div>
          </w:divsChild>
        </w:div>
        <w:div w:id="739716191">
          <w:marLeft w:val="0"/>
          <w:marRight w:val="0"/>
          <w:marTop w:val="0"/>
          <w:marBottom w:val="0"/>
          <w:divBdr>
            <w:top w:val="none" w:sz="0" w:space="0" w:color="auto"/>
            <w:left w:val="none" w:sz="0" w:space="0" w:color="auto"/>
            <w:bottom w:val="none" w:sz="0" w:space="0" w:color="auto"/>
            <w:right w:val="none" w:sz="0" w:space="0" w:color="auto"/>
          </w:divBdr>
          <w:divsChild>
            <w:div w:id="1515219399">
              <w:marLeft w:val="255"/>
              <w:marRight w:val="0"/>
              <w:marTop w:val="0"/>
              <w:marBottom w:val="0"/>
              <w:divBdr>
                <w:top w:val="none" w:sz="0" w:space="0" w:color="auto"/>
                <w:left w:val="none" w:sz="0" w:space="0" w:color="auto"/>
                <w:bottom w:val="none" w:sz="0" w:space="0" w:color="auto"/>
                <w:right w:val="none" w:sz="0" w:space="0" w:color="auto"/>
              </w:divBdr>
            </w:div>
          </w:divsChild>
        </w:div>
        <w:div w:id="1029334511">
          <w:marLeft w:val="0"/>
          <w:marRight w:val="0"/>
          <w:marTop w:val="0"/>
          <w:marBottom w:val="0"/>
          <w:divBdr>
            <w:top w:val="none" w:sz="0" w:space="0" w:color="auto"/>
            <w:left w:val="none" w:sz="0" w:space="0" w:color="auto"/>
            <w:bottom w:val="none" w:sz="0" w:space="0" w:color="auto"/>
            <w:right w:val="none" w:sz="0" w:space="0" w:color="auto"/>
          </w:divBdr>
          <w:divsChild>
            <w:div w:id="686254719">
              <w:marLeft w:val="255"/>
              <w:marRight w:val="0"/>
              <w:marTop w:val="0"/>
              <w:marBottom w:val="0"/>
              <w:divBdr>
                <w:top w:val="none" w:sz="0" w:space="0" w:color="auto"/>
                <w:left w:val="none" w:sz="0" w:space="0" w:color="auto"/>
                <w:bottom w:val="none" w:sz="0" w:space="0" w:color="auto"/>
                <w:right w:val="none" w:sz="0" w:space="0" w:color="auto"/>
              </w:divBdr>
            </w:div>
          </w:divsChild>
        </w:div>
        <w:div w:id="1262879587">
          <w:marLeft w:val="0"/>
          <w:marRight w:val="0"/>
          <w:marTop w:val="0"/>
          <w:marBottom w:val="0"/>
          <w:divBdr>
            <w:top w:val="none" w:sz="0" w:space="0" w:color="auto"/>
            <w:left w:val="none" w:sz="0" w:space="0" w:color="auto"/>
            <w:bottom w:val="none" w:sz="0" w:space="0" w:color="auto"/>
            <w:right w:val="none" w:sz="0" w:space="0" w:color="auto"/>
          </w:divBdr>
          <w:divsChild>
            <w:div w:id="1936475813">
              <w:marLeft w:val="255"/>
              <w:marRight w:val="0"/>
              <w:marTop w:val="0"/>
              <w:marBottom w:val="0"/>
              <w:divBdr>
                <w:top w:val="none" w:sz="0" w:space="0" w:color="auto"/>
                <w:left w:val="none" w:sz="0" w:space="0" w:color="auto"/>
                <w:bottom w:val="none" w:sz="0" w:space="0" w:color="auto"/>
                <w:right w:val="none" w:sz="0" w:space="0" w:color="auto"/>
              </w:divBdr>
            </w:div>
          </w:divsChild>
        </w:div>
        <w:div w:id="1291133331">
          <w:marLeft w:val="0"/>
          <w:marRight w:val="0"/>
          <w:marTop w:val="0"/>
          <w:marBottom w:val="0"/>
          <w:divBdr>
            <w:top w:val="none" w:sz="0" w:space="0" w:color="auto"/>
            <w:left w:val="none" w:sz="0" w:space="0" w:color="auto"/>
            <w:bottom w:val="none" w:sz="0" w:space="0" w:color="auto"/>
            <w:right w:val="none" w:sz="0" w:space="0" w:color="auto"/>
          </w:divBdr>
          <w:divsChild>
            <w:div w:id="521624434">
              <w:marLeft w:val="255"/>
              <w:marRight w:val="0"/>
              <w:marTop w:val="0"/>
              <w:marBottom w:val="0"/>
              <w:divBdr>
                <w:top w:val="none" w:sz="0" w:space="0" w:color="auto"/>
                <w:left w:val="none" w:sz="0" w:space="0" w:color="auto"/>
                <w:bottom w:val="none" w:sz="0" w:space="0" w:color="auto"/>
                <w:right w:val="none" w:sz="0" w:space="0" w:color="auto"/>
              </w:divBdr>
            </w:div>
          </w:divsChild>
        </w:div>
        <w:div w:id="1678924155">
          <w:marLeft w:val="0"/>
          <w:marRight w:val="0"/>
          <w:marTop w:val="0"/>
          <w:marBottom w:val="0"/>
          <w:divBdr>
            <w:top w:val="none" w:sz="0" w:space="0" w:color="auto"/>
            <w:left w:val="none" w:sz="0" w:space="0" w:color="auto"/>
            <w:bottom w:val="none" w:sz="0" w:space="0" w:color="auto"/>
            <w:right w:val="none" w:sz="0" w:space="0" w:color="auto"/>
          </w:divBdr>
          <w:divsChild>
            <w:div w:id="97913786">
              <w:marLeft w:val="255"/>
              <w:marRight w:val="0"/>
              <w:marTop w:val="0"/>
              <w:marBottom w:val="0"/>
              <w:divBdr>
                <w:top w:val="none" w:sz="0" w:space="0" w:color="auto"/>
                <w:left w:val="none" w:sz="0" w:space="0" w:color="auto"/>
                <w:bottom w:val="none" w:sz="0" w:space="0" w:color="auto"/>
                <w:right w:val="none" w:sz="0" w:space="0" w:color="auto"/>
              </w:divBdr>
            </w:div>
          </w:divsChild>
        </w:div>
        <w:div w:id="1730574399">
          <w:marLeft w:val="0"/>
          <w:marRight w:val="0"/>
          <w:marTop w:val="0"/>
          <w:marBottom w:val="0"/>
          <w:divBdr>
            <w:top w:val="none" w:sz="0" w:space="0" w:color="auto"/>
            <w:left w:val="none" w:sz="0" w:space="0" w:color="auto"/>
            <w:bottom w:val="none" w:sz="0" w:space="0" w:color="auto"/>
            <w:right w:val="none" w:sz="0" w:space="0" w:color="auto"/>
          </w:divBdr>
          <w:divsChild>
            <w:div w:id="172139407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084838052">
      <w:bodyDiv w:val="1"/>
      <w:marLeft w:val="0"/>
      <w:marRight w:val="0"/>
      <w:marTop w:val="0"/>
      <w:marBottom w:val="0"/>
      <w:divBdr>
        <w:top w:val="none" w:sz="0" w:space="0" w:color="auto"/>
        <w:left w:val="none" w:sz="0" w:space="0" w:color="auto"/>
        <w:bottom w:val="none" w:sz="0" w:space="0" w:color="auto"/>
        <w:right w:val="none" w:sz="0" w:space="0" w:color="auto"/>
      </w:divBdr>
    </w:div>
    <w:div w:id="1108157517">
      <w:bodyDiv w:val="1"/>
      <w:marLeft w:val="0"/>
      <w:marRight w:val="0"/>
      <w:marTop w:val="0"/>
      <w:marBottom w:val="0"/>
      <w:divBdr>
        <w:top w:val="none" w:sz="0" w:space="0" w:color="auto"/>
        <w:left w:val="none" w:sz="0" w:space="0" w:color="auto"/>
        <w:bottom w:val="none" w:sz="0" w:space="0" w:color="auto"/>
        <w:right w:val="none" w:sz="0" w:space="0" w:color="auto"/>
      </w:divBdr>
    </w:div>
    <w:div w:id="1146899712">
      <w:bodyDiv w:val="1"/>
      <w:marLeft w:val="0"/>
      <w:marRight w:val="0"/>
      <w:marTop w:val="0"/>
      <w:marBottom w:val="0"/>
      <w:divBdr>
        <w:top w:val="none" w:sz="0" w:space="0" w:color="auto"/>
        <w:left w:val="none" w:sz="0" w:space="0" w:color="auto"/>
        <w:bottom w:val="none" w:sz="0" w:space="0" w:color="auto"/>
        <w:right w:val="none" w:sz="0" w:space="0" w:color="auto"/>
      </w:divBdr>
    </w:div>
    <w:div w:id="1167131079">
      <w:bodyDiv w:val="1"/>
      <w:marLeft w:val="0"/>
      <w:marRight w:val="0"/>
      <w:marTop w:val="0"/>
      <w:marBottom w:val="0"/>
      <w:divBdr>
        <w:top w:val="none" w:sz="0" w:space="0" w:color="auto"/>
        <w:left w:val="none" w:sz="0" w:space="0" w:color="auto"/>
        <w:bottom w:val="none" w:sz="0" w:space="0" w:color="auto"/>
        <w:right w:val="none" w:sz="0" w:space="0" w:color="auto"/>
      </w:divBdr>
    </w:div>
    <w:div w:id="1169909983">
      <w:bodyDiv w:val="1"/>
      <w:marLeft w:val="0"/>
      <w:marRight w:val="0"/>
      <w:marTop w:val="0"/>
      <w:marBottom w:val="0"/>
      <w:divBdr>
        <w:top w:val="none" w:sz="0" w:space="0" w:color="auto"/>
        <w:left w:val="none" w:sz="0" w:space="0" w:color="auto"/>
        <w:bottom w:val="none" w:sz="0" w:space="0" w:color="auto"/>
        <w:right w:val="none" w:sz="0" w:space="0" w:color="auto"/>
      </w:divBdr>
    </w:div>
    <w:div w:id="1201288578">
      <w:bodyDiv w:val="1"/>
      <w:marLeft w:val="0"/>
      <w:marRight w:val="0"/>
      <w:marTop w:val="0"/>
      <w:marBottom w:val="0"/>
      <w:divBdr>
        <w:top w:val="none" w:sz="0" w:space="0" w:color="auto"/>
        <w:left w:val="none" w:sz="0" w:space="0" w:color="auto"/>
        <w:bottom w:val="none" w:sz="0" w:space="0" w:color="auto"/>
        <w:right w:val="none" w:sz="0" w:space="0" w:color="auto"/>
      </w:divBdr>
    </w:div>
    <w:div w:id="1216552414">
      <w:bodyDiv w:val="1"/>
      <w:marLeft w:val="0"/>
      <w:marRight w:val="0"/>
      <w:marTop w:val="0"/>
      <w:marBottom w:val="0"/>
      <w:divBdr>
        <w:top w:val="none" w:sz="0" w:space="0" w:color="auto"/>
        <w:left w:val="none" w:sz="0" w:space="0" w:color="auto"/>
        <w:bottom w:val="none" w:sz="0" w:space="0" w:color="auto"/>
        <w:right w:val="none" w:sz="0" w:space="0" w:color="auto"/>
      </w:divBdr>
    </w:div>
    <w:div w:id="1233931219">
      <w:bodyDiv w:val="1"/>
      <w:marLeft w:val="0"/>
      <w:marRight w:val="0"/>
      <w:marTop w:val="0"/>
      <w:marBottom w:val="0"/>
      <w:divBdr>
        <w:top w:val="none" w:sz="0" w:space="0" w:color="auto"/>
        <w:left w:val="none" w:sz="0" w:space="0" w:color="auto"/>
        <w:bottom w:val="none" w:sz="0" w:space="0" w:color="auto"/>
        <w:right w:val="none" w:sz="0" w:space="0" w:color="auto"/>
      </w:divBdr>
    </w:div>
    <w:div w:id="1279726836">
      <w:bodyDiv w:val="1"/>
      <w:marLeft w:val="0"/>
      <w:marRight w:val="0"/>
      <w:marTop w:val="0"/>
      <w:marBottom w:val="0"/>
      <w:divBdr>
        <w:top w:val="none" w:sz="0" w:space="0" w:color="auto"/>
        <w:left w:val="none" w:sz="0" w:space="0" w:color="auto"/>
        <w:bottom w:val="none" w:sz="0" w:space="0" w:color="auto"/>
        <w:right w:val="none" w:sz="0" w:space="0" w:color="auto"/>
      </w:divBdr>
    </w:div>
    <w:div w:id="1279877723">
      <w:bodyDiv w:val="1"/>
      <w:marLeft w:val="0"/>
      <w:marRight w:val="0"/>
      <w:marTop w:val="0"/>
      <w:marBottom w:val="0"/>
      <w:divBdr>
        <w:top w:val="none" w:sz="0" w:space="0" w:color="auto"/>
        <w:left w:val="none" w:sz="0" w:space="0" w:color="auto"/>
        <w:bottom w:val="none" w:sz="0" w:space="0" w:color="auto"/>
        <w:right w:val="none" w:sz="0" w:space="0" w:color="auto"/>
      </w:divBdr>
    </w:div>
    <w:div w:id="1293973337">
      <w:bodyDiv w:val="1"/>
      <w:marLeft w:val="0"/>
      <w:marRight w:val="0"/>
      <w:marTop w:val="0"/>
      <w:marBottom w:val="0"/>
      <w:divBdr>
        <w:top w:val="none" w:sz="0" w:space="0" w:color="auto"/>
        <w:left w:val="none" w:sz="0" w:space="0" w:color="auto"/>
        <w:bottom w:val="none" w:sz="0" w:space="0" w:color="auto"/>
        <w:right w:val="none" w:sz="0" w:space="0" w:color="auto"/>
      </w:divBdr>
    </w:div>
    <w:div w:id="1303538807">
      <w:bodyDiv w:val="1"/>
      <w:marLeft w:val="0"/>
      <w:marRight w:val="0"/>
      <w:marTop w:val="0"/>
      <w:marBottom w:val="0"/>
      <w:divBdr>
        <w:top w:val="none" w:sz="0" w:space="0" w:color="auto"/>
        <w:left w:val="none" w:sz="0" w:space="0" w:color="auto"/>
        <w:bottom w:val="none" w:sz="0" w:space="0" w:color="auto"/>
        <w:right w:val="none" w:sz="0" w:space="0" w:color="auto"/>
      </w:divBdr>
    </w:div>
    <w:div w:id="1311445992">
      <w:bodyDiv w:val="1"/>
      <w:marLeft w:val="0"/>
      <w:marRight w:val="0"/>
      <w:marTop w:val="0"/>
      <w:marBottom w:val="0"/>
      <w:divBdr>
        <w:top w:val="none" w:sz="0" w:space="0" w:color="auto"/>
        <w:left w:val="none" w:sz="0" w:space="0" w:color="auto"/>
        <w:bottom w:val="none" w:sz="0" w:space="0" w:color="auto"/>
        <w:right w:val="none" w:sz="0" w:space="0" w:color="auto"/>
      </w:divBdr>
    </w:div>
    <w:div w:id="1358041567">
      <w:bodyDiv w:val="1"/>
      <w:marLeft w:val="0"/>
      <w:marRight w:val="0"/>
      <w:marTop w:val="0"/>
      <w:marBottom w:val="0"/>
      <w:divBdr>
        <w:top w:val="none" w:sz="0" w:space="0" w:color="auto"/>
        <w:left w:val="none" w:sz="0" w:space="0" w:color="auto"/>
        <w:bottom w:val="none" w:sz="0" w:space="0" w:color="auto"/>
        <w:right w:val="none" w:sz="0" w:space="0" w:color="auto"/>
      </w:divBdr>
    </w:div>
    <w:div w:id="1374235745">
      <w:bodyDiv w:val="1"/>
      <w:marLeft w:val="0"/>
      <w:marRight w:val="0"/>
      <w:marTop w:val="0"/>
      <w:marBottom w:val="0"/>
      <w:divBdr>
        <w:top w:val="none" w:sz="0" w:space="0" w:color="auto"/>
        <w:left w:val="none" w:sz="0" w:space="0" w:color="auto"/>
        <w:bottom w:val="none" w:sz="0" w:space="0" w:color="auto"/>
        <w:right w:val="none" w:sz="0" w:space="0" w:color="auto"/>
      </w:divBdr>
    </w:div>
    <w:div w:id="1374306403">
      <w:bodyDiv w:val="1"/>
      <w:marLeft w:val="0"/>
      <w:marRight w:val="0"/>
      <w:marTop w:val="0"/>
      <w:marBottom w:val="0"/>
      <w:divBdr>
        <w:top w:val="none" w:sz="0" w:space="0" w:color="auto"/>
        <w:left w:val="none" w:sz="0" w:space="0" w:color="auto"/>
        <w:bottom w:val="none" w:sz="0" w:space="0" w:color="auto"/>
        <w:right w:val="none" w:sz="0" w:space="0" w:color="auto"/>
      </w:divBdr>
    </w:div>
    <w:div w:id="1386754270">
      <w:bodyDiv w:val="1"/>
      <w:marLeft w:val="0"/>
      <w:marRight w:val="0"/>
      <w:marTop w:val="0"/>
      <w:marBottom w:val="0"/>
      <w:divBdr>
        <w:top w:val="none" w:sz="0" w:space="0" w:color="auto"/>
        <w:left w:val="none" w:sz="0" w:space="0" w:color="auto"/>
        <w:bottom w:val="none" w:sz="0" w:space="0" w:color="auto"/>
        <w:right w:val="none" w:sz="0" w:space="0" w:color="auto"/>
      </w:divBdr>
    </w:div>
    <w:div w:id="1493444513">
      <w:bodyDiv w:val="1"/>
      <w:marLeft w:val="0"/>
      <w:marRight w:val="0"/>
      <w:marTop w:val="0"/>
      <w:marBottom w:val="0"/>
      <w:divBdr>
        <w:top w:val="none" w:sz="0" w:space="0" w:color="auto"/>
        <w:left w:val="none" w:sz="0" w:space="0" w:color="auto"/>
        <w:bottom w:val="none" w:sz="0" w:space="0" w:color="auto"/>
        <w:right w:val="none" w:sz="0" w:space="0" w:color="auto"/>
      </w:divBdr>
    </w:div>
    <w:div w:id="1527061795">
      <w:bodyDiv w:val="1"/>
      <w:marLeft w:val="0"/>
      <w:marRight w:val="0"/>
      <w:marTop w:val="0"/>
      <w:marBottom w:val="0"/>
      <w:divBdr>
        <w:top w:val="none" w:sz="0" w:space="0" w:color="auto"/>
        <w:left w:val="none" w:sz="0" w:space="0" w:color="auto"/>
        <w:bottom w:val="none" w:sz="0" w:space="0" w:color="auto"/>
        <w:right w:val="none" w:sz="0" w:space="0" w:color="auto"/>
      </w:divBdr>
    </w:div>
    <w:div w:id="1583758590">
      <w:bodyDiv w:val="1"/>
      <w:marLeft w:val="0"/>
      <w:marRight w:val="0"/>
      <w:marTop w:val="0"/>
      <w:marBottom w:val="0"/>
      <w:divBdr>
        <w:top w:val="none" w:sz="0" w:space="0" w:color="auto"/>
        <w:left w:val="none" w:sz="0" w:space="0" w:color="auto"/>
        <w:bottom w:val="none" w:sz="0" w:space="0" w:color="auto"/>
        <w:right w:val="none" w:sz="0" w:space="0" w:color="auto"/>
      </w:divBdr>
    </w:div>
    <w:div w:id="1586497094">
      <w:bodyDiv w:val="1"/>
      <w:marLeft w:val="0"/>
      <w:marRight w:val="0"/>
      <w:marTop w:val="0"/>
      <w:marBottom w:val="0"/>
      <w:divBdr>
        <w:top w:val="none" w:sz="0" w:space="0" w:color="auto"/>
        <w:left w:val="none" w:sz="0" w:space="0" w:color="auto"/>
        <w:bottom w:val="none" w:sz="0" w:space="0" w:color="auto"/>
        <w:right w:val="none" w:sz="0" w:space="0" w:color="auto"/>
      </w:divBdr>
    </w:div>
    <w:div w:id="1609388277">
      <w:bodyDiv w:val="1"/>
      <w:marLeft w:val="0"/>
      <w:marRight w:val="0"/>
      <w:marTop w:val="0"/>
      <w:marBottom w:val="0"/>
      <w:divBdr>
        <w:top w:val="none" w:sz="0" w:space="0" w:color="auto"/>
        <w:left w:val="none" w:sz="0" w:space="0" w:color="auto"/>
        <w:bottom w:val="none" w:sz="0" w:space="0" w:color="auto"/>
        <w:right w:val="none" w:sz="0" w:space="0" w:color="auto"/>
      </w:divBdr>
    </w:div>
    <w:div w:id="1612978343">
      <w:bodyDiv w:val="1"/>
      <w:marLeft w:val="0"/>
      <w:marRight w:val="0"/>
      <w:marTop w:val="0"/>
      <w:marBottom w:val="0"/>
      <w:divBdr>
        <w:top w:val="none" w:sz="0" w:space="0" w:color="auto"/>
        <w:left w:val="none" w:sz="0" w:space="0" w:color="auto"/>
        <w:bottom w:val="none" w:sz="0" w:space="0" w:color="auto"/>
        <w:right w:val="none" w:sz="0" w:space="0" w:color="auto"/>
      </w:divBdr>
    </w:div>
    <w:div w:id="1643080672">
      <w:bodyDiv w:val="1"/>
      <w:marLeft w:val="0"/>
      <w:marRight w:val="0"/>
      <w:marTop w:val="0"/>
      <w:marBottom w:val="0"/>
      <w:divBdr>
        <w:top w:val="none" w:sz="0" w:space="0" w:color="auto"/>
        <w:left w:val="none" w:sz="0" w:space="0" w:color="auto"/>
        <w:bottom w:val="none" w:sz="0" w:space="0" w:color="auto"/>
        <w:right w:val="none" w:sz="0" w:space="0" w:color="auto"/>
      </w:divBdr>
    </w:div>
    <w:div w:id="1704019394">
      <w:bodyDiv w:val="1"/>
      <w:marLeft w:val="0"/>
      <w:marRight w:val="0"/>
      <w:marTop w:val="0"/>
      <w:marBottom w:val="0"/>
      <w:divBdr>
        <w:top w:val="none" w:sz="0" w:space="0" w:color="auto"/>
        <w:left w:val="none" w:sz="0" w:space="0" w:color="auto"/>
        <w:bottom w:val="none" w:sz="0" w:space="0" w:color="auto"/>
        <w:right w:val="none" w:sz="0" w:space="0" w:color="auto"/>
      </w:divBdr>
    </w:div>
    <w:div w:id="1732072479">
      <w:bodyDiv w:val="1"/>
      <w:marLeft w:val="0"/>
      <w:marRight w:val="0"/>
      <w:marTop w:val="0"/>
      <w:marBottom w:val="0"/>
      <w:divBdr>
        <w:top w:val="none" w:sz="0" w:space="0" w:color="auto"/>
        <w:left w:val="none" w:sz="0" w:space="0" w:color="auto"/>
        <w:bottom w:val="none" w:sz="0" w:space="0" w:color="auto"/>
        <w:right w:val="none" w:sz="0" w:space="0" w:color="auto"/>
      </w:divBdr>
    </w:div>
    <w:div w:id="1803644888">
      <w:bodyDiv w:val="1"/>
      <w:marLeft w:val="0"/>
      <w:marRight w:val="0"/>
      <w:marTop w:val="0"/>
      <w:marBottom w:val="0"/>
      <w:divBdr>
        <w:top w:val="none" w:sz="0" w:space="0" w:color="auto"/>
        <w:left w:val="none" w:sz="0" w:space="0" w:color="auto"/>
        <w:bottom w:val="none" w:sz="0" w:space="0" w:color="auto"/>
        <w:right w:val="none" w:sz="0" w:space="0" w:color="auto"/>
      </w:divBdr>
    </w:div>
    <w:div w:id="1818917471">
      <w:bodyDiv w:val="1"/>
      <w:marLeft w:val="0"/>
      <w:marRight w:val="0"/>
      <w:marTop w:val="0"/>
      <w:marBottom w:val="0"/>
      <w:divBdr>
        <w:top w:val="none" w:sz="0" w:space="0" w:color="auto"/>
        <w:left w:val="none" w:sz="0" w:space="0" w:color="auto"/>
        <w:bottom w:val="none" w:sz="0" w:space="0" w:color="auto"/>
        <w:right w:val="none" w:sz="0" w:space="0" w:color="auto"/>
      </w:divBdr>
    </w:div>
    <w:div w:id="1822307753">
      <w:bodyDiv w:val="1"/>
      <w:marLeft w:val="0"/>
      <w:marRight w:val="0"/>
      <w:marTop w:val="0"/>
      <w:marBottom w:val="0"/>
      <w:divBdr>
        <w:top w:val="none" w:sz="0" w:space="0" w:color="auto"/>
        <w:left w:val="none" w:sz="0" w:space="0" w:color="auto"/>
        <w:bottom w:val="none" w:sz="0" w:space="0" w:color="auto"/>
        <w:right w:val="none" w:sz="0" w:space="0" w:color="auto"/>
      </w:divBdr>
    </w:div>
    <w:div w:id="1822382032">
      <w:bodyDiv w:val="1"/>
      <w:marLeft w:val="0"/>
      <w:marRight w:val="0"/>
      <w:marTop w:val="0"/>
      <w:marBottom w:val="0"/>
      <w:divBdr>
        <w:top w:val="none" w:sz="0" w:space="0" w:color="auto"/>
        <w:left w:val="none" w:sz="0" w:space="0" w:color="auto"/>
        <w:bottom w:val="none" w:sz="0" w:space="0" w:color="auto"/>
        <w:right w:val="none" w:sz="0" w:space="0" w:color="auto"/>
      </w:divBdr>
    </w:div>
    <w:div w:id="1843813436">
      <w:bodyDiv w:val="1"/>
      <w:marLeft w:val="0"/>
      <w:marRight w:val="0"/>
      <w:marTop w:val="0"/>
      <w:marBottom w:val="0"/>
      <w:divBdr>
        <w:top w:val="none" w:sz="0" w:space="0" w:color="auto"/>
        <w:left w:val="none" w:sz="0" w:space="0" w:color="auto"/>
        <w:bottom w:val="none" w:sz="0" w:space="0" w:color="auto"/>
        <w:right w:val="none" w:sz="0" w:space="0" w:color="auto"/>
      </w:divBdr>
    </w:div>
    <w:div w:id="1855461013">
      <w:bodyDiv w:val="1"/>
      <w:marLeft w:val="0"/>
      <w:marRight w:val="0"/>
      <w:marTop w:val="0"/>
      <w:marBottom w:val="0"/>
      <w:divBdr>
        <w:top w:val="none" w:sz="0" w:space="0" w:color="auto"/>
        <w:left w:val="none" w:sz="0" w:space="0" w:color="auto"/>
        <w:bottom w:val="none" w:sz="0" w:space="0" w:color="auto"/>
        <w:right w:val="none" w:sz="0" w:space="0" w:color="auto"/>
      </w:divBdr>
    </w:div>
    <w:div w:id="1871337471">
      <w:bodyDiv w:val="1"/>
      <w:marLeft w:val="0"/>
      <w:marRight w:val="0"/>
      <w:marTop w:val="0"/>
      <w:marBottom w:val="0"/>
      <w:divBdr>
        <w:top w:val="none" w:sz="0" w:space="0" w:color="auto"/>
        <w:left w:val="none" w:sz="0" w:space="0" w:color="auto"/>
        <w:bottom w:val="none" w:sz="0" w:space="0" w:color="auto"/>
        <w:right w:val="none" w:sz="0" w:space="0" w:color="auto"/>
      </w:divBdr>
    </w:div>
    <w:div w:id="1911891147">
      <w:bodyDiv w:val="1"/>
      <w:marLeft w:val="0"/>
      <w:marRight w:val="0"/>
      <w:marTop w:val="0"/>
      <w:marBottom w:val="0"/>
      <w:divBdr>
        <w:top w:val="none" w:sz="0" w:space="0" w:color="auto"/>
        <w:left w:val="none" w:sz="0" w:space="0" w:color="auto"/>
        <w:bottom w:val="none" w:sz="0" w:space="0" w:color="auto"/>
        <w:right w:val="none" w:sz="0" w:space="0" w:color="auto"/>
      </w:divBdr>
    </w:div>
    <w:div w:id="1930774534">
      <w:bodyDiv w:val="1"/>
      <w:marLeft w:val="0"/>
      <w:marRight w:val="0"/>
      <w:marTop w:val="0"/>
      <w:marBottom w:val="0"/>
      <w:divBdr>
        <w:top w:val="none" w:sz="0" w:space="0" w:color="auto"/>
        <w:left w:val="none" w:sz="0" w:space="0" w:color="auto"/>
        <w:bottom w:val="none" w:sz="0" w:space="0" w:color="auto"/>
        <w:right w:val="none" w:sz="0" w:space="0" w:color="auto"/>
      </w:divBdr>
    </w:div>
    <w:div w:id="1938906724">
      <w:bodyDiv w:val="1"/>
      <w:marLeft w:val="0"/>
      <w:marRight w:val="0"/>
      <w:marTop w:val="0"/>
      <w:marBottom w:val="0"/>
      <w:divBdr>
        <w:top w:val="none" w:sz="0" w:space="0" w:color="auto"/>
        <w:left w:val="none" w:sz="0" w:space="0" w:color="auto"/>
        <w:bottom w:val="none" w:sz="0" w:space="0" w:color="auto"/>
        <w:right w:val="none" w:sz="0" w:space="0" w:color="auto"/>
      </w:divBdr>
    </w:div>
    <w:div w:id="1957758635">
      <w:bodyDiv w:val="1"/>
      <w:marLeft w:val="0"/>
      <w:marRight w:val="0"/>
      <w:marTop w:val="0"/>
      <w:marBottom w:val="0"/>
      <w:divBdr>
        <w:top w:val="none" w:sz="0" w:space="0" w:color="auto"/>
        <w:left w:val="none" w:sz="0" w:space="0" w:color="auto"/>
        <w:bottom w:val="none" w:sz="0" w:space="0" w:color="auto"/>
        <w:right w:val="none" w:sz="0" w:space="0" w:color="auto"/>
      </w:divBdr>
    </w:div>
    <w:div w:id="1982270221">
      <w:bodyDiv w:val="1"/>
      <w:marLeft w:val="0"/>
      <w:marRight w:val="0"/>
      <w:marTop w:val="0"/>
      <w:marBottom w:val="0"/>
      <w:divBdr>
        <w:top w:val="none" w:sz="0" w:space="0" w:color="auto"/>
        <w:left w:val="none" w:sz="0" w:space="0" w:color="auto"/>
        <w:bottom w:val="none" w:sz="0" w:space="0" w:color="auto"/>
        <w:right w:val="none" w:sz="0" w:space="0" w:color="auto"/>
      </w:divBdr>
    </w:div>
    <w:div w:id="1992055129">
      <w:bodyDiv w:val="1"/>
      <w:marLeft w:val="0"/>
      <w:marRight w:val="0"/>
      <w:marTop w:val="0"/>
      <w:marBottom w:val="0"/>
      <w:divBdr>
        <w:top w:val="none" w:sz="0" w:space="0" w:color="auto"/>
        <w:left w:val="none" w:sz="0" w:space="0" w:color="auto"/>
        <w:bottom w:val="none" w:sz="0" w:space="0" w:color="auto"/>
        <w:right w:val="none" w:sz="0" w:space="0" w:color="auto"/>
      </w:divBdr>
    </w:div>
    <w:div w:id="2013297149">
      <w:bodyDiv w:val="1"/>
      <w:marLeft w:val="0"/>
      <w:marRight w:val="0"/>
      <w:marTop w:val="0"/>
      <w:marBottom w:val="0"/>
      <w:divBdr>
        <w:top w:val="none" w:sz="0" w:space="0" w:color="auto"/>
        <w:left w:val="none" w:sz="0" w:space="0" w:color="auto"/>
        <w:bottom w:val="none" w:sz="0" w:space="0" w:color="auto"/>
        <w:right w:val="none" w:sz="0" w:space="0" w:color="auto"/>
      </w:divBdr>
    </w:div>
    <w:div w:id="2020041301">
      <w:bodyDiv w:val="1"/>
      <w:marLeft w:val="0"/>
      <w:marRight w:val="0"/>
      <w:marTop w:val="0"/>
      <w:marBottom w:val="0"/>
      <w:divBdr>
        <w:top w:val="none" w:sz="0" w:space="0" w:color="auto"/>
        <w:left w:val="none" w:sz="0" w:space="0" w:color="auto"/>
        <w:bottom w:val="none" w:sz="0" w:space="0" w:color="auto"/>
        <w:right w:val="none" w:sz="0" w:space="0" w:color="auto"/>
      </w:divBdr>
    </w:div>
    <w:div w:id="2040157446">
      <w:bodyDiv w:val="1"/>
      <w:marLeft w:val="0"/>
      <w:marRight w:val="0"/>
      <w:marTop w:val="0"/>
      <w:marBottom w:val="0"/>
      <w:divBdr>
        <w:top w:val="none" w:sz="0" w:space="0" w:color="auto"/>
        <w:left w:val="none" w:sz="0" w:space="0" w:color="auto"/>
        <w:bottom w:val="none" w:sz="0" w:space="0" w:color="auto"/>
        <w:right w:val="none" w:sz="0" w:space="0" w:color="auto"/>
      </w:divBdr>
    </w:div>
    <w:div w:id="2072387719">
      <w:bodyDiv w:val="1"/>
      <w:marLeft w:val="0"/>
      <w:marRight w:val="0"/>
      <w:marTop w:val="0"/>
      <w:marBottom w:val="0"/>
      <w:divBdr>
        <w:top w:val="none" w:sz="0" w:space="0" w:color="auto"/>
        <w:left w:val="none" w:sz="0" w:space="0" w:color="auto"/>
        <w:bottom w:val="none" w:sz="0" w:space="0" w:color="auto"/>
        <w:right w:val="none" w:sz="0" w:space="0" w:color="auto"/>
      </w:divBdr>
    </w:div>
    <w:div w:id="2099709174">
      <w:bodyDiv w:val="1"/>
      <w:marLeft w:val="0"/>
      <w:marRight w:val="0"/>
      <w:marTop w:val="0"/>
      <w:marBottom w:val="0"/>
      <w:divBdr>
        <w:top w:val="none" w:sz="0" w:space="0" w:color="auto"/>
        <w:left w:val="none" w:sz="0" w:space="0" w:color="auto"/>
        <w:bottom w:val="none" w:sz="0" w:space="0" w:color="auto"/>
        <w:right w:val="none" w:sz="0" w:space="0" w:color="auto"/>
      </w:divBdr>
    </w:div>
    <w:div w:id="2100322007">
      <w:bodyDiv w:val="1"/>
      <w:marLeft w:val="0"/>
      <w:marRight w:val="0"/>
      <w:marTop w:val="0"/>
      <w:marBottom w:val="0"/>
      <w:divBdr>
        <w:top w:val="none" w:sz="0" w:space="0" w:color="auto"/>
        <w:left w:val="none" w:sz="0" w:space="0" w:color="auto"/>
        <w:bottom w:val="none" w:sz="0" w:space="0" w:color="auto"/>
        <w:right w:val="none" w:sz="0" w:space="0" w:color="auto"/>
      </w:divBdr>
      <w:divsChild>
        <w:div w:id="44065342">
          <w:marLeft w:val="0"/>
          <w:marRight w:val="0"/>
          <w:marTop w:val="0"/>
          <w:marBottom w:val="0"/>
          <w:divBdr>
            <w:top w:val="none" w:sz="0" w:space="0" w:color="auto"/>
            <w:left w:val="none" w:sz="0" w:space="0" w:color="auto"/>
            <w:bottom w:val="none" w:sz="0" w:space="0" w:color="auto"/>
            <w:right w:val="none" w:sz="0" w:space="0" w:color="auto"/>
          </w:divBdr>
          <w:divsChild>
            <w:div w:id="228004475">
              <w:marLeft w:val="255"/>
              <w:marRight w:val="0"/>
              <w:marTop w:val="0"/>
              <w:marBottom w:val="0"/>
              <w:divBdr>
                <w:top w:val="none" w:sz="0" w:space="0" w:color="auto"/>
                <w:left w:val="none" w:sz="0" w:space="0" w:color="auto"/>
                <w:bottom w:val="none" w:sz="0" w:space="0" w:color="auto"/>
                <w:right w:val="none" w:sz="0" w:space="0" w:color="auto"/>
              </w:divBdr>
            </w:div>
          </w:divsChild>
        </w:div>
        <w:div w:id="210654289">
          <w:marLeft w:val="0"/>
          <w:marRight w:val="0"/>
          <w:marTop w:val="0"/>
          <w:marBottom w:val="0"/>
          <w:divBdr>
            <w:top w:val="none" w:sz="0" w:space="0" w:color="auto"/>
            <w:left w:val="none" w:sz="0" w:space="0" w:color="auto"/>
            <w:bottom w:val="none" w:sz="0" w:space="0" w:color="auto"/>
            <w:right w:val="none" w:sz="0" w:space="0" w:color="auto"/>
          </w:divBdr>
          <w:divsChild>
            <w:div w:id="217479427">
              <w:marLeft w:val="255"/>
              <w:marRight w:val="0"/>
              <w:marTop w:val="0"/>
              <w:marBottom w:val="0"/>
              <w:divBdr>
                <w:top w:val="none" w:sz="0" w:space="0" w:color="auto"/>
                <w:left w:val="none" w:sz="0" w:space="0" w:color="auto"/>
                <w:bottom w:val="none" w:sz="0" w:space="0" w:color="auto"/>
                <w:right w:val="none" w:sz="0" w:space="0" w:color="auto"/>
              </w:divBdr>
            </w:div>
          </w:divsChild>
        </w:div>
        <w:div w:id="239171231">
          <w:marLeft w:val="0"/>
          <w:marRight w:val="0"/>
          <w:marTop w:val="0"/>
          <w:marBottom w:val="0"/>
          <w:divBdr>
            <w:top w:val="none" w:sz="0" w:space="0" w:color="auto"/>
            <w:left w:val="none" w:sz="0" w:space="0" w:color="auto"/>
            <w:bottom w:val="none" w:sz="0" w:space="0" w:color="auto"/>
            <w:right w:val="none" w:sz="0" w:space="0" w:color="auto"/>
          </w:divBdr>
          <w:divsChild>
            <w:div w:id="2010981058">
              <w:marLeft w:val="255"/>
              <w:marRight w:val="0"/>
              <w:marTop w:val="0"/>
              <w:marBottom w:val="0"/>
              <w:divBdr>
                <w:top w:val="none" w:sz="0" w:space="0" w:color="auto"/>
                <w:left w:val="none" w:sz="0" w:space="0" w:color="auto"/>
                <w:bottom w:val="none" w:sz="0" w:space="0" w:color="auto"/>
                <w:right w:val="none" w:sz="0" w:space="0" w:color="auto"/>
              </w:divBdr>
            </w:div>
          </w:divsChild>
        </w:div>
        <w:div w:id="1038895046">
          <w:marLeft w:val="0"/>
          <w:marRight w:val="0"/>
          <w:marTop w:val="0"/>
          <w:marBottom w:val="0"/>
          <w:divBdr>
            <w:top w:val="none" w:sz="0" w:space="0" w:color="auto"/>
            <w:left w:val="none" w:sz="0" w:space="0" w:color="auto"/>
            <w:bottom w:val="none" w:sz="0" w:space="0" w:color="auto"/>
            <w:right w:val="none" w:sz="0" w:space="0" w:color="auto"/>
          </w:divBdr>
          <w:divsChild>
            <w:div w:id="1716125841">
              <w:marLeft w:val="255"/>
              <w:marRight w:val="0"/>
              <w:marTop w:val="0"/>
              <w:marBottom w:val="0"/>
              <w:divBdr>
                <w:top w:val="none" w:sz="0" w:space="0" w:color="auto"/>
                <w:left w:val="none" w:sz="0" w:space="0" w:color="auto"/>
                <w:bottom w:val="none" w:sz="0" w:space="0" w:color="auto"/>
                <w:right w:val="none" w:sz="0" w:space="0" w:color="auto"/>
              </w:divBdr>
            </w:div>
          </w:divsChild>
        </w:div>
        <w:div w:id="1620380299">
          <w:marLeft w:val="0"/>
          <w:marRight w:val="0"/>
          <w:marTop w:val="0"/>
          <w:marBottom w:val="0"/>
          <w:divBdr>
            <w:top w:val="none" w:sz="0" w:space="0" w:color="auto"/>
            <w:left w:val="none" w:sz="0" w:space="0" w:color="auto"/>
            <w:bottom w:val="none" w:sz="0" w:space="0" w:color="auto"/>
            <w:right w:val="none" w:sz="0" w:space="0" w:color="auto"/>
          </w:divBdr>
          <w:divsChild>
            <w:div w:id="227424613">
              <w:marLeft w:val="255"/>
              <w:marRight w:val="0"/>
              <w:marTop w:val="0"/>
              <w:marBottom w:val="0"/>
              <w:divBdr>
                <w:top w:val="none" w:sz="0" w:space="0" w:color="auto"/>
                <w:left w:val="none" w:sz="0" w:space="0" w:color="auto"/>
                <w:bottom w:val="none" w:sz="0" w:space="0" w:color="auto"/>
                <w:right w:val="none" w:sz="0" w:space="0" w:color="auto"/>
              </w:divBdr>
            </w:div>
          </w:divsChild>
        </w:div>
        <w:div w:id="1791364083">
          <w:marLeft w:val="0"/>
          <w:marRight w:val="0"/>
          <w:marTop w:val="0"/>
          <w:marBottom w:val="0"/>
          <w:divBdr>
            <w:top w:val="none" w:sz="0" w:space="0" w:color="auto"/>
            <w:left w:val="none" w:sz="0" w:space="0" w:color="auto"/>
            <w:bottom w:val="none" w:sz="0" w:space="0" w:color="auto"/>
            <w:right w:val="none" w:sz="0" w:space="0" w:color="auto"/>
          </w:divBdr>
          <w:divsChild>
            <w:div w:id="1188834500">
              <w:marLeft w:val="255"/>
              <w:marRight w:val="0"/>
              <w:marTop w:val="0"/>
              <w:marBottom w:val="0"/>
              <w:divBdr>
                <w:top w:val="none" w:sz="0" w:space="0" w:color="auto"/>
                <w:left w:val="none" w:sz="0" w:space="0" w:color="auto"/>
                <w:bottom w:val="none" w:sz="0" w:space="0" w:color="auto"/>
                <w:right w:val="none" w:sz="0" w:space="0" w:color="auto"/>
              </w:divBdr>
            </w:div>
          </w:divsChild>
        </w:div>
        <w:div w:id="2102989095">
          <w:marLeft w:val="0"/>
          <w:marRight w:val="0"/>
          <w:marTop w:val="0"/>
          <w:marBottom w:val="0"/>
          <w:divBdr>
            <w:top w:val="none" w:sz="0" w:space="0" w:color="auto"/>
            <w:left w:val="none" w:sz="0" w:space="0" w:color="auto"/>
            <w:bottom w:val="none" w:sz="0" w:space="0" w:color="auto"/>
            <w:right w:val="none" w:sz="0" w:space="0" w:color="auto"/>
          </w:divBdr>
          <w:divsChild>
            <w:div w:id="166897141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6.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DB45A-77E0-4FFE-96B0-4A1BEF1F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24656</Words>
  <Characters>147938</Characters>
  <Application>Microsoft Office Word</Application>
  <DocSecurity>0</DocSecurity>
  <Lines>1232</Lines>
  <Paragraphs>344</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172250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Rybacki Wojciech</dc:creator>
  <cp:keywords/>
  <dc:description/>
  <cp:lastModifiedBy>DP</cp:lastModifiedBy>
  <cp:revision>33</cp:revision>
  <cp:lastPrinted>2026-07-29T10:55:00Z</cp:lastPrinted>
  <dcterms:created xsi:type="dcterms:W3CDTF">2026-08-12T06:19:00Z</dcterms:created>
  <dcterms:modified xsi:type="dcterms:W3CDTF">2026-08-18T12:29:00Z</dcterms:modified>
</cp:coreProperties>
</file>