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56A" w:rsidRPr="00506853" w:rsidRDefault="003F16B7" w:rsidP="00BD5C0A">
      <w:pPr>
        <w:spacing w:after="100"/>
        <w:jc w:val="right"/>
        <w:rPr>
          <w:rFonts w:asciiTheme="minorHAnsi" w:hAnsiTheme="minorHAnsi"/>
          <w:b/>
          <w:sz w:val="16"/>
          <w:szCs w:val="16"/>
        </w:rPr>
      </w:pPr>
      <w:r w:rsidRPr="00506853">
        <w:rPr>
          <w:rFonts w:asciiTheme="minorHAnsi" w:hAnsiTheme="minorHAnsi"/>
          <w:b/>
          <w:sz w:val="16"/>
          <w:szCs w:val="16"/>
        </w:rPr>
        <w:t xml:space="preserve">ZAŁĄCZNIK NR </w:t>
      </w:r>
      <w:r w:rsidR="001C31E8" w:rsidRPr="00506853">
        <w:rPr>
          <w:rFonts w:asciiTheme="minorHAnsi" w:hAnsiTheme="minorHAnsi"/>
          <w:b/>
          <w:sz w:val="16"/>
          <w:szCs w:val="16"/>
        </w:rPr>
        <w:t>1</w:t>
      </w:r>
      <w:r w:rsidRPr="00506853">
        <w:rPr>
          <w:rFonts w:asciiTheme="minorHAnsi" w:hAnsiTheme="minorHAnsi"/>
          <w:b/>
          <w:sz w:val="16"/>
          <w:szCs w:val="16"/>
        </w:rPr>
        <w:br/>
      </w:r>
    </w:p>
    <w:p w:rsidR="0069556A" w:rsidRPr="00506853" w:rsidRDefault="0069556A">
      <w:pPr>
        <w:spacing w:after="100"/>
        <w:jc w:val="center"/>
        <w:rPr>
          <w:rFonts w:asciiTheme="minorHAnsi" w:hAnsiTheme="minorHAnsi"/>
          <w:b/>
        </w:rPr>
      </w:pPr>
    </w:p>
    <w:p w:rsidR="001A34D5" w:rsidRPr="00506853" w:rsidRDefault="0013634D">
      <w:pPr>
        <w:spacing w:after="100"/>
        <w:jc w:val="center"/>
        <w:rPr>
          <w:rFonts w:asciiTheme="minorHAnsi" w:hAnsiTheme="minorHAnsi"/>
        </w:rPr>
      </w:pPr>
      <w:r w:rsidRPr="00506853">
        <w:rPr>
          <w:rFonts w:asciiTheme="minorHAnsi" w:hAnsiTheme="minorHAnsi"/>
          <w:b/>
        </w:rPr>
        <w:t>OGŁOSZENI</w:t>
      </w:r>
      <w:r w:rsidR="003F16B7" w:rsidRPr="00506853">
        <w:rPr>
          <w:rFonts w:asciiTheme="minorHAnsi" w:hAnsiTheme="minorHAnsi"/>
          <w:b/>
        </w:rPr>
        <w:t>E</w:t>
      </w:r>
      <w:r w:rsidRPr="00506853">
        <w:rPr>
          <w:rFonts w:asciiTheme="minorHAnsi" w:hAnsiTheme="minorHAnsi"/>
          <w:b/>
        </w:rPr>
        <w:t xml:space="preserve"> </w:t>
      </w:r>
      <w:r w:rsidR="00B37E05" w:rsidRPr="00506853">
        <w:rPr>
          <w:rFonts w:asciiTheme="minorHAnsi" w:hAnsiTheme="minorHAnsi"/>
          <w:b/>
        </w:rPr>
        <w:t xml:space="preserve">NA WOLNE STANOWISKO PRACY </w:t>
      </w:r>
      <w:r w:rsidRPr="00506853">
        <w:rPr>
          <w:rFonts w:asciiTheme="minorHAnsi" w:hAnsiTheme="minorHAnsi"/>
          <w:b/>
        </w:rPr>
        <w:t>– PRACOWNIK NIEPEDAGOGICZNY</w:t>
      </w:r>
    </w:p>
    <w:p w:rsidR="00A12D64" w:rsidRPr="00506853" w:rsidRDefault="00A12D64">
      <w:pPr>
        <w:spacing w:after="100"/>
        <w:rPr>
          <w:rFonts w:asciiTheme="minorHAnsi" w:hAnsiTheme="minorHAnsi"/>
          <w:b/>
          <w:sz w:val="18"/>
          <w:szCs w:val="18"/>
        </w:rPr>
      </w:pPr>
    </w:p>
    <w:p w:rsidR="001A34D5" w:rsidRPr="00506853" w:rsidRDefault="00EF5E03">
      <w:pPr>
        <w:spacing w:after="100"/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Nazwa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stanowiska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pracy</w:t>
      </w:r>
      <w:proofErr w:type="spellEnd"/>
      <w:r w:rsidR="0013634D" w:rsidRPr="00506853">
        <w:rPr>
          <w:rFonts w:asciiTheme="minorHAnsi" w:hAnsiTheme="minorHAnsi"/>
          <w:b/>
          <w:sz w:val="18"/>
          <w:szCs w:val="18"/>
        </w:rPr>
        <w:t>:</w:t>
      </w:r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BD5C0A" w:rsidRPr="00506853">
        <w:rPr>
          <w:rFonts w:asciiTheme="minorHAnsi" w:hAnsiTheme="minorHAnsi"/>
          <w:b/>
          <w:sz w:val="18"/>
          <w:szCs w:val="18"/>
        </w:rPr>
        <w:t>sprzątaczka</w:t>
      </w:r>
      <w:proofErr w:type="spellEnd"/>
      <w:r w:rsidR="00903792" w:rsidRPr="00506853">
        <w:rPr>
          <w:rFonts w:asciiTheme="minorHAnsi" w:hAnsiTheme="minorHAnsi"/>
          <w:b/>
          <w:sz w:val="18"/>
          <w:szCs w:val="18"/>
        </w:rPr>
        <w:t>/</w:t>
      </w:r>
      <w:proofErr w:type="spellStart"/>
      <w:r w:rsidR="00903792" w:rsidRPr="00506853">
        <w:rPr>
          <w:rFonts w:asciiTheme="minorHAnsi" w:hAnsiTheme="minorHAnsi"/>
          <w:b/>
          <w:sz w:val="18"/>
          <w:szCs w:val="18"/>
        </w:rPr>
        <w:t>sprzątacz</w:t>
      </w:r>
      <w:proofErr w:type="spellEnd"/>
      <w:r w:rsidR="00BD5C0A" w:rsidRPr="00506853">
        <w:rPr>
          <w:rFonts w:asciiTheme="minorHAnsi" w:hAnsiTheme="minorHAnsi"/>
          <w:b/>
          <w:sz w:val="18"/>
          <w:szCs w:val="18"/>
        </w:rPr>
        <w:t xml:space="preserve"> </w:t>
      </w:r>
    </w:p>
    <w:p w:rsidR="001A34D5" w:rsidRPr="00506853" w:rsidRDefault="0013634D">
      <w:pPr>
        <w:spacing w:after="100"/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Wymiar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czasu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>:</w:t>
      </w:r>
      <w:r w:rsidR="009E2BE1" w:rsidRPr="00506853">
        <w:rPr>
          <w:rFonts w:asciiTheme="minorHAnsi" w:hAnsiTheme="minorHAnsi"/>
          <w:sz w:val="18"/>
          <w:szCs w:val="18"/>
        </w:rPr>
        <w:t xml:space="preserve"> </w:t>
      </w:r>
      <w:r w:rsidR="00BD5C0A" w:rsidRPr="00506853">
        <w:rPr>
          <w:rFonts w:asciiTheme="minorHAnsi" w:hAnsiTheme="minorHAnsi"/>
          <w:sz w:val="18"/>
          <w:szCs w:val="18"/>
        </w:rPr>
        <w:t xml:space="preserve">1 </w:t>
      </w:r>
      <w:proofErr w:type="spellStart"/>
      <w:r w:rsidR="00BD5C0A" w:rsidRPr="00506853">
        <w:rPr>
          <w:rFonts w:asciiTheme="minorHAnsi" w:hAnsiTheme="minorHAnsi"/>
          <w:sz w:val="18"/>
          <w:szCs w:val="18"/>
        </w:rPr>
        <w:t>etat</w:t>
      </w:r>
      <w:proofErr w:type="spellEnd"/>
      <w:r w:rsidR="00023E01" w:rsidRPr="00506853">
        <w:rPr>
          <w:rFonts w:asciiTheme="minorHAnsi" w:hAnsiTheme="minorHAnsi"/>
          <w:sz w:val="18"/>
          <w:szCs w:val="18"/>
        </w:rPr>
        <w:t xml:space="preserve"> </w:t>
      </w:r>
    </w:p>
    <w:p w:rsidR="00F66638" w:rsidRPr="00506853" w:rsidRDefault="00F66638">
      <w:pPr>
        <w:spacing w:after="100"/>
        <w:rPr>
          <w:rFonts w:asciiTheme="minorHAnsi" w:hAnsiTheme="minorHAnsi"/>
          <w:b/>
          <w:sz w:val="18"/>
          <w:szCs w:val="18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Zakres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obowiązków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>:</w:t>
      </w:r>
    </w:p>
    <w:p w:rsidR="00F66638" w:rsidRPr="00506853" w:rsidRDefault="000C1953" w:rsidP="009E2BE1">
      <w:pPr>
        <w:spacing w:after="10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U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trzymanie bieżącej czystości w szkole,</w:t>
      </w:r>
      <w:r w:rsidR="00132F69" w:rsidRPr="00506853">
        <w:rPr>
          <w:rFonts w:asciiTheme="minorHAnsi" w:hAnsiTheme="minorHAnsi"/>
          <w:sz w:val="18"/>
          <w:szCs w:val="18"/>
          <w:lang w:val="pl-PL"/>
        </w:rPr>
        <w:t xml:space="preserve"> w tym, m.in.: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132F69" w:rsidRPr="00506853">
        <w:rPr>
          <w:rFonts w:asciiTheme="minorHAnsi" w:hAnsiTheme="minorHAnsi"/>
          <w:sz w:val="18"/>
          <w:szCs w:val="18"/>
          <w:lang w:val="pl-PL"/>
        </w:rPr>
        <w:t>utrzymanie czystości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 xml:space="preserve"> ścian, sufitów, </w:t>
      </w:r>
      <w:r w:rsidR="00132F69" w:rsidRPr="00506853">
        <w:rPr>
          <w:rFonts w:asciiTheme="minorHAnsi" w:hAnsiTheme="minorHAnsi"/>
          <w:sz w:val="18"/>
          <w:szCs w:val="18"/>
          <w:lang w:val="pl-PL"/>
        </w:rPr>
        <w:t xml:space="preserve">podłóg, okien,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sanitariatów, umywalek, glazury,</w:t>
      </w:r>
      <w:r w:rsidR="00132F69" w:rsidRPr="00506853">
        <w:rPr>
          <w:rFonts w:asciiTheme="minorHAnsi" w:hAnsiTheme="minorHAnsi"/>
          <w:sz w:val="18"/>
          <w:szCs w:val="18"/>
          <w:lang w:val="pl-PL"/>
        </w:rPr>
        <w:t xml:space="preserve"> ławek, sprzętu i urządzeń,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132F69" w:rsidRPr="00506853">
        <w:rPr>
          <w:rFonts w:asciiTheme="minorHAnsi" w:hAnsiTheme="minorHAnsi"/>
          <w:sz w:val="18"/>
          <w:szCs w:val="18"/>
          <w:lang w:val="pl-PL"/>
        </w:rPr>
        <w:t xml:space="preserve">bieżące opróżnianie koszty na śmieci, zamykanie okien, w współpraca z woźną w okresie trwania egzaminów, dbanie o krzewy i rośliny ozdobne w ogrodzie. </w:t>
      </w:r>
      <w:r w:rsidR="00F66638" w:rsidRPr="00506853">
        <w:rPr>
          <w:rFonts w:asciiTheme="minorHAnsi" w:hAnsiTheme="minorHAnsi"/>
          <w:bCs/>
          <w:sz w:val="18"/>
          <w:szCs w:val="18"/>
          <w:lang w:val="pl-PL"/>
        </w:rPr>
        <w:t>W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 xml:space="preserve"> okresie ferii wiosennych, zimowych i letnich do obowiązków sprzątaczki należy 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m.in.: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dokładne:</w:t>
      </w:r>
      <w:r w:rsidR="009E2BE1" w:rsidRPr="00506853">
        <w:rPr>
          <w:rFonts w:asciiTheme="minorHAnsi" w:hAnsiTheme="minorHAnsi"/>
          <w:bCs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mycie okien, lamperii olejnych, drzwi, podłóg,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czyszczenie ławek, stołów, szaf, maszyn na warsztatach, odkurzanie szczotką wszystkich sufitów i ścian,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odkurzanie wilgotną ścierką obrazów, gablot, tablic itp.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wyszorowanie i zapastowanie podłóg,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trzepanie (czyszczenie) wykładzin, dywanów,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zdejmowanie i przygotowanie do pralni firan i zasłon (także z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pokoi młodzieży)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i ich zawieszanie,</w:t>
      </w:r>
      <w:r w:rsidR="009E2BE1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="00F66638" w:rsidRPr="00506853">
        <w:rPr>
          <w:rFonts w:asciiTheme="minorHAnsi" w:hAnsiTheme="minorHAnsi"/>
          <w:sz w:val="18"/>
          <w:szCs w:val="18"/>
          <w:lang w:val="pl-PL"/>
        </w:rPr>
        <w:t>zabezpieczenie podłóg w czasie remontu (malowania), sprzątanie po remoncie.</w:t>
      </w:r>
    </w:p>
    <w:p w:rsidR="00184B27" w:rsidRPr="00506853" w:rsidRDefault="009E2BE1" w:rsidP="00146C98">
      <w:pPr>
        <w:spacing w:after="100"/>
        <w:rPr>
          <w:rFonts w:asciiTheme="minorHAnsi" w:hAnsiTheme="minorHAnsi"/>
          <w:b/>
          <w:sz w:val="18"/>
          <w:szCs w:val="18"/>
          <w:lang w:val="pl-PL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Wymagania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: </w:t>
      </w:r>
    </w:p>
    <w:p w:rsidR="00184B27" w:rsidRPr="00506853" w:rsidRDefault="00184B27" w:rsidP="008D3FED">
      <w:pPr>
        <w:numPr>
          <w:ilvl w:val="0"/>
          <w:numId w:val="13"/>
        </w:numPr>
        <w:spacing w:after="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brak przeciwwskazań do pracy na stanowisku sprzątaczki/sprzątacza</w:t>
      </w:r>
    </w:p>
    <w:p w:rsidR="00184B27" w:rsidRPr="00506853" w:rsidRDefault="00184B27" w:rsidP="008D3FED">
      <w:pPr>
        <w:numPr>
          <w:ilvl w:val="0"/>
          <w:numId w:val="13"/>
        </w:numPr>
        <w:spacing w:after="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wykształcenie </w:t>
      </w:r>
      <w:r w:rsidR="00146C98" w:rsidRPr="00506853">
        <w:rPr>
          <w:rFonts w:asciiTheme="minorHAnsi" w:hAnsiTheme="minorHAnsi"/>
          <w:sz w:val="18"/>
          <w:szCs w:val="18"/>
          <w:lang w:val="pl-PL"/>
        </w:rPr>
        <w:t>podstawowe</w:t>
      </w:r>
      <w:r w:rsidR="009E4370" w:rsidRPr="00506853">
        <w:rPr>
          <w:rFonts w:asciiTheme="minorHAnsi" w:hAnsiTheme="minorHAnsi"/>
          <w:sz w:val="18"/>
          <w:szCs w:val="18"/>
          <w:lang w:val="pl-PL"/>
        </w:rPr>
        <w:t>, mile widziane doświadczenie na pokrewnym stanowisku</w:t>
      </w:r>
    </w:p>
    <w:p w:rsidR="00184B27" w:rsidRPr="00506853" w:rsidRDefault="00184B27" w:rsidP="008D3FED">
      <w:pPr>
        <w:numPr>
          <w:ilvl w:val="0"/>
          <w:numId w:val="13"/>
        </w:numPr>
        <w:spacing w:after="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pełna zdolność do czynności prawnych </w:t>
      </w:r>
    </w:p>
    <w:p w:rsidR="00184B27" w:rsidRPr="00506853" w:rsidRDefault="00184B27" w:rsidP="00184B27">
      <w:pPr>
        <w:numPr>
          <w:ilvl w:val="0"/>
          <w:numId w:val="13"/>
        </w:numPr>
        <w:spacing w:after="10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niekaralność</w:t>
      </w:r>
    </w:p>
    <w:p w:rsidR="007E06EB" w:rsidRPr="00506853" w:rsidRDefault="0013634D">
      <w:pPr>
        <w:spacing w:after="100"/>
        <w:rPr>
          <w:rFonts w:asciiTheme="minorHAnsi" w:hAnsiTheme="minorHAnsi"/>
          <w:b/>
          <w:sz w:val="18"/>
          <w:szCs w:val="18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: </w:t>
      </w:r>
      <w:bookmarkStart w:id="0" w:name="_GoBack"/>
      <w:bookmarkEnd w:id="0"/>
    </w:p>
    <w:p w:rsidR="00685988" w:rsidRPr="00506853" w:rsidRDefault="00685988" w:rsidP="001C4581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sz w:val="18"/>
          <w:szCs w:val="18"/>
          <w:lang w:val="pl-PL" w:eastAsia="pl-PL"/>
        </w:rPr>
        <w:t>CV i list motywacyjny</w:t>
      </w:r>
      <w:r w:rsidRPr="00506853">
        <w:rPr>
          <w:rFonts w:asciiTheme="minorHAnsi" w:hAnsiTheme="minorHAnsi" w:cs="Times New Roman"/>
          <w:sz w:val="18"/>
          <w:szCs w:val="18"/>
          <w:lang w:eastAsia="pl-PL"/>
        </w:rPr>
        <w:t xml:space="preserve">, </w:t>
      </w:r>
    </w:p>
    <w:p w:rsidR="00FB3FC8" w:rsidRPr="00506853" w:rsidRDefault="00FB3FC8" w:rsidP="001C4581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  <w:t>Zgoda na przetwarzanie danych osobowych , zgodnie z załącznikiem nr 7,</w:t>
      </w:r>
    </w:p>
    <w:p w:rsidR="007E06EB" w:rsidRPr="00506853" w:rsidRDefault="007E06EB" w:rsidP="001C4581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  <w:t>kwestionariusz osobowy, wg wzoru dla osoby ubiegającej się o zatrudnienie,</w:t>
      </w:r>
      <w:r w:rsidR="003C3BC2" w:rsidRPr="00506853"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  <w:t xml:space="preserve"> zgodnie z załącznikiem nr 4, </w:t>
      </w:r>
    </w:p>
    <w:p w:rsidR="007E06EB" w:rsidRPr="00506853" w:rsidRDefault="007E06EB" w:rsidP="007E06EB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sz w:val="18"/>
          <w:szCs w:val="18"/>
          <w:lang w:val="pl-PL" w:eastAsia="pl-PL"/>
        </w:rPr>
        <w:t>kserokopie dokumentów potwierdzające wykształcenie i kwalifikacje zawodowe,</w:t>
      </w:r>
    </w:p>
    <w:p w:rsidR="007E06EB" w:rsidRPr="00506853" w:rsidRDefault="007E06EB" w:rsidP="007E06EB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  <w:t xml:space="preserve">kserokopie świadectw pracy </w:t>
      </w:r>
      <w:r w:rsidRPr="00506853">
        <w:rPr>
          <w:rFonts w:asciiTheme="minorHAnsi" w:hAnsiTheme="minorHAnsi" w:cs="Times New Roman"/>
          <w:sz w:val="18"/>
          <w:szCs w:val="18"/>
          <w:lang w:val="pl-PL" w:eastAsia="pl-PL"/>
        </w:rPr>
        <w:t>lub oświadczenie kandydata w przypadku trwającego stosunku pracy,</w:t>
      </w:r>
    </w:p>
    <w:p w:rsidR="007E06EB" w:rsidRPr="00506853" w:rsidRDefault="007E06EB" w:rsidP="007E06EB">
      <w:pPr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="Times New Roman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color w:val="000000"/>
          <w:sz w:val="18"/>
          <w:szCs w:val="18"/>
          <w:lang w:val="pl-PL" w:eastAsia="pl-PL"/>
        </w:rPr>
        <w:t>o</w:t>
      </w:r>
      <w:r w:rsidRPr="00506853">
        <w:rPr>
          <w:rFonts w:asciiTheme="minorHAnsi" w:hAnsiTheme="minorHAnsi" w:cs="Times New Roman"/>
          <w:sz w:val="18"/>
          <w:szCs w:val="18"/>
          <w:lang w:val="pl-PL" w:eastAsia="pl-PL"/>
        </w:rPr>
        <w:t xml:space="preserve">świadczenie kandydata o posiadaniu pełnej zdolności do czynności prawnych oraz że nie był karany za przestępstwo popełnione umyślnie, </w:t>
      </w:r>
      <w:r w:rsidR="000F50FE" w:rsidRPr="00506853">
        <w:rPr>
          <w:rFonts w:asciiTheme="minorHAnsi" w:hAnsiTheme="minorHAnsi" w:cs="Times New Roman"/>
          <w:sz w:val="18"/>
          <w:szCs w:val="18"/>
          <w:lang w:val="pl-PL" w:eastAsia="pl-PL"/>
        </w:rPr>
        <w:t>wg załącznika nr 3,</w:t>
      </w:r>
    </w:p>
    <w:p w:rsidR="00FB3FC8" w:rsidRPr="00506853" w:rsidRDefault="007E06EB" w:rsidP="00FB3FC8">
      <w:pPr>
        <w:numPr>
          <w:ilvl w:val="0"/>
          <w:numId w:val="14"/>
        </w:numPr>
        <w:spacing w:line="240" w:lineRule="auto"/>
        <w:jc w:val="both"/>
        <w:rPr>
          <w:rFonts w:asciiTheme="minorHAnsi" w:hAnsiTheme="minorHAnsi" w:cs="Times New Roman"/>
          <w:sz w:val="18"/>
          <w:szCs w:val="18"/>
          <w:lang w:val="pl-PL" w:eastAsia="pl-PL"/>
        </w:rPr>
      </w:pPr>
      <w:r w:rsidRPr="00506853">
        <w:rPr>
          <w:rFonts w:asciiTheme="minorHAnsi" w:hAnsiTheme="minorHAnsi" w:cs="Times New Roman"/>
          <w:sz w:val="18"/>
          <w:szCs w:val="18"/>
          <w:lang w:val="pl-PL" w:eastAsia="pl-PL"/>
        </w:rPr>
        <w:t>inne dokumenty o posiadanych kwalif</w:t>
      </w:r>
      <w:r w:rsidR="00927F2E" w:rsidRPr="00506853">
        <w:rPr>
          <w:rFonts w:asciiTheme="minorHAnsi" w:hAnsiTheme="minorHAnsi" w:cs="Times New Roman"/>
          <w:sz w:val="18"/>
          <w:szCs w:val="18"/>
          <w:lang w:val="pl-PL" w:eastAsia="pl-PL"/>
        </w:rPr>
        <w:t>ikacjach i umiejętnościach.</w:t>
      </w:r>
    </w:p>
    <w:p w:rsidR="00E009F9" w:rsidRPr="00506853" w:rsidRDefault="00BD5C0A" w:rsidP="000E6622">
      <w:p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b/>
          <w:sz w:val="18"/>
          <w:szCs w:val="18"/>
        </w:rPr>
        <w:t>Termin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i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sposób</w:t>
      </w:r>
      <w:proofErr w:type="spellEnd"/>
      <w:r w:rsidRPr="00506853">
        <w:rPr>
          <w:rFonts w:asciiTheme="minorHAnsi" w:hAnsiTheme="minorHAnsi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sz w:val="18"/>
          <w:szCs w:val="18"/>
        </w:rPr>
        <w:t>składania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: </w:t>
      </w:r>
      <w:proofErr w:type="spellStart"/>
      <w:r w:rsidR="00E009F9" w:rsidRPr="00506853">
        <w:rPr>
          <w:rFonts w:asciiTheme="minorHAnsi" w:hAnsiTheme="minorHAnsi"/>
          <w:sz w:val="18"/>
          <w:szCs w:val="18"/>
        </w:rPr>
        <w:t>Dokumenty</w:t>
      </w:r>
      <w:proofErr w:type="spellEnd"/>
      <w:r w:rsidR="00E009F9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009F9" w:rsidRPr="00506853">
        <w:rPr>
          <w:rFonts w:asciiTheme="minorHAnsi" w:hAnsiTheme="minorHAnsi"/>
          <w:sz w:val="18"/>
          <w:szCs w:val="18"/>
        </w:rPr>
        <w:t>należy</w:t>
      </w:r>
      <w:proofErr w:type="spellEnd"/>
      <w:r w:rsidR="00E009F9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E009F9" w:rsidRPr="00506853">
        <w:rPr>
          <w:rFonts w:asciiTheme="minorHAnsi" w:hAnsiTheme="minorHAnsi"/>
          <w:sz w:val="18"/>
          <w:szCs w:val="18"/>
        </w:rPr>
        <w:t>skłądać</w:t>
      </w:r>
      <w:proofErr w:type="spellEnd"/>
      <w:r w:rsidR="00E009F9" w:rsidRPr="00506853">
        <w:rPr>
          <w:rFonts w:asciiTheme="minorHAnsi" w:hAnsiTheme="minorHAnsi"/>
          <w:sz w:val="18"/>
          <w:szCs w:val="18"/>
        </w:rPr>
        <w:t xml:space="preserve"> </w:t>
      </w:r>
      <w:r w:rsidR="0033731E" w:rsidRPr="00506853">
        <w:rPr>
          <w:rFonts w:asciiTheme="minorHAnsi" w:hAnsiTheme="minorHAnsi"/>
          <w:sz w:val="18"/>
          <w:szCs w:val="18"/>
        </w:rPr>
        <w:t>do 17</w:t>
      </w:r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września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2026 r.</w:t>
      </w:r>
    </w:p>
    <w:p w:rsidR="00E009F9" w:rsidRPr="00506853" w:rsidRDefault="00E009F9" w:rsidP="00E009F9">
      <w:pPr>
        <w:spacing w:after="100"/>
        <w:rPr>
          <w:rFonts w:asciiTheme="minorHAnsi" w:hAnsiTheme="minorHAnsi"/>
          <w:b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pod adresem: Państwowe Liceum Sztuk Plastycznych im. Józefa Chełmońskiego w Nałęczowie, </w:t>
      </w:r>
      <w:r w:rsidR="001C350C" w:rsidRPr="00506853">
        <w:rPr>
          <w:rFonts w:asciiTheme="minorHAnsi" w:hAnsiTheme="minorHAnsi"/>
          <w:sz w:val="18"/>
          <w:szCs w:val="18"/>
          <w:lang w:val="pl-PL"/>
        </w:rPr>
        <w:t>ul. 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Lipowa 30, 24-140 Nałęczów w zaklejonej kopercie </w:t>
      </w:r>
      <w:r w:rsidR="001C350C" w:rsidRPr="00506853">
        <w:rPr>
          <w:rFonts w:asciiTheme="minorHAnsi" w:hAnsiTheme="minorHAnsi"/>
          <w:sz w:val="18"/>
          <w:szCs w:val="18"/>
          <w:lang w:val="pl-PL"/>
        </w:rPr>
        <w:t>lub e-</w:t>
      </w:r>
      <w:r w:rsidR="00490DD0" w:rsidRPr="00506853">
        <w:rPr>
          <w:rFonts w:asciiTheme="minorHAnsi" w:hAnsiTheme="minorHAnsi"/>
          <w:sz w:val="18"/>
          <w:szCs w:val="18"/>
          <w:lang w:val="pl-PL"/>
        </w:rPr>
        <w:t xml:space="preserve">mailem na adres: </w:t>
      </w:r>
      <w:hyperlink r:id="rId8" w:history="1">
        <w:r w:rsidR="00490DD0" w:rsidRPr="00506853">
          <w:rPr>
            <w:rStyle w:val="Hipercze"/>
            <w:rFonts w:asciiTheme="minorHAnsi" w:hAnsiTheme="minorHAnsi"/>
            <w:sz w:val="18"/>
            <w:szCs w:val="18"/>
            <w:lang w:val="pl-PL"/>
          </w:rPr>
          <w:t>sekretariat@lpnaleczow.com</w:t>
        </w:r>
      </w:hyperlink>
      <w:r w:rsidR="001C350C" w:rsidRPr="00506853">
        <w:rPr>
          <w:rStyle w:val="Hipercze"/>
          <w:rFonts w:asciiTheme="minorHAnsi" w:hAnsiTheme="minorHAnsi"/>
          <w:sz w:val="18"/>
          <w:szCs w:val="18"/>
          <w:lang w:val="pl-PL"/>
        </w:rPr>
        <w:t xml:space="preserve"> </w:t>
      </w:r>
      <w:r w:rsidR="00490DD0" w:rsidRPr="00506853">
        <w:rPr>
          <w:rFonts w:asciiTheme="minorHAnsi" w:hAnsiTheme="minorHAnsi"/>
          <w:sz w:val="18"/>
          <w:szCs w:val="18"/>
          <w:lang w:val="pl-PL"/>
        </w:rPr>
        <w:t>z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 dopiskiem: „</w:t>
      </w:r>
      <w:r w:rsidRPr="00506853">
        <w:rPr>
          <w:rFonts w:asciiTheme="minorHAnsi" w:hAnsiTheme="minorHAnsi"/>
          <w:b/>
          <w:sz w:val="18"/>
          <w:szCs w:val="18"/>
          <w:lang w:val="pl-PL"/>
        </w:rPr>
        <w:t>Nabór na wolne stanowisko pracy</w:t>
      </w:r>
      <w:r w:rsidR="00490DD0" w:rsidRPr="00506853">
        <w:rPr>
          <w:rFonts w:asciiTheme="minorHAnsi" w:hAnsiTheme="minorHAnsi"/>
          <w:b/>
          <w:sz w:val="18"/>
          <w:szCs w:val="18"/>
          <w:lang w:val="pl-PL"/>
        </w:rPr>
        <w:t xml:space="preserve">- </w:t>
      </w:r>
      <w:r w:rsidR="001C350C" w:rsidRPr="00506853">
        <w:rPr>
          <w:rFonts w:asciiTheme="minorHAnsi" w:hAnsiTheme="minorHAnsi"/>
          <w:b/>
          <w:sz w:val="18"/>
          <w:szCs w:val="18"/>
          <w:lang w:val="pl-PL"/>
        </w:rPr>
        <w:t>sprzątaczka</w:t>
      </w:r>
      <w:r w:rsidR="00680F62" w:rsidRPr="00506853">
        <w:rPr>
          <w:rFonts w:asciiTheme="minorHAnsi" w:hAnsiTheme="minorHAnsi"/>
          <w:b/>
          <w:sz w:val="18"/>
          <w:szCs w:val="18"/>
          <w:lang w:val="pl-PL"/>
        </w:rPr>
        <w:t>/sprzątacz</w:t>
      </w:r>
      <w:r w:rsidRPr="00506853">
        <w:rPr>
          <w:rFonts w:asciiTheme="minorHAnsi" w:hAnsiTheme="minorHAnsi"/>
          <w:b/>
          <w:sz w:val="18"/>
          <w:szCs w:val="18"/>
          <w:lang w:val="pl-PL"/>
        </w:rPr>
        <w:t>”</w:t>
      </w:r>
    </w:p>
    <w:p w:rsidR="00EF5E03" w:rsidRPr="00506853" w:rsidRDefault="00EF5E03" w:rsidP="00EF5E03">
      <w:pPr>
        <w:spacing w:after="100"/>
        <w:rPr>
          <w:rFonts w:asciiTheme="minorHAnsi" w:hAnsiTheme="minorHAnsi"/>
          <w:b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sz w:val="18"/>
          <w:szCs w:val="18"/>
          <w:lang w:val="pl-PL"/>
        </w:rPr>
        <w:t>Zasady odpowiedzialności pracownika na stanowisku</w:t>
      </w:r>
    </w:p>
    <w:p w:rsidR="00EF5E03" w:rsidRPr="00506853" w:rsidRDefault="001C00E6">
      <w:pPr>
        <w:spacing w:after="100"/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Pracownik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odpowiada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przed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bezpośrednim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przełożonym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terminowe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506853">
        <w:rPr>
          <w:rFonts w:asciiTheme="minorHAnsi" w:hAnsiTheme="minorHAnsi"/>
          <w:sz w:val="18"/>
          <w:szCs w:val="18"/>
        </w:rPr>
        <w:t>sumienne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C350C" w:rsidRPr="00506853">
        <w:rPr>
          <w:rFonts w:asciiTheme="minorHAnsi" w:hAnsiTheme="minorHAnsi"/>
          <w:sz w:val="18"/>
          <w:szCs w:val="18"/>
        </w:rPr>
        <w:t>i</w:t>
      </w:r>
      <w:proofErr w:type="spellEnd"/>
      <w:r w:rsidR="001C350C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C350C" w:rsidRPr="00506853">
        <w:rPr>
          <w:rFonts w:asciiTheme="minorHAnsi" w:hAnsiTheme="minorHAnsi"/>
          <w:sz w:val="18"/>
          <w:szCs w:val="18"/>
        </w:rPr>
        <w:t>zgodne</w:t>
      </w:r>
      <w:proofErr w:type="spellEnd"/>
      <w:r w:rsidR="001C350C" w:rsidRPr="00506853">
        <w:rPr>
          <w:rFonts w:asciiTheme="minorHAnsi" w:hAnsiTheme="minorHAnsi"/>
          <w:sz w:val="18"/>
          <w:szCs w:val="18"/>
        </w:rPr>
        <w:t xml:space="preserve"> z </w:t>
      </w:r>
      <w:proofErr w:type="spellStart"/>
      <w:r w:rsidRPr="00506853">
        <w:rPr>
          <w:rFonts w:asciiTheme="minorHAnsi" w:hAnsiTheme="minorHAnsi"/>
          <w:sz w:val="18"/>
          <w:szCs w:val="18"/>
        </w:rPr>
        <w:t>obowiązującymi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przepisami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wykonywanie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powierzonych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obowiązków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Pr="00506853">
        <w:rPr>
          <w:rFonts w:asciiTheme="minorHAnsi" w:hAnsiTheme="minorHAnsi"/>
          <w:sz w:val="18"/>
          <w:szCs w:val="18"/>
        </w:rPr>
        <w:t>Ponosi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odpowiedzialność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porządkową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zasadach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określonych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/>
          <w:sz w:val="18"/>
          <w:szCs w:val="18"/>
        </w:rPr>
        <w:t>Dziale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IV </w:t>
      </w:r>
      <w:proofErr w:type="spellStart"/>
      <w:r w:rsidRPr="00506853">
        <w:rPr>
          <w:rFonts w:asciiTheme="minorHAnsi" w:hAnsiTheme="minorHAnsi"/>
          <w:sz w:val="18"/>
          <w:szCs w:val="18"/>
        </w:rPr>
        <w:t>oraz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odpowiedzialność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materialną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zasadach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określonych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/>
          <w:sz w:val="18"/>
          <w:szCs w:val="18"/>
        </w:rPr>
        <w:t>Dziale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V </w:t>
      </w:r>
      <w:proofErr w:type="spellStart"/>
      <w:r w:rsidRPr="00506853">
        <w:rPr>
          <w:rFonts w:asciiTheme="minorHAnsi" w:hAnsiTheme="minorHAnsi"/>
          <w:sz w:val="18"/>
          <w:szCs w:val="18"/>
        </w:rPr>
        <w:t>Kodeksu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Pr="00506853">
        <w:rPr>
          <w:rFonts w:asciiTheme="minorHAnsi" w:hAnsiTheme="minorHAnsi"/>
          <w:b/>
          <w:bCs/>
          <w:sz w:val="18"/>
          <w:szCs w:val="18"/>
        </w:rPr>
        <w:t>Podstawa</w:t>
      </w:r>
      <w:proofErr w:type="spellEnd"/>
      <w:r w:rsidRPr="00506853">
        <w:rPr>
          <w:rFonts w:asciiTheme="minorHAnsi" w:hAnsiTheme="minorHAnsi"/>
          <w:b/>
          <w:bCs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b/>
          <w:bCs/>
          <w:sz w:val="18"/>
          <w:szCs w:val="18"/>
        </w:rPr>
        <w:t>prawna</w:t>
      </w:r>
      <w:proofErr w:type="spellEnd"/>
      <w:r w:rsidRPr="00506853">
        <w:rPr>
          <w:rFonts w:asciiTheme="minorHAnsi" w:hAnsiTheme="minorHAnsi"/>
          <w:b/>
          <w:bCs/>
          <w:sz w:val="18"/>
          <w:szCs w:val="18"/>
        </w:rPr>
        <w:t>:</w:t>
      </w:r>
      <w:r w:rsidRPr="00506853">
        <w:rPr>
          <w:rFonts w:asciiTheme="minorHAnsi" w:hAnsiTheme="minorHAnsi"/>
          <w:sz w:val="18"/>
          <w:szCs w:val="18"/>
        </w:rPr>
        <w:t xml:space="preserve"> art. 100 </w:t>
      </w:r>
      <w:proofErr w:type="spellStart"/>
      <w:r w:rsidRPr="00506853">
        <w:rPr>
          <w:rFonts w:asciiTheme="minorHAnsi" w:hAnsiTheme="minorHAnsi"/>
          <w:sz w:val="18"/>
          <w:szCs w:val="18"/>
        </w:rPr>
        <w:t>oraz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art. 108–122 </w:t>
      </w:r>
      <w:proofErr w:type="spellStart"/>
      <w:r w:rsidRPr="00506853">
        <w:rPr>
          <w:rFonts w:asciiTheme="minorHAnsi" w:hAnsiTheme="minorHAnsi"/>
          <w:sz w:val="18"/>
          <w:szCs w:val="18"/>
        </w:rPr>
        <w:t>ustawy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z 26 </w:t>
      </w:r>
      <w:proofErr w:type="spellStart"/>
      <w:r w:rsidRPr="00506853">
        <w:rPr>
          <w:rFonts w:asciiTheme="minorHAnsi" w:hAnsiTheme="minorHAnsi"/>
          <w:sz w:val="18"/>
          <w:szCs w:val="18"/>
        </w:rPr>
        <w:t>czerwca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1974 r. – </w:t>
      </w:r>
      <w:proofErr w:type="spellStart"/>
      <w:r w:rsidRPr="00506853">
        <w:rPr>
          <w:rFonts w:asciiTheme="minorHAnsi" w:hAnsiTheme="minorHAnsi"/>
          <w:sz w:val="18"/>
          <w:szCs w:val="18"/>
        </w:rPr>
        <w:t>Kodeks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>.</w:t>
      </w:r>
    </w:p>
    <w:p w:rsidR="001A34D5" w:rsidRPr="00506853" w:rsidRDefault="0013634D">
      <w:pPr>
        <w:spacing w:after="100"/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Publikacja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: </w:t>
      </w:r>
      <w:proofErr w:type="spellStart"/>
      <w:r w:rsidRPr="00506853">
        <w:rPr>
          <w:rFonts w:asciiTheme="minorHAnsi" w:hAnsiTheme="minorHAnsi"/>
          <w:sz w:val="18"/>
          <w:szCs w:val="18"/>
        </w:rPr>
        <w:t>oferta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zostanie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zamieszczona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w BIP Szkoły oraz zgłoszona do ePraca zgodnie z</w:t>
      </w:r>
      <w:r w:rsidR="008D3FED" w:rsidRPr="00506853">
        <w:rPr>
          <w:rFonts w:asciiTheme="minorHAnsi" w:hAnsiTheme="minorHAnsi"/>
          <w:sz w:val="18"/>
          <w:szCs w:val="18"/>
        </w:rPr>
        <w:t xml:space="preserve"> art. 83 </w:t>
      </w:r>
      <w:proofErr w:type="spellStart"/>
      <w:r w:rsidR="008D3FED" w:rsidRPr="00506853">
        <w:rPr>
          <w:rFonts w:asciiTheme="minorHAnsi" w:hAnsiTheme="minorHAnsi"/>
          <w:sz w:val="18"/>
          <w:szCs w:val="18"/>
        </w:rPr>
        <w:t>ustawy</w:t>
      </w:r>
      <w:proofErr w:type="spellEnd"/>
      <w:r w:rsidR="008D3FED" w:rsidRPr="00506853">
        <w:rPr>
          <w:rFonts w:asciiTheme="minorHAnsi" w:hAnsiTheme="minorHAnsi"/>
          <w:sz w:val="18"/>
          <w:szCs w:val="18"/>
        </w:rPr>
        <w:t xml:space="preserve"> o </w:t>
      </w:r>
      <w:proofErr w:type="spellStart"/>
      <w:r w:rsidR="008D3FED" w:rsidRPr="00506853">
        <w:rPr>
          <w:rFonts w:asciiTheme="minorHAnsi" w:hAnsiTheme="minorHAnsi"/>
          <w:sz w:val="18"/>
          <w:szCs w:val="18"/>
        </w:rPr>
        <w:t>rynku</w:t>
      </w:r>
      <w:proofErr w:type="spellEnd"/>
      <w:r w:rsidR="008D3FE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8D3FED"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="008D3FED" w:rsidRPr="00506853">
        <w:rPr>
          <w:rFonts w:asciiTheme="minorHAnsi" w:hAnsiTheme="minorHAnsi"/>
          <w:sz w:val="18"/>
          <w:szCs w:val="18"/>
        </w:rPr>
        <w:t xml:space="preserve"> I </w:t>
      </w:r>
      <w:proofErr w:type="spellStart"/>
      <w:r w:rsidRPr="00506853">
        <w:rPr>
          <w:rFonts w:asciiTheme="minorHAnsi" w:hAnsiTheme="minorHAnsi"/>
          <w:sz w:val="18"/>
          <w:szCs w:val="18"/>
        </w:rPr>
        <w:t>służbach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zatrudnienia</w:t>
      </w:r>
      <w:proofErr w:type="spellEnd"/>
      <w:r w:rsidRPr="00506853">
        <w:rPr>
          <w:rFonts w:asciiTheme="minorHAnsi" w:hAnsiTheme="minorHAnsi"/>
          <w:sz w:val="18"/>
          <w:szCs w:val="18"/>
        </w:rPr>
        <w:t>.</w:t>
      </w:r>
    </w:p>
    <w:p w:rsidR="00477B75" w:rsidRPr="00506853" w:rsidRDefault="00477B75">
      <w:pPr>
        <w:rPr>
          <w:rFonts w:asciiTheme="minorHAnsi" w:hAnsiTheme="minorHAnsi"/>
        </w:rPr>
      </w:pPr>
      <w:r w:rsidRPr="00506853">
        <w:rPr>
          <w:rFonts w:asciiTheme="minorHAnsi" w:hAnsiTheme="minorHAnsi"/>
        </w:rPr>
        <w:br w:type="page"/>
      </w:r>
    </w:p>
    <w:p w:rsidR="007A7FE9" w:rsidRPr="00506853" w:rsidRDefault="00BD5C0A" w:rsidP="007A7FE9">
      <w:pPr>
        <w:jc w:val="right"/>
        <w:rPr>
          <w:rFonts w:asciiTheme="minorHAnsi" w:hAnsiTheme="minorHAnsi"/>
          <w:b/>
          <w:sz w:val="16"/>
          <w:szCs w:val="16"/>
        </w:rPr>
      </w:pPr>
      <w:r w:rsidRPr="00506853">
        <w:rPr>
          <w:rFonts w:asciiTheme="minorHAnsi" w:hAnsiTheme="minorHAnsi"/>
          <w:b/>
          <w:sz w:val="16"/>
          <w:szCs w:val="16"/>
        </w:rPr>
        <w:lastRenderedPageBreak/>
        <w:t>Z</w:t>
      </w:r>
      <w:r w:rsidR="0013634D" w:rsidRPr="00506853">
        <w:rPr>
          <w:rFonts w:asciiTheme="minorHAnsi" w:hAnsiTheme="minorHAnsi"/>
          <w:b/>
          <w:sz w:val="16"/>
          <w:szCs w:val="16"/>
        </w:rPr>
        <w:t xml:space="preserve">AŁĄCZNIK NR </w:t>
      </w:r>
      <w:r w:rsidR="00F67ED0" w:rsidRPr="00506853">
        <w:rPr>
          <w:rFonts w:asciiTheme="minorHAnsi" w:hAnsiTheme="minorHAnsi"/>
          <w:b/>
          <w:sz w:val="16"/>
          <w:szCs w:val="16"/>
        </w:rPr>
        <w:t>3</w:t>
      </w:r>
    </w:p>
    <w:p w:rsidR="00AA61A1" w:rsidRPr="00506853" w:rsidRDefault="00AA61A1" w:rsidP="007A7FE9">
      <w:pPr>
        <w:jc w:val="center"/>
        <w:rPr>
          <w:rFonts w:asciiTheme="minorHAnsi" w:hAnsiTheme="minorHAnsi"/>
          <w:b/>
        </w:rPr>
      </w:pPr>
    </w:p>
    <w:p w:rsidR="00AA61A1" w:rsidRPr="00506853" w:rsidRDefault="00AA61A1" w:rsidP="00AD1669">
      <w:pPr>
        <w:rPr>
          <w:rFonts w:asciiTheme="minorHAnsi" w:hAnsiTheme="minorHAnsi"/>
          <w:b/>
        </w:rPr>
      </w:pPr>
    </w:p>
    <w:p w:rsidR="001A34D5" w:rsidRPr="00506853" w:rsidRDefault="0013634D" w:rsidP="007A7FE9">
      <w:pPr>
        <w:jc w:val="center"/>
        <w:rPr>
          <w:rFonts w:asciiTheme="minorHAnsi" w:hAnsiTheme="minorHAnsi"/>
        </w:rPr>
      </w:pPr>
      <w:r w:rsidRPr="00506853">
        <w:rPr>
          <w:rFonts w:asciiTheme="minorHAnsi" w:hAnsiTheme="minorHAnsi"/>
          <w:b/>
        </w:rPr>
        <w:t>OŚWIADCZENIE KANDYDATA O NIEKARALNOŚCI</w:t>
      </w:r>
    </w:p>
    <w:p w:rsidR="00503585" w:rsidRPr="00506853" w:rsidRDefault="00503585">
      <w:pPr>
        <w:rPr>
          <w:rFonts w:asciiTheme="minorHAnsi" w:hAnsiTheme="minorHAnsi"/>
        </w:rPr>
      </w:pP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Ja, </w:t>
      </w:r>
      <w:proofErr w:type="spellStart"/>
      <w:r w:rsidRPr="00506853">
        <w:rPr>
          <w:rFonts w:asciiTheme="minorHAnsi" w:hAnsiTheme="minorHAnsi"/>
          <w:sz w:val="18"/>
          <w:szCs w:val="18"/>
        </w:rPr>
        <w:t>niżej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podpisany</w:t>
      </w:r>
      <w:proofErr w:type="spellEnd"/>
      <w:r w:rsidRPr="00506853">
        <w:rPr>
          <w:rFonts w:asciiTheme="minorHAnsi" w:hAnsiTheme="minorHAnsi"/>
          <w:sz w:val="18"/>
          <w:szCs w:val="18"/>
        </w:rPr>
        <w:t>/a ....................................................................................,</w:t>
      </w: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ubiegający/a się o zatrudnienie na stanowisku ................................................................,</w:t>
      </w:r>
    </w:p>
    <w:p w:rsidR="00272BE0" w:rsidRPr="00506853" w:rsidRDefault="00272BE0" w:rsidP="00272BE0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Świadomy/a skutków i odpowiedzialności karnej podania nieprawdy lub zatajenia prawdy oświadczam, że:</w:t>
      </w:r>
    </w:p>
    <w:p w:rsidR="00272BE0" w:rsidRPr="00506853" w:rsidRDefault="00272BE0" w:rsidP="00272BE0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- nie toczy się przeciwko mnie postępowanie karne, dyscyplinarne i o ubezwłasnowolnienie,  </w:t>
      </w:r>
    </w:p>
    <w:p w:rsidR="00272BE0" w:rsidRPr="00506853" w:rsidRDefault="00272BE0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-nie byłem/</w:t>
      </w:r>
      <w:proofErr w:type="spellStart"/>
      <w:r w:rsidRPr="00506853">
        <w:rPr>
          <w:rFonts w:asciiTheme="minorHAnsi" w:hAnsiTheme="minorHAnsi"/>
          <w:sz w:val="18"/>
          <w:szCs w:val="18"/>
          <w:lang w:val="pl-PL"/>
        </w:rPr>
        <w:t>am</w:t>
      </w:r>
      <w:proofErr w:type="spellEnd"/>
      <w:r w:rsidRPr="00506853">
        <w:rPr>
          <w:rFonts w:asciiTheme="minorHAnsi" w:hAnsiTheme="minorHAnsi"/>
          <w:sz w:val="18"/>
          <w:szCs w:val="18"/>
          <w:lang w:val="pl-PL"/>
        </w:rPr>
        <w:t xml:space="preserve"> karany/a za przestępstwa popełnione umyślnie.</w:t>
      </w:r>
    </w:p>
    <w:p w:rsidR="00272BE0" w:rsidRPr="00506853" w:rsidRDefault="00A23078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- nie figuruję w bazie danych Rejestru Sprawców Przestępstw </w:t>
      </w:r>
      <w:r w:rsidR="000608C4" w:rsidRPr="00506853">
        <w:rPr>
          <w:rFonts w:asciiTheme="minorHAnsi" w:hAnsiTheme="minorHAnsi"/>
          <w:sz w:val="18"/>
          <w:szCs w:val="18"/>
          <w:lang w:val="pl-PL"/>
        </w:rPr>
        <w:t>na Tle Seksualnym</w:t>
      </w:r>
    </w:p>
    <w:p w:rsidR="000608C4" w:rsidRPr="00506853" w:rsidRDefault="000608C4">
      <w:pPr>
        <w:rPr>
          <w:rFonts w:asciiTheme="minorHAnsi" w:hAnsiTheme="minorHAnsi"/>
          <w:sz w:val="18"/>
          <w:szCs w:val="18"/>
          <w:lang w:val="pl-PL"/>
        </w:rPr>
      </w:pPr>
    </w:p>
    <w:p w:rsidR="000608C4" w:rsidRPr="00506853" w:rsidRDefault="000608C4">
      <w:pPr>
        <w:rPr>
          <w:rFonts w:asciiTheme="minorHAnsi" w:hAnsiTheme="minorHAnsi"/>
          <w:sz w:val="18"/>
          <w:szCs w:val="18"/>
        </w:rPr>
      </w:pP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Miejscowość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data: ........................................</w:t>
      </w: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Podpis</w:t>
      </w:r>
      <w:proofErr w:type="spellEnd"/>
      <w:r w:rsidRPr="00506853">
        <w:rPr>
          <w:rFonts w:asciiTheme="minorHAnsi" w:hAnsiTheme="minorHAnsi"/>
          <w:sz w:val="18"/>
          <w:szCs w:val="18"/>
        </w:rPr>
        <w:t>: ........................................</w:t>
      </w:r>
    </w:p>
    <w:p w:rsidR="001A34D5" w:rsidRPr="00506853" w:rsidRDefault="001A34D5">
      <w:pPr>
        <w:rPr>
          <w:rFonts w:asciiTheme="minorHAnsi" w:hAnsiTheme="minorHAnsi"/>
          <w:sz w:val="18"/>
          <w:szCs w:val="18"/>
        </w:rPr>
      </w:pPr>
    </w:p>
    <w:p w:rsidR="005F3650" w:rsidRPr="00506853" w:rsidRDefault="005F3650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br w:type="page"/>
      </w:r>
    </w:p>
    <w:p w:rsidR="001A34D5" w:rsidRPr="00506853" w:rsidRDefault="0013634D" w:rsidP="00CE2239">
      <w:pPr>
        <w:jc w:val="right"/>
        <w:rPr>
          <w:rFonts w:asciiTheme="minorHAnsi" w:hAnsiTheme="minorHAnsi"/>
          <w:sz w:val="16"/>
          <w:szCs w:val="16"/>
        </w:rPr>
      </w:pPr>
      <w:r w:rsidRPr="00506853">
        <w:rPr>
          <w:rFonts w:asciiTheme="minorHAnsi" w:hAnsiTheme="minorHAnsi"/>
          <w:b/>
          <w:sz w:val="16"/>
          <w:szCs w:val="16"/>
        </w:rPr>
        <w:lastRenderedPageBreak/>
        <w:t xml:space="preserve">ZAŁĄCZNIK NR </w:t>
      </w:r>
      <w:r w:rsidR="00F67ED0" w:rsidRPr="00506853">
        <w:rPr>
          <w:rFonts w:asciiTheme="minorHAnsi" w:hAnsiTheme="minorHAnsi"/>
          <w:b/>
          <w:sz w:val="16"/>
          <w:szCs w:val="16"/>
        </w:rPr>
        <w:t>4</w:t>
      </w:r>
    </w:p>
    <w:p w:rsidR="001A34D5" w:rsidRPr="00506853" w:rsidRDefault="0013634D">
      <w:pPr>
        <w:jc w:val="center"/>
        <w:rPr>
          <w:rFonts w:asciiTheme="minorHAnsi" w:hAnsiTheme="minorHAnsi"/>
          <w:b/>
          <w:sz w:val="24"/>
        </w:rPr>
      </w:pPr>
      <w:r w:rsidRPr="00506853">
        <w:rPr>
          <w:rFonts w:asciiTheme="minorHAnsi" w:hAnsiTheme="minorHAnsi"/>
          <w:b/>
          <w:sz w:val="24"/>
        </w:rPr>
        <w:t>KWESTIONARIUSZ OSOB</w:t>
      </w:r>
      <w:r w:rsidR="00CE2239" w:rsidRPr="00506853">
        <w:rPr>
          <w:rFonts w:asciiTheme="minorHAnsi" w:hAnsiTheme="minorHAnsi"/>
          <w:b/>
          <w:sz w:val="24"/>
        </w:rPr>
        <w:t>OWY DLA OSOBY UBIEGAJĄCEJ SIĘ O </w:t>
      </w:r>
      <w:r w:rsidRPr="00506853">
        <w:rPr>
          <w:rFonts w:asciiTheme="minorHAnsi" w:hAnsiTheme="minorHAnsi"/>
          <w:b/>
          <w:sz w:val="24"/>
        </w:rPr>
        <w:t>ZATRUDNIENIE</w:t>
      </w:r>
    </w:p>
    <w:p w:rsidR="00FE207A" w:rsidRPr="00506853" w:rsidRDefault="00FE207A">
      <w:pPr>
        <w:jc w:val="center"/>
        <w:rPr>
          <w:rFonts w:asciiTheme="minorHAnsi" w:hAnsiTheme="minorHAnsi"/>
          <w:sz w:val="4"/>
          <w:szCs w:val="4"/>
        </w:rPr>
      </w:pP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1. Imię (imiona) i nazwisko ..............................................................................................................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2. Data urodzenia ..............................................................................................................................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3. Dane </w:t>
      </w:r>
      <w:proofErr w:type="spellStart"/>
      <w:r w:rsidRPr="00506853">
        <w:rPr>
          <w:rFonts w:asciiTheme="minorHAnsi" w:hAnsiTheme="minorHAnsi"/>
          <w:sz w:val="18"/>
          <w:szCs w:val="18"/>
        </w:rPr>
        <w:t>kontaktowe</w:t>
      </w:r>
      <w:proofErr w:type="spellEnd"/>
      <w:r w:rsidR="00B14376" w:rsidRPr="00506853">
        <w:rPr>
          <w:rFonts w:asciiTheme="minorHAnsi" w:hAnsiTheme="minorHAnsi"/>
          <w:sz w:val="18"/>
          <w:szCs w:val="18"/>
        </w:rPr>
        <w:t xml:space="preserve"> </w:t>
      </w:r>
      <w:r w:rsidRPr="00506853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...........................................................................................................................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D32612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4. Wykształcenie (gdy jest ono </w:t>
      </w:r>
      <w:proofErr w:type="spellStart"/>
      <w:r w:rsidRPr="00506853">
        <w:rPr>
          <w:rFonts w:asciiTheme="minorHAnsi" w:hAnsiTheme="minorHAnsi"/>
          <w:sz w:val="18"/>
          <w:szCs w:val="18"/>
        </w:rPr>
        <w:t>niezbędne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/>
          <w:sz w:val="18"/>
          <w:szCs w:val="18"/>
        </w:rPr>
        <w:t>wykonywania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określonego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rodzaju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lub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="00D32612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określonym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stanowisku</w:t>
      </w:r>
      <w:proofErr w:type="spellEnd"/>
      <w:r w:rsidRPr="00506853">
        <w:rPr>
          <w:rFonts w:asciiTheme="minorHAnsi" w:hAnsiTheme="minorHAnsi"/>
          <w:sz w:val="18"/>
          <w:szCs w:val="18"/>
        </w:rPr>
        <w:t>)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...........................................................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………………………………………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……………………………………………………………………</w:t>
      </w:r>
      <w:r w:rsidR="00D32612" w:rsidRPr="00506853">
        <w:rPr>
          <w:rFonts w:asciiTheme="minorHAnsi" w:hAnsiTheme="minorHAnsi"/>
          <w:sz w:val="18"/>
          <w:szCs w:val="18"/>
        </w:rPr>
        <w:t>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........................................................................................................................................................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D32612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5. Kwalifikacje zawodowe (gdy są one </w:t>
      </w:r>
      <w:proofErr w:type="spellStart"/>
      <w:r w:rsidRPr="00506853">
        <w:rPr>
          <w:rFonts w:asciiTheme="minorHAnsi" w:hAnsiTheme="minorHAnsi"/>
          <w:sz w:val="18"/>
          <w:szCs w:val="18"/>
        </w:rPr>
        <w:t>niezbędne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/>
          <w:sz w:val="18"/>
          <w:szCs w:val="18"/>
        </w:rPr>
        <w:t>wykonywania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określonego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rodzaju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lub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określonym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stanowisku</w:t>
      </w:r>
      <w:proofErr w:type="spellEnd"/>
      <w:r w:rsidRPr="00506853">
        <w:rPr>
          <w:rFonts w:asciiTheme="minorHAnsi" w:hAnsiTheme="minorHAnsi"/>
          <w:sz w:val="18"/>
          <w:szCs w:val="18"/>
        </w:rPr>
        <w:t>)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.....................................................................</w:t>
      </w:r>
      <w:r w:rsidRPr="00506853">
        <w:rPr>
          <w:rFonts w:asciiTheme="minorHAnsi" w:hAnsiTheme="minorHAnsi"/>
          <w:sz w:val="18"/>
          <w:szCs w:val="18"/>
        </w:rPr>
        <w:t>...........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…………………………………………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</w:t>
      </w:r>
      <w:r w:rsidR="00D32612" w:rsidRPr="00506853">
        <w:rPr>
          <w:rFonts w:asciiTheme="minorHAnsi" w:hAnsiTheme="minorHAnsi"/>
          <w:sz w:val="18"/>
          <w:szCs w:val="18"/>
        </w:rPr>
        <w:t>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………………………………………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…………………………………………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</w:t>
      </w:r>
      <w:r w:rsidR="00D32612" w:rsidRPr="00506853">
        <w:rPr>
          <w:rFonts w:asciiTheme="minorHAnsi" w:hAnsiTheme="minorHAnsi"/>
          <w:sz w:val="18"/>
          <w:szCs w:val="18"/>
        </w:rPr>
        <w:t>……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……………………………………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D32612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6. Przebieg dotychczasowego zatrudnienia (gdy jest ono </w:t>
      </w:r>
      <w:proofErr w:type="spellStart"/>
      <w:r w:rsidRPr="00506853">
        <w:rPr>
          <w:rFonts w:asciiTheme="minorHAnsi" w:hAnsiTheme="minorHAnsi"/>
          <w:sz w:val="18"/>
          <w:szCs w:val="18"/>
        </w:rPr>
        <w:t>niezbędne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/>
          <w:sz w:val="18"/>
          <w:szCs w:val="18"/>
        </w:rPr>
        <w:t>wykonywania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określonego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rodzaju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lub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określonym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stanowisku</w:t>
      </w:r>
      <w:proofErr w:type="spellEnd"/>
      <w:r w:rsidRPr="00506853">
        <w:rPr>
          <w:rFonts w:asciiTheme="minorHAnsi" w:hAnsiTheme="minorHAnsi"/>
          <w:sz w:val="18"/>
          <w:szCs w:val="18"/>
        </w:rPr>
        <w:t>)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......................................................................................................................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.....................................................................................................................................................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</w:t>
      </w:r>
      <w:r w:rsidRPr="00506853">
        <w:rPr>
          <w:rFonts w:asciiTheme="minorHAnsi" w:hAnsiTheme="minorHAnsi"/>
          <w:sz w:val="18"/>
          <w:szCs w:val="18"/>
        </w:rPr>
        <w:t>...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.....................................................................................................................................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</w:t>
      </w:r>
      <w:r w:rsidRPr="00506853">
        <w:rPr>
          <w:rFonts w:asciiTheme="minorHAnsi" w:hAnsiTheme="minorHAnsi"/>
          <w:sz w:val="18"/>
          <w:szCs w:val="18"/>
        </w:rPr>
        <w:t>...................</w:t>
      </w:r>
    </w:p>
    <w:p w:rsidR="00C01F3B" w:rsidRPr="00506853" w:rsidRDefault="00C01F3B">
      <w:pPr>
        <w:jc w:val="both"/>
        <w:rPr>
          <w:rFonts w:asciiTheme="minorHAnsi" w:hAnsiTheme="minorHAnsi"/>
          <w:sz w:val="4"/>
          <w:szCs w:val="4"/>
        </w:rPr>
      </w:pPr>
    </w:p>
    <w:p w:rsidR="00D32612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7. Dodatkowe dane osobowe, </w:t>
      </w:r>
      <w:proofErr w:type="spellStart"/>
      <w:r w:rsidRPr="00506853">
        <w:rPr>
          <w:rFonts w:asciiTheme="minorHAnsi" w:hAnsiTheme="minorHAnsi"/>
          <w:sz w:val="18"/>
          <w:szCs w:val="18"/>
        </w:rPr>
        <w:t>jeżeli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prawo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lub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obowiązek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ich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podania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wynika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z </w:t>
      </w:r>
      <w:proofErr w:type="spellStart"/>
      <w:r w:rsidRPr="00506853">
        <w:rPr>
          <w:rFonts w:asciiTheme="minorHAnsi" w:hAnsiTheme="minorHAnsi"/>
          <w:sz w:val="18"/>
          <w:szCs w:val="18"/>
        </w:rPr>
        <w:t>przepisów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szczególnych</w:t>
      </w:r>
      <w:proofErr w:type="spellEnd"/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…………………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………………………………………………</w:t>
      </w:r>
      <w:r w:rsidR="00D32612" w:rsidRPr="00506853">
        <w:rPr>
          <w:rFonts w:asciiTheme="minorHAnsi" w:hAnsiTheme="minorHAnsi"/>
          <w:sz w:val="18"/>
          <w:szCs w:val="18"/>
        </w:rPr>
        <w:t>……………………..</w:t>
      </w:r>
      <w:r w:rsidR="00473AAE" w:rsidRPr="00506853">
        <w:rPr>
          <w:rFonts w:asciiTheme="minorHAnsi" w:hAnsiTheme="minorHAnsi"/>
          <w:sz w:val="18"/>
          <w:szCs w:val="18"/>
        </w:rPr>
        <w:t>……………………………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..........................................................................................................................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.....................</w:t>
      </w:r>
      <w:r w:rsidRPr="00506853">
        <w:rPr>
          <w:rFonts w:asciiTheme="minorHAnsi" w:hAnsiTheme="minorHAnsi"/>
          <w:sz w:val="18"/>
          <w:szCs w:val="18"/>
        </w:rPr>
        <w:t>..............................</w:t>
      </w:r>
    </w:p>
    <w:p w:rsidR="001A34D5" w:rsidRPr="00506853" w:rsidRDefault="0013634D">
      <w:pPr>
        <w:jc w:val="both"/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    ..............................................................................................................................</w:t>
      </w:r>
      <w:r w:rsidR="00D32612" w:rsidRPr="00506853">
        <w:rPr>
          <w:rFonts w:asciiTheme="minorHAnsi" w:hAnsiTheme="minorHAnsi"/>
          <w:sz w:val="18"/>
          <w:szCs w:val="18"/>
        </w:rPr>
        <w:t>.....................</w:t>
      </w:r>
      <w:r w:rsidRPr="00506853">
        <w:rPr>
          <w:rFonts w:asciiTheme="minorHAnsi" w:hAnsiTheme="minorHAnsi"/>
          <w:sz w:val="18"/>
          <w:szCs w:val="18"/>
        </w:rPr>
        <w:t>..........................</w:t>
      </w:r>
    </w:p>
    <w:p w:rsidR="00C942F4" w:rsidRPr="00506853" w:rsidRDefault="0013634D">
      <w:pPr>
        <w:rPr>
          <w:rFonts w:asciiTheme="minorHAnsi" w:hAnsiTheme="minorHAnsi"/>
          <w:i/>
          <w:sz w:val="18"/>
        </w:rPr>
      </w:pPr>
      <w:r w:rsidRPr="00506853">
        <w:rPr>
          <w:rFonts w:asciiTheme="minorHAnsi" w:hAnsiTheme="minorHAnsi"/>
          <w:sz w:val="18"/>
          <w:szCs w:val="18"/>
        </w:rPr>
        <w:br/>
        <w:t xml:space="preserve">  .........................................                                   ..........................................................................     </w:t>
      </w:r>
      <w:r w:rsidRPr="00506853">
        <w:rPr>
          <w:rFonts w:asciiTheme="minorHAnsi" w:hAnsiTheme="minorHAnsi"/>
          <w:sz w:val="18"/>
          <w:szCs w:val="18"/>
        </w:rPr>
        <w:br/>
        <w:t xml:space="preserve">        (</w:t>
      </w:r>
      <w:proofErr w:type="spellStart"/>
      <w:r w:rsidRPr="00506853">
        <w:rPr>
          <w:rFonts w:asciiTheme="minorHAnsi" w:hAnsiTheme="minorHAnsi"/>
          <w:sz w:val="18"/>
          <w:szCs w:val="18"/>
        </w:rPr>
        <w:t>miejscowość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data)                           </w:t>
      </w:r>
      <w:r w:rsidR="00F67ED0" w:rsidRPr="00506853">
        <w:rPr>
          <w:rFonts w:asciiTheme="minorHAnsi" w:hAnsiTheme="minorHAnsi"/>
          <w:sz w:val="18"/>
          <w:szCs w:val="18"/>
        </w:rPr>
        <w:t xml:space="preserve">           </w:t>
      </w:r>
      <w:r w:rsidRPr="00506853">
        <w:rPr>
          <w:rFonts w:asciiTheme="minorHAnsi" w:hAnsiTheme="minorHAnsi"/>
          <w:sz w:val="18"/>
          <w:szCs w:val="18"/>
        </w:rPr>
        <w:t xml:space="preserve"> (</w:t>
      </w:r>
      <w:proofErr w:type="spellStart"/>
      <w:r w:rsidRPr="00506853">
        <w:rPr>
          <w:rFonts w:asciiTheme="minorHAnsi" w:hAnsiTheme="minorHAnsi"/>
          <w:sz w:val="18"/>
          <w:szCs w:val="18"/>
        </w:rPr>
        <w:t>podpis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osoby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ubiegającej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się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o </w:t>
      </w:r>
      <w:proofErr w:type="spellStart"/>
      <w:r w:rsidRPr="00506853">
        <w:rPr>
          <w:rFonts w:asciiTheme="minorHAnsi" w:hAnsiTheme="minorHAnsi"/>
          <w:sz w:val="18"/>
          <w:szCs w:val="18"/>
        </w:rPr>
        <w:t>zatrudnienie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)                                                       </w:t>
      </w:r>
      <w:r w:rsidR="00FE207A" w:rsidRPr="00506853">
        <w:rPr>
          <w:rFonts w:asciiTheme="minorHAnsi" w:hAnsiTheme="minorHAnsi"/>
          <w:sz w:val="18"/>
          <w:szCs w:val="18"/>
        </w:rPr>
        <w:t xml:space="preserve">                       </w:t>
      </w:r>
      <w:r w:rsidR="00FE207A" w:rsidRPr="00506853">
        <w:rPr>
          <w:rFonts w:asciiTheme="minorHAnsi" w:hAnsiTheme="minorHAnsi"/>
          <w:sz w:val="18"/>
          <w:szCs w:val="18"/>
        </w:rPr>
        <w:br/>
      </w:r>
    </w:p>
    <w:p w:rsidR="001A34D5" w:rsidRPr="00506853" w:rsidRDefault="0013634D">
      <w:pPr>
        <w:rPr>
          <w:rFonts w:asciiTheme="minorHAnsi" w:hAnsiTheme="minorHAnsi"/>
        </w:rPr>
      </w:pPr>
      <w:proofErr w:type="spellStart"/>
      <w:r w:rsidRPr="00506853">
        <w:rPr>
          <w:rFonts w:asciiTheme="minorHAnsi" w:hAnsiTheme="minorHAnsi"/>
          <w:i/>
          <w:sz w:val="18"/>
        </w:rPr>
        <w:t>Źródło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wzoru</w:t>
      </w:r>
      <w:proofErr w:type="spellEnd"/>
      <w:r w:rsidRPr="00506853">
        <w:rPr>
          <w:rFonts w:asciiTheme="minorHAnsi" w:hAnsiTheme="minorHAnsi"/>
          <w:i/>
          <w:sz w:val="18"/>
        </w:rPr>
        <w:t xml:space="preserve">: </w:t>
      </w:r>
      <w:proofErr w:type="spellStart"/>
      <w:r w:rsidRPr="00506853">
        <w:rPr>
          <w:rFonts w:asciiTheme="minorHAnsi" w:hAnsiTheme="minorHAnsi"/>
          <w:i/>
          <w:sz w:val="18"/>
        </w:rPr>
        <w:t>Ministerstwo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Rodziny</w:t>
      </w:r>
      <w:proofErr w:type="spellEnd"/>
      <w:r w:rsidRPr="00506853">
        <w:rPr>
          <w:rFonts w:asciiTheme="minorHAnsi" w:hAnsiTheme="minorHAnsi"/>
          <w:i/>
          <w:sz w:val="18"/>
        </w:rPr>
        <w:t xml:space="preserve">, Pracy i Polityki Społecznej – „Kwestionariusz osobowy dla osoby ubiegającej się o zatrudnienie”. Wzór stanowi załącznik pomocniczy </w:t>
      </w:r>
      <w:proofErr w:type="spellStart"/>
      <w:r w:rsidRPr="00506853">
        <w:rPr>
          <w:rFonts w:asciiTheme="minorHAnsi" w:hAnsiTheme="minorHAnsi"/>
          <w:i/>
          <w:sz w:val="18"/>
        </w:rPr>
        <w:t>i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należy</w:t>
      </w:r>
      <w:proofErr w:type="spellEnd"/>
      <w:r w:rsidRPr="00506853">
        <w:rPr>
          <w:rFonts w:asciiTheme="minorHAnsi" w:hAnsiTheme="minorHAnsi"/>
          <w:i/>
          <w:sz w:val="18"/>
        </w:rPr>
        <w:t xml:space="preserve"> go </w:t>
      </w:r>
      <w:proofErr w:type="spellStart"/>
      <w:r w:rsidRPr="00506853">
        <w:rPr>
          <w:rFonts w:asciiTheme="minorHAnsi" w:hAnsiTheme="minorHAnsi"/>
          <w:i/>
          <w:sz w:val="18"/>
        </w:rPr>
        <w:t>stosować</w:t>
      </w:r>
      <w:proofErr w:type="spellEnd"/>
      <w:r w:rsidRPr="00506853">
        <w:rPr>
          <w:rFonts w:asciiTheme="minorHAnsi" w:hAnsiTheme="minorHAnsi"/>
          <w:i/>
          <w:sz w:val="18"/>
        </w:rPr>
        <w:t xml:space="preserve"> z </w:t>
      </w:r>
      <w:proofErr w:type="spellStart"/>
      <w:r w:rsidRPr="00506853">
        <w:rPr>
          <w:rFonts w:asciiTheme="minorHAnsi" w:hAnsiTheme="minorHAnsi"/>
          <w:i/>
          <w:sz w:val="18"/>
        </w:rPr>
        <w:t>uwzględnieniem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aktualnego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stanu</w:t>
      </w:r>
      <w:proofErr w:type="spellEnd"/>
      <w:r w:rsidRPr="00506853">
        <w:rPr>
          <w:rFonts w:asciiTheme="minorHAnsi" w:hAnsiTheme="minorHAnsi"/>
          <w:i/>
          <w:sz w:val="18"/>
        </w:rPr>
        <w:t xml:space="preserve"> </w:t>
      </w:r>
      <w:proofErr w:type="spellStart"/>
      <w:r w:rsidRPr="00506853">
        <w:rPr>
          <w:rFonts w:asciiTheme="minorHAnsi" w:hAnsiTheme="minorHAnsi"/>
          <w:i/>
          <w:sz w:val="18"/>
        </w:rPr>
        <w:t>prawnego</w:t>
      </w:r>
      <w:proofErr w:type="spellEnd"/>
      <w:r w:rsidRPr="00506853">
        <w:rPr>
          <w:rFonts w:asciiTheme="minorHAnsi" w:hAnsiTheme="minorHAnsi"/>
          <w:i/>
          <w:sz w:val="18"/>
        </w:rPr>
        <w:t>.</w:t>
      </w:r>
      <w:r w:rsidRPr="00506853">
        <w:rPr>
          <w:rFonts w:asciiTheme="minorHAnsi" w:hAnsiTheme="minorHAnsi"/>
        </w:rPr>
        <w:br w:type="page"/>
      </w:r>
    </w:p>
    <w:p w:rsidR="002E641D" w:rsidRPr="00506853" w:rsidRDefault="0013634D" w:rsidP="002E641D">
      <w:pPr>
        <w:jc w:val="right"/>
        <w:rPr>
          <w:rFonts w:asciiTheme="minorHAnsi" w:hAnsiTheme="minorHAnsi"/>
          <w:b/>
          <w:sz w:val="16"/>
          <w:szCs w:val="16"/>
        </w:rPr>
      </w:pPr>
      <w:r w:rsidRPr="00506853">
        <w:rPr>
          <w:rFonts w:asciiTheme="minorHAnsi" w:hAnsiTheme="minorHAnsi"/>
          <w:b/>
          <w:sz w:val="16"/>
          <w:szCs w:val="16"/>
        </w:rPr>
        <w:lastRenderedPageBreak/>
        <w:t xml:space="preserve">ZAŁĄCZNIK NR </w:t>
      </w:r>
      <w:r w:rsidR="00C01F3B" w:rsidRPr="00506853">
        <w:rPr>
          <w:rFonts w:asciiTheme="minorHAnsi" w:hAnsiTheme="minorHAnsi"/>
          <w:b/>
          <w:sz w:val="16"/>
          <w:szCs w:val="16"/>
        </w:rPr>
        <w:t>5</w:t>
      </w:r>
    </w:p>
    <w:p w:rsidR="00CD44B4" w:rsidRPr="00506853" w:rsidRDefault="00CD44B4">
      <w:pPr>
        <w:jc w:val="center"/>
        <w:rPr>
          <w:rFonts w:asciiTheme="minorHAnsi" w:hAnsiTheme="minorHAnsi"/>
          <w:b/>
          <w:sz w:val="26"/>
        </w:rPr>
      </w:pPr>
    </w:p>
    <w:p w:rsidR="001A34D5" w:rsidRPr="00506853" w:rsidRDefault="002E641D">
      <w:pPr>
        <w:jc w:val="center"/>
        <w:rPr>
          <w:rFonts w:asciiTheme="minorHAnsi" w:hAnsiTheme="minorHAnsi"/>
        </w:rPr>
      </w:pPr>
      <w:r w:rsidRPr="00506853">
        <w:rPr>
          <w:rFonts w:asciiTheme="minorHAnsi" w:hAnsiTheme="minorHAnsi"/>
          <w:b/>
          <w:sz w:val="26"/>
        </w:rPr>
        <w:t>OGŁOSZENIE</w:t>
      </w:r>
      <w:r w:rsidR="0013634D" w:rsidRPr="00506853">
        <w:rPr>
          <w:rFonts w:asciiTheme="minorHAnsi" w:hAnsiTheme="minorHAnsi"/>
          <w:b/>
          <w:sz w:val="26"/>
        </w:rPr>
        <w:t xml:space="preserve"> O NABORZE NA WOLNE STANOWISKO PRACY</w:t>
      </w:r>
    </w:p>
    <w:p w:rsidR="00CD44B4" w:rsidRPr="00506853" w:rsidRDefault="00CD44B4">
      <w:pPr>
        <w:rPr>
          <w:rFonts w:asciiTheme="minorHAnsi" w:hAnsiTheme="minorHAnsi" w:cs="Times New Roman"/>
          <w:b/>
          <w:sz w:val="18"/>
          <w:szCs w:val="18"/>
        </w:rPr>
      </w:pP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1. Oznaczenie pracodawcy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Państwowe Liceum Sztuk Plastycznych im. Józefa Chełmońskiego w Nałęczowie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ul.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Lipowa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30, 24-1</w:t>
      </w:r>
      <w:r w:rsidR="00C01F3B" w:rsidRPr="00506853">
        <w:rPr>
          <w:rFonts w:asciiTheme="minorHAnsi" w:hAnsiTheme="minorHAnsi" w:cs="Times New Roman"/>
          <w:sz w:val="18"/>
          <w:szCs w:val="18"/>
        </w:rPr>
        <w:t>4</w:t>
      </w:r>
      <w:r w:rsidRPr="00506853">
        <w:rPr>
          <w:rFonts w:asciiTheme="minorHAnsi" w:hAnsiTheme="minorHAnsi" w:cs="Times New Roman"/>
          <w:sz w:val="18"/>
          <w:szCs w:val="18"/>
        </w:rPr>
        <w:t xml:space="preserve">0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Nałęczów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NIP: </w:t>
      </w:r>
      <w:r w:rsidR="00C01F3B" w:rsidRPr="00506853">
        <w:rPr>
          <w:rFonts w:asciiTheme="minorHAnsi" w:hAnsiTheme="minorHAnsi" w:cs="Times New Roman"/>
          <w:sz w:val="18"/>
          <w:szCs w:val="18"/>
        </w:rPr>
        <w:t>716-21-88-397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REGON: </w:t>
      </w:r>
      <w:r w:rsidR="00C01F3B" w:rsidRPr="00506853">
        <w:rPr>
          <w:rFonts w:asciiTheme="minorHAnsi" w:hAnsiTheme="minorHAnsi" w:cs="Times New Roman"/>
          <w:sz w:val="18"/>
          <w:szCs w:val="18"/>
        </w:rPr>
        <w:t>000282599</w:t>
      </w:r>
    </w:p>
    <w:p w:rsidR="00C01F3B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adres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strony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internetowej</w:t>
      </w:r>
      <w:proofErr w:type="spellEnd"/>
      <w:r w:rsidR="00C01F3B" w:rsidRPr="00506853">
        <w:rPr>
          <w:rFonts w:asciiTheme="minorHAnsi" w:hAnsiTheme="minorHAnsi" w:cs="Times New Roman"/>
          <w:sz w:val="18"/>
          <w:szCs w:val="18"/>
        </w:rPr>
        <w:t xml:space="preserve"> (BIP)</w:t>
      </w:r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hyperlink r:id="rId9" w:history="1">
        <w:r w:rsidR="00C01F3B" w:rsidRPr="00506853">
          <w:rPr>
            <w:rStyle w:val="Hipercze"/>
            <w:rFonts w:asciiTheme="minorHAnsi" w:hAnsiTheme="minorHAnsi" w:cs="Times New Roman"/>
            <w:sz w:val="18"/>
            <w:szCs w:val="18"/>
          </w:rPr>
          <w:t>https://www.gov.pl/web/plastyknaleczow</w:t>
        </w:r>
      </w:hyperlink>
      <w:r w:rsidR="006C2B76" w:rsidRPr="00506853">
        <w:rPr>
          <w:rStyle w:val="Hipercze"/>
          <w:rFonts w:asciiTheme="minorHAnsi" w:hAnsiTheme="minorHAnsi" w:cs="Times New Roman"/>
          <w:sz w:val="18"/>
          <w:szCs w:val="18"/>
        </w:rPr>
        <w:t xml:space="preserve"> 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2. Podstawa i tryb naboru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Dyrektor Państwowego Liceum Sztuk Plastycznych im. Józefa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Chełmońskiego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Nałęczowie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ogłasza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otwarty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nabór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wolne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pracy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.</w:t>
      </w:r>
      <w:r w:rsidR="006C2B76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Nabór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prowadzony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jest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zasadach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określonych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Regula</w:t>
      </w:r>
      <w:r w:rsidR="008D4144" w:rsidRPr="00506853">
        <w:rPr>
          <w:rFonts w:asciiTheme="minorHAnsi" w:hAnsiTheme="minorHAnsi" w:cs="Times New Roman"/>
          <w:sz w:val="18"/>
          <w:szCs w:val="18"/>
        </w:rPr>
        <w:t>minie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naboru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pracowników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wolne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stanowiska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pracy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oraz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z 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uwzględnieniem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przepisów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właściwych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dla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danego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3. Nazwa stanowiska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proofErr w:type="spellStart"/>
      <w:r w:rsidR="006C2B76" w:rsidRPr="00506853">
        <w:rPr>
          <w:rFonts w:asciiTheme="minorHAnsi" w:hAnsiTheme="minorHAnsi" w:cs="Times New Roman"/>
          <w:sz w:val="18"/>
          <w:szCs w:val="18"/>
        </w:rPr>
        <w:t>sprzątaczka</w:t>
      </w:r>
      <w:proofErr w:type="spellEnd"/>
      <w:r w:rsidR="006C2B76" w:rsidRPr="00506853">
        <w:rPr>
          <w:rFonts w:asciiTheme="minorHAnsi" w:hAnsiTheme="minorHAnsi" w:cs="Times New Roman"/>
          <w:sz w:val="18"/>
          <w:szCs w:val="18"/>
        </w:rPr>
        <w:t>/</w:t>
      </w:r>
      <w:proofErr w:type="spellStart"/>
      <w:r w:rsidR="006C2B76" w:rsidRPr="00506853">
        <w:rPr>
          <w:rFonts w:asciiTheme="minorHAnsi" w:hAnsiTheme="minorHAnsi" w:cs="Times New Roman"/>
          <w:sz w:val="18"/>
          <w:szCs w:val="18"/>
        </w:rPr>
        <w:t>sprzątacz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Rodzaj stanowiska: </w:t>
      </w:r>
      <w:r w:rsidRPr="00506853">
        <w:rPr>
          <w:rFonts w:asciiTheme="minorHAnsi" w:hAnsiTheme="minorHAnsi" w:cs="Times New Roman"/>
          <w:strike/>
          <w:sz w:val="18"/>
          <w:szCs w:val="18"/>
        </w:rPr>
        <w:t xml:space="preserve">nauczyciel </w:t>
      </w:r>
      <w:r w:rsidRPr="00506853">
        <w:rPr>
          <w:rFonts w:asciiTheme="minorHAnsi" w:hAnsiTheme="minorHAnsi" w:cs="Times New Roman"/>
          <w:sz w:val="18"/>
          <w:szCs w:val="18"/>
        </w:rPr>
        <w:t>/ pracownik niepedagogiczny*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Przedmiot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/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specjalność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/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komórka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organizacyjna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481070" w:rsidRPr="00506853">
        <w:rPr>
          <w:rFonts w:asciiTheme="minorHAnsi" w:hAnsiTheme="minorHAnsi" w:cs="Times New Roman"/>
          <w:sz w:val="18"/>
          <w:szCs w:val="18"/>
        </w:rPr>
        <w:t>-</w:t>
      </w:r>
      <w:r w:rsidRPr="00506853">
        <w:rPr>
          <w:rFonts w:asciiTheme="minorHAnsi" w:hAnsiTheme="minorHAnsi" w:cs="Times New Roman"/>
          <w:sz w:val="18"/>
          <w:szCs w:val="18"/>
        </w:rPr>
        <w:t>........................................................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4. Miejsce wykonywania pracy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Państwowe Liceum Sztuk Plastycznych im. Józefa Chełmońskiego w Nałęczowie, ul.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Lipowa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30, 24-1</w:t>
      </w:r>
      <w:r w:rsidR="002E641D" w:rsidRPr="00506853">
        <w:rPr>
          <w:rFonts w:asciiTheme="minorHAnsi" w:hAnsiTheme="minorHAnsi" w:cs="Times New Roman"/>
          <w:sz w:val="18"/>
          <w:szCs w:val="18"/>
        </w:rPr>
        <w:t>4</w:t>
      </w:r>
      <w:r w:rsidR="0033731E" w:rsidRPr="00506853">
        <w:rPr>
          <w:rFonts w:asciiTheme="minorHAnsi" w:hAnsiTheme="minorHAnsi" w:cs="Times New Roman"/>
          <w:sz w:val="18"/>
          <w:szCs w:val="18"/>
        </w:rPr>
        <w:t xml:space="preserve">0 </w:t>
      </w:r>
      <w:proofErr w:type="spellStart"/>
      <w:r w:rsidR="0033731E" w:rsidRPr="00506853">
        <w:rPr>
          <w:rFonts w:asciiTheme="minorHAnsi" w:hAnsiTheme="minorHAnsi" w:cs="Times New Roman"/>
          <w:sz w:val="18"/>
          <w:szCs w:val="18"/>
        </w:rPr>
        <w:t>Nałęczów</w:t>
      </w:r>
      <w:proofErr w:type="spellEnd"/>
      <w:r w:rsidR="0033731E" w:rsidRPr="00506853">
        <w:rPr>
          <w:rFonts w:asciiTheme="minorHAnsi" w:hAnsiTheme="minorHAnsi" w:cs="Times New Roman"/>
          <w:sz w:val="18"/>
          <w:szCs w:val="18"/>
        </w:rPr>
        <w:t xml:space="preserve">, Willa </w:t>
      </w:r>
      <w:proofErr w:type="spellStart"/>
      <w:r w:rsidR="0033731E" w:rsidRPr="00506853">
        <w:rPr>
          <w:rFonts w:asciiTheme="minorHAnsi" w:hAnsiTheme="minorHAnsi" w:cs="Times New Roman"/>
          <w:sz w:val="18"/>
          <w:szCs w:val="18"/>
        </w:rPr>
        <w:t>Mar</w:t>
      </w:r>
      <w:r w:rsidR="008D4144" w:rsidRPr="00506853">
        <w:rPr>
          <w:rFonts w:asciiTheme="minorHAnsi" w:hAnsiTheme="minorHAnsi" w:cs="Times New Roman"/>
          <w:sz w:val="18"/>
          <w:szCs w:val="18"/>
        </w:rPr>
        <w:t>janówka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ul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.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Poniatowskiego</w:t>
      </w:r>
      <w:proofErr w:type="spellEnd"/>
      <w:r w:rsidR="008D4144" w:rsidRPr="00506853">
        <w:rPr>
          <w:rFonts w:asciiTheme="minorHAnsi" w:hAnsiTheme="minorHAnsi" w:cs="Times New Roman"/>
          <w:sz w:val="18"/>
          <w:szCs w:val="18"/>
        </w:rPr>
        <w:t xml:space="preserve"> 27, 24-150 </w:t>
      </w:r>
      <w:proofErr w:type="spellStart"/>
      <w:r w:rsidR="008D4144" w:rsidRPr="00506853">
        <w:rPr>
          <w:rFonts w:asciiTheme="minorHAnsi" w:hAnsiTheme="minorHAnsi" w:cs="Times New Roman"/>
          <w:sz w:val="18"/>
          <w:szCs w:val="18"/>
        </w:rPr>
        <w:t>Nałęczów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5. Wymiar i podstawa zatrudnienia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Wymiar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zatrudnienia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481070" w:rsidRPr="00506853">
        <w:rPr>
          <w:rFonts w:asciiTheme="minorHAnsi" w:hAnsiTheme="minorHAnsi" w:cs="Times New Roman"/>
          <w:sz w:val="18"/>
          <w:szCs w:val="18"/>
        </w:rPr>
        <w:t>1</w:t>
      </w:r>
      <w:r w:rsidR="000C1953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etat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/ .</w:t>
      </w:r>
      <w:r w:rsidR="00481070" w:rsidRPr="00506853">
        <w:rPr>
          <w:rFonts w:asciiTheme="minorHAnsi" w:hAnsiTheme="minorHAnsi" w:cs="Times New Roman"/>
          <w:sz w:val="18"/>
          <w:szCs w:val="18"/>
        </w:rPr>
        <w:t>-</w:t>
      </w:r>
      <w:r w:rsidRPr="00506853">
        <w:rPr>
          <w:rFonts w:asciiTheme="minorHAnsi" w:hAnsiTheme="minorHAnsi" w:cs="Times New Roman"/>
          <w:sz w:val="18"/>
          <w:szCs w:val="18"/>
        </w:rPr>
        <w:t>........... godzin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Rodzaj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umowy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r w:rsidR="000C1953" w:rsidRPr="00506853">
        <w:rPr>
          <w:rFonts w:asciiTheme="minorHAnsi" w:hAnsiTheme="minorHAnsi" w:cs="Times New Roman"/>
          <w:sz w:val="18"/>
          <w:szCs w:val="18"/>
        </w:rPr>
        <w:t xml:space="preserve">/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podstawa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zatrudnienia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: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umowa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o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pracę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Przewidywany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termin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rozpoczęcia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pracy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0C1953" w:rsidRPr="00506853">
        <w:rPr>
          <w:rFonts w:asciiTheme="minorHAnsi" w:hAnsiTheme="minorHAnsi" w:cs="Times New Roman"/>
          <w:sz w:val="18"/>
          <w:szCs w:val="18"/>
        </w:rPr>
        <w:t xml:space="preserve">1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października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2026r. 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Okres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zatrudnienia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jeżeli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jest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określony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023E01" w:rsidRPr="00506853">
        <w:rPr>
          <w:rFonts w:asciiTheme="minorHAnsi" w:hAnsiTheme="minorHAnsi" w:cs="Times New Roman"/>
          <w:sz w:val="18"/>
          <w:szCs w:val="18"/>
        </w:rPr>
        <w:t xml:space="preserve">3 </w:t>
      </w:r>
      <w:proofErr w:type="spellStart"/>
      <w:r w:rsidR="00023E01" w:rsidRPr="00506853">
        <w:rPr>
          <w:rFonts w:asciiTheme="minorHAnsi" w:hAnsiTheme="minorHAnsi" w:cs="Times New Roman"/>
          <w:sz w:val="18"/>
          <w:szCs w:val="18"/>
        </w:rPr>
        <w:t>miesiące</w:t>
      </w:r>
      <w:proofErr w:type="spellEnd"/>
      <w:r w:rsidR="00023E01" w:rsidRPr="0050685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docelowo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czas</w:t>
      </w:r>
      <w:proofErr w:type="spellEnd"/>
      <w:r w:rsidR="000C1953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C1953" w:rsidRPr="00506853">
        <w:rPr>
          <w:rFonts w:asciiTheme="minorHAnsi" w:hAnsiTheme="minorHAnsi" w:cs="Times New Roman"/>
          <w:sz w:val="18"/>
          <w:szCs w:val="18"/>
        </w:rPr>
        <w:t>nieokreślony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6. Wynagrodzenie</w:t>
      </w:r>
    </w:p>
    <w:p w:rsidR="00C01F3B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Wynagrodzenie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: .</w:t>
      </w:r>
      <w:r w:rsidR="00023E01" w:rsidRPr="00506853">
        <w:rPr>
          <w:rFonts w:asciiTheme="minorHAnsi" w:hAnsiTheme="minorHAnsi" w:cs="Times New Roman"/>
          <w:sz w:val="18"/>
          <w:szCs w:val="18"/>
        </w:rPr>
        <w:t xml:space="preserve">4 853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zł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brutto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/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miesiąc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7. Główne zadania na stanowisku</w:t>
      </w:r>
    </w:p>
    <w:p w:rsidR="000C1953" w:rsidRPr="00506853" w:rsidRDefault="000C1953" w:rsidP="000C1953">
      <w:pPr>
        <w:rPr>
          <w:rFonts w:asciiTheme="minorHAnsi" w:hAnsiTheme="minorHAnsi" w:cs="Times New Roman"/>
          <w:sz w:val="18"/>
          <w:szCs w:val="18"/>
          <w:lang w:val="pl-PL"/>
        </w:rPr>
      </w:pPr>
      <w:r w:rsidRPr="00506853">
        <w:rPr>
          <w:rFonts w:asciiTheme="minorHAnsi" w:hAnsiTheme="minorHAnsi" w:cs="Times New Roman"/>
          <w:sz w:val="18"/>
          <w:szCs w:val="18"/>
          <w:lang w:val="pl-PL"/>
        </w:rPr>
        <w:t xml:space="preserve">Utrzymanie bieżącej czystości w szkole, w tym, m.in.: utrzymanie czystości ścian, sufitów, podłóg, okien, sanitariatów, umywalek, glazury, ławek, sprzętu i urządzeń, bieżące opróżnianie koszty na śmieci, zamykanie okien, w współpraca z woźną w okresie trwania egzaminów, dbanie o krzewy i rośliny ozdobne w ogrodzie. </w:t>
      </w:r>
      <w:r w:rsidRPr="00506853">
        <w:rPr>
          <w:rFonts w:asciiTheme="minorHAnsi" w:hAnsiTheme="minorHAnsi" w:cs="Times New Roman"/>
          <w:bCs/>
          <w:sz w:val="18"/>
          <w:szCs w:val="18"/>
          <w:lang w:val="pl-PL"/>
        </w:rPr>
        <w:t>W</w:t>
      </w:r>
      <w:r w:rsidRPr="00506853">
        <w:rPr>
          <w:rFonts w:asciiTheme="minorHAnsi" w:hAnsiTheme="minorHAnsi" w:cs="Times New Roman"/>
          <w:sz w:val="18"/>
          <w:szCs w:val="18"/>
          <w:lang w:val="pl-PL"/>
        </w:rPr>
        <w:t xml:space="preserve"> okresie ferii wiosennych, </w:t>
      </w:r>
      <w:r w:rsidRPr="00506853">
        <w:rPr>
          <w:rFonts w:asciiTheme="minorHAnsi" w:hAnsiTheme="minorHAnsi" w:cs="Times New Roman"/>
          <w:sz w:val="18"/>
          <w:szCs w:val="18"/>
          <w:lang w:val="pl-PL"/>
        </w:rPr>
        <w:lastRenderedPageBreak/>
        <w:t>zimowych i letnich do obowiązków sprzątaczki należy m.in.: dokładne:</w:t>
      </w:r>
      <w:r w:rsidRPr="00506853">
        <w:rPr>
          <w:rFonts w:asciiTheme="minorHAnsi" w:hAnsiTheme="minorHAnsi" w:cs="Times New Roman"/>
          <w:bCs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 w:cs="Times New Roman"/>
          <w:sz w:val="18"/>
          <w:szCs w:val="18"/>
          <w:lang w:val="pl-PL"/>
        </w:rPr>
        <w:t>mycie okien, lamperii olejnych, drzwi, podłóg, czyszczenie ławek, stołów, szaf, maszyn na warsztatach, odkurzanie szczotką wszystkich sufitów i ścian, odkurzanie wilgotną ścierką obrazów, gablot, tablic itp. wyszorowanie i zapastowanie podłóg, trzepanie (czyszczenie) wykładzin, dywanów, zdejmowanie i przygotowanie do pralni firan i zasłon (także z pokoi młodzieży) i ich zawieszanie, zabezpieczenie podłóg w czasie remontu (malowania), sprzątanie po remoncie.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Szczegółowy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opis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Załącznik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r w:rsidR="00C01F3B" w:rsidRPr="00506853">
        <w:rPr>
          <w:rFonts w:asciiTheme="minorHAnsi" w:hAnsiTheme="minorHAnsi" w:cs="Times New Roman"/>
          <w:sz w:val="18"/>
          <w:szCs w:val="18"/>
        </w:rPr>
        <w:t>6</w:t>
      </w:r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Regulaminu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8. Wymagania niezbędne</w:t>
      </w:r>
    </w:p>
    <w:p w:rsidR="00DF237A" w:rsidRPr="00506853" w:rsidRDefault="00DF237A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1)</w:t>
      </w:r>
      <w:r w:rsidRPr="00506853">
        <w:rPr>
          <w:rFonts w:asciiTheme="minorHAnsi" w:hAnsiTheme="minorHAnsi" w:cs="Times New Roman"/>
          <w:sz w:val="18"/>
          <w:szCs w:val="18"/>
        </w:rPr>
        <w:tab/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brak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przeciwwskazań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pracy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stanowisku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sprzątaczki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/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sprzątacza</w:t>
      </w:r>
      <w:proofErr w:type="spellEnd"/>
    </w:p>
    <w:p w:rsidR="00DF237A" w:rsidRPr="00506853" w:rsidRDefault="00DF237A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2)</w:t>
      </w:r>
      <w:r w:rsidRPr="00506853">
        <w:rPr>
          <w:rFonts w:asciiTheme="minorHAnsi" w:hAnsiTheme="minorHAnsi" w:cs="Times New Roman"/>
          <w:sz w:val="18"/>
          <w:szCs w:val="18"/>
        </w:rPr>
        <w:tab/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wykształcenie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podstawowe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, mile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widziane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doświadczenie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pokrewnym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stanowisku</w:t>
      </w:r>
      <w:proofErr w:type="spellEnd"/>
    </w:p>
    <w:p w:rsidR="00DF237A" w:rsidRPr="00506853" w:rsidRDefault="00DF237A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3)</w:t>
      </w:r>
      <w:r w:rsidRPr="00506853">
        <w:rPr>
          <w:rFonts w:asciiTheme="minorHAnsi" w:hAnsiTheme="minorHAnsi" w:cs="Times New Roman"/>
          <w:sz w:val="18"/>
          <w:szCs w:val="18"/>
        </w:rPr>
        <w:tab/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pełna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zdolność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czynności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prawnych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</w:p>
    <w:p w:rsidR="00DF237A" w:rsidRPr="00506853" w:rsidRDefault="00DF237A" w:rsidP="00CD44B4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4)</w:t>
      </w:r>
      <w:r w:rsidRPr="00506853">
        <w:rPr>
          <w:rFonts w:asciiTheme="minorHAnsi" w:hAnsiTheme="minorHAnsi" w:cs="Times New Roman"/>
          <w:sz w:val="18"/>
          <w:szCs w:val="18"/>
        </w:rPr>
        <w:tab/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niekaralność</w:t>
      </w:r>
      <w:proofErr w:type="spellEnd"/>
    </w:p>
    <w:p w:rsidR="001A34D5" w:rsidRPr="00506853" w:rsidRDefault="0013634D" w:rsidP="00CD44B4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 xml:space="preserve">9.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Wymagania</w:t>
      </w:r>
      <w:proofErr w:type="spellEnd"/>
      <w:r w:rsidRPr="00506853">
        <w:rPr>
          <w:rFonts w:asciiTheme="minorHAnsi" w:hAnsiTheme="minorHAnsi" w:cs="Times New Roman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dodatkowe</w:t>
      </w:r>
      <w:proofErr w:type="spellEnd"/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1) </w:t>
      </w:r>
      <w:r w:rsidR="00023E01" w:rsidRPr="00506853">
        <w:rPr>
          <w:rFonts w:asciiTheme="minorHAnsi" w:hAnsiTheme="minorHAnsi" w:cs="Times New Roman"/>
          <w:sz w:val="18"/>
          <w:szCs w:val="18"/>
        </w:rPr>
        <w:t>-</w:t>
      </w:r>
      <w:r w:rsidRPr="00506853">
        <w:rPr>
          <w:rFonts w:asciiTheme="minorHAnsi" w:hAnsiTheme="minorHAnsi" w:cs="Times New Roman"/>
          <w:sz w:val="18"/>
          <w:szCs w:val="18"/>
        </w:rPr>
        <w:t>................................................................................................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2) </w:t>
      </w:r>
      <w:r w:rsidR="00023E01" w:rsidRPr="00506853">
        <w:rPr>
          <w:rFonts w:asciiTheme="minorHAnsi" w:hAnsiTheme="minorHAnsi" w:cs="Times New Roman"/>
          <w:sz w:val="18"/>
          <w:szCs w:val="18"/>
        </w:rPr>
        <w:t>-</w:t>
      </w:r>
      <w:r w:rsidRPr="00506853">
        <w:rPr>
          <w:rFonts w:asciiTheme="minorHAnsi" w:hAnsiTheme="minorHAnsi" w:cs="Times New Roman"/>
          <w:sz w:val="18"/>
          <w:szCs w:val="18"/>
        </w:rPr>
        <w:t>................................................................................................</w:t>
      </w:r>
    </w:p>
    <w:p w:rsidR="001A34D5" w:rsidRPr="00506853" w:rsidRDefault="0013634D" w:rsidP="00DF3DB2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3) </w:t>
      </w:r>
      <w:r w:rsidR="00023E01" w:rsidRPr="00506853">
        <w:rPr>
          <w:rFonts w:asciiTheme="minorHAnsi" w:hAnsiTheme="minorHAnsi" w:cs="Times New Roman"/>
          <w:sz w:val="18"/>
          <w:szCs w:val="18"/>
        </w:rPr>
        <w:t>-</w:t>
      </w:r>
      <w:r w:rsidRPr="00506853">
        <w:rPr>
          <w:rFonts w:asciiTheme="minorHAnsi" w:hAnsiTheme="minorHAnsi" w:cs="Times New Roman"/>
          <w:sz w:val="18"/>
          <w:szCs w:val="18"/>
        </w:rPr>
        <w:t>................................................................................................</w:t>
      </w:r>
    </w:p>
    <w:p w:rsidR="001A34D5" w:rsidRPr="00506853" w:rsidRDefault="0013634D" w:rsidP="00DF3DB2">
      <w:pPr>
        <w:rPr>
          <w:rFonts w:asciiTheme="minorHAnsi" w:hAnsiTheme="minorHAnsi" w:cs="Times New Roman"/>
          <w:b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 xml:space="preserve">10.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 w:cs="Times New Roman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wymagane</w:t>
      </w:r>
      <w:proofErr w:type="spellEnd"/>
      <w:r w:rsidRPr="00506853">
        <w:rPr>
          <w:rFonts w:asciiTheme="minorHAnsi" w:hAnsiTheme="minorHAnsi" w:cs="Times New Roman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od</w:t>
      </w:r>
      <w:proofErr w:type="spellEnd"/>
      <w:r w:rsidRPr="00506853">
        <w:rPr>
          <w:rFonts w:asciiTheme="minorHAnsi" w:hAnsiTheme="minorHAnsi" w:cs="Times New Roman"/>
          <w:b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b/>
          <w:sz w:val="18"/>
          <w:szCs w:val="18"/>
        </w:rPr>
        <w:t>kandydata</w:t>
      </w:r>
      <w:proofErr w:type="spellEnd"/>
      <w:r w:rsidR="00A862D9" w:rsidRPr="00506853">
        <w:rPr>
          <w:rFonts w:asciiTheme="minorHAnsi" w:hAnsiTheme="minorHAnsi" w:cs="Times New Roman"/>
          <w:b/>
          <w:sz w:val="18"/>
          <w:szCs w:val="18"/>
        </w:rPr>
        <w:t>: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1)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kwestionariusz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osobowy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dla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osoby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ubiegającej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się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zatrudnienie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–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Załącznik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r w:rsidR="00C01F3B" w:rsidRPr="00506853">
        <w:rPr>
          <w:rFonts w:asciiTheme="minorHAnsi" w:hAnsiTheme="minorHAnsi" w:cs="Times New Roman"/>
          <w:sz w:val="18"/>
          <w:szCs w:val="18"/>
        </w:rPr>
        <w:t>4</w:t>
      </w:r>
      <w:r w:rsidRPr="00506853">
        <w:rPr>
          <w:rFonts w:asciiTheme="minorHAnsi" w:hAnsiTheme="minorHAnsi" w:cs="Times New Roman"/>
          <w:sz w:val="18"/>
          <w:szCs w:val="18"/>
        </w:rPr>
        <w:t>;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2) dokumenty potwierdzające wykształcenie i kwalifikacje wymagane na stanowisku;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3)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potwierdzające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przebieg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zatrudnienia</w:t>
      </w:r>
      <w:proofErr w:type="spellEnd"/>
      <w:r w:rsidR="00A862D9" w:rsidRPr="0050685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="00A862D9" w:rsidRPr="00506853">
        <w:rPr>
          <w:rFonts w:asciiTheme="minorHAnsi" w:hAnsiTheme="minorHAnsi" w:cs="Times New Roman"/>
          <w:sz w:val="18"/>
          <w:szCs w:val="18"/>
        </w:rPr>
        <w:t>tj</w:t>
      </w:r>
      <w:proofErr w:type="spellEnd"/>
      <w:r w:rsidR="00A862D9" w:rsidRPr="00506853">
        <w:rPr>
          <w:rFonts w:asciiTheme="minorHAnsi" w:hAnsiTheme="minorHAnsi" w:cs="Times New Roman"/>
          <w:sz w:val="18"/>
          <w:szCs w:val="18"/>
        </w:rPr>
        <w:t xml:space="preserve">.: </w:t>
      </w:r>
      <w:r w:rsidR="00A862D9" w:rsidRPr="00506853">
        <w:rPr>
          <w:rFonts w:asciiTheme="minorHAnsi" w:hAnsiTheme="minorHAnsi" w:cs="Times New Roman"/>
          <w:sz w:val="18"/>
          <w:szCs w:val="18"/>
          <w:lang w:val="pl-PL"/>
        </w:rPr>
        <w:t>kserokopie świadectw pracy lub oświadczenie kandydata w przypadku trwającego stosunku pracy</w:t>
      </w:r>
      <w:r w:rsidRPr="00506853">
        <w:rPr>
          <w:rFonts w:asciiTheme="minorHAnsi" w:hAnsiTheme="minorHAnsi" w:cs="Times New Roman"/>
          <w:sz w:val="18"/>
          <w:szCs w:val="18"/>
        </w:rPr>
        <w:t>;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4)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wymagane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oświadczenie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niekaralności</w:t>
      </w:r>
      <w:proofErr w:type="spellEnd"/>
      <w:r w:rsidR="00483885" w:rsidRPr="00506853">
        <w:rPr>
          <w:rFonts w:asciiTheme="minorHAnsi" w:hAnsiTheme="minorHAnsi" w:cs="Times New Roman"/>
          <w:sz w:val="18"/>
          <w:szCs w:val="18"/>
        </w:rPr>
        <w:t xml:space="preserve">, </w:t>
      </w:r>
      <w:proofErr w:type="spellStart"/>
      <w:r w:rsidR="00483885" w:rsidRPr="00506853">
        <w:rPr>
          <w:rFonts w:asciiTheme="minorHAnsi" w:hAnsiTheme="minorHAnsi" w:cs="Times New Roman"/>
          <w:sz w:val="18"/>
          <w:szCs w:val="18"/>
        </w:rPr>
        <w:t>zgodnie</w:t>
      </w:r>
      <w:proofErr w:type="spellEnd"/>
      <w:r w:rsidR="00483885" w:rsidRPr="00506853">
        <w:rPr>
          <w:rFonts w:asciiTheme="minorHAnsi" w:hAnsiTheme="minorHAnsi" w:cs="Times New Roman"/>
          <w:sz w:val="18"/>
          <w:szCs w:val="18"/>
        </w:rPr>
        <w:t xml:space="preserve"> z </w:t>
      </w:r>
      <w:proofErr w:type="spellStart"/>
      <w:r w:rsidR="00483885" w:rsidRPr="00506853">
        <w:rPr>
          <w:rFonts w:asciiTheme="minorHAnsi" w:hAnsiTheme="minorHAnsi" w:cs="Times New Roman"/>
          <w:sz w:val="18"/>
          <w:szCs w:val="18"/>
        </w:rPr>
        <w:t>załacznikiem</w:t>
      </w:r>
      <w:proofErr w:type="spellEnd"/>
      <w:r w:rsidR="00483885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483885" w:rsidRPr="00506853">
        <w:rPr>
          <w:rFonts w:asciiTheme="minorHAnsi" w:hAnsiTheme="minorHAnsi" w:cs="Times New Roman"/>
          <w:sz w:val="18"/>
          <w:szCs w:val="18"/>
        </w:rPr>
        <w:t>nr</w:t>
      </w:r>
      <w:proofErr w:type="spellEnd"/>
      <w:r w:rsidR="00483885" w:rsidRPr="00506853">
        <w:rPr>
          <w:rFonts w:asciiTheme="minorHAnsi" w:hAnsiTheme="minorHAnsi" w:cs="Times New Roman"/>
          <w:sz w:val="18"/>
          <w:szCs w:val="18"/>
        </w:rPr>
        <w:t xml:space="preserve"> </w:t>
      </w:r>
      <w:r w:rsidR="00C867C2" w:rsidRPr="00506853">
        <w:rPr>
          <w:rFonts w:asciiTheme="minorHAnsi" w:hAnsiTheme="minorHAnsi" w:cs="Times New Roman"/>
          <w:sz w:val="18"/>
          <w:szCs w:val="18"/>
        </w:rPr>
        <w:t>5</w:t>
      </w:r>
      <w:r w:rsidRPr="00506853">
        <w:rPr>
          <w:rFonts w:asciiTheme="minorHAnsi" w:hAnsiTheme="minorHAnsi" w:cs="Times New Roman"/>
          <w:sz w:val="18"/>
          <w:szCs w:val="18"/>
        </w:rPr>
        <w:t>;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5)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inne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oświadczenia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wymagane przepisami szczególnymi, w szczególności dotyczące pracy z małoletnimi;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6)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inne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potwierdzające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spełnianie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wymagań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określonych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ogłoszeniu</w:t>
      </w:r>
      <w:proofErr w:type="spellEnd"/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Zakres danych osobowych pozyskiwanych od kandydata odpowiada przepisom Kodeksu pracy i przepisom szczególnym.</w:t>
      </w:r>
    </w:p>
    <w:p w:rsidR="001A34D5" w:rsidRPr="00506853" w:rsidRDefault="00C867C2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 xml:space="preserve">11. </w:t>
      </w:r>
      <w:r w:rsidR="0013634D" w:rsidRPr="00506853">
        <w:rPr>
          <w:rFonts w:asciiTheme="minorHAnsi" w:hAnsiTheme="minorHAnsi" w:cs="Times New Roman"/>
          <w:b/>
          <w:sz w:val="18"/>
          <w:szCs w:val="18"/>
        </w:rPr>
        <w:t xml:space="preserve"> Termin i sposób składania dokumentów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Dokumenty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należy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złożyć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r w:rsidR="00023E01" w:rsidRPr="00506853">
        <w:rPr>
          <w:rFonts w:asciiTheme="minorHAnsi" w:hAnsiTheme="minorHAnsi" w:cs="Times New Roman"/>
          <w:sz w:val="18"/>
          <w:szCs w:val="18"/>
        </w:rPr>
        <w:t xml:space="preserve">17 </w:t>
      </w:r>
      <w:proofErr w:type="spellStart"/>
      <w:r w:rsidR="00023E01" w:rsidRPr="00506853">
        <w:rPr>
          <w:rFonts w:asciiTheme="minorHAnsi" w:hAnsiTheme="minorHAnsi" w:cs="Times New Roman"/>
          <w:sz w:val="18"/>
          <w:szCs w:val="18"/>
        </w:rPr>
        <w:t>września</w:t>
      </w:r>
      <w:proofErr w:type="spellEnd"/>
      <w:r w:rsidR="00023E01" w:rsidRPr="00506853">
        <w:rPr>
          <w:rFonts w:asciiTheme="minorHAnsi" w:hAnsiTheme="minorHAnsi" w:cs="Times New Roman"/>
          <w:sz w:val="18"/>
          <w:szCs w:val="18"/>
        </w:rPr>
        <w:t xml:space="preserve"> 2026</w:t>
      </w:r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godz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. </w:t>
      </w:r>
      <w:r w:rsidR="00023E01" w:rsidRPr="00506853">
        <w:rPr>
          <w:rFonts w:asciiTheme="minorHAnsi" w:hAnsiTheme="minorHAnsi" w:cs="Times New Roman"/>
          <w:sz w:val="18"/>
          <w:szCs w:val="18"/>
        </w:rPr>
        <w:t>14.00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w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sekretariacie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Szkoły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/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przesłać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adres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F24EAA" w:rsidRPr="00506853">
        <w:rPr>
          <w:rFonts w:asciiTheme="minorHAnsi" w:hAnsiTheme="minorHAnsi" w:cs="Times New Roman"/>
          <w:sz w:val="18"/>
          <w:szCs w:val="18"/>
        </w:rPr>
        <w:t xml:space="preserve">al.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Lipowa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30, 24-140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Nałęczów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proofErr w:type="spellStart"/>
      <w:r w:rsidRPr="00506853">
        <w:rPr>
          <w:rFonts w:asciiTheme="minorHAnsi" w:hAnsiTheme="minorHAnsi" w:cs="Times New Roman"/>
          <w:sz w:val="18"/>
          <w:szCs w:val="18"/>
        </w:rPr>
        <w:t>lub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elektronicznie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adres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: </w:t>
      </w:r>
      <w:hyperlink r:id="rId10" w:history="1">
        <w:r w:rsidR="00023E01" w:rsidRPr="00506853">
          <w:rPr>
            <w:rStyle w:val="Hipercze"/>
            <w:rFonts w:asciiTheme="minorHAnsi" w:hAnsiTheme="minorHAnsi" w:cs="Times New Roman"/>
            <w:sz w:val="18"/>
            <w:szCs w:val="18"/>
          </w:rPr>
          <w:t>sekretariat@lpnaleczow.com</w:t>
        </w:r>
      </w:hyperlink>
      <w:r w:rsidR="00023E01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5551B9" w:rsidRPr="00506853">
        <w:rPr>
          <w:rFonts w:asciiTheme="minorHAnsi" w:hAnsiTheme="minorHAnsi" w:cs="Times New Roman"/>
          <w:sz w:val="18"/>
          <w:szCs w:val="18"/>
        </w:rPr>
        <w:t>lub</w:t>
      </w:r>
      <w:proofErr w:type="spellEnd"/>
      <w:r w:rsidR="005551B9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5551B9" w:rsidRPr="00506853">
        <w:rPr>
          <w:rFonts w:asciiTheme="minorHAnsi" w:hAnsiTheme="minorHAnsi" w:cs="Times New Roman"/>
          <w:sz w:val="18"/>
          <w:szCs w:val="18"/>
        </w:rPr>
        <w:t>skrzynkę</w:t>
      </w:r>
      <w:proofErr w:type="spellEnd"/>
      <w:r w:rsidR="005551B9" w:rsidRPr="00506853">
        <w:rPr>
          <w:rFonts w:asciiTheme="minorHAnsi" w:hAnsiTheme="minorHAnsi" w:cs="Times New Roman"/>
          <w:sz w:val="18"/>
          <w:szCs w:val="18"/>
        </w:rPr>
        <w:t xml:space="preserve"> e-</w:t>
      </w:r>
      <w:proofErr w:type="spellStart"/>
      <w:r w:rsidR="005551B9" w:rsidRPr="00506853">
        <w:rPr>
          <w:rFonts w:asciiTheme="minorHAnsi" w:hAnsiTheme="minorHAnsi" w:cs="Times New Roman"/>
          <w:sz w:val="18"/>
          <w:szCs w:val="18"/>
        </w:rPr>
        <w:t>doręczenia</w:t>
      </w:r>
      <w:proofErr w:type="spellEnd"/>
      <w:r w:rsidR="005551B9" w:rsidRPr="00506853">
        <w:rPr>
          <w:rFonts w:asciiTheme="minorHAnsi" w:hAnsiTheme="minorHAnsi" w:cs="Times New Roman"/>
          <w:sz w:val="18"/>
          <w:szCs w:val="18"/>
        </w:rPr>
        <w:t xml:space="preserve">: </w:t>
      </w:r>
      <w:r w:rsidR="005551B9" w:rsidRPr="00506853">
        <w:rPr>
          <w:rStyle w:val="Pogrubienie"/>
          <w:rFonts w:asciiTheme="minorHAnsi" w:hAnsiTheme="minorHAnsi" w:cs="Times New Roman"/>
          <w:sz w:val="18"/>
          <w:szCs w:val="18"/>
        </w:rPr>
        <w:t>AE:PL-63358-45803-UJWFB-32</w:t>
      </w:r>
    </w:p>
    <w:p w:rsidR="001A34D5" w:rsidRPr="00506853" w:rsidRDefault="0013634D" w:rsidP="00CD44B4">
      <w:p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z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dopiskiem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: „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Nabór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stanowisko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023E01" w:rsidRPr="00506853">
        <w:rPr>
          <w:rFonts w:asciiTheme="minorHAnsi" w:hAnsiTheme="minorHAnsi" w:cs="Times New Roman"/>
          <w:sz w:val="18"/>
          <w:szCs w:val="18"/>
        </w:rPr>
        <w:t>sprzątaczki</w:t>
      </w:r>
      <w:proofErr w:type="spellEnd"/>
      <w:r w:rsidR="00023E01" w:rsidRPr="00506853">
        <w:rPr>
          <w:rFonts w:asciiTheme="minorHAnsi" w:hAnsiTheme="minorHAnsi" w:cs="Times New Roman"/>
          <w:sz w:val="18"/>
          <w:szCs w:val="18"/>
        </w:rPr>
        <w:t>/</w:t>
      </w:r>
      <w:proofErr w:type="spellStart"/>
      <w:r w:rsidR="00023E01" w:rsidRPr="00506853">
        <w:rPr>
          <w:rFonts w:asciiTheme="minorHAnsi" w:hAnsiTheme="minorHAnsi" w:cs="Times New Roman"/>
          <w:sz w:val="18"/>
          <w:szCs w:val="18"/>
        </w:rPr>
        <w:t>sprzątacza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>”</w:t>
      </w:r>
    </w:p>
    <w:p w:rsidR="001A34D5" w:rsidRPr="00506853" w:rsidRDefault="0013634D" w:rsidP="00CD44B4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Dokumenty złożone po terminie nie będą rozpatrywane.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1</w:t>
      </w:r>
      <w:r w:rsidR="00C867C2" w:rsidRPr="00506853">
        <w:rPr>
          <w:rFonts w:asciiTheme="minorHAnsi" w:hAnsiTheme="minorHAnsi" w:cs="Times New Roman"/>
          <w:b/>
          <w:sz w:val="18"/>
          <w:szCs w:val="18"/>
        </w:rPr>
        <w:t>2</w:t>
      </w:r>
      <w:r w:rsidRPr="00506853">
        <w:rPr>
          <w:rFonts w:asciiTheme="minorHAnsi" w:hAnsiTheme="minorHAnsi" w:cs="Times New Roman"/>
          <w:b/>
          <w:sz w:val="18"/>
          <w:szCs w:val="18"/>
        </w:rPr>
        <w:t>. Informacja o wyniku naboru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Informacja o wyniku naboru zostanie zamieszczona w BIP Szkoły. Informacja będzie wskazywać stanowisko i sposób zakończenia naboru. Dane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osobowe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wybranego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kand</w:t>
      </w:r>
      <w:r w:rsidR="00F24EAA" w:rsidRPr="00506853">
        <w:rPr>
          <w:rFonts w:asciiTheme="minorHAnsi" w:hAnsiTheme="minorHAnsi" w:cs="Times New Roman"/>
          <w:sz w:val="18"/>
          <w:szCs w:val="18"/>
        </w:rPr>
        <w:t>ydata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publikuje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się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wyłącznie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w 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przypadku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istnienia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podstawy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prawnej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ich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udostępnienia.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b/>
          <w:sz w:val="18"/>
          <w:szCs w:val="18"/>
        </w:rPr>
        <w:t>1</w:t>
      </w:r>
      <w:r w:rsidR="00C867C2" w:rsidRPr="00506853">
        <w:rPr>
          <w:rFonts w:asciiTheme="minorHAnsi" w:hAnsiTheme="minorHAnsi" w:cs="Times New Roman"/>
          <w:b/>
          <w:sz w:val="18"/>
          <w:szCs w:val="18"/>
        </w:rPr>
        <w:t>3</w:t>
      </w:r>
      <w:r w:rsidRPr="00506853">
        <w:rPr>
          <w:rFonts w:asciiTheme="minorHAnsi" w:hAnsiTheme="minorHAnsi" w:cs="Times New Roman"/>
          <w:b/>
          <w:sz w:val="18"/>
          <w:szCs w:val="18"/>
        </w:rPr>
        <w:t>. Klauzula dotycząca danych osobowych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Administratorem danych osobowych jest Państwowe Liceum Sztuk Plastycznych im. Józefa Chełmońskiego w Nałęczowie. Dane są przetwarzane w celu przeprowadzenia naboru i zawarcia stosunku pracy na zasadach określonych w przepisach prawa pracy i</w:t>
      </w:r>
      <w:r w:rsidR="00F24EAA" w:rsidRPr="00506853">
        <w:rPr>
          <w:rFonts w:asciiTheme="minorHAnsi" w:hAnsiTheme="minorHAnsi" w:cs="Times New Roman"/>
          <w:sz w:val="18"/>
          <w:szCs w:val="18"/>
        </w:rPr>
        <w:t xml:space="preserve"> RODO.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Szczegółowa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="00F24EAA" w:rsidRPr="00506853">
        <w:rPr>
          <w:rFonts w:asciiTheme="minorHAnsi" w:hAnsiTheme="minorHAnsi" w:cs="Times New Roman"/>
          <w:sz w:val="18"/>
          <w:szCs w:val="18"/>
        </w:rPr>
        <w:t>informacja</w:t>
      </w:r>
      <w:proofErr w:type="spellEnd"/>
      <w:r w:rsidR="00F24EAA" w:rsidRPr="00506853">
        <w:rPr>
          <w:rFonts w:asciiTheme="minorHAnsi" w:hAnsiTheme="minorHAnsi" w:cs="Times New Roman"/>
          <w:sz w:val="18"/>
          <w:szCs w:val="18"/>
        </w:rPr>
        <w:t xml:space="preserve"> o 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przetwarzaniu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danych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osobowych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jest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dołączona</w:t>
      </w:r>
      <w:proofErr w:type="spellEnd"/>
      <w:r w:rsidR="00C867C2" w:rsidRPr="00506853">
        <w:rPr>
          <w:rFonts w:asciiTheme="minorHAnsi" w:hAnsiTheme="minorHAnsi" w:cs="Times New Roman"/>
          <w:sz w:val="18"/>
          <w:szCs w:val="18"/>
        </w:rPr>
        <w:t xml:space="preserve"> do </w:t>
      </w:r>
      <w:proofErr w:type="spellStart"/>
      <w:r w:rsidR="00C867C2" w:rsidRPr="00506853">
        <w:rPr>
          <w:rFonts w:asciiTheme="minorHAnsi" w:hAnsiTheme="minorHAnsi" w:cs="Times New Roman"/>
          <w:sz w:val="18"/>
          <w:szCs w:val="18"/>
        </w:rPr>
        <w:t>ogłoszenia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.</w:t>
      </w:r>
    </w:p>
    <w:p w:rsidR="001A34D5" w:rsidRPr="00506853" w:rsidRDefault="0013634D">
      <w:p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 xml:space="preserve">*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niepotrzebne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 w:cs="Times New Roman"/>
          <w:sz w:val="18"/>
          <w:szCs w:val="18"/>
        </w:rPr>
        <w:t>skreślić</w:t>
      </w:r>
      <w:proofErr w:type="spellEnd"/>
      <w:r w:rsidRPr="00506853">
        <w:rPr>
          <w:rFonts w:asciiTheme="minorHAnsi" w:hAnsiTheme="minorHAnsi" w:cs="Times New Roman"/>
          <w:sz w:val="18"/>
          <w:szCs w:val="18"/>
        </w:rPr>
        <w:t>.</w:t>
      </w:r>
    </w:p>
    <w:p w:rsidR="001A34D5" w:rsidRPr="00506853" w:rsidRDefault="0013634D">
      <w:pPr>
        <w:rPr>
          <w:rFonts w:asciiTheme="minorHAnsi" w:hAnsiTheme="minorHAnsi"/>
        </w:rPr>
      </w:pPr>
      <w:r w:rsidRPr="00506853">
        <w:rPr>
          <w:rFonts w:asciiTheme="minorHAnsi" w:hAnsiTheme="minorHAnsi"/>
        </w:rPr>
        <w:br w:type="page"/>
      </w:r>
    </w:p>
    <w:p w:rsidR="00FD393C" w:rsidRPr="00506853" w:rsidRDefault="0013634D" w:rsidP="00FD393C">
      <w:pPr>
        <w:jc w:val="right"/>
        <w:rPr>
          <w:rFonts w:asciiTheme="minorHAnsi" w:hAnsiTheme="minorHAnsi"/>
          <w:b/>
          <w:sz w:val="16"/>
          <w:szCs w:val="16"/>
        </w:rPr>
      </w:pPr>
      <w:r w:rsidRPr="00506853">
        <w:rPr>
          <w:rFonts w:asciiTheme="minorHAnsi" w:hAnsiTheme="minorHAnsi"/>
          <w:b/>
          <w:sz w:val="16"/>
          <w:szCs w:val="16"/>
        </w:rPr>
        <w:lastRenderedPageBreak/>
        <w:t xml:space="preserve">ZAŁĄCZNIK NR </w:t>
      </w:r>
      <w:r w:rsidR="00C46834" w:rsidRPr="00506853">
        <w:rPr>
          <w:rFonts w:asciiTheme="minorHAnsi" w:hAnsiTheme="minorHAnsi"/>
          <w:b/>
          <w:sz w:val="16"/>
          <w:szCs w:val="16"/>
        </w:rPr>
        <w:t>6</w:t>
      </w:r>
    </w:p>
    <w:p w:rsidR="001A34D5" w:rsidRPr="00506853" w:rsidRDefault="0019325B" w:rsidP="00FD393C">
      <w:pPr>
        <w:jc w:val="center"/>
        <w:rPr>
          <w:rFonts w:asciiTheme="minorHAnsi" w:hAnsiTheme="minorHAnsi"/>
          <w:b/>
          <w:sz w:val="26"/>
        </w:rPr>
      </w:pPr>
      <w:r w:rsidRPr="00506853">
        <w:rPr>
          <w:rFonts w:asciiTheme="minorHAnsi" w:hAnsiTheme="minorHAnsi"/>
          <w:b/>
          <w:sz w:val="26"/>
        </w:rPr>
        <w:t>OPIS</w:t>
      </w:r>
      <w:r w:rsidR="0013634D" w:rsidRPr="00506853">
        <w:rPr>
          <w:rFonts w:asciiTheme="minorHAnsi" w:hAnsiTheme="minorHAnsi"/>
          <w:b/>
          <w:sz w:val="26"/>
        </w:rPr>
        <w:t xml:space="preserve"> STANOWISKA PRACY</w:t>
      </w: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t>A. Informacje podstawowe</w:t>
      </w:r>
    </w:p>
    <w:p w:rsidR="001A34D5" w:rsidRPr="00506853" w:rsidRDefault="0013634D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 xml:space="preserve">1. </w:t>
      </w:r>
      <w:proofErr w:type="spellStart"/>
      <w:r w:rsidRPr="00506853">
        <w:rPr>
          <w:rFonts w:asciiTheme="minorHAnsi" w:hAnsiTheme="minorHAnsi"/>
          <w:sz w:val="18"/>
          <w:szCs w:val="18"/>
        </w:rPr>
        <w:t>Nazwa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: </w:t>
      </w:r>
      <w:proofErr w:type="spellStart"/>
      <w:r w:rsidR="00C46834" w:rsidRPr="00506853">
        <w:rPr>
          <w:rFonts w:asciiTheme="minorHAnsi" w:hAnsiTheme="minorHAnsi"/>
          <w:b/>
          <w:sz w:val="18"/>
          <w:szCs w:val="18"/>
        </w:rPr>
        <w:t>sprzątaczka</w:t>
      </w:r>
      <w:proofErr w:type="spellEnd"/>
      <w:r w:rsidR="00C46834" w:rsidRPr="00506853">
        <w:rPr>
          <w:rFonts w:asciiTheme="minorHAnsi" w:hAnsiTheme="minorHAnsi"/>
          <w:b/>
          <w:sz w:val="18"/>
          <w:szCs w:val="18"/>
        </w:rPr>
        <w:t>/</w:t>
      </w:r>
      <w:proofErr w:type="spellStart"/>
      <w:r w:rsidR="00C46834" w:rsidRPr="00506853">
        <w:rPr>
          <w:rFonts w:asciiTheme="minorHAnsi" w:hAnsiTheme="minorHAnsi"/>
          <w:b/>
          <w:sz w:val="18"/>
          <w:szCs w:val="18"/>
        </w:rPr>
        <w:t>sprzątacz</w:t>
      </w:r>
      <w:proofErr w:type="spellEnd"/>
    </w:p>
    <w:p w:rsidR="001A34D5" w:rsidRPr="00506853" w:rsidRDefault="00C46834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2</w:t>
      </w:r>
      <w:r w:rsidR="0013634D"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Miejsce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wykonywania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: </w:t>
      </w:r>
      <w:proofErr w:type="spellStart"/>
      <w:r w:rsidRPr="00506853">
        <w:rPr>
          <w:rFonts w:asciiTheme="minorHAnsi" w:hAnsiTheme="minorHAnsi"/>
          <w:sz w:val="18"/>
          <w:szCs w:val="18"/>
        </w:rPr>
        <w:t>Państwowe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Liceum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Sztuk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Plastycznych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im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Pr="00506853">
        <w:rPr>
          <w:rFonts w:asciiTheme="minorHAnsi" w:hAnsiTheme="minorHAnsi"/>
          <w:sz w:val="18"/>
          <w:szCs w:val="18"/>
        </w:rPr>
        <w:t>Jóżefa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CHełmońśkiego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/>
          <w:sz w:val="18"/>
          <w:szCs w:val="18"/>
        </w:rPr>
        <w:t>Nałęczowie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, al. </w:t>
      </w:r>
      <w:proofErr w:type="spellStart"/>
      <w:r w:rsidRPr="00506853">
        <w:rPr>
          <w:rFonts w:asciiTheme="minorHAnsi" w:hAnsiTheme="minorHAnsi"/>
          <w:sz w:val="18"/>
          <w:szCs w:val="18"/>
        </w:rPr>
        <w:t>Lipowa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30, 24-150 </w:t>
      </w:r>
      <w:proofErr w:type="spellStart"/>
      <w:r w:rsidRPr="00506853">
        <w:rPr>
          <w:rFonts w:asciiTheme="minorHAnsi" w:hAnsiTheme="minorHAnsi"/>
          <w:sz w:val="18"/>
          <w:szCs w:val="18"/>
        </w:rPr>
        <w:t>Nałeczów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, Willa </w:t>
      </w:r>
      <w:proofErr w:type="spellStart"/>
      <w:r w:rsidRPr="00506853">
        <w:rPr>
          <w:rFonts w:asciiTheme="minorHAnsi" w:hAnsiTheme="minorHAnsi"/>
          <w:sz w:val="18"/>
          <w:szCs w:val="18"/>
        </w:rPr>
        <w:t>Marjanówka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ul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Poniatowkiego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27, 24-150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Nałęczów</w:t>
      </w:r>
      <w:proofErr w:type="spellEnd"/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4</w:t>
      </w:r>
      <w:r w:rsidR="0013634D"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Wymiar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czasu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: </w:t>
      </w:r>
      <w:r w:rsidR="00C46834" w:rsidRPr="00506853">
        <w:rPr>
          <w:rFonts w:asciiTheme="minorHAnsi" w:hAnsiTheme="minorHAnsi"/>
          <w:sz w:val="18"/>
          <w:szCs w:val="18"/>
        </w:rPr>
        <w:t xml:space="preserve">1 </w:t>
      </w:r>
      <w:proofErr w:type="spellStart"/>
      <w:r w:rsidR="00C46834" w:rsidRPr="00506853">
        <w:rPr>
          <w:rFonts w:asciiTheme="minorHAnsi" w:hAnsiTheme="minorHAnsi"/>
          <w:sz w:val="18"/>
          <w:szCs w:val="18"/>
        </w:rPr>
        <w:t>etat</w:t>
      </w:r>
      <w:proofErr w:type="spellEnd"/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5</w:t>
      </w:r>
      <w:r w:rsidR="0013634D" w:rsidRPr="00506853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Rodzaj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i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podstawa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zatrudnienia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: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umowa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o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pracę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czs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określony</w:t>
      </w:r>
      <w:proofErr w:type="spellEnd"/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6</w:t>
      </w:r>
      <w:r w:rsidR="0013634D" w:rsidRPr="00506853">
        <w:rPr>
          <w:rFonts w:asciiTheme="minorHAnsi" w:hAnsiTheme="minorHAnsi"/>
          <w:sz w:val="18"/>
          <w:szCs w:val="18"/>
        </w:rPr>
        <w:t xml:space="preserve">. Data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rozpoczęcia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13634D"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="0013634D" w:rsidRPr="00506853">
        <w:rPr>
          <w:rFonts w:asciiTheme="minorHAnsi" w:hAnsiTheme="minorHAnsi"/>
          <w:sz w:val="18"/>
          <w:szCs w:val="18"/>
        </w:rPr>
        <w:t xml:space="preserve">: </w:t>
      </w:r>
      <w:r w:rsidR="0033731E" w:rsidRPr="00506853">
        <w:rPr>
          <w:rFonts w:asciiTheme="minorHAnsi" w:hAnsiTheme="minorHAnsi"/>
          <w:sz w:val="18"/>
          <w:szCs w:val="18"/>
        </w:rPr>
        <w:t xml:space="preserve">1 </w:t>
      </w:r>
      <w:proofErr w:type="spellStart"/>
      <w:r w:rsidR="0033731E" w:rsidRPr="00506853">
        <w:rPr>
          <w:rFonts w:asciiTheme="minorHAnsi" w:hAnsiTheme="minorHAnsi"/>
          <w:sz w:val="18"/>
          <w:szCs w:val="18"/>
        </w:rPr>
        <w:t>października</w:t>
      </w:r>
      <w:proofErr w:type="spellEnd"/>
      <w:r w:rsidR="0033731E" w:rsidRPr="00506853">
        <w:rPr>
          <w:rFonts w:asciiTheme="minorHAnsi" w:hAnsiTheme="minorHAnsi"/>
          <w:sz w:val="18"/>
          <w:szCs w:val="18"/>
        </w:rPr>
        <w:t xml:space="preserve"> 2026 r.</w:t>
      </w:r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t>B</w:t>
      </w:r>
      <w:r w:rsidR="0013634D" w:rsidRPr="00506853">
        <w:rPr>
          <w:rFonts w:asciiTheme="minorHAnsi" w:hAnsiTheme="minorHAnsi"/>
          <w:b/>
          <w:sz w:val="18"/>
          <w:szCs w:val="18"/>
        </w:rPr>
        <w:t>. Zakres zadań i odpowiedzialności</w:t>
      </w:r>
    </w:p>
    <w:p w:rsidR="009B5D8D" w:rsidRPr="00506853" w:rsidRDefault="009B5D8D" w:rsidP="009B5D8D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Do </w:t>
      </w:r>
      <w:r w:rsidRPr="00506853">
        <w:rPr>
          <w:rFonts w:asciiTheme="minorHAnsi" w:hAnsiTheme="minorHAnsi"/>
          <w:b/>
          <w:sz w:val="18"/>
          <w:szCs w:val="18"/>
          <w:lang w:val="pl-PL"/>
        </w:rPr>
        <w:t>podstawowych zadań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 osoby zatrudnionej na stanowisku sprzątaczki/sprzątacza należy zapewnienie właściwego stanu sanitarno-porządkowego pomieszczeń, wyposażenia oraz terenu szkoły, w szczególności:</w:t>
      </w:r>
    </w:p>
    <w:p w:rsidR="009B5D8D" w:rsidRPr="00506853" w:rsidRDefault="009B5D8D" w:rsidP="00B639F4">
      <w:pPr>
        <w:tabs>
          <w:tab w:val="num" w:pos="1440"/>
        </w:tabs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Bieżące utrzymanie czystości i porządku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 w przydzielonych pomieszczeniach szkoły, w tym: mycie i czyszczenie podłóg, ścian, sufitów, okien, drzwi i lamperii; utrzymywanie w czystości sanitariatów, umywalek, glazury i innych powierzchni sanitarnych; czyszczenie ławek, stołów, szaf, sprzętu, urządzeń oraz pozostałego wyposażenia pomieszczeń; bieżące opróżnianie koszy na śmieci oraz właściwe postępowanie z odpadami; dbanie o estetykę i porządek w powierzonych pomieszczeniach;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zamykanie okien po zakończeniu prac oraz sprawdzanie stanu porządku w pomieszczeniach.</w:t>
      </w:r>
    </w:p>
    <w:p w:rsidR="009B5D8D" w:rsidRPr="00506853" w:rsidRDefault="009B5D8D" w:rsidP="00B639F4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Utrzymanie czystości i porządku podczas organizacji egzaminów</w:t>
      </w:r>
      <w:r w:rsidRPr="00506853">
        <w:rPr>
          <w:rFonts w:asciiTheme="minorHAnsi" w:hAnsiTheme="minorHAnsi"/>
          <w:sz w:val="18"/>
          <w:szCs w:val="18"/>
          <w:lang w:val="pl-PL"/>
        </w:rPr>
        <w:t>, w szczególności współpraca z woźną oraz wykonywanie powierzonych czynności porządkowych związanych z prawidłowym przygotowaniem pomieszczeń egzaminacyjnych.</w:t>
      </w:r>
    </w:p>
    <w:p w:rsidR="009B5D8D" w:rsidRPr="00506853" w:rsidRDefault="009B5D8D" w:rsidP="00B639F4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Dbanie o roślinność i teren zielony szkoły</w:t>
      </w:r>
      <w:r w:rsidRPr="00506853">
        <w:rPr>
          <w:rFonts w:asciiTheme="minorHAnsi" w:hAnsiTheme="minorHAnsi"/>
          <w:sz w:val="18"/>
          <w:szCs w:val="18"/>
          <w:lang w:val="pl-PL"/>
        </w:rPr>
        <w:t>, w szczególności pielęgnowanie krzewów i roślin ozdobnych znajdujących się w ogrodzie, w zakresie powierzonych obowiązków.</w:t>
      </w:r>
    </w:p>
    <w:p w:rsidR="009B5D8D" w:rsidRPr="00506853" w:rsidRDefault="009B5D8D" w:rsidP="00B639F4">
      <w:pPr>
        <w:tabs>
          <w:tab w:val="num" w:pos="1440"/>
        </w:tabs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Wykonywanie prac porządkowych w okresie ferii zimowych, wiosennych i letnich</w:t>
      </w:r>
      <w:r w:rsidRPr="00506853">
        <w:rPr>
          <w:rFonts w:asciiTheme="minorHAnsi" w:hAnsiTheme="minorHAnsi"/>
          <w:sz w:val="18"/>
          <w:szCs w:val="18"/>
          <w:lang w:val="pl-PL"/>
        </w:rPr>
        <w:t>, obejmujących w szczególności: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dokładne mycie okien, drzwi, lamperii olejnych i podłóg;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gruntowne czyszczenie ławek, stołów, szaf i innego wyposażenia;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czyszczenie maszyn i urządzeń znajdujących się na warsztatach, z zachowaniem zasad bezpieczeństwa;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odkurzanie szczotką sufitów i ścian;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czyszczenie wilgotną ściereczką obrazów, gablot, tablic i innych elementów wyposażenia;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gruntowne szorowanie i pastowanie podłóg;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trzepanie i dokładne czyszczenie wykładzin oraz dywanów;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zdejmowanie firan i zasłon oraz przygotowywanie ich do przekazania do pralni, w tym również z pokoi młodzieży;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zawieszanie upranych firan i zasłon;</w:t>
      </w:r>
      <w:r w:rsidR="00B639F4" w:rsidRPr="00506853">
        <w:rPr>
          <w:rFonts w:asciiTheme="minorHAnsi" w:hAnsiTheme="minorHAnsi"/>
          <w:sz w:val="18"/>
          <w:szCs w:val="18"/>
          <w:lang w:val="pl-PL"/>
        </w:rPr>
        <w:t xml:space="preserve"> </w:t>
      </w:r>
      <w:r w:rsidRPr="00506853">
        <w:rPr>
          <w:rFonts w:asciiTheme="minorHAnsi" w:hAnsiTheme="minorHAnsi"/>
          <w:sz w:val="18"/>
          <w:szCs w:val="18"/>
          <w:lang w:val="pl-PL"/>
        </w:rPr>
        <w:t>wykonywanie innych prac związanych z gruntownym porządkowaniem pomieszczeń.</w:t>
      </w:r>
    </w:p>
    <w:p w:rsidR="009B5D8D" w:rsidRPr="00506853" w:rsidRDefault="009B5D8D" w:rsidP="00B639F4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Zabezpieczanie pomieszczeń i wyposażenia podczas prac remontowych</w:t>
      </w:r>
      <w:r w:rsidRPr="00506853">
        <w:rPr>
          <w:rFonts w:asciiTheme="minorHAnsi" w:hAnsiTheme="minorHAnsi"/>
          <w:sz w:val="18"/>
          <w:szCs w:val="18"/>
          <w:lang w:val="pl-PL"/>
        </w:rPr>
        <w:t>, w szczególności odpowiednie zabezpieczanie podłóg i wyposażenia przed zabrudzeniem lub uszkodzeniem w czasie remontu, malowania i innych prac wykonywanych na terenie szkoły.</w:t>
      </w:r>
    </w:p>
    <w:p w:rsidR="009B5D8D" w:rsidRPr="00506853" w:rsidRDefault="009B5D8D" w:rsidP="00B639F4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Sprzątanie pomieszczeń po zakończeniu prac remontowych</w:t>
      </w:r>
      <w:r w:rsidRPr="00506853">
        <w:rPr>
          <w:rFonts w:asciiTheme="minorHAnsi" w:hAnsiTheme="minorHAnsi"/>
          <w:sz w:val="18"/>
          <w:szCs w:val="18"/>
          <w:lang w:val="pl-PL"/>
        </w:rPr>
        <w:t>, w tym usuwanie zabrudzeń i pozostałości po remoncie oraz przygotowanie pomieszczeń do ponownego użytkowania.</w:t>
      </w:r>
    </w:p>
    <w:p w:rsidR="009B5D8D" w:rsidRPr="00506853" w:rsidRDefault="009B5D8D" w:rsidP="00B639F4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Współpraca z pracownikami szkoły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 w zakresie zapewnienia właściwego stanu porządkowego i sanitarnego obiektu oraz wykonywanie innych czynności porządkowych zleconych przez przełożonego, pozostających w związku z zajmowanym stanowiskiem.</w:t>
      </w:r>
    </w:p>
    <w:p w:rsidR="009B5D8D" w:rsidRPr="00506853" w:rsidRDefault="009B5D8D" w:rsidP="009B5D8D">
      <w:pPr>
        <w:rPr>
          <w:rFonts w:asciiTheme="minorHAnsi" w:hAnsiTheme="minorHAnsi"/>
          <w:b/>
          <w:bCs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Odpowiedzialność na stanowisku</w:t>
      </w:r>
    </w:p>
    <w:p w:rsidR="009B5D8D" w:rsidRPr="00506853" w:rsidRDefault="009B5D8D" w:rsidP="009B5D8D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Osoba zatrudniona na stanowisku sprzątaczki/sprzątacza odpowiada w szczególności za: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lastRenderedPageBreak/>
        <w:t>właściwy stan czystości i porządku w powierzonych pomieszczeniach i na przydzielonym terenie;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prawidłowe i bezpieczne wykonywanie powierzonych prac porządkowych;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właściwe korzystanie z powierzonego sprzętu, urządzeń i środków czystości;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przestrzeganie zasad bezpieczeństwa i higieny pracy oraz przepisów przeciwpożarowych;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zabezpieczenie pomieszczeń po zakończeniu pracy, w tym zamykanie okien zgodnie z przyjętymi zasadami;</w:t>
      </w:r>
    </w:p>
    <w:p w:rsidR="009B5D8D" w:rsidRPr="00506853" w:rsidRDefault="009B5D8D" w:rsidP="009B5D8D">
      <w:pPr>
        <w:numPr>
          <w:ilvl w:val="0"/>
          <w:numId w:val="24"/>
        </w:num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niezwłoczne zgłaszanie przełożonemu zauważonych usterek, uszkodzeń, zagrożeń lub innych okoliczności mogących mieć wpływ na bezpieczeństwo osób lub stan mienia szkoły.</w:t>
      </w:r>
    </w:p>
    <w:p w:rsidR="00B64132" w:rsidRPr="00506853" w:rsidRDefault="00B64132" w:rsidP="00B64132">
      <w:pPr>
        <w:ind w:left="36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Pracownik odpowiada przed bezpośrednim przełożonym za terminowe, sumienne i zgodne z obowiązującymi przepisami wykonywanie powierzonych obowiązków. Ponosi odpowiedzialność porządkową na zasadach określonych w Dziale IV oraz odpowiedzialność materialną na zasadach określonych w Dziale V Kodeksu pracy. Podstawa prawna: art. 100 oraz art. 108–122 ustawy z 26 czerwca 1974 r. – Kodeks pracy.</w:t>
      </w:r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t>C</w:t>
      </w:r>
      <w:r w:rsidR="0013634D" w:rsidRPr="00506853">
        <w:rPr>
          <w:rFonts w:asciiTheme="minorHAnsi" w:hAnsiTheme="minorHAnsi"/>
          <w:b/>
          <w:sz w:val="18"/>
          <w:szCs w:val="18"/>
        </w:rPr>
        <w:t>. Wymagania niezbędne</w:t>
      </w:r>
    </w:p>
    <w:p w:rsidR="006D1456" w:rsidRPr="00506853" w:rsidRDefault="006D1456" w:rsidP="006D1456">
      <w:pPr>
        <w:pStyle w:val="Akapitzlist"/>
        <w:numPr>
          <w:ilvl w:val="0"/>
          <w:numId w:val="18"/>
        </w:num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brak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przeciwwskazań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stanowisku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sprzątaczki</w:t>
      </w:r>
      <w:proofErr w:type="spellEnd"/>
      <w:r w:rsidRPr="00506853">
        <w:rPr>
          <w:rFonts w:asciiTheme="minorHAnsi" w:hAnsiTheme="minorHAnsi"/>
          <w:sz w:val="18"/>
          <w:szCs w:val="18"/>
        </w:rPr>
        <w:t>/</w:t>
      </w:r>
      <w:proofErr w:type="spellStart"/>
      <w:r w:rsidRPr="00506853">
        <w:rPr>
          <w:rFonts w:asciiTheme="minorHAnsi" w:hAnsiTheme="minorHAnsi"/>
          <w:sz w:val="18"/>
          <w:szCs w:val="18"/>
        </w:rPr>
        <w:t>sprzątacza</w:t>
      </w:r>
      <w:proofErr w:type="spellEnd"/>
    </w:p>
    <w:p w:rsidR="00A83A5C" w:rsidRPr="00506853" w:rsidRDefault="00A83A5C" w:rsidP="006D1456">
      <w:pPr>
        <w:pStyle w:val="Akapitzlist"/>
        <w:numPr>
          <w:ilvl w:val="0"/>
          <w:numId w:val="18"/>
        </w:num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wykształcenie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podstawowe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, mile </w:t>
      </w:r>
      <w:proofErr w:type="spellStart"/>
      <w:r w:rsidRPr="00506853">
        <w:rPr>
          <w:rFonts w:asciiTheme="minorHAnsi" w:hAnsiTheme="minorHAnsi"/>
          <w:sz w:val="18"/>
          <w:szCs w:val="18"/>
        </w:rPr>
        <w:t>widziane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doświadczenie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pokrewnym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stanowisku</w:t>
      </w:r>
      <w:proofErr w:type="spellEnd"/>
    </w:p>
    <w:p w:rsidR="00A83A5C" w:rsidRPr="00506853" w:rsidRDefault="00A83A5C" w:rsidP="006D1456">
      <w:pPr>
        <w:pStyle w:val="Akapitzlist"/>
        <w:numPr>
          <w:ilvl w:val="0"/>
          <w:numId w:val="18"/>
        </w:num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pełna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zdolność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do </w:t>
      </w:r>
      <w:proofErr w:type="spellStart"/>
      <w:r w:rsidRPr="00506853">
        <w:rPr>
          <w:rFonts w:asciiTheme="minorHAnsi" w:hAnsiTheme="minorHAnsi"/>
          <w:sz w:val="18"/>
          <w:szCs w:val="18"/>
        </w:rPr>
        <w:t>czynności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prawnych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</w:p>
    <w:p w:rsidR="00A83A5C" w:rsidRPr="00506853" w:rsidRDefault="00A83A5C" w:rsidP="006D1456">
      <w:pPr>
        <w:pStyle w:val="Akapitzlist"/>
        <w:numPr>
          <w:ilvl w:val="0"/>
          <w:numId w:val="18"/>
        </w:num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niekaralność</w:t>
      </w:r>
      <w:proofErr w:type="spellEnd"/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t>D</w:t>
      </w:r>
      <w:r w:rsidR="0013634D" w:rsidRPr="00506853">
        <w:rPr>
          <w:rFonts w:asciiTheme="minorHAnsi" w:hAnsiTheme="minorHAnsi"/>
          <w:b/>
          <w:sz w:val="18"/>
          <w:szCs w:val="18"/>
        </w:rPr>
        <w:t>. Wymagania dodatkowe</w:t>
      </w:r>
    </w:p>
    <w:p w:rsidR="00FD1F35" w:rsidRPr="00506853" w:rsidRDefault="00FD1F35" w:rsidP="00893B29">
      <w:pPr>
        <w:pStyle w:val="Akapitzlist"/>
        <w:numPr>
          <w:ilvl w:val="0"/>
          <w:numId w:val="22"/>
        </w:num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-................................................................................................</w:t>
      </w:r>
    </w:p>
    <w:p w:rsidR="00FD1F35" w:rsidRPr="00506853" w:rsidRDefault="00FD1F35" w:rsidP="00893B29">
      <w:pPr>
        <w:pStyle w:val="Akapitzlist"/>
        <w:numPr>
          <w:ilvl w:val="0"/>
          <w:numId w:val="22"/>
        </w:numPr>
        <w:spacing w:after="0"/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-................................................................................................</w:t>
      </w:r>
    </w:p>
    <w:p w:rsidR="00FD1F35" w:rsidRPr="00506853" w:rsidRDefault="00FD1F35" w:rsidP="00893B29">
      <w:pPr>
        <w:pStyle w:val="Akapitzlist"/>
        <w:numPr>
          <w:ilvl w:val="0"/>
          <w:numId w:val="22"/>
        </w:numPr>
        <w:rPr>
          <w:rFonts w:asciiTheme="minorHAnsi" w:hAnsiTheme="minorHAnsi" w:cs="Times New Roman"/>
          <w:sz w:val="18"/>
          <w:szCs w:val="18"/>
        </w:rPr>
      </w:pPr>
      <w:r w:rsidRPr="00506853">
        <w:rPr>
          <w:rFonts w:asciiTheme="minorHAnsi" w:hAnsiTheme="minorHAnsi" w:cs="Times New Roman"/>
          <w:sz w:val="18"/>
          <w:szCs w:val="18"/>
        </w:rPr>
        <w:t>-................................................................................................</w:t>
      </w:r>
    </w:p>
    <w:p w:rsidR="001A34D5" w:rsidRPr="00506853" w:rsidRDefault="00FD393C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t>E</w:t>
      </w:r>
      <w:r w:rsidR="0013634D" w:rsidRPr="00506853">
        <w:rPr>
          <w:rFonts w:asciiTheme="minorHAnsi" w:hAnsiTheme="minorHAnsi"/>
          <w:b/>
          <w:sz w:val="18"/>
          <w:szCs w:val="18"/>
        </w:rPr>
        <w:t>. Kompetencje i predyspozycje</w:t>
      </w:r>
    </w:p>
    <w:p w:rsidR="001A34D5" w:rsidRPr="00506853" w:rsidRDefault="00893B29" w:rsidP="00893B29">
      <w:pPr>
        <w:pStyle w:val="Akapitzlist"/>
        <w:numPr>
          <w:ilvl w:val="0"/>
          <w:numId w:val="19"/>
        </w:numPr>
        <w:rPr>
          <w:rFonts w:asciiTheme="minorHAnsi" w:hAnsiTheme="minorHAnsi"/>
          <w:sz w:val="18"/>
          <w:szCs w:val="18"/>
        </w:rPr>
      </w:pPr>
      <w:proofErr w:type="spellStart"/>
      <w:r w:rsidRPr="00506853">
        <w:rPr>
          <w:rFonts w:asciiTheme="minorHAnsi" w:hAnsiTheme="minorHAnsi"/>
          <w:sz w:val="18"/>
          <w:szCs w:val="18"/>
        </w:rPr>
        <w:t>umiejętność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06853">
        <w:rPr>
          <w:rFonts w:asciiTheme="minorHAnsi" w:hAnsiTheme="minorHAnsi"/>
          <w:sz w:val="18"/>
          <w:szCs w:val="18"/>
        </w:rPr>
        <w:t>pracy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w </w:t>
      </w:r>
      <w:proofErr w:type="spellStart"/>
      <w:r w:rsidRPr="00506853">
        <w:rPr>
          <w:rFonts w:asciiTheme="minorHAnsi" w:hAnsiTheme="minorHAnsi"/>
          <w:sz w:val="18"/>
          <w:szCs w:val="18"/>
        </w:rPr>
        <w:t>zespole</w:t>
      </w:r>
      <w:proofErr w:type="spellEnd"/>
      <w:r w:rsidRPr="00506853">
        <w:rPr>
          <w:rFonts w:asciiTheme="minorHAnsi" w:hAnsiTheme="minorHAnsi"/>
          <w:sz w:val="18"/>
          <w:szCs w:val="18"/>
        </w:rPr>
        <w:t xml:space="preserve"> </w:t>
      </w:r>
    </w:p>
    <w:p w:rsidR="00A83A5C" w:rsidRPr="00506853" w:rsidRDefault="0013634D" w:rsidP="00B639F4">
      <w:pPr>
        <w:pStyle w:val="Akapitzlist"/>
        <w:numPr>
          <w:ilvl w:val="0"/>
          <w:numId w:val="19"/>
        </w:num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t>................................................................................................</w:t>
      </w:r>
    </w:p>
    <w:p w:rsidR="008D3FED" w:rsidRPr="00506853" w:rsidRDefault="008D3FED">
      <w:pPr>
        <w:rPr>
          <w:rFonts w:asciiTheme="minorHAnsi" w:hAnsiTheme="minorHAnsi"/>
          <w:sz w:val="18"/>
          <w:szCs w:val="18"/>
        </w:rPr>
      </w:pPr>
      <w:r w:rsidRPr="00506853">
        <w:rPr>
          <w:rFonts w:asciiTheme="minorHAnsi" w:hAnsiTheme="minorHAnsi"/>
          <w:sz w:val="18"/>
          <w:szCs w:val="18"/>
        </w:rPr>
        <w:br w:type="page"/>
      </w:r>
    </w:p>
    <w:p w:rsidR="002929D3" w:rsidRPr="00506853" w:rsidRDefault="002929D3" w:rsidP="002929D3">
      <w:pPr>
        <w:jc w:val="right"/>
        <w:rPr>
          <w:rFonts w:asciiTheme="minorHAnsi" w:hAnsiTheme="minorHAnsi"/>
          <w:b/>
          <w:sz w:val="18"/>
          <w:szCs w:val="18"/>
        </w:rPr>
      </w:pPr>
      <w:r w:rsidRPr="00506853">
        <w:rPr>
          <w:rFonts w:asciiTheme="minorHAnsi" w:hAnsiTheme="minorHAnsi"/>
          <w:b/>
          <w:sz w:val="18"/>
          <w:szCs w:val="18"/>
        </w:rPr>
        <w:lastRenderedPageBreak/>
        <w:t>ZAŁĄCZNIK NR 7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rPr>
          <w:rFonts w:asciiTheme="minorHAnsi" w:hAnsiTheme="minorHAnsi"/>
          <w:i/>
          <w:iCs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...............................................                                                                                                                           .....................................</w:t>
      </w:r>
    </w:p>
    <w:p w:rsidR="002929D3" w:rsidRPr="00506853" w:rsidRDefault="002929D3" w:rsidP="002929D3">
      <w:pPr>
        <w:rPr>
          <w:rFonts w:asciiTheme="minorHAnsi" w:hAnsiTheme="minorHAnsi"/>
          <w:i/>
          <w:iCs/>
          <w:sz w:val="18"/>
          <w:szCs w:val="18"/>
          <w:lang w:val="pl-PL"/>
        </w:rPr>
      </w:pPr>
      <w:r w:rsidRPr="00506853">
        <w:rPr>
          <w:rFonts w:asciiTheme="minorHAnsi" w:hAnsiTheme="minorHAnsi"/>
          <w:i/>
          <w:iCs/>
          <w:sz w:val="18"/>
          <w:szCs w:val="18"/>
          <w:lang w:val="pl-PL"/>
        </w:rPr>
        <w:t xml:space="preserve"> (imię i nazwisko kandydata)                                                                                                                              (miejscowość, data)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jc w:val="center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ZGODA</w:t>
      </w:r>
    </w:p>
    <w:p w:rsidR="002929D3" w:rsidRPr="00506853" w:rsidRDefault="002929D3" w:rsidP="002929D3">
      <w:pPr>
        <w:jc w:val="center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b/>
          <w:bCs/>
          <w:sz w:val="18"/>
          <w:szCs w:val="18"/>
          <w:lang w:val="pl-PL"/>
        </w:rPr>
        <w:t>na przetwarzanie danych osobowych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Zgodnie z art. 6 ust. 1 lit. a Rozporządzenia Parlamentu Europejskiego i Rady (UE) 2016/6</w:t>
      </w:r>
      <w:r w:rsidR="004B4FFD" w:rsidRPr="00506853">
        <w:rPr>
          <w:rFonts w:asciiTheme="minorHAnsi" w:hAnsiTheme="minorHAnsi"/>
          <w:sz w:val="18"/>
          <w:szCs w:val="18"/>
          <w:lang w:val="pl-PL"/>
        </w:rPr>
        <w:t>79 z dnia 27 kwietnia 2016 r. w </w:t>
      </w:r>
      <w:r w:rsidRPr="00506853">
        <w:rPr>
          <w:rFonts w:asciiTheme="minorHAnsi" w:hAnsiTheme="minorHAnsi"/>
          <w:sz w:val="18"/>
          <w:szCs w:val="18"/>
          <w:lang w:val="pl-PL"/>
        </w:rPr>
        <w:t xml:space="preserve">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506853">
        <w:rPr>
          <w:rFonts w:asciiTheme="minorHAnsi" w:hAnsiTheme="minorHAnsi"/>
          <w:sz w:val="18"/>
          <w:szCs w:val="18"/>
          <w:lang w:val="pl-PL"/>
        </w:rPr>
        <w:t>publ</w:t>
      </w:r>
      <w:proofErr w:type="spellEnd"/>
      <w:r w:rsidRPr="00506853">
        <w:rPr>
          <w:rFonts w:asciiTheme="minorHAnsi" w:hAnsiTheme="minorHAnsi"/>
          <w:sz w:val="18"/>
          <w:szCs w:val="18"/>
          <w:lang w:val="pl-PL"/>
        </w:rPr>
        <w:t xml:space="preserve">. Dz. Urz. UE L Nr 119, s. 1, 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>Ja niżej podpisana/-y wyrażam zgodę na przetwarzanie przez Państwowe Liceum Sztuk Plastycznych im. Józefa Chełmońskiego w Nałęczowie moich danych osobowych innych niż wynikające z obowiązku prawnego, w celu związanym z obecnie prowadzonym postępowaniem rekrutacyjnym.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Oświadczam, że zostałam/-em poinformowana/-y o tym, że zgoda jest dobrowolna i mam możliwość jej cofnięcia w dowolnym momencie przez wysłanie wiadomości pocztą tradycyjną lub e-mail na adres podmiotu prowadzącego postępowanie rekrutacyjne.                                                                                                                           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</w:p>
    <w:p w:rsidR="002929D3" w:rsidRPr="00506853" w:rsidRDefault="002929D3" w:rsidP="002929D3">
      <w:pPr>
        <w:ind w:left="2160" w:firstLine="720"/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 xml:space="preserve">                                                                                                        ……..</w:t>
      </w:r>
    </w:p>
    <w:p w:rsidR="002929D3" w:rsidRPr="00506853" w:rsidRDefault="002929D3" w:rsidP="002929D3">
      <w:pPr>
        <w:rPr>
          <w:rFonts w:asciiTheme="minorHAnsi" w:hAnsiTheme="minorHAnsi"/>
          <w:sz w:val="18"/>
          <w:szCs w:val="18"/>
          <w:lang w:val="pl-PL"/>
        </w:rPr>
      </w:pPr>
      <w:r w:rsidRPr="00506853">
        <w:rPr>
          <w:rFonts w:asciiTheme="minorHAnsi" w:hAnsiTheme="minorHAnsi"/>
          <w:sz w:val="18"/>
          <w:szCs w:val="18"/>
          <w:lang w:val="pl-PL"/>
        </w:rPr>
        <w:tab/>
      </w:r>
      <w:r w:rsidRPr="00506853">
        <w:rPr>
          <w:rFonts w:asciiTheme="minorHAnsi" w:hAnsiTheme="minorHAnsi"/>
          <w:sz w:val="18"/>
          <w:szCs w:val="18"/>
          <w:lang w:val="pl-PL"/>
        </w:rPr>
        <w:tab/>
      </w:r>
      <w:r w:rsidRPr="00506853">
        <w:rPr>
          <w:rFonts w:asciiTheme="minorHAnsi" w:hAnsiTheme="minorHAnsi"/>
          <w:sz w:val="18"/>
          <w:szCs w:val="18"/>
          <w:lang w:val="pl-PL"/>
        </w:rPr>
        <w:tab/>
      </w:r>
      <w:r w:rsidRPr="00506853">
        <w:rPr>
          <w:rFonts w:asciiTheme="minorHAnsi" w:hAnsiTheme="minorHAnsi"/>
          <w:sz w:val="18"/>
          <w:szCs w:val="18"/>
          <w:lang w:val="pl-PL"/>
        </w:rPr>
        <w:tab/>
        <w:t xml:space="preserve">               (czytelny podpis osoby, której dane dotyczą )</w:t>
      </w:r>
    </w:p>
    <w:p w:rsidR="002929D3" w:rsidRPr="00506853" w:rsidRDefault="002929D3" w:rsidP="002929D3">
      <w:pPr>
        <w:rPr>
          <w:rFonts w:asciiTheme="minorHAnsi" w:hAnsiTheme="minorHAnsi"/>
          <w:b/>
          <w:bCs/>
          <w:sz w:val="18"/>
          <w:szCs w:val="18"/>
          <w:lang w:val="pl-PL"/>
        </w:rPr>
      </w:pPr>
    </w:p>
    <w:p w:rsidR="002929D3" w:rsidRPr="00506853" w:rsidRDefault="002929D3" w:rsidP="002929D3">
      <w:pPr>
        <w:rPr>
          <w:rFonts w:asciiTheme="minorHAnsi" w:hAnsiTheme="minorHAnsi"/>
          <w:lang w:val="pl-PL"/>
        </w:rPr>
      </w:pPr>
    </w:p>
    <w:p w:rsidR="008D3FED" w:rsidRPr="00506853" w:rsidRDefault="008D3FED" w:rsidP="008D3FED">
      <w:pPr>
        <w:rPr>
          <w:rFonts w:asciiTheme="minorHAnsi" w:hAnsiTheme="minorHAnsi"/>
        </w:rPr>
      </w:pPr>
    </w:p>
    <w:sectPr w:rsidR="008D3FED" w:rsidRPr="00506853" w:rsidSect="00034616">
      <w:footerReference w:type="default" r:id="rId11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920" w:rsidRDefault="00130920">
      <w:pPr>
        <w:spacing w:after="0" w:line="240" w:lineRule="auto"/>
      </w:pPr>
      <w:r>
        <w:separator/>
      </w:r>
    </w:p>
  </w:endnote>
  <w:endnote w:type="continuationSeparator" w:id="0">
    <w:p w:rsidR="00130920" w:rsidRDefault="0013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D5" w:rsidRDefault="0013634D">
    <w:pPr>
      <w:pStyle w:val="Stopka"/>
      <w:jc w:val="center"/>
    </w:pPr>
    <w:proofErr w:type="spellStart"/>
    <w:r>
      <w:rPr>
        <w:sz w:val="16"/>
      </w:rPr>
      <w:t>P</w:t>
    </w:r>
    <w:r w:rsidR="00FB5CFB">
      <w:rPr>
        <w:sz w:val="16"/>
      </w:rPr>
      <w:t>aństwowe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Liceum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Sztuk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Plastycznych</w:t>
    </w:r>
    <w:proofErr w:type="spellEnd"/>
    <w:r w:rsidR="00FB5CFB">
      <w:rPr>
        <w:sz w:val="16"/>
      </w:rPr>
      <w:t xml:space="preserve"> </w:t>
    </w:r>
    <w:proofErr w:type="spellStart"/>
    <w:r w:rsidR="00FB5CFB">
      <w:rPr>
        <w:sz w:val="16"/>
      </w:rPr>
      <w:t>im</w:t>
    </w:r>
    <w:proofErr w:type="spellEnd"/>
    <w:r>
      <w:rPr>
        <w:sz w:val="16"/>
      </w:rPr>
      <w:t xml:space="preserve">. </w:t>
    </w:r>
    <w:proofErr w:type="spellStart"/>
    <w:r>
      <w:rPr>
        <w:sz w:val="16"/>
      </w:rPr>
      <w:t>Józefa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Chełmońskiego</w:t>
    </w:r>
    <w:proofErr w:type="spellEnd"/>
    <w:r>
      <w:rPr>
        <w:sz w:val="16"/>
      </w:rPr>
      <w:t xml:space="preserve"> w </w:t>
    </w:r>
    <w:proofErr w:type="spellStart"/>
    <w:r>
      <w:rPr>
        <w:sz w:val="16"/>
      </w:rPr>
      <w:t>Nałęczowie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Regulamin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naboru</w:t>
    </w:r>
    <w:proofErr w:type="spellEnd"/>
    <w:r w:rsidR="00B14376">
      <w:rPr>
        <w:sz w:val="16"/>
      </w:rPr>
      <w:t xml:space="preserve"> </w:t>
    </w:r>
    <w:proofErr w:type="spellStart"/>
    <w:r w:rsidR="00B14376">
      <w:rPr>
        <w:sz w:val="16"/>
      </w:rPr>
      <w:t>na</w:t>
    </w:r>
    <w:proofErr w:type="spellEnd"/>
    <w:r w:rsidR="00B14376">
      <w:rPr>
        <w:sz w:val="16"/>
      </w:rPr>
      <w:t xml:space="preserve"> </w:t>
    </w:r>
    <w:proofErr w:type="spellStart"/>
    <w:r w:rsidR="00B14376">
      <w:rPr>
        <w:sz w:val="16"/>
      </w:rPr>
      <w:t>wolne</w:t>
    </w:r>
    <w:proofErr w:type="spellEnd"/>
    <w:r w:rsidR="00B14376">
      <w:rPr>
        <w:sz w:val="16"/>
      </w:rPr>
      <w:t xml:space="preserve"> </w:t>
    </w:r>
    <w:proofErr w:type="spellStart"/>
    <w:r w:rsidR="00B14376">
      <w:rPr>
        <w:sz w:val="16"/>
      </w:rPr>
      <w:t>stanowiska</w:t>
    </w:r>
    <w:proofErr w:type="spellEnd"/>
    <w:r w:rsidR="00B14376">
      <w:rPr>
        <w:sz w:val="16"/>
      </w:rPr>
      <w:t xml:space="preserve"> </w:t>
    </w:r>
    <w:proofErr w:type="spellStart"/>
    <w:r w:rsidR="00B14376">
      <w:rPr>
        <w:sz w:val="16"/>
      </w:rPr>
      <w:t>pracy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920" w:rsidRDefault="00130920">
      <w:pPr>
        <w:spacing w:after="0" w:line="240" w:lineRule="auto"/>
      </w:pPr>
      <w:r>
        <w:separator/>
      </w:r>
    </w:p>
  </w:footnote>
  <w:footnote w:type="continuationSeparator" w:id="0">
    <w:p w:rsidR="00130920" w:rsidRDefault="00130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33A84"/>
    <w:multiLevelType w:val="multilevel"/>
    <w:tmpl w:val="49F2445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8E31D51"/>
    <w:multiLevelType w:val="hybridMultilevel"/>
    <w:tmpl w:val="3BC083E6"/>
    <w:lvl w:ilvl="0" w:tplc="92DEF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02F2D"/>
    <w:multiLevelType w:val="hybridMultilevel"/>
    <w:tmpl w:val="F9B2CD7C"/>
    <w:lvl w:ilvl="0" w:tplc="92DEF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E630B"/>
    <w:multiLevelType w:val="hybridMultilevel"/>
    <w:tmpl w:val="6F4E8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F2E96"/>
    <w:multiLevelType w:val="hybridMultilevel"/>
    <w:tmpl w:val="CD1AED7C"/>
    <w:lvl w:ilvl="0" w:tplc="CA28D5B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E2FE8"/>
    <w:multiLevelType w:val="multilevel"/>
    <w:tmpl w:val="0786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394A11"/>
    <w:multiLevelType w:val="hybridMultilevel"/>
    <w:tmpl w:val="CCBAAC8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B036CC"/>
    <w:multiLevelType w:val="hybridMultilevel"/>
    <w:tmpl w:val="D8CEF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A343D"/>
    <w:multiLevelType w:val="hybridMultilevel"/>
    <w:tmpl w:val="89DEA2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B13C0"/>
    <w:multiLevelType w:val="multilevel"/>
    <w:tmpl w:val="BA2CC508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9" w15:restartNumberingAfterBreak="0">
    <w:nsid w:val="523E6430"/>
    <w:multiLevelType w:val="hybridMultilevel"/>
    <w:tmpl w:val="A5CE7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30647A"/>
    <w:multiLevelType w:val="hybridMultilevel"/>
    <w:tmpl w:val="E8E2C3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4B61FB"/>
    <w:multiLevelType w:val="hybridMultilevel"/>
    <w:tmpl w:val="9A32D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FB86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87E09"/>
    <w:multiLevelType w:val="multilevel"/>
    <w:tmpl w:val="D7CC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0E3F42"/>
    <w:multiLevelType w:val="hybridMultilevel"/>
    <w:tmpl w:val="E696C0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8"/>
  </w:num>
  <w:num w:numId="12">
    <w:abstractNumId w:val="12"/>
  </w:num>
  <w:num w:numId="13">
    <w:abstractNumId w:val="13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0"/>
  </w:num>
  <w:num w:numId="17">
    <w:abstractNumId w:val="15"/>
  </w:num>
  <w:num w:numId="18">
    <w:abstractNumId w:val="16"/>
  </w:num>
  <w:num w:numId="19">
    <w:abstractNumId w:val="17"/>
  </w:num>
  <w:num w:numId="20">
    <w:abstractNumId w:val="10"/>
  </w:num>
  <w:num w:numId="21">
    <w:abstractNumId w:val="11"/>
  </w:num>
  <w:num w:numId="22">
    <w:abstractNumId w:val="23"/>
  </w:num>
  <w:num w:numId="23">
    <w:abstractNumId w:val="1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3E01"/>
    <w:rsid w:val="00034616"/>
    <w:rsid w:val="000603A3"/>
    <w:rsid w:val="0006063C"/>
    <w:rsid w:val="000608C4"/>
    <w:rsid w:val="00087B1C"/>
    <w:rsid w:val="000C1953"/>
    <w:rsid w:val="000D328C"/>
    <w:rsid w:val="000E6622"/>
    <w:rsid w:val="000F4A56"/>
    <w:rsid w:val="000F50FE"/>
    <w:rsid w:val="001213AA"/>
    <w:rsid w:val="00123D79"/>
    <w:rsid w:val="00125CE6"/>
    <w:rsid w:val="00130920"/>
    <w:rsid w:val="00132F69"/>
    <w:rsid w:val="0013634D"/>
    <w:rsid w:val="00146C98"/>
    <w:rsid w:val="0015074B"/>
    <w:rsid w:val="00164CC3"/>
    <w:rsid w:val="00167FA9"/>
    <w:rsid w:val="00184B27"/>
    <w:rsid w:val="0019325B"/>
    <w:rsid w:val="001A34D5"/>
    <w:rsid w:val="001A531A"/>
    <w:rsid w:val="001C00E6"/>
    <w:rsid w:val="001C31E8"/>
    <w:rsid w:val="001C350C"/>
    <w:rsid w:val="001D223F"/>
    <w:rsid w:val="00205A52"/>
    <w:rsid w:val="002239F3"/>
    <w:rsid w:val="002400E4"/>
    <w:rsid w:val="00272BE0"/>
    <w:rsid w:val="002929D3"/>
    <w:rsid w:val="0029639D"/>
    <w:rsid w:val="002E641D"/>
    <w:rsid w:val="00306CF4"/>
    <w:rsid w:val="00326F90"/>
    <w:rsid w:val="0033731E"/>
    <w:rsid w:val="00357935"/>
    <w:rsid w:val="00395EBF"/>
    <w:rsid w:val="00397EDB"/>
    <w:rsid w:val="003C3BC2"/>
    <w:rsid w:val="003F16B7"/>
    <w:rsid w:val="003F3396"/>
    <w:rsid w:val="003F65B3"/>
    <w:rsid w:val="00467ABF"/>
    <w:rsid w:val="00473AAE"/>
    <w:rsid w:val="004767CC"/>
    <w:rsid w:val="00477B75"/>
    <w:rsid w:val="00481070"/>
    <w:rsid w:val="00483885"/>
    <w:rsid w:val="00490DD0"/>
    <w:rsid w:val="004B4FFD"/>
    <w:rsid w:val="004E54FF"/>
    <w:rsid w:val="00503585"/>
    <w:rsid w:val="00506853"/>
    <w:rsid w:val="0052670A"/>
    <w:rsid w:val="005460A2"/>
    <w:rsid w:val="005551B9"/>
    <w:rsid w:val="005F3650"/>
    <w:rsid w:val="00680F62"/>
    <w:rsid w:val="00685988"/>
    <w:rsid w:val="0069556A"/>
    <w:rsid w:val="006C2B76"/>
    <w:rsid w:val="006D1456"/>
    <w:rsid w:val="006D5B56"/>
    <w:rsid w:val="006E5326"/>
    <w:rsid w:val="0074318B"/>
    <w:rsid w:val="00764B31"/>
    <w:rsid w:val="007A7FE9"/>
    <w:rsid w:val="007C17D8"/>
    <w:rsid w:val="007E06EB"/>
    <w:rsid w:val="00810205"/>
    <w:rsid w:val="00887A1F"/>
    <w:rsid w:val="00893B29"/>
    <w:rsid w:val="008D3FED"/>
    <w:rsid w:val="008D4144"/>
    <w:rsid w:val="00903792"/>
    <w:rsid w:val="00927F2E"/>
    <w:rsid w:val="009651BD"/>
    <w:rsid w:val="009B5D8D"/>
    <w:rsid w:val="009E2BE1"/>
    <w:rsid w:val="009E4370"/>
    <w:rsid w:val="00A113C7"/>
    <w:rsid w:val="00A12D64"/>
    <w:rsid w:val="00A23078"/>
    <w:rsid w:val="00A2691E"/>
    <w:rsid w:val="00A54926"/>
    <w:rsid w:val="00A83A5C"/>
    <w:rsid w:val="00A862D9"/>
    <w:rsid w:val="00AA1D8D"/>
    <w:rsid w:val="00AA2A69"/>
    <w:rsid w:val="00AA61A1"/>
    <w:rsid w:val="00AB0EAC"/>
    <w:rsid w:val="00AD1669"/>
    <w:rsid w:val="00B14376"/>
    <w:rsid w:val="00B37E05"/>
    <w:rsid w:val="00B47730"/>
    <w:rsid w:val="00B639F4"/>
    <w:rsid w:val="00B64132"/>
    <w:rsid w:val="00BA1909"/>
    <w:rsid w:val="00BA6773"/>
    <w:rsid w:val="00BD32AF"/>
    <w:rsid w:val="00BD5020"/>
    <w:rsid w:val="00BD5C0A"/>
    <w:rsid w:val="00C01F3B"/>
    <w:rsid w:val="00C11B7C"/>
    <w:rsid w:val="00C22175"/>
    <w:rsid w:val="00C4401B"/>
    <w:rsid w:val="00C441CF"/>
    <w:rsid w:val="00C46834"/>
    <w:rsid w:val="00C867C2"/>
    <w:rsid w:val="00C942F4"/>
    <w:rsid w:val="00CA2DCD"/>
    <w:rsid w:val="00CB0664"/>
    <w:rsid w:val="00CD44B4"/>
    <w:rsid w:val="00CD7883"/>
    <w:rsid w:val="00CE2239"/>
    <w:rsid w:val="00D31A59"/>
    <w:rsid w:val="00D32612"/>
    <w:rsid w:val="00DF237A"/>
    <w:rsid w:val="00DF3DB2"/>
    <w:rsid w:val="00E009F9"/>
    <w:rsid w:val="00E571E0"/>
    <w:rsid w:val="00EB56BF"/>
    <w:rsid w:val="00ED0113"/>
    <w:rsid w:val="00EF3B91"/>
    <w:rsid w:val="00EF5E03"/>
    <w:rsid w:val="00EF6C81"/>
    <w:rsid w:val="00F24EAA"/>
    <w:rsid w:val="00F55CEB"/>
    <w:rsid w:val="00F66638"/>
    <w:rsid w:val="00F67ED0"/>
    <w:rsid w:val="00F70C5C"/>
    <w:rsid w:val="00F912FC"/>
    <w:rsid w:val="00FB3FC8"/>
    <w:rsid w:val="00FB5CFB"/>
    <w:rsid w:val="00FC1EA2"/>
    <w:rsid w:val="00FC1FB2"/>
    <w:rsid w:val="00FC693F"/>
    <w:rsid w:val="00FD1F35"/>
    <w:rsid w:val="00FD393C"/>
    <w:rsid w:val="00FE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DD7DF08-CDA1-4438-9C60-562F790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01F3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9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7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lpnaleczow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lpnaleczow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lastyknalecz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313A51-8544-4632-8C80-C2298D8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8</Pages>
  <Words>2568</Words>
  <Characters>15409</Characters>
  <Application>Microsoft Office Word</Application>
  <DocSecurity>0</DocSecurity>
  <Lines>128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41</cp:revision>
  <cp:lastPrinted>2026-09-09T12:50:00Z</cp:lastPrinted>
  <dcterms:created xsi:type="dcterms:W3CDTF">2026-09-09T10:58:00Z</dcterms:created>
  <dcterms:modified xsi:type="dcterms:W3CDTF">2026-09-11T05:26:00Z</dcterms:modified>
  <cp:category/>
</cp:coreProperties>
</file>