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B59A" w14:textId="77777777" w:rsidR="00941F02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Miejscowość i data: [miejsce do uzupełnienia] - np. Świdnica, 11.06.2026 r.</w:t>
      </w:r>
    </w:p>
    <w:p w14:paraId="300550D8" w14:textId="77777777" w:rsidR="0079687B" w:rsidRPr="0079687B" w:rsidRDefault="0079687B">
      <w:pPr>
        <w:spacing w:after="60" w:line="252" w:lineRule="auto"/>
        <w:rPr>
          <w:lang w:val="pl-PL"/>
        </w:rPr>
      </w:pPr>
    </w:p>
    <w:p w14:paraId="7C1C9F92" w14:textId="77777777" w:rsidR="00941F02" w:rsidRDefault="00000000">
      <w:pPr>
        <w:pStyle w:val="Nagwek1"/>
        <w:spacing w:before="0" w:after="60" w:line="252" w:lineRule="auto"/>
        <w:rPr>
          <w:b w:val="0"/>
          <w:lang w:val="pl-PL"/>
        </w:rPr>
      </w:pPr>
      <w:r w:rsidRPr="0079687B">
        <w:rPr>
          <w:b w:val="0"/>
          <w:lang w:val="pl-PL"/>
        </w:rPr>
        <w:t>Wniosek o wydanie opinii o przydatności lokalu albo budynku do prowadzenia placówki wsparcia dziennego</w:t>
      </w:r>
    </w:p>
    <w:p w14:paraId="005418E9" w14:textId="77777777" w:rsidR="0079687B" w:rsidRPr="0079687B" w:rsidRDefault="0079687B" w:rsidP="0079687B">
      <w:pPr>
        <w:rPr>
          <w:lang w:val="pl-PL"/>
        </w:rPr>
      </w:pPr>
    </w:p>
    <w:p w14:paraId="7122A0F1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b/>
          <w:lang w:val="pl-PL"/>
        </w:rPr>
        <w:t xml:space="preserve">Formularz należy wypełnić czytelnie. </w:t>
      </w:r>
      <w:r w:rsidRPr="0079687B">
        <w:rPr>
          <w:lang w:val="pl-PL"/>
        </w:rPr>
        <w:t>Pola oznaczone jako „miejsce do uzupełnienia” należy zastąpić właściwymi danymi. W przypadku list wyboru należy zaznaczyć właściwą opcję.</w:t>
      </w:r>
    </w:p>
    <w:p w14:paraId="588535F6" w14:textId="77777777" w:rsidR="00941F02" w:rsidRPr="0079687B" w:rsidRDefault="00000000">
      <w:pPr>
        <w:pStyle w:val="Nagwek2"/>
        <w:spacing w:before="0" w:after="60" w:line="252" w:lineRule="auto"/>
        <w:rPr>
          <w:lang w:val="pl-PL"/>
        </w:rPr>
      </w:pPr>
      <w:r w:rsidRPr="0079687B">
        <w:rPr>
          <w:b w:val="0"/>
          <w:lang w:val="pl-PL"/>
        </w:rPr>
        <w:t>1. Dane wnioskodawcy</w:t>
      </w:r>
    </w:p>
    <w:p w14:paraId="0973F450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Imię i nazwisko albo nazwa firmy:</w:t>
      </w:r>
      <w:r w:rsidRPr="0079687B">
        <w:rPr>
          <w:lang w:val="pl-PL"/>
        </w:rPr>
        <w:t xml:space="preserve"> [miejsce do uzupełnienia]</w:t>
      </w:r>
    </w:p>
    <w:p w14:paraId="407061A7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Adres korespondencyjny:</w:t>
      </w:r>
      <w:r w:rsidRPr="0079687B">
        <w:rPr>
          <w:lang w:val="pl-PL"/>
        </w:rPr>
        <w:t xml:space="preserve"> [miejsce do uzupełnienia]</w:t>
      </w:r>
    </w:p>
    <w:p w14:paraId="325F0D2C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Telefon kontaktowy:</w:t>
      </w:r>
      <w:r w:rsidRPr="0079687B">
        <w:rPr>
          <w:lang w:val="pl-PL"/>
        </w:rPr>
        <w:t xml:space="preserve"> [miejsce do uzupełnienia] - wypełnić w razie potrzeby kontaktu w sprawie wniosku</w:t>
      </w:r>
    </w:p>
    <w:p w14:paraId="03893218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Adres e-mail:</w:t>
      </w:r>
      <w:r w:rsidRPr="0079687B">
        <w:rPr>
          <w:lang w:val="pl-PL"/>
        </w:rPr>
        <w:t xml:space="preserve"> [miejsce do uzupełnienia] - wypełnić, jeżeli korespondencja ma być prowadzona elektronicznie</w:t>
      </w:r>
    </w:p>
    <w:p w14:paraId="415385C8" w14:textId="77777777" w:rsidR="00941F02" w:rsidRPr="0079687B" w:rsidRDefault="00000000">
      <w:pPr>
        <w:pStyle w:val="Nagwek2"/>
        <w:spacing w:before="0" w:after="60" w:line="252" w:lineRule="auto"/>
        <w:rPr>
          <w:lang w:val="pl-PL"/>
        </w:rPr>
      </w:pPr>
      <w:r w:rsidRPr="0079687B">
        <w:rPr>
          <w:b w:val="0"/>
          <w:lang w:val="pl-PL"/>
        </w:rPr>
        <w:t>2. Adresat wniosku</w:t>
      </w:r>
    </w:p>
    <w:p w14:paraId="3C4012F0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Komendant Powiatowy Państwowej Straży Pożarnej w Świdnicy</w:t>
      </w:r>
    </w:p>
    <w:p w14:paraId="01234D65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al. Niepodległości 8-10, 58-100 Świdnica</w:t>
      </w:r>
    </w:p>
    <w:p w14:paraId="425CC4C1" w14:textId="77777777" w:rsidR="00941F02" w:rsidRPr="0079687B" w:rsidRDefault="00000000">
      <w:pPr>
        <w:pStyle w:val="Nagwek2"/>
        <w:spacing w:before="0" w:after="60" w:line="252" w:lineRule="auto"/>
        <w:rPr>
          <w:lang w:val="pl-PL"/>
        </w:rPr>
      </w:pPr>
      <w:r w:rsidRPr="0079687B">
        <w:rPr>
          <w:b w:val="0"/>
          <w:lang w:val="pl-PL"/>
        </w:rPr>
        <w:t>3. Treść wniosku</w:t>
      </w:r>
    </w:p>
    <w:p w14:paraId="7BF4E844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Na podstawie art. 18b ust. 2 ustawy z dnia 9 czerwca 2011 r. o wspieraniu rodziny i systemie pieczy zastępczej (</w:t>
      </w:r>
      <w:proofErr w:type="spellStart"/>
      <w:r w:rsidRPr="0079687B">
        <w:rPr>
          <w:lang w:val="pl-PL"/>
        </w:rPr>
        <w:t>t.j</w:t>
      </w:r>
      <w:proofErr w:type="spellEnd"/>
      <w:r w:rsidRPr="0079687B">
        <w:rPr>
          <w:lang w:val="pl-PL"/>
        </w:rPr>
        <w:t>. Dz. U. z 2020 r., poz. 821 ze zm.) oraz § 2 rozporządzenia Ministra Pracy i Polityki Społecznej z dnia 13.10.2015 r. w sprawie wymagań lokalowych i sanitarnych, jakie musi spełniać lokal, w którym ma być prowadzona placówka wsparcia dziennego (Dz. U. z 2015 r., poz. 1630 ze zm.), wnoszę o wydanie opinii o przydatności:</w:t>
      </w:r>
    </w:p>
    <w:p w14:paraId="7D7F814B" w14:textId="77777777" w:rsidR="00941F02" w:rsidRPr="0079687B" w:rsidRDefault="00000000">
      <w:pPr>
        <w:spacing w:after="20" w:line="252" w:lineRule="auto"/>
        <w:ind w:left="340"/>
        <w:rPr>
          <w:lang w:val="pl-PL"/>
        </w:rPr>
      </w:pPr>
      <w:r w:rsidRPr="0079687B">
        <w:rPr>
          <w:lang w:val="pl-PL"/>
        </w:rPr>
        <w:t>☐ lokalu</w:t>
      </w:r>
    </w:p>
    <w:p w14:paraId="1F901F8C" w14:textId="77777777" w:rsidR="00941F02" w:rsidRPr="0079687B" w:rsidRDefault="00000000">
      <w:pPr>
        <w:spacing w:after="20" w:line="252" w:lineRule="auto"/>
        <w:ind w:left="340"/>
        <w:rPr>
          <w:lang w:val="pl-PL"/>
        </w:rPr>
      </w:pPr>
      <w:r w:rsidRPr="0079687B">
        <w:rPr>
          <w:lang w:val="pl-PL"/>
        </w:rPr>
        <w:t>☐ budynku</w:t>
      </w:r>
    </w:p>
    <w:p w14:paraId="7716F6BA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Nazwa i adres obiektu:</w:t>
      </w:r>
      <w:r w:rsidRPr="0079687B">
        <w:rPr>
          <w:lang w:val="pl-PL"/>
        </w:rPr>
        <w:t xml:space="preserve"> [miejsce do uzupełnienia]</w:t>
      </w:r>
    </w:p>
    <w:p w14:paraId="4704389A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Lokalizacja oraz numer lokalu, jeżeli dotyczy:</w:t>
      </w:r>
      <w:r w:rsidRPr="0079687B">
        <w:rPr>
          <w:lang w:val="pl-PL"/>
        </w:rPr>
        <w:t xml:space="preserve"> [miejsce do uzupełnienia]</w:t>
      </w:r>
    </w:p>
    <w:p w14:paraId="07FC4FAE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Nazwa instytucji albo podmiotu prowadzącego:</w:t>
      </w:r>
      <w:r w:rsidRPr="0079687B">
        <w:rPr>
          <w:lang w:val="pl-PL"/>
        </w:rPr>
        <w:t xml:space="preserve"> [miejsce do uzupełnienia]</w:t>
      </w:r>
    </w:p>
    <w:p w14:paraId="7589709E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Adres instytucji albo podmiotu prowadzącego:</w:t>
      </w:r>
      <w:r w:rsidRPr="0079687B">
        <w:rPr>
          <w:lang w:val="pl-PL"/>
        </w:rPr>
        <w:t xml:space="preserve"> [miejsce do uzupełnienia]</w:t>
      </w:r>
    </w:p>
    <w:p w14:paraId="34B25642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NIP:</w:t>
      </w:r>
      <w:r w:rsidRPr="0079687B">
        <w:rPr>
          <w:lang w:val="pl-PL"/>
        </w:rPr>
        <w:t xml:space="preserve"> [miejsce do uzupełnienia]</w:t>
      </w:r>
    </w:p>
    <w:p w14:paraId="38A3FB5E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Telefon kontaktowy:</w:t>
      </w:r>
      <w:r w:rsidRPr="0079687B">
        <w:rPr>
          <w:lang w:val="pl-PL"/>
        </w:rPr>
        <w:t xml:space="preserve"> [miejsce do uzupełnienia]</w:t>
      </w:r>
    </w:p>
    <w:p w14:paraId="05EF1361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Wskazany lokal albo budynek ma być przeznaczony do prowadzenia placówki wsparcia dziennego.</w:t>
      </w:r>
    </w:p>
    <w:p w14:paraId="3FC715A1" w14:textId="77777777" w:rsidR="00941F02" w:rsidRPr="0079687B" w:rsidRDefault="00000000">
      <w:pPr>
        <w:pStyle w:val="Nagwek2"/>
        <w:spacing w:before="0" w:after="60" w:line="252" w:lineRule="auto"/>
        <w:rPr>
          <w:lang w:val="pl-PL"/>
        </w:rPr>
      </w:pPr>
      <w:r w:rsidRPr="0079687B">
        <w:rPr>
          <w:b w:val="0"/>
          <w:lang w:val="pl-PL"/>
        </w:rPr>
        <w:t>4. Uwagi dodatkowe</w:t>
      </w:r>
    </w:p>
    <w:p w14:paraId="53958D77" w14:textId="77777777" w:rsidR="00941F02" w:rsidRPr="0079687B" w:rsidRDefault="00000000">
      <w:pPr>
        <w:spacing w:after="40" w:line="252" w:lineRule="auto"/>
        <w:rPr>
          <w:lang w:val="pl-PL"/>
        </w:rPr>
      </w:pPr>
      <w:r w:rsidRPr="0079687B">
        <w:rPr>
          <w:b/>
          <w:lang w:val="pl-PL"/>
        </w:rPr>
        <w:t>Uwagi wnioskodawcy:</w:t>
      </w:r>
      <w:r w:rsidRPr="0079687B">
        <w:rPr>
          <w:lang w:val="pl-PL"/>
        </w:rPr>
        <w:t xml:space="preserve"> [miejsce do uzupełnienia albo wpisać: nie dotyczy]</w:t>
      </w:r>
    </w:p>
    <w:p w14:paraId="2B60EF1D" w14:textId="77777777" w:rsidR="00941F02" w:rsidRDefault="00000000">
      <w:pPr>
        <w:pStyle w:val="Nagwek2"/>
        <w:spacing w:before="0" w:after="60" w:line="252" w:lineRule="auto"/>
        <w:rPr>
          <w:b w:val="0"/>
          <w:lang w:val="pl-PL"/>
        </w:rPr>
      </w:pPr>
      <w:r w:rsidRPr="0079687B">
        <w:rPr>
          <w:b w:val="0"/>
          <w:lang w:val="pl-PL"/>
        </w:rPr>
        <w:t>5. Podpis wnioskodawcy</w:t>
      </w:r>
    </w:p>
    <w:p w14:paraId="4D03AFC3" w14:textId="77777777" w:rsidR="0079687B" w:rsidRPr="0079687B" w:rsidRDefault="0079687B" w:rsidP="0079687B">
      <w:pPr>
        <w:rPr>
          <w:lang w:val="pl-PL"/>
        </w:rPr>
      </w:pPr>
    </w:p>
    <w:p w14:paraId="40C2000E" w14:textId="77777777" w:rsidR="00941F02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Podpis: .................................................................</w:t>
      </w:r>
    </w:p>
    <w:p w14:paraId="7994917C" w14:textId="77777777" w:rsidR="0079687B" w:rsidRPr="0079687B" w:rsidRDefault="0079687B">
      <w:pPr>
        <w:spacing w:after="60" w:line="252" w:lineRule="auto"/>
        <w:rPr>
          <w:lang w:val="pl-PL"/>
        </w:rPr>
      </w:pPr>
    </w:p>
    <w:p w14:paraId="6D88EEBA" w14:textId="77777777" w:rsidR="00941F02" w:rsidRPr="0079687B" w:rsidRDefault="00000000">
      <w:pPr>
        <w:spacing w:after="60" w:line="252" w:lineRule="auto"/>
        <w:rPr>
          <w:lang w:val="pl-PL"/>
        </w:rPr>
      </w:pPr>
      <w:r w:rsidRPr="0079687B">
        <w:rPr>
          <w:lang w:val="pl-PL"/>
        </w:rPr>
        <w:t>Data podpisu: ............................................................</w:t>
      </w:r>
    </w:p>
    <w:sectPr w:rsidR="00941F02" w:rsidRPr="0079687B" w:rsidSect="00034616">
      <w:headerReference w:type="default" r:id="rId8"/>
      <w:footerReference w:type="default" r:id="rId9"/>
      <w:pgSz w:w="11906" w:h="16838"/>
      <w:pgMar w:top="1020" w:right="1134" w:bottom="102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1D55" w14:textId="77777777" w:rsidR="00B85B35" w:rsidRDefault="00B85B35">
      <w:pPr>
        <w:spacing w:after="0" w:line="240" w:lineRule="auto"/>
      </w:pPr>
      <w:r>
        <w:separator/>
      </w:r>
    </w:p>
  </w:endnote>
  <w:endnote w:type="continuationSeparator" w:id="0">
    <w:p w14:paraId="25D32F55" w14:textId="77777777" w:rsidR="00B85B35" w:rsidRDefault="00B85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1697A" w14:textId="77777777" w:rsidR="00941F02" w:rsidRDefault="00000000">
    <w:pPr>
      <w:pStyle w:val="Stopka"/>
      <w:jc w:val="right"/>
    </w:pPr>
    <w:r>
      <w:rPr>
        <w:sz w:val="17"/>
      </w:rPr>
      <w:t>Strona 1 z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CBAD0" w14:textId="77777777" w:rsidR="00B85B35" w:rsidRDefault="00B85B35">
      <w:pPr>
        <w:spacing w:after="0" w:line="240" w:lineRule="auto"/>
      </w:pPr>
      <w:r>
        <w:separator/>
      </w:r>
    </w:p>
  </w:footnote>
  <w:footnote w:type="continuationSeparator" w:id="0">
    <w:p w14:paraId="02237A78" w14:textId="77777777" w:rsidR="00B85B35" w:rsidRDefault="00B85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C384C" w14:textId="77777777" w:rsidR="00941F02" w:rsidRPr="0079687B" w:rsidRDefault="00000000">
    <w:pPr>
      <w:rPr>
        <w:lang w:val="pl-PL"/>
      </w:rPr>
    </w:pPr>
    <w:r w:rsidRPr="0079687B">
      <w:rPr>
        <w:sz w:val="17"/>
        <w:lang w:val="pl-PL"/>
      </w:rPr>
      <w:t>Wniosek o wydanie opinii o przydatności lokalu albo budynku do prowadzenia placówki wsparcia dziennego - KP PSP w Świdnicy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72994799">
    <w:abstractNumId w:val="8"/>
  </w:num>
  <w:num w:numId="2" w16cid:durableId="978462913">
    <w:abstractNumId w:val="6"/>
  </w:num>
  <w:num w:numId="3" w16cid:durableId="354161444">
    <w:abstractNumId w:val="5"/>
  </w:num>
  <w:num w:numId="4" w16cid:durableId="1996450842">
    <w:abstractNumId w:val="4"/>
  </w:num>
  <w:num w:numId="5" w16cid:durableId="44526083">
    <w:abstractNumId w:val="7"/>
  </w:num>
  <w:num w:numId="6" w16cid:durableId="1293511587">
    <w:abstractNumId w:val="3"/>
  </w:num>
  <w:num w:numId="7" w16cid:durableId="1309482936">
    <w:abstractNumId w:val="2"/>
  </w:num>
  <w:num w:numId="8" w16cid:durableId="1989482173">
    <w:abstractNumId w:val="1"/>
  </w:num>
  <w:num w:numId="9" w16cid:durableId="17422191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683236"/>
    <w:rsid w:val="0079687B"/>
    <w:rsid w:val="00941F02"/>
    <w:rsid w:val="00AA1D8D"/>
    <w:rsid w:val="00B47730"/>
    <w:rsid w:val="00B85B3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55C2505"/>
  <w14:defaultImageDpi w14:val="300"/>
  <w15:docId w15:val="{A1F308CA-E112-41B6-B11A-C8BFF7D04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eastAsia="Arial" w:hAnsi="Arial"/>
      <w:color w:val="000000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sz w:val="30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sz w:val="24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sz w:val="2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283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wydanie opinii o przydatności lokalu albo budynku do prowadzenia placówki wsparcia dziennego</dc:title>
  <dc:subject>Dostępny cyfrowo formularz wniosku</dc:subject>
  <dc:creator>KP PSP w Świdnicy</dc:creator>
  <cp:keywords>wniosek, placówka wsparcia dziennego, opinia, ochrona przeciwpożarowa, KP PSP Świdnica</cp:keywords>
  <dc:description>generated by python-docx</dc:description>
  <cp:lastModifiedBy>Paweł Szydłowski</cp:lastModifiedBy>
  <cp:revision>2</cp:revision>
  <dcterms:created xsi:type="dcterms:W3CDTF">2013-12-23T23:15:00Z</dcterms:created>
  <dcterms:modified xsi:type="dcterms:W3CDTF">2026-06-11T13:15:00Z</dcterms:modified>
  <cp:category/>
  <dc:language>pl-PL</dc:language>
</cp:coreProperties>
</file>