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E48F7" w14:textId="77777777" w:rsidR="002B1D3C" w:rsidRPr="004318D5" w:rsidRDefault="002B1D3C" w:rsidP="002B1D3C">
      <w:pPr>
        <w:spacing w:after="0"/>
        <w:rPr>
          <w:i/>
          <w:sz w:val="18"/>
          <w:lang w:val="pl-PL"/>
        </w:rPr>
      </w:pPr>
      <w:r w:rsidRPr="004318D5">
        <w:rPr>
          <w:i/>
          <w:sz w:val="18"/>
          <w:lang w:val="pl-PL"/>
        </w:rPr>
        <w:t>Załącznik nr 5 do Regulaminu konkursu ofert</w:t>
      </w:r>
      <w:r w:rsidRPr="004318D5">
        <w:rPr>
          <w:i/>
          <w:sz w:val="18"/>
          <w:lang w:val="pl-PL"/>
        </w:rPr>
        <w:br/>
        <w:t>na wybór ajenta prowadzącego stołówkę szkolną i bufet szkolny</w:t>
      </w:r>
    </w:p>
    <w:p w14:paraId="7F61E220" w14:textId="77777777" w:rsidR="002B1D3C" w:rsidRPr="004318D5" w:rsidRDefault="002B1D3C" w:rsidP="002B1D3C">
      <w:pPr>
        <w:spacing w:after="0"/>
        <w:rPr>
          <w:i/>
          <w:sz w:val="18"/>
          <w:lang w:val="pl-PL"/>
        </w:rPr>
      </w:pPr>
      <w:r w:rsidRPr="004318D5">
        <w:rPr>
          <w:i/>
          <w:sz w:val="18"/>
          <w:lang w:val="pl-PL"/>
        </w:rPr>
        <w:t xml:space="preserve">w OSM I </w:t>
      </w:r>
      <w:proofErr w:type="spellStart"/>
      <w:r w:rsidRPr="004318D5">
        <w:rPr>
          <w:i/>
          <w:sz w:val="18"/>
          <w:lang w:val="pl-PL"/>
        </w:rPr>
        <w:t>i</w:t>
      </w:r>
      <w:proofErr w:type="spellEnd"/>
      <w:r w:rsidRPr="004318D5">
        <w:rPr>
          <w:i/>
          <w:sz w:val="18"/>
          <w:lang w:val="pl-PL"/>
        </w:rPr>
        <w:t xml:space="preserve"> II st. im. Henryka Wieniawskiego w Łodzi</w:t>
      </w:r>
    </w:p>
    <w:p w14:paraId="692CE0E1" w14:textId="77777777" w:rsidR="00EF4CEB" w:rsidRPr="007C4850" w:rsidRDefault="002B1D3C" w:rsidP="00D371AF">
      <w:pPr>
        <w:pStyle w:val="Nagwek2"/>
        <w:spacing w:after="240"/>
        <w:jc w:val="center"/>
        <w:rPr>
          <w:color w:val="365F91" w:themeColor="accent1" w:themeShade="BF"/>
          <w:lang w:val="pl-PL"/>
        </w:rPr>
      </w:pPr>
      <w:r w:rsidRPr="007C4850">
        <w:rPr>
          <w:color w:val="365F91" w:themeColor="accent1" w:themeShade="BF"/>
          <w:lang w:val="pl-PL"/>
        </w:rPr>
        <w:t>KARTA OCENY OFERTY</w:t>
      </w:r>
    </w:p>
    <w:p w14:paraId="79BC104B" w14:textId="77777777" w:rsidR="00EF4CEB" w:rsidRPr="004318D5" w:rsidRDefault="002B1D3C" w:rsidP="003A6E48">
      <w:pPr>
        <w:spacing w:after="0"/>
        <w:jc w:val="center"/>
        <w:rPr>
          <w:b/>
          <w:lang w:val="pl-PL"/>
        </w:rPr>
      </w:pPr>
      <w:r w:rsidRPr="004318D5">
        <w:rPr>
          <w:b/>
          <w:lang w:val="pl-PL"/>
        </w:rPr>
        <w:t>Konkurs ofert na wybór ajenta prowadzącego stołówkę szkolną i bufet szkolny</w:t>
      </w:r>
    </w:p>
    <w:p w14:paraId="3ECA176A" w14:textId="77777777" w:rsidR="003A6E48" w:rsidRPr="004318D5" w:rsidRDefault="003A6E48" w:rsidP="003A6E48">
      <w:pPr>
        <w:jc w:val="center"/>
        <w:rPr>
          <w:b/>
          <w:lang w:val="pl-PL"/>
        </w:rPr>
      </w:pPr>
      <w:r w:rsidRPr="004318D5">
        <w:rPr>
          <w:b/>
          <w:lang w:val="pl-PL"/>
        </w:rPr>
        <w:t xml:space="preserve">w Ogólnokształcącej Szkole Muzycznej I </w:t>
      </w:r>
      <w:proofErr w:type="spellStart"/>
      <w:r w:rsidRPr="004318D5">
        <w:rPr>
          <w:b/>
          <w:lang w:val="pl-PL"/>
        </w:rPr>
        <w:t>i</w:t>
      </w:r>
      <w:proofErr w:type="spellEnd"/>
      <w:r w:rsidRPr="004318D5">
        <w:rPr>
          <w:b/>
          <w:lang w:val="pl-PL"/>
        </w:rPr>
        <w:t xml:space="preserve"> II st. im. Henryka Wieniawskiego w Łodzi</w:t>
      </w:r>
    </w:p>
    <w:p w14:paraId="69F1153F" w14:textId="77777777" w:rsidR="003A6E48" w:rsidRPr="004318D5" w:rsidRDefault="003A6E48">
      <w:pPr>
        <w:jc w:val="center"/>
        <w:rPr>
          <w:lang w:val="pl-PL"/>
        </w:rPr>
      </w:pPr>
    </w:p>
    <w:p w14:paraId="60C906A0" w14:textId="77777777" w:rsidR="00EF4CEB" w:rsidRPr="004318D5" w:rsidRDefault="002B1D3C" w:rsidP="009970FD">
      <w:pPr>
        <w:spacing w:line="480" w:lineRule="auto"/>
        <w:ind w:firstLine="720"/>
        <w:rPr>
          <w:lang w:val="pl-PL"/>
        </w:rPr>
      </w:pPr>
      <w:r w:rsidRPr="004318D5">
        <w:rPr>
          <w:b/>
          <w:lang w:val="pl-PL"/>
        </w:rPr>
        <w:t>Nazwa oferenta:</w:t>
      </w:r>
      <w:r w:rsidRPr="004318D5">
        <w:rPr>
          <w:lang w:val="pl-PL"/>
        </w:rPr>
        <w:t xml:space="preserve"> ………………………………………………………………………………………………………</w:t>
      </w:r>
      <w:r w:rsidR="00D371AF" w:rsidRPr="004318D5">
        <w:rPr>
          <w:lang w:val="pl-PL"/>
        </w:rPr>
        <w:t>…………………………………….</w:t>
      </w:r>
      <w:r w:rsidRPr="004318D5">
        <w:rPr>
          <w:lang w:val="pl-PL"/>
        </w:rPr>
        <w:t>…</w:t>
      </w:r>
    </w:p>
    <w:p w14:paraId="1B1001D1" w14:textId="77777777" w:rsidR="00EF4CEB" w:rsidRDefault="002B1D3C" w:rsidP="009970FD">
      <w:pPr>
        <w:spacing w:line="480" w:lineRule="auto"/>
        <w:ind w:firstLine="720"/>
        <w:rPr>
          <w:lang w:val="pl-PL"/>
        </w:rPr>
      </w:pPr>
      <w:r w:rsidRPr="004318D5">
        <w:rPr>
          <w:b/>
          <w:lang w:val="pl-PL"/>
        </w:rPr>
        <w:t>Członek Komisji:</w:t>
      </w:r>
      <w:r w:rsidRPr="004318D5">
        <w:rPr>
          <w:lang w:val="pl-PL"/>
        </w:rPr>
        <w:t xml:space="preserve"> …………………………………………………………………………………………………………</w:t>
      </w:r>
      <w:r w:rsidR="00D371AF" w:rsidRPr="004318D5">
        <w:rPr>
          <w:lang w:val="pl-PL"/>
        </w:rPr>
        <w:t>…………………………………….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2628"/>
        <w:gridCol w:w="992"/>
        <w:gridCol w:w="1146"/>
        <w:gridCol w:w="4817"/>
      </w:tblGrid>
      <w:tr w:rsidR="00135771" w:rsidRPr="004318D5" w14:paraId="3525690F" w14:textId="77777777" w:rsidTr="009970FD">
        <w:trPr>
          <w:trHeight w:val="567"/>
          <w:tblHeader/>
          <w:jc w:val="center"/>
        </w:trPr>
        <w:tc>
          <w:tcPr>
            <w:tcW w:w="0" w:type="auto"/>
            <w:shd w:val="clear" w:color="auto" w:fill="B6DDE8" w:themeFill="accent5" w:themeFillTint="66"/>
          </w:tcPr>
          <w:p w14:paraId="502272A9" w14:textId="77777777" w:rsidR="00EF4CEB" w:rsidRPr="004318D5" w:rsidRDefault="002B1D3C" w:rsidP="007130F8">
            <w:pPr>
              <w:jc w:val="center"/>
              <w:rPr>
                <w:b/>
                <w:lang w:val="pl-PL"/>
              </w:rPr>
            </w:pPr>
            <w:r w:rsidRPr="004318D5">
              <w:rPr>
                <w:b/>
                <w:lang w:val="pl-PL"/>
              </w:rPr>
              <w:t>Lp.</w:t>
            </w:r>
          </w:p>
        </w:tc>
        <w:tc>
          <w:tcPr>
            <w:tcW w:w="2628" w:type="dxa"/>
            <w:shd w:val="clear" w:color="auto" w:fill="B6DDE8" w:themeFill="accent5" w:themeFillTint="66"/>
          </w:tcPr>
          <w:p w14:paraId="54959F06" w14:textId="77777777" w:rsidR="00EF4CEB" w:rsidRPr="004318D5" w:rsidRDefault="002B1D3C" w:rsidP="007130F8">
            <w:pPr>
              <w:jc w:val="center"/>
              <w:rPr>
                <w:b/>
                <w:lang w:val="pl-PL"/>
              </w:rPr>
            </w:pPr>
            <w:r w:rsidRPr="004318D5">
              <w:rPr>
                <w:b/>
                <w:lang w:val="pl-PL"/>
              </w:rPr>
              <w:t>Kryterium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14:paraId="0B029D06" w14:textId="77777777" w:rsidR="00EF4CEB" w:rsidRPr="004318D5" w:rsidRDefault="002B1D3C" w:rsidP="007130F8">
            <w:pPr>
              <w:jc w:val="center"/>
              <w:rPr>
                <w:b/>
                <w:lang w:val="pl-PL"/>
              </w:rPr>
            </w:pPr>
            <w:r w:rsidRPr="004318D5">
              <w:rPr>
                <w:b/>
                <w:lang w:val="pl-PL"/>
              </w:rPr>
              <w:t>Maks. pkt</w:t>
            </w:r>
          </w:p>
        </w:tc>
        <w:tc>
          <w:tcPr>
            <w:tcW w:w="1146" w:type="dxa"/>
            <w:shd w:val="clear" w:color="auto" w:fill="B6DDE8" w:themeFill="accent5" w:themeFillTint="66"/>
          </w:tcPr>
          <w:p w14:paraId="7E4E9B9C" w14:textId="77777777" w:rsidR="00EF4CEB" w:rsidRPr="004318D5" w:rsidRDefault="002B1D3C" w:rsidP="007130F8">
            <w:pPr>
              <w:jc w:val="center"/>
              <w:rPr>
                <w:b/>
                <w:lang w:val="pl-PL"/>
              </w:rPr>
            </w:pPr>
            <w:r w:rsidRPr="004318D5">
              <w:rPr>
                <w:b/>
                <w:lang w:val="pl-PL"/>
              </w:rPr>
              <w:t>Przyznane pkt</w:t>
            </w:r>
          </w:p>
        </w:tc>
        <w:tc>
          <w:tcPr>
            <w:tcW w:w="4817" w:type="dxa"/>
            <w:shd w:val="clear" w:color="auto" w:fill="B6DDE8" w:themeFill="accent5" w:themeFillTint="66"/>
          </w:tcPr>
          <w:p w14:paraId="28B4A4DD" w14:textId="77777777" w:rsidR="00EF4CEB" w:rsidRPr="004318D5" w:rsidRDefault="00BF2463" w:rsidP="007130F8">
            <w:pPr>
              <w:jc w:val="center"/>
              <w:rPr>
                <w:b/>
                <w:lang w:val="pl-PL"/>
              </w:rPr>
            </w:pPr>
            <w:r w:rsidRPr="004318D5">
              <w:rPr>
                <w:b/>
                <w:lang w:val="pl-PL"/>
              </w:rPr>
              <w:t>Uzasadnienie / U</w:t>
            </w:r>
            <w:r w:rsidR="002B1D3C" w:rsidRPr="004318D5">
              <w:rPr>
                <w:b/>
                <w:lang w:val="pl-PL"/>
              </w:rPr>
              <w:t>wagi</w:t>
            </w:r>
          </w:p>
        </w:tc>
      </w:tr>
      <w:tr w:rsidR="00EF4CEB" w:rsidRPr="004318D5" w14:paraId="1749B1F7" w14:textId="77777777" w:rsidTr="009970FD">
        <w:trPr>
          <w:trHeight w:val="964"/>
          <w:jc w:val="center"/>
        </w:trPr>
        <w:tc>
          <w:tcPr>
            <w:tcW w:w="0" w:type="auto"/>
          </w:tcPr>
          <w:p w14:paraId="773C35D1" w14:textId="77777777" w:rsidR="00EF4CEB" w:rsidRPr="004318D5" w:rsidRDefault="002B1D3C">
            <w:pPr>
              <w:rPr>
                <w:b/>
                <w:lang w:val="pl-PL"/>
              </w:rPr>
            </w:pPr>
            <w:r w:rsidRPr="004318D5">
              <w:rPr>
                <w:b/>
                <w:lang w:val="pl-PL"/>
              </w:rPr>
              <w:t>1</w:t>
            </w:r>
          </w:p>
        </w:tc>
        <w:tc>
          <w:tcPr>
            <w:tcW w:w="2628" w:type="dxa"/>
          </w:tcPr>
          <w:p w14:paraId="5BE99D2B" w14:textId="77777777" w:rsidR="00EF4CEB" w:rsidRPr="004318D5" w:rsidRDefault="002B1D3C">
            <w:pPr>
              <w:rPr>
                <w:lang w:val="pl-PL"/>
              </w:rPr>
            </w:pPr>
            <w:r w:rsidRPr="004318D5">
              <w:rPr>
                <w:lang w:val="pl-PL"/>
              </w:rPr>
              <w:t>Cena i dostępność obiadu dla ucznia</w:t>
            </w:r>
          </w:p>
        </w:tc>
        <w:tc>
          <w:tcPr>
            <w:tcW w:w="992" w:type="dxa"/>
          </w:tcPr>
          <w:p w14:paraId="2C3F5968" w14:textId="77777777" w:rsidR="00EF4CEB" w:rsidRPr="004318D5" w:rsidRDefault="002B1D3C">
            <w:pPr>
              <w:rPr>
                <w:lang w:val="pl-PL"/>
              </w:rPr>
            </w:pPr>
            <w:r w:rsidRPr="004318D5">
              <w:rPr>
                <w:lang w:val="pl-PL"/>
              </w:rPr>
              <w:t>30</w:t>
            </w:r>
          </w:p>
        </w:tc>
        <w:tc>
          <w:tcPr>
            <w:tcW w:w="1146" w:type="dxa"/>
          </w:tcPr>
          <w:p w14:paraId="1555BC02" w14:textId="77777777" w:rsidR="00EF4CEB" w:rsidRPr="004318D5" w:rsidRDefault="00EF4CEB">
            <w:pPr>
              <w:rPr>
                <w:lang w:val="pl-PL"/>
              </w:rPr>
            </w:pPr>
          </w:p>
        </w:tc>
        <w:tc>
          <w:tcPr>
            <w:tcW w:w="4817" w:type="dxa"/>
          </w:tcPr>
          <w:p w14:paraId="151A484F" w14:textId="77777777" w:rsidR="00EF4CEB" w:rsidRDefault="00EF4CEB">
            <w:pPr>
              <w:rPr>
                <w:lang w:val="pl-PL"/>
              </w:rPr>
            </w:pPr>
          </w:p>
          <w:p w14:paraId="2C54BF4A" w14:textId="77777777" w:rsidR="009970FD" w:rsidRDefault="009970FD">
            <w:pPr>
              <w:rPr>
                <w:lang w:val="pl-PL"/>
              </w:rPr>
            </w:pPr>
          </w:p>
          <w:p w14:paraId="4A3B4363" w14:textId="77777777" w:rsidR="009970FD" w:rsidRDefault="009970FD">
            <w:pPr>
              <w:rPr>
                <w:lang w:val="pl-PL"/>
              </w:rPr>
            </w:pPr>
          </w:p>
          <w:p w14:paraId="5E950E12" w14:textId="77777777" w:rsidR="009970FD" w:rsidRPr="004318D5" w:rsidRDefault="009970FD">
            <w:pPr>
              <w:rPr>
                <w:lang w:val="pl-PL"/>
              </w:rPr>
            </w:pPr>
          </w:p>
        </w:tc>
      </w:tr>
      <w:tr w:rsidR="00EF4CEB" w:rsidRPr="004318D5" w14:paraId="309EE2C0" w14:textId="77777777" w:rsidTr="009970FD">
        <w:trPr>
          <w:trHeight w:val="964"/>
          <w:jc w:val="center"/>
        </w:trPr>
        <w:tc>
          <w:tcPr>
            <w:tcW w:w="0" w:type="auto"/>
          </w:tcPr>
          <w:p w14:paraId="013D1A04" w14:textId="77777777" w:rsidR="00EF4CEB" w:rsidRPr="004318D5" w:rsidRDefault="002B1D3C">
            <w:pPr>
              <w:rPr>
                <w:b/>
                <w:lang w:val="pl-PL"/>
              </w:rPr>
            </w:pPr>
            <w:r w:rsidRPr="004318D5">
              <w:rPr>
                <w:b/>
                <w:lang w:val="pl-PL"/>
              </w:rPr>
              <w:t>2</w:t>
            </w:r>
          </w:p>
        </w:tc>
        <w:tc>
          <w:tcPr>
            <w:tcW w:w="2628" w:type="dxa"/>
          </w:tcPr>
          <w:p w14:paraId="201BB14B" w14:textId="77777777" w:rsidR="00EF4CEB" w:rsidRPr="004318D5" w:rsidRDefault="002B1D3C">
            <w:pPr>
              <w:rPr>
                <w:lang w:val="pl-PL"/>
              </w:rPr>
            </w:pPr>
            <w:r w:rsidRPr="004318D5">
              <w:rPr>
                <w:lang w:val="pl-PL"/>
              </w:rPr>
              <w:t>Jakość i zgodność żywienia z przepisami</w:t>
            </w:r>
          </w:p>
        </w:tc>
        <w:tc>
          <w:tcPr>
            <w:tcW w:w="992" w:type="dxa"/>
          </w:tcPr>
          <w:p w14:paraId="616D59AB" w14:textId="77777777" w:rsidR="00EF4CEB" w:rsidRPr="004318D5" w:rsidRDefault="00313EF8">
            <w:pPr>
              <w:rPr>
                <w:lang w:val="pl-PL"/>
              </w:rPr>
            </w:pPr>
            <w:r w:rsidRPr="004318D5">
              <w:rPr>
                <w:lang w:val="pl-PL"/>
              </w:rPr>
              <w:t>20</w:t>
            </w:r>
          </w:p>
        </w:tc>
        <w:tc>
          <w:tcPr>
            <w:tcW w:w="1146" w:type="dxa"/>
          </w:tcPr>
          <w:p w14:paraId="3B15EF24" w14:textId="77777777" w:rsidR="00EF4CEB" w:rsidRPr="004318D5" w:rsidRDefault="00EF4CEB">
            <w:pPr>
              <w:rPr>
                <w:lang w:val="pl-PL"/>
              </w:rPr>
            </w:pPr>
          </w:p>
        </w:tc>
        <w:tc>
          <w:tcPr>
            <w:tcW w:w="4817" w:type="dxa"/>
          </w:tcPr>
          <w:p w14:paraId="53841D88" w14:textId="77777777" w:rsidR="00EF4CEB" w:rsidRDefault="00EF4CEB">
            <w:pPr>
              <w:rPr>
                <w:lang w:val="pl-PL"/>
              </w:rPr>
            </w:pPr>
          </w:p>
          <w:p w14:paraId="0E6DC200" w14:textId="77777777" w:rsidR="009970FD" w:rsidRDefault="009970FD">
            <w:pPr>
              <w:rPr>
                <w:lang w:val="pl-PL"/>
              </w:rPr>
            </w:pPr>
          </w:p>
          <w:p w14:paraId="23B83A71" w14:textId="77777777" w:rsidR="009970FD" w:rsidRDefault="009970FD">
            <w:pPr>
              <w:rPr>
                <w:lang w:val="pl-PL"/>
              </w:rPr>
            </w:pPr>
          </w:p>
          <w:p w14:paraId="6DA6BC9E" w14:textId="77777777" w:rsidR="009970FD" w:rsidRPr="004318D5" w:rsidRDefault="009970FD">
            <w:pPr>
              <w:rPr>
                <w:lang w:val="pl-PL"/>
              </w:rPr>
            </w:pPr>
          </w:p>
        </w:tc>
      </w:tr>
      <w:tr w:rsidR="00EF4CEB" w:rsidRPr="004318D5" w14:paraId="11BF6715" w14:textId="77777777" w:rsidTr="009970FD">
        <w:trPr>
          <w:trHeight w:val="964"/>
          <w:jc w:val="center"/>
        </w:trPr>
        <w:tc>
          <w:tcPr>
            <w:tcW w:w="0" w:type="auto"/>
          </w:tcPr>
          <w:p w14:paraId="5A6DA236" w14:textId="77777777" w:rsidR="00EF4CEB" w:rsidRPr="004318D5" w:rsidRDefault="002B1D3C">
            <w:pPr>
              <w:rPr>
                <w:b/>
                <w:lang w:val="pl-PL"/>
              </w:rPr>
            </w:pPr>
            <w:r w:rsidRPr="004318D5">
              <w:rPr>
                <w:b/>
                <w:lang w:val="pl-PL"/>
              </w:rPr>
              <w:t>3</w:t>
            </w:r>
          </w:p>
        </w:tc>
        <w:tc>
          <w:tcPr>
            <w:tcW w:w="2628" w:type="dxa"/>
          </w:tcPr>
          <w:p w14:paraId="3AF4CFE1" w14:textId="77777777" w:rsidR="00135771" w:rsidRDefault="002B1D3C">
            <w:pPr>
              <w:rPr>
                <w:lang w:val="pl-PL"/>
              </w:rPr>
            </w:pPr>
            <w:r w:rsidRPr="004318D5">
              <w:rPr>
                <w:lang w:val="pl-PL"/>
              </w:rPr>
              <w:t xml:space="preserve">Doświadczenie </w:t>
            </w:r>
          </w:p>
          <w:p w14:paraId="5CD7B18B" w14:textId="77777777" w:rsidR="00EF4CEB" w:rsidRPr="004318D5" w:rsidRDefault="002B1D3C">
            <w:pPr>
              <w:rPr>
                <w:lang w:val="pl-PL"/>
              </w:rPr>
            </w:pPr>
            <w:r w:rsidRPr="004318D5">
              <w:rPr>
                <w:lang w:val="pl-PL"/>
              </w:rPr>
              <w:t>i wiarygodność oferenta</w:t>
            </w:r>
          </w:p>
        </w:tc>
        <w:tc>
          <w:tcPr>
            <w:tcW w:w="992" w:type="dxa"/>
          </w:tcPr>
          <w:p w14:paraId="59C31449" w14:textId="77777777" w:rsidR="00EF4CEB" w:rsidRPr="004318D5" w:rsidRDefault="00313EF8">
            <w:pPr>
              <w:rPr>
                <w:lang w:val="pl-PL"/>
              </w:rPr>
            </w:pPr>
            <w:r w:rsidRPr="004318D5">
              <w:rPr>
                <w:lang w:val="pl-PL"/>
              </w:rPr>
              <w:t>20</w:t>
            </w:r>
          </w:p>
        </w:tc>
        <w:tc>
          <w:tcPr>
            <w:tcW w:w="1146" w:type="dxa"/>
          </w:tcPr>
          <w:p w14:paraId="2BEE18DA" w14:textId="77777777" w:rsidR="00EF4CEB" w:rsidRPr="004318D5" w:rsidRDefault="00EF4CEB">
            <w:pPr>
              <w:rPr>
                <w:lang w:val="pl-PL"/>
              </w:rPr>
            </w:pPr>
          </w:p>
        </w:tc>
        <w:tc>
          <w:tcPr>
            <w:tcW w:w="4817" w:type="dxa"/>
          </w:tcPr>
          <w:p w14:paraId="683C1EFC" w14:textId="77777777" w:rsidR="00EF4CEB" w:rsidRDefault="00EF4CEB">
            <w:pPr>
              <w:rPr>
                <w:lang w:val="pl-PL"/>
              </w:rPr>
            </w:pPr>
          </w:p>
          <w:p w14:paraId="657DA7CD" w14:textId="77777777" w:rsidR="009970FD" w:rsidRDefault="009970FD">
            <w:pPr>
              <w:rPr>
                <w:lang w:val="pl-PL"/>
              </w:rPr>
            </w:pPr>
          </w:p>
          <w:p w14:paraId="209B3FC9" w14:textId="77777777" w:rsidR="009970FD" w:rsidRDefault="009970FD">
            <w:pPr>
              <w:rPr>
                <w:lang w:val="pl-PL"/>
              </w:rPr>
            </w:pPr>
          </w:p>
          <w:p w14:paraId="7EEAD377" w14:textId="77777777" w:rsidR="009970FD" w:rsidRPr="004318D5" w:rsidRDefault="009970FD">
            <w:pPr>
              <w:rPr>
                <w:lang w:val="pl-PL"/>
              </w:rPr>
            </w:pPr>
          </w:p>
        </w:tc>
      </w:tr>
      <w:tr w:rsidR="00EF4CEB" w:rsidRPr="004318D5" w14:paraId="65CCB4FB" w14:textId="77777777" w:rsidTr="009970FD">
        <w:trPr>
          <w:trHeight w:val="964"/>
          <w:jc w:val="center"/>
        </w:trPr>
        <w:tc>
          <w:tcPr>
            <w:tcW w:w="0" w:type="auto"/>
          </w:tcPr>
          <w:p w14:paraId="76E24500" w14:textId="77777777" w:rsidR="00EF4CEB" w:rsidRPr="004318D5" w:rsidRDefault="002B1D3C">
            <w:pPr>
              <w:rPr>
                <w:b/>
                <w:lang w:val="pl-PL"/>
              </w:rPr>
            </w:pPr>
            <w:r w:rsidRPr="004318D5">
              <w:rPr>
                <w:b/>
                <w:lang w:val="pl-PL"/>
              </w:rPr>
              <w:t>4</w:t>
            </w:r>
          </w:p>
        </w:tc>
        <w:tc>
          <w:tcPr>
            <w:tcW w:w="2628" w:type="dxa"/>
          </w:tcPr>
          <w:p w14:paraId="617E0FED" w14:textId="77777777" w:rsidR="00135771" w:rsidRDefault="002B1D3C">
            <w:pPr>
              <w:rPr>
                <w:lang w:val="pl-PL"/>
              </w:rPr>
            </w:pPr>
            <w:r w:rsidRPr="004318D5">
              <w:rPr>
                <w:lang w:val="pl-PL"/>
              </w:rPr>
              <w:t>Warunki organizacyjne</w:t>
            </w:r>
          </w:p>
          <w:p w14:paraId="3C35EBE9" w14:textId="77777777" w:rsidR="00EF4CEB" w:rsidRPr="004318D5" w:rsidRDefault="002B1D3C">
            <w:pPr>
              <w:rPr>
                <w:lang w:val="pl-PL"/>
              </w:rPr>
            </w:pPr>
            <w:r w:rsidRPr="004318D5">
              <w:rPr>
                <w:lang w:val="pl-PL"/>
              </w:rPr>
              <w:t>i sanitarne</w:t>
            </w:r>
          </w:p>
        </w:tc>
        <w:tc>
          <w:tcPr>
            <w:tcW w:w="992" w:type="dxa"/>
          </w:tcPr>
          <w:p w14:paraId="7BA82A4C" w14:textId="77777777" w:rsidR="00EF4CEB" w:rsidRPr="004318D5" w:rsidRDefault="002B1D3C">
            <w:pPr>
              <w:rPr>
                <w:lang w:val="pl-PL"/>
              </w:rPr>
            </w:pPr>
            <w:r w:rsidRPr="004318D5">
              <w:rPr>
                <w:lang w:val="pl-PL"/>
              </w:rPr>
              <w:t>15</w:t>
            </w:r>
          </w:p>
        </w:tc>
        <w:tc>
          <w:tcPr>
            <w:tcW w:w="1146" w:type="dxa"/>
          </w:tcPr>
          <w:p w14:paraId="7D6BB1F2" w14:textId="77777777" w:rsidR="00EF4CEB" w:rsidRPr="004318D5" w:rsidRDefault="00EF4CEB">
            <w:pPr>
              <w:rPr>
                <w:lang w:val="pl-PL"/>
              </w:rPr>
            </w:pPr>
          </w:p>
        </w:tc>
        <w:tc>
          <w:tcPr>
            <w:tcW w:w="4817" w:type="dxa"/>
          </w:tcPr>
          <w:p w14:paraId="2796995C" w14:textId="77777777" w:rsidR="00EF4CEB" w:rsidRDefault="00EF4CEB">
            <w:pPr>
              <w:rPr>
                <w:lang w:val="pl-PL"/>
              </w:rPr>
            </w:pPr>
          </w:p>
          <w:p w14:paraId="57862F6B" w14:textId="77777777" w:rsidR="009970FD" w:rsidRDefault="009970FD">
            <w:pPr>
              <w:rPr>
                <w:lang w:val="pl-PL"/>
              </w:rPr>
            </w:pPr>
          </w:p>
          <w:p w14:paraId="51D60345" w14:textId="77777777" w:rsidR="009970FD" w:rsidRDefault="009970FD">
            <w:pPr>
              <w:rPr>
                <w:lang w:val="pl-PL"/>
              </w:rPr>
            </w:pPr>
          </w:p>
          <w:p w14:paraId="1A486162" w14:textId="77777777" w:rsidR="009970FD" w:rsidRPr="004318D5" w:rsidRDefault="009970FD">
            <w:pPr>
              <w:rPr>
                <w:lang w:val="pl-PL"/>
              </w:rPr>
            </w:pPr>
          </w:p>
        </w:tc>
      </w:tr>
      <w:tr w:rsidR="00EF4CEB" w:rsidRPr="004318D5" w14:paraId="5A7C3714" w14:textId="77777777" w:rsidTr="009970FD">
        <w:trPr>
          <w:trHeight w:val="964"/>
          <w:jc w:val="center"/>
        </w:trPr>
        <w:tc>
          <w:tcPr>
            <w:tcW w:w="0" w:type="auto"/>
          </w:tcPr>
          <w:p w14:paraId="7947ECDA" w14:textId="77777777" w:rsidR="00EF4CEB" w:rsidRPr="004318D5" w:rsidRDefault="002B1D3C">
            <w:pPr>
              <w:rPr>
                <w:b/>
                <w:lang w:val="pl-PL"/>
              </w:rPr>
            </w:pPr>
            <w:r w:rsidRPr="004318D5">
              <w:rPr>
                <w:b/>
                <w:lang w:val="pl-PL"/>
              </w:rPr>
              <w:t>5</w:t>
            </w:r>
          </w:p>
        </w:tc>
        <w:tc>
          <w:tcPr>
            <w:tcW w:w="2628" w:type="dxa"/>
          </w:tcPr>
          <w:p w14:paraId="57566812" w14:textId="77777777" w:rsidR="00EF4CEB" w:rsidRPr="004318D5" w:rsidRDefault="002B1D3C">
            <w:pPr>
              <w:rPr>
                <w:lang w:val="pl-PL"/>
              </w:rPr>
            </w:pPr>
            <w:r w:rsidRPr="004318D5">
              <w:rPr>
                <w:lang w:val="pl-PL"/>
              </w:rPr>
              <w:t>Oferta bufetu i rozwiązania prozdrowotne</w:t>
            </w:r>
          </w:p>
        </w:tc>
        <w:tc>
          <w:tcPr>
            <w:tcW w:w="992" w:type="dxa"/>
          </w:tcPr>
          <w:p w14:paraId="28E36490" w14:textId="77777777" w:rsidR="00EF4CEB" w:rsidRPr="004318D5" w:rsidRDefault="002B1D3C">
            <w:pPr>
              <w:rPr>
                <w:lang w:val="pl-PL"/>
              </w:rPr>
            </w:pPr>
            <w:r w:rsidRPr="004318D5">
              <w:rPr>
                <w:lang w:val="pl-PL"/>
              </w:rPr>
              <w:t>10</w:t>
            </w:r>
          </w:p>
        </w:tc>
        <w:tc>
          <w:tcPr>
            <w:tcW w:w="1146" w:type="dxa"/>
          </w:tcPr>
          <w:p w14:paraId="3695C2FA" w14:textId="77777777" w:rsidR="00EF4CEB" w:rsidRPr="004318D5" w:rsidRDefault="00EF4CEB">
            <w:pPr>
              <w:rPr>
                <w:lang w:val="pl-PL"/>
              </w:rPr>
            </w:pPr>
          </w:p>
        </w:tc>
        <w:tc>
          <w:tcPr>
            <w:tcW w:w="4817" w:type="dxa"/>
          </w:tcPr>
          <w:p w14:paraId="2A65C26B" w14:textId="77777777" w:rsidR="00EF4CEB" w:rsidRDefault="00EF4CEB">
            <w:pPr>
              <w:rPr>
                <w:lang w:val="pl-PL"/>
              </w:rPr>
            </w:pPr>
          </w:p>
          <w:p w14:paraId="1CE0554B" w14:textId="77777777" w:rsidR="009970FD" w:rsidRDefault="009970FD">
            <w:pPr>
              <w:rPr>
                <w:lang w:val="pl-PL"/>
              </w:rPr>
            </w:pPr>
          </w:p>
          <w:p w14:paraId="6534F097" w14:textId="77777777" w:rsidR="009970FD" w:rsidRDefault="009970FD">
            <w:pPr>
              <w:rPr>
                <w:lang w:val="pl-PL"/>
              </w:rPr>
            </w:pPr>
          </w:p>
          <w:p w14:paraId="3AFEC299" w14:textId="77777777" w:rsidR="009970FD" w:rsidRPr="004318D5" w:rsidRDefault="009970FD">
            <w:pPr>
              <w:rPr>
                <w:lang w:val="pl-PL"/>
              </w:rPr>
            </w:pPr>
          </w:p>
        </w:tc>
      </w:tr>
      <w:tr w:rsidR="00EF4CEB" w:rsidRPr="004318D5" w14:paraId="3BCA2CCE" w14:textId="77777777" w:rsidTr="009970FD">
        <w:trPr>
          <w:trHeight w:val="964"/>
          <w:jc w:val="center"/>
        </w:trPr>
        <w:tc>
          <w:tcPr>
            <w:tcW w:w="0" w:type="auto"/>
          </w:tcPr>
          <w:p w14:paraId="6A59EFC0" w14:textId="77777777" w:rsidR="00EF4CEB" w:rsidRPr="004318D5" w:rsidRDefault="002B1D3C">
            <w:pPr>
              <w:rPr>
                <w:b/>
                <w:lang w:val="pl-PL"/>
              </w:rPr>
            </w:pPr>
            <w:r w:rsidRPr="004318D5">
              <w:rPr>
                <w:b/>
                <w:lang w:val="pl-PL"/>
              </w:rPr>
              <w:t>6</w:t>
            </w:r>
          </w:p>
        </w:tc>
        <w:tc>
          <w:tcPr>
            <w:tcW w:w="2628" w:type="dxa"/>
          </w:tcPr>
          <w:p w14:paraId="174F91C3" w14:textId="77777777" w:rsidR="00EF4CEB" w:rsidRPr="004318D5" w:rsidRDefault="002B1D3C">
            <w:pPr>
              <w:rPr>
                <w:lang w:val="pl-PL"/>
              </w:rPr>
            </w:pPr>
            <w:r w:rsidRPr="004318D5">
              <w:rPr>
                <w:lang w:val="pl-PL"/>
              </w:rPr>
              <w:t>Dodatkowe korzyści dla szkoły i uczniów</w:t>
            </w:r>
          </w:p>
        </w:tc>
        <w:tc>
          <w:tcPr>
            <w:tcW w:w="992" w:type="dxa"/>
          </w:tcPr>
          <w:p w14:paraId="6297A6BA" w14:textId="77777777" w:rsidR="00EF4CEB" w:rsidRPr="004318D5" w:rsidRDefault="002B1D3C">
            <w:pPr>
              <w:rPr>
                <w:lang w:val="pl-PL"/>
              </w:rPr>
            </w:pPr>
            <w:r w:rsidRPr="004318D5">
              <w:rPr>
                <w:lang w:val="pl-PL"/>
              </w:rPr>
              <w:t>5</w:t>
            </w:r>
          </w:p>
        </w:tc>
        <w:tc>
          <w:tcPr>
            <w:tcW w:w="1146" w:type="dxa"/>
          </w:tcPr>
          <w:p w14:paraId="6EE412F2" w14:textId="77777777" w:rsidR="00EF4CEB" w:rsidRPr="004318D5" w:rsidRDefault="00EF4CEB">
            <w:pPr>
              <w:rPr>
                <w:lang w:val="pl-PL"/>
              </w:rPr>
            </w:pPr>
          </w:p>
        </w:tc>
        <w:tc>
          <w:tcPr>
            <w:tcW w:w="4817" w:type="dxa"/>
          </w:tcPr>
          <w:p w14:paraId="3EB7C4E7" w14:textId="77777777" w:rsidR="00EF4CEB" w:rsidRDefault="00EF4CEB">
            <w:pPr>
              <w:rPr>
                <w:lang w:val="pl-PL"/>
              </w:rPr>
            </w:pPr>
          </w:p>
          <w:p w14:paraId="2B09967B" w14:textId="77777777" w:rsidR="009970FD" w:rsidRDefault="009970FD">
            <w:pPr>
              <w:rPr>
                <w:lang w:val="pl-PL"/>
              </w:rPr>
            </w:pPr>
          </w:p>
          <w:p w14:paraId="29DEA7E1" w14:textId="77777777" w:rsidR="009970FD" w:rsidRDefault="009970FD">
            <w:pPr>
              <w:rPr>
                <w:lang w:val="pl-PL"/>
              </w:rPr>
            </w:pPr>
          </w:p>
          <w:p w14:paraId="5DDB293F" w14:textId="77777777" w:rsidR="009970FD" w:rsidRPr="004318D5" w:rsidRDefault="009970FD">
            <w:pPr>
              <w:rPr>
                <w:lang w:val="pl-PL"/>
              </w:rPr>
            </w:pPr>
          </w:p>
        </w:tc>
      </w:tr>
      <w:tr w:rsidR="00003E3C" w:rsidRPr="004318D5" w14:paraId="0E9B8DCF" w14:textId="77777777" w:rsidTr="009970FD">
        <w:trPr>
          <w:trHeight w:val="567"/>
          <w:jc w:val="center"/>
        </w:trPr>
        <w:tc>
          <w:tcPr>
            <w:tcW w:w="3114" w:type="dxa"/>
            <w:gridSpan w:val="2"/>
            <w:shd w:val="clear" w:color="auto" w:fill="B6DDE8" w:themeFill="accent5" w:themeFillTint="66"/>
          </w:tcPr>
          <w:p w14:paraId="5625A949" w14:textId="77777777" w:rsidR="00003E3C" w:rsidRDefault="00003E3C">
            <w:pPr>
              <w:rPr>
                <w:b/>
                <w:lang w:val="pl-PL"/>
              </w:rPr>
            </w:pPr>
          </w:p>
          <w:p w14:paraId="7DDC362C" w14:textId="77777777" w:rsidR="00003E3C" w:rsidRDefault="00003E3C">
            <w:pPr>
              <w:rPr>
                <w:b/>
                <w:lang w:val="pl-PL"/>
              </w:rPr>
            </w:pPr>
            <w:r w:rsidRPr="004318D5">
              <w:rPr>
                <w:b/>
                <w:lang w:val="pl-PL"/>
              </w:rPr>
              <w:t>RAZEM</w:t>
            </w:r>
          </w:p>
          <w:p w14:paraId="04174254" w14:textId="77777777" w:rsidR="00003E3C" w:rsidRPr="004318D5" w:rsidRDefault="00003E3C">
            <w:pPr>
              <w:rPr>
                <w:b/>
                <w:lang w:val="pl-PL"/>
              </w:rPr>
            </w:pPr>
          </w:p>
        </w:tc>
        <w:tc>
          <w:tcPr>
            <w:tcW w:w="992" w:type="dxa"/>
            <w:shd w:val="clear" w:color="auto" w:fill="B6DDE8" w:themeFill="accent5" w:themeFillTint="66"/>
          </w:tcPr>
          <w:p w14:paraId="0B584C3D" w14:textId="77777777" w:rsidR="00003E3C" w:rsidRDefault="00003E3C">
            <w:pPr>
              <w:rPr>
                <w:b/>
                <w:lang w:val="pl-PL"/>
              </w:rPr>
            </w:pPr>
          </w:p>
          <w:p w14:paraId="55716AB8" w14:textId="77777777" w:rsidR="00003E3C" w:rsidRPr="004318D5" w:rsidRDefault="00003E3C">
            <w:pPr>
              <w:rPr>
                <w:b/>
                <w:lang w:val="pl-PL"/>
              </w:rPr>
            </w:pPr>
            <w:r w:rsidRPr="004318D5">
              <w:rPr>
                <w:b/>
                <w:lang w:val="pl-PL"/>
              </w:rPr>
              <w:t>100</w:t>
            </w:r>
          </w:p>
        </w:tc>
        <w:tc>
          <w:tcPr>
            <w:tcW w:w="1146" w:type="dxa"/>
            <w:shd w:val="clear" w:color="auto" w:fill="B6DDE8" w:themeFill="accent5" w:themeFillTint="66"/>
          </w:tcPr>
          <w:p w14:paraId="7B17F546" w14:textId="77777777" w:rsidR="00003E3C" w:rsidRPr="004318D5" w:rsidRDefault="00003E3C">
            <w:pPr>
              <w:rPr>
                <w:b/>
                <w:lang w:val="pl-PL"/>
              </w:rPr>
            </w:pPr>
          </w:p>
        </w:tc>
        <w:tc>
          <w:tcPr>
            <w:tcW w:w="4817" w:type="dxa"/>
            <w:shd w:val="clear" w:color="auto" w:fill="B6DDE8" w:themeFill="accent5" w:themeFillTint="66"/>
          </w:tcPr>
          <w:p w14:paraId="612975DD" w14:textId="77777777" w:rsidR="00003E3C" w:rsidRPr="004318D5" w:rsidRDefault="00003E3C">
            <w:pPr>
              <w:rPr>
                <w:b/>
                <w:lang w:val="pl-PL"/>
              </w:rPr>
            </w:pPr>
          </w:p>
        </w:tc>
      </w:tr>
    </w:tbl>
    <w:p w14:paraId="009BEE9B" w14:textId="77777777" w:rsidR="003A6E48" w:rsidRPr="004318D5" w:rsidRDefault="003A6E48">
      <w:pPr>
        <w:rPr>
          <w:b/>
          <w:lang w:val="pl-PL"/>
        </w:rPr>
      </w:pPr>
    </w:p>
    <w:p w14:paraId="791D70D2" w14:textId="77777777" w:rsidR="00611317" w:rsidRDefault="00611317" w:rsidP="00135771">
      <w:pPr>
        <w:ind w:firstLine="720"/>
        <w:rPr>
          <w:b/>
          <w:lang w:val="pl-PL"/>
        </w:rPr>
      </w:pPr>
    </w:p>
    <w:p w14:paraId="797E1130" w14:textId="77777777" w:rsidR="00611317" w:rsidRDefault="00611317" w:rsidP="00135771">
      <w:pPr>
        <w:ind w:firstLine="720"/>
        <w:rPr>
          <w:b/>
          <w:lang w:val="pl-PL"/>
        </w:rPr>
      </w:pPr>
    </w:p>
    <w:p w14:paraId="74664F34" w14:textId="77777777" w:rsidR="00EF4CEB" w:rsidRPr="004318D5" w:rsidRDefault="002B1D3C" w:rsidP="00135771">
      <w:pPr>
        <w:ind w:firstLine="720"/>
        <w:rPr>
          <w:lang w:val="pl-PL"/>
        </w:rPr>
      </w:pPr>
      <w:r w:rsidRPr="004318D5">
        <w:rPr>
          <w:b/>
          <w:lang w:val="pl-PL"/>
        </w:rPr>
        <w:lastRenderedPageBreak/>
        <w:t>Rekomendacja członka Komisji:</w:t>
      </w:r>
      <w:r w:rsidR="00A67DCE">
        <w:rPr>
          <w:rStyle w:val="Odwoanieprzypisudolnego"/>
          <w:b/>
          <w:lang w:val="pl-PL"/>
        </w:rPr>
        <w:footnoteReference w:id="1"/>
      </w:r>
    </w:p>
    <w:p w14:paraId="13F965F8" w14:textId="77777777" w:rsidR="00EF4CEB" w:rsidRPr="004318D5" w:rsidRDefault="002B1D3C" w:rsidP="00135771">
      <w:pPr>
        <w:ind w:firstLine="720"/>
        <w:rPr>
          <w:lang w:val="pl-PL"/>
        </w:rPr>
      </w:pPr>
      <w:r w:rsidRPr="004318D5">
        <w:rPr>
          <w:lang w:val="pl-PL"/>
        </w:rPr>
        <w:t xml:space="preserve">☐ </w:t>
      </w:r>
      <w:r w:rsidR="00B40037" w:rsidRPr="004318D5">
        <w:rPr>
          <w:lang w:val="pl-PL"/>
        </w:rPr>
        <w:t xml:space="preserve"> </w:t>
      </w:r>
      <w:r w:rsidRPr="004318D5">
        <w:rPr>
          <w:lang w:val="pl-PL"/>
        </w:rPr>
        <w:t xml:space="preserve">oferta rekomendowana do wyboru     ☐ </w:t>
      </w:r>
      <w:r w:rsidR="00B40037" w:rsidRPr="004318D5">
        <w:rPr>
          <w:lang w:val="pl-PL"/>
        </w:rPr>
        <w:t xml:space="preserve"> </w:t>
      </w:r>
      <w:r w:rsidRPr="004318D5">
        <w:rPr>
          <w:lang w:val="pl-PL"/>
        </w:rPr>
        <w:t xml:space="preserve">oferta nierekomendowana     ☐ </w:t>
      </w:r>
      <w:r w:rsidR="00B40037" w:rsidRPr="004318D5">
        <w:rPr>
          <w:lang w:val="pl-PL"/>
        </w:rPr>
        <w:t xml:space="preserve"> </w:t>
      </w:r>
      <w:r w:rsidRPr="004318D5">
        <w:rPr>
          <w:lang w:val="pl-PL"/>
        </w:rPr>
        <w:t>oferta wymaga wyjaśnień</w:t>
      </w:r>
    </w:p>
    <w:p w14:paraId="61C99A1B" w14:textId="77777777" w:rsidR="00EF4CEB" w:rsidRPr="004318D5" w:rsidRDefault="002B1D3C" w:rsidP="00135771">
      <w:pPr>
        <w:ind w:firstLine="720"/>
        <w:rPr>
          <w:b/>
          <w:lang w:val="pl-PL"/>
        </w:rPr>
      </w:pPr>
      <w:r w:rsidRPr="004318D5">
        <w:rPr>
          <w:b/>
          <w:lang w:val="pl-PL"/>
        </w:rPr>
        <w:t>Uwagi:</w:t>
      </w:r>
    </w:p>
    <w:p w14:paraId="0E29F4CC" w14:textId="77777777" w:rsidR="00EF4CEB" w:rsidRDefault="002B1D3C" w:rsidP="003A6E48">
      <w:pPr>
        <w:spacing w:line="480" w:lineRule="auto"/>
        <w:rPr>
          <w:lang w:val="pl-PL"/>
        </w:rPr>
      </w:pPr>
      <w:r w:rsidRPr="004318D5">
        <w:rPr>
          <w:lang w:val="pl-PL"/>
        </w:rPr>
        <w:t>……………………………………………………………………………………………………………………………</w:t>
      </w:r>
      <w:r w:rsidR="003A6E48" w:rsidRPr="004318D5">
        <w:rPr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67DCE">
        <w:rPr>
          <w:lang w:val="pl-PL"/>
        </w:rPr>
        <w:t>………………………………………………………………………………………………………………………………..</w:t>
      </w:r>
      <w:r w:rsidR="003A6E48" w:rsidRPr="004318D5">
        <w:rPr>
          <w:lang w:val="pl-PL"/>
        </w:rPr>
        <w:t>….</w:t>
      </w:r>
    </w:p>
    <w:p w14:paraId="7AA0FAAA" w14:textId="77777777" w:rsidR="009970FD" w:rsidRPr="004318D5" w:rsidRDefault="009970FD" w:rsidP="003A6E48">
      <w:pPr>
        <w:spacing w:line="480" w:lineRule="auto"/>
        <w:rPr>
          <w:lang w:val="pl-PL"/>
        </w:rPr>
      </w:pPr>
    </w:p>
    <w:p w14:paraId="0CBD53AE" w14:textId="77777777" w:rsidR="00EF4CEB" w:rsidRPr="004318D5" w:rsidRDefault="002B1D3C" w:rsidP="00135771">
      <w:pPr>
        <w:ind w:firstLine="720"/>
        <w:rPr>
          <w:lang w:val="pl-PL"/>
        </w:rPr>
      </w:pPr>
      <w:r w:rsidRPr="004318D5">
        <w:rPr>
          <w:b/>
          <w:lang w:val="pl-PL"/>
        </w:rPr>
        <w:t>Data i podpis członka Komisji:</w:t>
      </w:r>
      <w:r w:rsidRPr="004318D5">
        <w:rPr>
          <w:lang w:val="pl-PL"/>
        </w:rPr>
        <w:t xml:space="preserve"> ……………………………………………………………………………………</w:t>
      </w:r>
    </w:p>
    <w:sectPr w:rsidR="00EF4CEB" w:rsidRPr="004318D5" w:rsidSect="00135771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F02E8" w14:textId="77777777" w:rsidR="00CB148E" w:rsidRDefault="00CB148E" w:rsidP="00611317">
      <w:pPr>
        <w:spacing w:after="0" w:line="240" w:lineRule="auto"/>
      </w:pPr>
      <w:r>
        <w:separator/>
      </w:r>
    </w:p>
  </w:endnote>
  <w:endnote w:type="continuationSeparator" w:id="0">
    <w:p w14:paraId="0843C70C" w14:textId="77777777" w:rsidR="00CB148E" w:rsidRDefault="00CB148E" w:rsidP="00611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1798181"/>
      <w:docPartObj>
        <w:docPartGallery w:val="Page Numbers (Bottom of Page)"/>
        <w:docPartUnique/>
      </w:docPartObj>
    </w:sdtPr>
    <w:sdtContent>
      <w:p w14:paraId="45336DAD" w14:textId="77777777" w:rsidR="00611317" w:rsidRDefault="00611317">
        <w:pPr>
          <w:pStyle w:val="Stopka"/>
          <w:jc w:val="right"/>
        </w:pPr>
        <w:r w:rsidRPr="00611317">
          <w:rPr>
            <w:b/>
          </w:rPr>
          <w:fldChar w:fldCharType="begin"/>
        </w:r>
        <w:r w:rsidRPr="00611317">
          <w:rPr>
            <w:b/>
          </w:rPr>
          <w:instrText>PAGE   \* MERGEFORMAT</w:instrText>
        </w:r>
        <w:r w:rsidRPr="00611317">
          <w:rPr>
            <w:b/>
          </w:rPr>
          <w:fldChar w:fldCharType="separate"/>
        </w:r>
        <w:r w:rsidR="004E1957" w:rsidRPr="004E1957">
          <w:rPr>
            <w:b/>
            <w:noProof/>
            <w:lang w:val="pl-PL"/>
          </w:rPr>
          <w:t>1</w:t>
        </w:r>
        <w:r w:rsidRPr="00611317">
          <w:rPr>
            <w:b/>
          </w:rPr>
          <w:fldChar w:fldCharType="end"/>
        </w:r>
      </w:p>
    </w:sdtContent>
  </w:sdt>
  <w:p w14:paraId="61035DE3" w14:textId="77777777" w:rsidR="00611317" w:rsidRDefault="006113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CDB27" w14:textId="77777777" w:rsidR="00CB148E" w:rsidRDefault="00CB148E" w:rsidP="00611317">
      <w:pPr>
        <w:spacing w:after="0" w:line="240" w:lineRule="auto"/>
      </w:pPr>
      <w:r>
        <w:separator/>
      </w:r>
    </w:p>
  </w:footnote>
  <w:footnote w:type="continuationSeparator" w:id="0">
    <w:p w14:paraId="57C0858B" w14:textId="77777777" w:rsidR="00CB148E" w:rsidRDefault="00CB148E" w:rsidP="00611317">
      <w:pPr>
        <w:spacing w:after="0" w:line="240" w:lineRule="auto"/>
      </w:pPr>
      <w:r>
        <w:continuationSeparator/>
      </w:r>
    </w:p>
  </w:footnote>
  <w:footnote w:id="1">
    <w:p w14:paraId="2CE8152C" w14:textId="77777777" w:rsidR="00A67DCE" w:rsidRPr="00A67DCE" w:rsidRDefault="00A67DC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0179501">
    <w:abstractNumId w:val="8"/>
  </w:num>
  <w:num w:numId="2" w16cid:durableId="1030690499">
    <w:abstractNumId w:val="6"/>
  </w:num>
  <w:num w:numId="3" w16cid:durableId="241304205">
    <w:abstractNumId w:val="5"/>
  </w:num>
  <w:num w:numId="4" w16cid:durableId="1036196828">
    <w:abstractNumId w:val="4"/>
  </w:num>
  <w:num w:numId="5" w16cid:durableId="137305333">
    <w:abstractNumId w:val="7"/>
  </w:num>
  <w:num w:numId="6" w16cid:durableId="79713952">
    <w:abstractNumId w:val="3"/>
  </w:num>
  <w:num w:numId="7" w16cid:durableId="1670710433">
    <w:abstractNumId w:val="2"/>
  </w:num>
  <w:num w:numId="8" w16cid:durableId="1084063303">
    <w:abstractNumId w:val="1"/>
  </w:num>
  <w:num w:numId="9" w16cid:durableId="80886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3E3C"/>
    <w:rsid w:val="00034616"/>
    <w:rsid w:val="0006063C"/>
    <w:rsid w:val="000A7B5D"/>
    <w:rsid w:val="000B4077"/>
    <w:rsid w:val="00135771"/>
    <w:rsid w:val="0015074B"/>
    <w:rsid w:val="001B7CCD"/>
    <w:rsid w:val="0020541D"/>
    <w:rsid w:val="00210183"/>
    <w:rsid w:val="0029639D"/>
    <w:rsid w:val="002B1D3C"/>
    <w:rsid w:val="00313EF8"/>
    <w:rsid w:val="00326F90"/>
    <w:rsid w:val="003A6E48"/>
    <w:rsid w:val="004318D5"/>
    <w:rsid w:val="00490EB4"/>
    <w:rsid w:val="004E1957"/>
    <w:rsid w:val="005E18F5"/>
    <w:rsid w:val="00611317"/>
    <w:rsid w:val="00634ED6"/>
    <w:rsid w:val="007130F8"/>
    <w:rsid w:val="00733E9E"/>
    <w:rsid w:val="007B1BEA"/>
    <w:rsid w:val="007C4850"/>
    <w:rsid w:val="009970FD"/>
    <w:rsid w:val="00A17326"/>
    <w:rsid w:val="00A67DCE"/>
    <w:rsid w:val="00AA1D8D"/>
    <w:rsid w:val="00B40037"/>
    <w:rsid w:val="00B47730"/>
    <w:rsid w:val="00BF2463"/>
    <w:rsid w:val="00CB0664"/>
    <w:rsid w:val="00CB148E"/>
    <w:rsid w:val="00D371AF"/>
    <w:rsid w:val="00D37A39"/>
    <w:rsid w:val="00EF4CEB"/>
    <w:rsid w:val="00EF693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645CBA"/>
  <w14:defaultImageDpi w14:val="330"/>
  <w15:docId w15:val="{CBFA28FE-EB65-4CC4-9862-7AE2ECF0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eastAsia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5E1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8F5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7D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7DCE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7D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7E547F-FD51-47EA-9A67-DB43724A8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KARTA OCENY OFERTY</vt:lpstr>
      <vt:lpstr/>
    </vt:vector>
  </TitlesOfParts>
  <Manager/>
  <Company/>
  <LinksUpToDate>false</LinksUpToDate>
  <CharactersWithSpaces>1550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Kowalczyk Adrian</cp:lastModifiedBy>
  <cp:revision>4</cp:revision>
  <cp:lastPrinted>2026-07-10T12:33:00Z</cp:lastPrinted>
  <dcterms:created xsi:type="dcterms:W3CDTF">2026-07-15T11:11:00Z</dcterms:created>
  <dcterms:modified xsi:type="dcterms:W3CDTF">2026-07-15T16:38:00Z</dcterms:modified>
  <cp:category/>
</cp:coreProperties>
</file>