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DAA3" w14:textId="77777777" w:rsidR="00841D64" w:rsidRPr="00B020E3" w:rsidRDefault="00841D64">
      <w:pPr>
        <w:spacing w:after="180"/>
        <w:jc w:val="right"/>
        <w:rPr>
          <w:b/>
          <w:szCs w:val="20"/>
          <w:lang w:val="pl-PL"/>
        </w:rPr>
      </w:pPr>
    </w:p>
    <w:p w14:paraId="11F38DAC" w14:textId="5B9AF150" w:rsidR="00C60487" w:rsidRPr="00B020E3" w:rsidRDefault="00000000">
      <w:pPr>
        <w:spacing w:after="180"/>
        <w:jc w:val="right"/>
        <w:rPr>
          <w:szCs w:val="20"/>
          <w:lang w:val="pl-PL"/>
        </w:rPr>
      </w:pPr>
      <w:r w:rsidRPr="00B020E3">
        <w:rPr>
          <w:b/>
          <w:szCs w:val="20"/>
          <w:lang w:val="pl-PL"/>
        </w:rPr>
        <w:t>Załącznik nr 1 do OPZ</w:t>
      </w:r>
    </w:p>
    <w:p w14:paraId="478ECAA3" w14:textId="77777777" w:rsidR="00C60487" w:rsidRPr="00B020E3" w:rsidRDefault="00000000">
      <w:pPr>
        <w:spacing w:after="120"/>
        <w:jc w:val="center"/>
        <w:rPr>
          <w:szCs w:val="20"/>
          <w:lang w:val="pl-PL"/>
        </w:rPr>
      </w:pPr>
      <w:r w:rsidRPr="00B020E3">
        <w:rPr>
          <w:b/>
          <w:szCs w:val="20"/>
          <w:lang w:val="pl-PL"/>
        </w:rPr>
        <w:t>FORMULARZ OFERTOWY</w:t>
      </w:r>
    </w:p>
    <w:p w14:paraId="3419C269" w14:textId="77777777" w:rsidR="00841D64" w:rsidRPr="00B020E3" w:rsidRDefault="00841D64">
      <w:pPr>
        <w:spacing w:after="180"/>
        <w:jc w:val="both"/>
        <w:rPr>
          <w:b/>
          <w:szCs w:val="20"/>
          <w:lang w:val="pl-PL"/>
        </w:rPr>
      </w:pPr>
    </w:p>
    <w:p w14:paraId="4C00B02C" w14:textId="5FCA6E38" w:rsidR="00C60487" w:rsidRPr="00B020E3" w:rsidRDefault="00000000">
      <w:pPr>
        <w:spacing w:after="180"/>
        <w:jc w:val="both"/>
        <w:rPr>
          <w:szCs w:val="20"/>
          <w:lang w:val="pl-PL"/>
        </w:rPr>
      </w:pPr>
      <w:r w:rsidRPr="00B020E3">
        <w:rPr>
          <w:b/>
          <w:szCs w:val="20"/>
          <w:lang w:val="pl-PL"/>
        </w:rPr>
        <w:t xml:space="preserve">w związku z zamówieniem </w:t>
      </w:r>
      <w:r w:rsidR="009C3CE9" w:rsidRPr="00B020E3">
        <w:rPr>
          <w:b/>
          <w:szCs w:val="20"/>
          <w:lang w:val="pl-PL"/>
        </w:rPr>
        <w:t>na wykonanie usługi opracowania graficznego, składu, przygotowania do druku oraz wykonania dwóch odrębnych folderów informacyjnych dotyczących Akredytowanych Ośrodków Innowacji oraz Krajowych Klastrów Kluczowych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851"/>
        <w:gridCol w:w="6712"/>
      </w:tblGrid>
      <w:tr w:rsidR="00C60487" w:rsidRPr="00B020E3" w14:paraId="0E1F3C24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736379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Nazwa Wykonawcy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BBEA7A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  <w:tr w:rsidR="00C60487" w:rsidRPr="00B020E3" w14:paraId="4A383949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52E12E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Adres siedziby Wykonawcy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959315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  <w:tr w:rsidR="00C60487" w:rsidRPr="00B020E3" w14:paraId="297C11AD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FA893F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Data sporządzenia oferty: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702D06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  <w:tr w:rsidR="00C60487" w:rsidRPr="00B020E3" w14:paraId="310DECD4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BEF32A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Osoba do kontaktu: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835985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  <w:tr w:rsidR="00C60487" w:rsidRPr="00B020E3" w14:paraId="6AECFA98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434C9D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E-mail: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DF2DCD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  <w:tr w:rsidR="00C60487" w:rsidRPr="00B020E3" w14:paraId="46AD874A" w14:textId="77777777" w:rsidTr="00DE745B">
        <w:trPr>
          <w:cantSplit/>
          <w:jc w:val="center"/>
        </w:trPr>
        <w:tc>
          <w:tcPr>
            <w:tcW w:w="6929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56936E" w14:textId="77777777" w:rsidR="00C60487" w:rsidRPr="00B020E3" w:rsidRDefault="00000000">
            <w:pPr>
              <w:spacing w:after="0" w:line="240" w:lineRule="auto"/>
              <w:rPr>
                <w:szCs w:val="20"/>
              </w:rPr>
            </w:pPr>
            <w:r w:rsidRPr="00B020E3">
              <w:rPr>
                <w:szCs w:val="20"/>
              </w:rPr>
              <w:t>Tel.:</w:t>
            </w:r>
          </w:p>
        </w:tc>
        <w:tc>
          <w:tcPr>
            <w:tcW w:w="680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62A054" w14:textId="77777777" w:rsidR="00C60487" w:rsidRPr="00B020E3" w:rsidRDefault="00C60487">
            <w:pPr>
              <w:spacing w:after="0" w:line="240" w:lineRule="auto"/>
              <w:rPr>
                <w:szCs w:val="20"/>
              </w:rPr>
            </w:pPr>
          </w:p>
        </w:tc>
      </w:tr>
    </w:tbl>
    <w:p w14:paraId="0A2BF462" w14:textId="5D5292A4" w:rsidR="00C60487" w:rsidRPr="00B020E3" w:rsidRDefault="00000000" w:rsidP="00952905">
      <w:pPr>
        <w:pStyle w:val="Akapitzlist"/>
        <w:numPr>
          <w:ilvl w:val="0"/>
          <w:numId w:val="10"/>
        </w:numPr>
        <w:spacing w:before="200" w:after="120"/>
        <w:jc w:val="both"/>
        <w:rPr>
          <w:szCs w:val="20"/>
        </w:rPr>
      </w:pPr>
      <w:r w:rsidRPr="00B020E3">
        <w:rPr>
          <w:b/>
          <w:szCs w:val="20"/>
        </w:rPr>
        <w:t>Oferowane koszty realizacji zamówienia:</w:t>
      </w:r>
    </w:p>
    <w:p w14:paraId="534B068D" w14:textId="77777777" w:rsidR="00C60487" w:rsidRPr="00B020E3" w:rsidRDefault="00000000">
      <w:pPr>
        <w:spacing w:after="100"/>
        <w:jc w:val="both"/>
        <w:rPr>
          <w:szCs w:val="20"/>
        </w:rPr>
      </w:pPr>
      <w:r w:rsidRPr="00B020E3">
        <w:rPr>
          <w:szCs w:val="20"/>
        </w:rPr>
        <w:t>Całość (netto) ………………………………………………… PLN</w:t>
      </w:r>
    </w:p>
    <w:p w14:paraId="00473CD9" w14:textId="77777777" w:rsidR="00C60487" w:rsidRPr="00B020E3" w:rsidRDefault="00000000">
      <w:pPr>
        <w:spacing w:after="100"/>
        <w:jc w:val="both"/>
        <w:rPr>
          <w:szCs w:val="20"/>
          <w:lang w:val="pl-PL"/>
        </w:rPr>
      </w:pPr>
      <w:r w:rsidRPr="00B020E3">
        <w:rPr>
          <w:szCs w:val="20"/>
        </w:rPr>
        <w:t xml:space="preserve">+ ……% VAT w kwocie …………………………….. </w:t>
      </w:r>
      <w:r w:rsidRPr="00B020E3">
        <w:rPr>
          <w:szCs w:val="20"/>
          <w:lang w:val="pl-PL"/>
        </w:rPr>
        <w:t>PLN</w:t>
      </w:r>
    </w:p>
    <w:p w14:paraId="47F5FA58" w14:textId="77777777" w:rsidR="00C60487" w:rsidRPr="00B020E3" w:rsidRDefault="00000000">
      <w:pPr>
        <w:spacing w:after="100"/>
        <w:jc w:val="both"/>
        <w:rPr>
          <w:szCs w:val="20"/>
          <w:lang w:val="pl-PL"/>
        </w:rPr>
      </w:pPr>
      <w:r w:rsidRPr="00B020E3">
        <w:rPr>
          <w:szCs w:val="20"/>
          <w:lang w:val="pl-PL"/>
        </w:rPr>
        <w:t>(słownie: ……………………………………………………………………………………………………………………………)</w:t>
      </w:r>
    </w:p>
    <w:p w14:paraId="4291CD93" w14:textId="77777777" w:rsidR="00C60487" w:rsidRPr="00B020E3" w:rsidRDefault="00000000">
      <w:pPr>
        <w:spacing w:after="100"/>
        <w:jc w:val="both"/>
        <w:rPr>
          <w:szCs w:val="20"/>
        </w:rPr>
      </w:pPr>
      <w:r w:rsidRPr="00B020E3">
        <w:rPr>
          <w:szCs w:val="20"/>
          <w:lang w:val="pl-PL"/>
        </w:rPr>
        <w:t xml:space="preserve">tj. łącznie cena (brutto): ……………………………… </w:t>
      </w:r>
      <w:r w:rsidRPr="00B020E3">
        <w:rPr>
          <w:szCs w:val="20"/>
        </w:rPr>
        <w:t>PLN</w:t>
      </w:r>
    </w:p>
    <w:p w14:paraId="3C87A007" w14:textId="101645D7" w:rsidR="00C60487" w:rsidRPr="00B020E3" w:rsidRDefault="00000000" w:rsidP="00841D64">
      <w:pPr>
        <w:spacing w:after="100"/>
        <w:jc w:val="both"/>
        <w:rPr>
          <w:szCs w:val="20"/>
          <w:lang w:val="pl-PL"/>
        </w:rPr>
      </w:pPr>
      <w:r w:rsidRPr="00B020E3">
        <w:rPr>
          <w:szCs w:val="20"/>
          <w:lang w:val="pl-PL"/>
        </w:rPr>
        <w:t>(słownie: ……………………………………………………………………………………………………………………………)</w:t>
      </w:r>
      <w:r w:rsidRPr="00B020E3">
        <w:rPr>
          <w:szCs w:val="20"/>
          <w:lang w:val="pl-PL"/>
        </w:rPr>
        <w:br w:type="page"/>
      </w:r>
    </w:p>
    <w:p w14:paraId="64EE0688" w14:textId="77777777" w:rsidR="00952905" w:rsidRPr="00B020E3" w:rsidRDefault="00952905">
      <w:pPr>
        <w:spacing w:after="240"/>
        <w:jc w:val="center"/>
        <w:rPr>
          <w:b/>
          <w:szCs w:val="20"/>
          <w:lang w:val="pl-PL"/>
        </w:rPr>
      </w:pPr>
    </w:p>
    <w:p w14:paraId="5F57310E" w14:textId="59508971" w:rsidR="009C3CE9" w:rsidRPr="00B020E3" w:rsidRDefault="009C3CE9" w:rsidP="009C3CE9">
      <w:pPr>
        <w:pStyle w:val="Akapitzlist"/>
        <w:numPr>
          <w:ilvl w:val="0"/>
          <w:numId w:val="10"/>
        </w:numPr>
        <w:spacing w:before="120" w:after="120"/>
        <w:jc w:val="both"/>
        <w:rPr>
          <w:b/>
          <w:szCs w:val="20"/>
          <w:lang w:val="pl-PL"/>
        </w:rPr>
      </w:pPr>
      <w:r w:rsidRPr="00B020E3">
        <w:rPr>
          <w:b/>
          <w:bCs/>
          <w:szCs w:val="20"/>
          <w:lang w:val="pl-PL"/>
        </w:rPr>
        <w:t xml:space="preserve">Opis proponowanych parametrów wykonania  w ramach kryterium „Jakość proponowanych materiałów i wykonania wersji drukowanej”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8748"/>
      </w:tblGrid>
      <w:tr w:rsidR="009C3CE9" w:rsidRPr="00B020E3" w14:paraId="7A251CE6" w14:textId="77777777" w:rsidTr="009C3CE9">
        <w:tc>
          <w:tcPr>
            <w:tcW w:w="846" w:type="dxa"/>
          </w:tcPr>
          <w:p w14:paraId="0E11AF60" w14:textId="341D6E53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b/>
                <w:szCs w:val="20"/>
                <w:lang w:val="pl-PL"/>
              </w:rPr>
              <w:t>lp</w:t>
            </w:r>
          </w:p>
        </w:tc>
        <w:tc>
          <w:tcPr>
            <w:tcW w:w="3969" w:type="dxa"/>
          </w:tcPr>
          <w:p w14:paraId="5781B410" w14:textId="106525E8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b/>
                <w:szCs w:val="20"/>
                <w:lang w:val="pl-PL"/>
              </w:rPr>
              <w:t>Nazwa</w:t>
            </w:r>
          </w:p>
        </w:tc>
        <w:tc>
          <w:tcPr>
            <w:tcW w:w="8748" w:type="dxa"/>
          </w:tcPr>
          <w:p w14:paraId="25E5C0E0" w14:textId="6D020E81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b/>
                <w:szCs w:val="20"/>
                <w:lang w:val="pl-PL"/>
              </w:rPr>
              <w:t>opis</w:t>
            </w:r>
          </w:p>
        </w:tc>
      </w:tr>
      <w:tr w:rsidR="009C3CE9" w:rsidRPr="002E1A67" w14:paraId="73B851E1" w14:textId="77777777" w:rsidTr="009C3CE9">
        <w:tc>
          <w:tcPr>
            <w:tcW w:w="846" w:type="dxa"/>
          </w:tcPr>
          <w:p w14:paraId="7CD2A75A" w14:textId="2DE29585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</w:rPr>
              <w:t>1.</w:t>
            </w:r>
          </w:p>
        </w:tc>
        <w:tc>
          <w:tcPr>
            <w:tcW w:w="3969" w:type="dxa"/>
          </w:tcPr>
          <w:p w14:paraId="386B1504" w14:textId="3EE139BA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rodzaj papieru przeznaczonego na środek publikacji</w:t>
            </w:r>
          </w:p>
        </w:tc>
        <w:tc>
          <w:tcPr>
            <w:tcW w:w="8748" w:type="dxa"/>
          </w:tcPr>
          <w:p w14:paraId="7F1214E3" w14:textId="77777777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</w:p>
        </w:tc>
      </w:tr>
      <w:tr w:rsidR="009C3CE9" w:rsidRPr="00B020E3" w14:paraId="560AFF73" w14:textId="77777777" w:rsidTr="009C3CE9">
        <w:tc>
          <w:tcPr>
            <w:tcW w:w="846" w:type="dxa"/>
          </w:tcPr>
          <w:p w14:paraId="012A2A0A" w14:textId="688ECEB4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</w:rPr>
              <w:t>2.</w:t>
            </w:r>
          </w:p>
        </w:tc>
        <w:tc>
          <w:tcPr>
            <w:tcW w:w="3969" w:type="dxa"/>
          </w:tcPr>
          <w:p w14:paraId="499B7A81" w14:textId="61705DEC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gramaturę papieru środka</w:t>
            </w:r>
          </w:p>
        </w:tc>
        <w:tc>
          <w:tcPr>
            <w:tcW w:w="8748" w:type="dxa"/>
          </w:tcPr>
          <w:p w14:paraId="6CB77B88" w14:textId="77777777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</w:p>
        </w:tc>
      </w:tr>
      <w:tr w:rsidR="009C3CE9" w:rsidRPr="002E1A67" w14:paraId="6D495AB4" w14:textId="77777777" w:rsidTr="009C3CE9">
        <w:tc>
          <w:tcPr>
            <w:tcW w:w="846" w:type="dxa"/>
          </w:tcPr>
          <w:p w14:paraId="7EF6C01B" w14:textId="499CC2DB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</w:rPr>
              <w:t>3.</w:t>
            </w:r>
          </w:p>
        </w:tc>
        <w:tc>
          <w:tcPr>
            <w:tcW w:w="3969" w:type="dxa"/>
          </w:tcPr>
          <w:p w14:paraId="5B34CA23" w14:textId="2ED02045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rodzaj i gramaturę materiału przeznaczonego na okładkę</w:t>
            </w:r>
          </w:p>
        </w:tc>
        <w:tc>
          <w:tcPr>
            <w:tcW w:w="8748" w:type="dxa"/>
          </w:tcPr>
          <w:p w14:paraId="133B8426" w14:textId="77777777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</w:p>
        </w:tc>
      </w:tr>
      <w:tr w:rsidR="009C3CE9" w:rsidRPr="00B020E3" w14:paraId="55589061" w14:textId="77777777" w:rsidTr="009C3CE9">
        <w:tc>
          <w:tcPr>
            <w:tcW w:w="846" w:type="dxa"/>
          </w:tcPr>
          <w:p w14:paraId="32298E5F" w14:textId="1DEC21E1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</w:rPr>
              <w:t>4.</w:t>
            </w:r>
          </w:p>
        </w:tc>
        <w:tc>
          <w:tcPr>
            <w:tcW w:w="3969" w:type="dxa"/>
          </w:tcPr>
          <w:p w14:paraId="7F47AA66" w14:textId="0172C260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proponowany rodzaj oprawy</w:t>
            </w:r>
          </w:p>
        </w:tc>
        <w:tc>
          <w:tcPr>
            <w:tcW w:w="8748" w:type="dxa"/>
          </w:tcPr>
          <w:p w14:paraId="7B610DBA" w14:textId="77777777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</w:p>
        </w:tc>
      </w:tr>
      <w:tr w:rsidR="009C3CE9" w:rsidRPr="00B020E3" w14:paraId="26E1248A" w14:textId="77777777" w:rsidTr="009C3CE9">
        <w:tc>
          <w:tcPr>
            <w:tcW w:w="846" w:type="dxa"/>
          </w:tcPr>
          <w:p w14:paraId="5C83C6BE" w14:textId="06DC71CF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</w:rPr>
              <w:t>5.</w:t>
            </w:r>
          </w:p>
        </w:tc>
        <w:tc>
          <w:tcPr>
            <w:tcW w:w="3969" w:type="dxa"/>
          </w:tcPr>
          <w:p w14:paraId="466C46EE" w14:textId="2A977F0B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proponowany sposób wykończenia</w:t>
            </w:r>
          </w:p>
        </w:tc>
        <w:tc>
          <w:tcPr>
            <w:tcW w:w="8748" w:type="dxa"/>
          </w:tcPr>
          <w:p w14:paraId="42EA057B" w14:textId="77777777" w:rsidR="009C3CE9" w:rsidRPr="00B020E3" w:rsidRDefault="009C3CE9" w:rsidP="009C3CE9">
            <w:pPr>
              <w:spacing w:before="120" w:after="120"/>
              <w:jc w:val="both"/>
              <w:rPr>
                <w:b/>
                <w:szCs w:val="20"/>
                <w:lang w:val="pl-PL"/>
              </w:rPr>
            </w:pPr>
          </w:p>
        </w:tc>
      </w:tr>
    </w:tbl>
    <w:p w14:paraId="15D0462D" w14:textId="77777777" w:rsidR="009C3CE9" w:rsidRPr="00B020E3" w:rsidRDefault="009C3CE9" w:rsidP="009C3CE9">
      <w:pPr>
        <w:spacing w:after="0"/>
        <w:jc w:val="both"/>
        <w:rPr>
          <w:szCs w:val="20"/>
          <w:lang w:val="pl-PL"/>
        </w:rPr>
      </w:pPr>
    </w:p>
    <w:p w14:paraId="11A6D104" w14:textId="0523D87F" w:rsidR="00B020E3" w:rsidRPr="00B020E3" w:rsidRDefault="00B020E3" w:rsidP="009C3CE9">
      <w:pPr>
        <w:spacing w:after="0"/>
        <w:jc w:val="both"/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 xml:space="preserve">C. harmonogram realizacji </w:t>
      </w:r>
    </w:p>
    <w:p w14:paraId="7A3FC7EF" w14:textId="77777777" w:rsidR="00B020E3" w:rsidRPr="00B020E3" w:rsidRDefault="00B020E3" w:rsidP="009C3CE9">
      <w:pPr>
        <w:spacing w:after="0"/>
        <w:jc w:val="both"/>
        <w:rPr>
          <w:b/>
          <w:bCs/>
          <w:szCs w:val="20"/>
          <w:lang w:val="pl-PL"/>
        </w:rPr>
      </w:pPr>
    </w:p>
    <w:p w14:paraId="6789DC3F" w14:textId="32A8AE79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jc w:val="both"/>
        <w:rPr>
          <w:szCs w:val="20"/>
          <w:lang w:val="pl-PL"/>
        </w:rPr>
      </w:pPr>
      <w:r w:rsidRPr="00B020E3">
        <w:rPr>
          <w:szCs w:val="20"/>
          <w:lang w:val="pl-PL"/>
        </w:rPr>
        <w:t>Harmonogram realizacji obejmujący odrębnie prace nad Folderem AOI oraz Folderem KKK.</w:t>
      </w:r>
    </w:p>
    <w:p w14:paraId="2EE8B88B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jc w:val="both"/>
        <w:rPr>
          <w:szCs w:val="20"/>
          <w:lang w:val="pl-P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183"/>
        <w:gridCol w:w="5054"/>
        <w:gridCol w:w="2835"/>
        <w:gridCol w:w="2835"/>
      </w:tblGrid>
      <w:tr w:rsidR="002E1A67" w:rsidRPr="00B020E3" w14:paraId="34CEE813" w14:textId="04AC0BFA" w:rsidTr="002E1A67">
        <w:tc>
          <w:tcPr>
            <w:tcW w:w="1183" w:type="dxa"/>
          </w:tcPr>
          <w:p w14:paraId="59105A73" w14:textId="1E3550BD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Cs w:val="20"/>
              </w:rPr>
            </w:pPr>
            <w:r w:rsidRPr="00B020E3">
              <w:rPr>
                <w:b/>
                <w:bCs/>
                <w:szCs w:val="20"/>
              </w:rPr>
              <w:t>Lp.</w:t>
            </w:r>
          </w:p>
        </w:tc>
        <w:tc>
          <w:tcPr>
            <w:tcW w:w="5054" w:type="dxa"/>
          </w:tcPr>
          <w:p w14:paraId="636AD27B" w14:textId="54A9444C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Cs w:val="20"/>
              </w:rPr>
            </w:pPr>
            <w:r w:rsidRPr="00B020E3">
              <w:rPr>
                <w:b/>
                <w:bCs/>
                <w:szCs w:val="20"/>
              </w:rPr>
              <w:t>Zadanie</w:t>
            </w:r>
          </w:p>
        </w:tc>
        <w:tc>
          <w:tcPr>
            <w:tcW w:w="2835" w:type="dxa"/>
          </w:tcPr>
          <w:p w14:paraId="14199752" w14:textId="0032D4F3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Cs w:val="20"/>
              </w:rPr>
            </w:pPr>
            <w:r w:rsidRPr="00B020E3">
              <w:rPr>
                <w:b/>
                <w:bCs/>
                <w:szCs w:val="20"/>
              </w:rPr>
              <w:t>Termin/czas</w:t>
            </w:r>
            <w:r>
              <w:rPr>
                <w:b/>
                <w:bCs/>
                <w:szCs w:val="20"/>
              </w:rPr>
              <w:t xml:space="preserve"> foldery AOI</w:t>
            </w:r>
          </w:p>
        </w:tc>
        <w:tc>
          <w:tcPr>
            <w:tcW w:w="2835" w:type="dxa"/>
          </w:tcPr>
          <w:p w14:paraId="57541823" w14:textId="75C279F3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Cs w:val="20"/>
              </w:rPr>
            </w:pPr>
            <w:r w:rsidRPr="00B020E3">
              <w:rPr>
                <w:b/>
                <w:bCs/>
                <w:szCs w:val="20"/>
              </w:rPr>
              <w:t>Termin/czas</w:t>
            </w:r>
            <w:r>
              <w:rPr>
                <w:b/>
                <w:bCs/>
                <w:szCs w:val="20"/>
              </w:rPr>
              <w:t xml:space="preserve"> foldery KKK</w:t>
            </w:r>
          </w:p>
        </w:tc>
      </w:tr>
      <w:tr w:rsidR="002E1A67" w:rsidRPr="00B020E3" w14:paraId="7747C892" w14:textId="502ED7E5" w:rsidTr="002E1A67">
        <w:tc>
          <w:tcPr>
            <w:tcW w:w="1183" w:type="dxa"/>
          </w:tcPr>
          <w:p w14:paraId="00A9FF17" w14:textId="4DB71F78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14ABD533" w14:textId="19F4A868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przekazanie materiałów przez Zamawiającego;</w:t>
            </w:r>
          </w:p>
        </w:tc>
        <w:tc>
          <w:tcPr>
            <w:tcW w:w="2835" w:type="dxa"/>
          </w:tcPr>
          <w:p w14:paraId="1F1EAFB7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301D5C96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49AA5083" w14:textId="7175ABA6" w:rsidTr="002E1A67">
        <w:tc>
          <w:tcPr>
            <w:tcW w:w="1183" w:type="dxa"/>
          </w:tcPr>
          <w:p w14:paraId="17E67D5E" w14:textId="50D670ED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006445CF" w14:textId="59ED560D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przygotowanie koncepcji graficznych;</w:t>
            </w:r>
          </w:p>
        </w:tc>
        <w:tc>
          <w:tcPr>
            <w:tcW w:w="2835" w:type="dxa"/>
          </w:tcPr>
          <w:p w14:paraId="21D6D4B1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4A46F23F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79DA4857" w14:textId="1EC826F1" w:rsidTr="002E1A67">
        <w:tc>
          <w:tcPr>
            <w:tcW w:w="1183" w:type="dxa"/>
          </w:tcPr>
          <w:p w14:paraId="25DF7B06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097F48F5" w14:textId="010B1A60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wybór koncepcji;</w:t>
            </w:r>
          </w:p>
        </w:tc>
        <w:tc>
          <w:tcPr>
            <w:tcW w:w="2835" w:type="dxa"/>
          </w:tcPr>
          <w:p w14:paraId="731EA62F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7F8AAD09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01775B5E" w14:textId="061D2909" w:rsidTr="002E1A67">
        <w:tc>
          <w:tcPr>
            <w:tcW w:w="1183" w:type="dxa"/>
          </w:tcPr>
          <w:p w14:paraId="461627C4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5B007546" w14:textId="21FF8CB3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przygotowanie stron wzorcowych;</w:t>
            </w:r>
          </w:p>
        </w:tc>
        <w:tc>
          <w:tcPr>
            <w:tcW w:w="2835" w:type="dxa"/>
          </w:tcPr>
          <w:p w14:paraId="3B9FEDEC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27BBEE00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34392D0F" w14:textId="6FA64486" w:rsidTr="002E1A67">
        <w:tc>
          <w:tcPr>
            <w:tcW w:w="1183" w:type="dxa"/>
          </w:tcPr>
          <w:p w14:paraId="5AF8D673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1747E78D" w14:textId="63C56EDE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akceptację stron wzorcowych;</w:t>
            </w:r>
          </w:p>
        </w:tc>
        <w:tc>
          <w:tcPr>
            <w:tcW w:w="2835" w:type="dxa"/>
          </w:tcPr>
          <w:p w14:paraId="3C8ACF22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589FB04E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52667611" w14:textId="013B8245" w:rsidTr="002E1A67">
        <w:tc>
          <w:tcPr>
            <w:tcW w:w="1183" w:type="dxa"/>
          </w:tcPr>
          <w:p w14:paraId="4EF6EFDC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725CA6DB" w14:textId="283B16B3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pełny skład;</w:t>
            </w:r>
          </w:p>
        </w:tc>
        <w:tc>
          <w:tcPr>
            <w:tcW w:w="2835" w:type="dxa"/>
          </w:tcPr>
          <w:p w14:paraId="677A1AE3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6301540D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1D93425B" w14:textId="45025F66" w:rsidTr="002E1A67">
        <w:tc>
          <w:tcPr>
            <w:tcW w:w="1183" w:type="dxa"/>
          </w:tcPr>
          <w:p w14:paraId="3FCC50D4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1C45A903" w14:textId="7DE29D4D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przekazanie uwag;</w:t>
            </w:r>
          </w:p>
        </w:tc>
        <w:tc>
          <w:tcPr>
            <w:tcW w:w="2835" w:type="dxa"/>
          </w:tcPr>
          <w:p w14:paraId="3771A352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0712A7D8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68277F95" w14:textId="71BDD080" w:rsidTr="002E1A67">
        <w:tc>
          <w:tcPr>
            <w:tcW w:w="1183" w:type="dxa"/>
          </w:tcPr>
          <w:p w14:paraId="35654E10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0A708DB6" w14:textId="79B98FBA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korekty;</w:t>
            </w:r>
          </w:p>
        </w:tc>
        <w:tc>
          <w:tcPr>
            <w:tcW w:w="2835" w:type="dxa"/>
          </w:tcPr>
          <w:p w14:paraId="1AF9470D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19F49FD6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0794C52F" w14:textId="58A4866B" w:rsidTr="002E1A67">
        <w:tc>
          <w:tcPr>
            <w:tcW w:w="1183" w:type="dxa"/>
          </w:tcPr>
          <w:p w14:paraId="4E566A5E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643B7FEC" w14:textId="5ECBBD0B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akceptację plików finalnych;</w:t>
            </w:r>
          </w:p>
        </w:tc>
        <w:tc>
          <w:tcPr>
            <w:tcW w:w="2835" w:type="dxa"/>
          </w:tcPr>
          <w:p w14:paraId="59A77087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3AC5A11F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03C6368E" w14:textId="4AC2EB77" w:rsidTr="002E1A67">
        <w:tc>
          <w:tcPr>
            <w:tcW w:w="1183" w:type="dxa"/>
          </w:tcPr>
          <w:p w14:paraId="715D6341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26B5A3E2" w14:textId="49202D2E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przygotowanie do druku;</w:t>
            </w:r>
          </w:p>
        </w:tc>
        <w:tc>
          <w:tcPr>
            <w:tcW w:w="2835" w:type="dxa"/>
          </w:tcPr>
          <w:p w14:paraId="215CE4E7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32D01FD4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B020E3" w14:paraId="7F5B95DE" w14:textId="7561DB8F" w:rsidTr="002E1A67">
        <w:tc>
          <w:tcPr>
            <w:tcW w:w="1183" w:type="dxa"/>
          </w:tcPr>
          <w:p w14:paraId="5A376AAE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1B047D97" w14:textId="638C6E09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  <w:lang w:val="pl-PL"/>
              </w:rPr>
              <w:t>druk;</w:t>
            </w:r>
          </w:p>
        </w:tc>
        <w:tc>
          <w:tcPr>
            <w:tcW w:w="2835" w:type="dxa"/>
          </w:tcPr>
          <w:p w14:paraId="1652BE4F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4630EB18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  <w:tr w:rsidR="002E1A67" w:rsidRPr="002E1A67" w14:paraId="1986C222" w14:textId="5DB7D228" w:rsidTr="002E1A67">
        <w:tc>
          <w:tcPr>
            <w:tcW w:w="1183" w:type="dxa"/>
          </w:tcPr>
          <w:p w14:paraId="77915630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5054" w:type="dxa"/>
          </w:tcPr>
          <w:p w14:paraId="1DA4690C" w14:textId="1D662F1B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  <w:lang w:val="pl-PL"/>
              </w:rPr>
            </w:pPr>
            <w:r w:rsidRPr="00B020E3">
              <w:rPr>
                <w:szCs w:val="20"/>
                <w:lang w:val="pl-PL"/>
              </w:rPr>
              <w:t>przygotowanie wersji cyfrowych i plików źródłowych;</w:t>
            </w:r>
          </w:p>
        </w:tc>
        <w:tc>
          <w:tcPr>
            <w:tcW w:w="2835" w:type="dxa"/>
          </w:tcPr>
          <w:p w14:paraId="475EC3B5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70062B95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  <w:lang w:val="pl-PL"/>
              </w:rPr>
            </w:pPr>
          </w:p>
        </w:tc>
      </w:tr>
      <w:tr w:rsidR="002E1A67" w:rsidRPr="00B020E3" w14:paraId="550F6493" w14:textId="37C2F847" w:rsidTr="002E1A67">
        <w:trPr>
          <w:trHeight w:val="50"/>
        </w:trPr>
        <w:tc>
          <w:tcPr>
            <w:tcW w:w="1183" w:type="dxa"/>
          </w:tcPr>
          <w:p w14:paraId="61D261D9" w14:textId="77777777" w:rsidR="002E1A67" w:rsidRPr="00B020E3" w:rsidRDefault="002E1A67" w:rsidP="002E1A67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both"/>
              <w:rPr>
                <w:szCs w:val="20"/>
                <w:lang w:val="pl-PL"/>
              </w:rPr>
            </w:pPr>
          </w:p>
        </w:tc>
        <w:tc>
          <w:tcPr>
            <w:tcW w:w="5054" w:type="dxa"/>
          </w:tcPr>
          <w:p w14:paraId="5F00B751" w14:textId="7429DE7F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  <w:r w:rsidRPr="00B020E3">
              <w:rPr>
                <w:szCs w:val="20"/>
              </w:rPr>
              <w:t>dostawę.</w:t>
            </w:r>
          </w:p>
        </w:tc>
        <w:tc>
          <w:tcPr>
            <w:tcW w:w="2835" w:type="dxa"/>
          </w:tcPr>
          <w:p w14:paraId="39859770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14:paraId="4DBB8D17" w14:textId="77777777" w:rsidR="002E1A67" w:rsidRPr="00B020E3" w:rsidRDefault="002E1A67" w:rsidP="002E1A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Cs w:val="20"/>
              </w:rPr>
            </w:pPr>
          </w:p>
        </w:tc>
      </w:tr>
    </w:tbl>
    <w:p w14:paraId="0CA5335A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ind w:left="1080"/>
        <w:jc w:val="both"/>
        <w:rPr>
          <w:szCs w:val="20"/>
        </w:rPr>
      </w:pPr>
    </w:p>
    <w:p w14:paraId="4B713DDC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ind w:left="1080"/>
        <w:jc w:val="both"/>
        <w:rPr>
          <w:szCs w:val="20"/>
        </w:rPr>
      </w:pPr>
    </w:p>
    <w:p w14:paraId="1F682C4B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ind w:left="1080"/>
        <w:jc w:val="both"/>
        <w:rPr>
          <w:szCs w:val="20"/>
        </w:rPr>
      </w:pPr>
    </w:p>
    <w:p w14:paraId="664B40AB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ind w:left="1080"/>
        <w:jc w:val="both"/>
        <w:rPr>
          <w:szCs w:val="20"/>
        </w:rPr>
      </w:pPr>
    </w:p>
    <w:p w14:paraId="4A9A463C" w14:textId="77777777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jc w:val="both"/>
        <w:rPr>
          <w:szCs w:val="20"/>
          <w:lang w:val="pl-PL"/>
        </w:rPr>
      </w:pPr>
    </w:p>
    <w:p w14:paraId="00E44A2A" w14:textId="69A072EE" w:rsidR="00B020E3" w:rsidRPr="00B020E3" w:rsidRDefault="00B020E3" w:rsidP="00B020E3">
      <w:pPr>
        <w:widowControl w:val="0"/>
        <w:autoSpaceDE w:val="0"/>
        <w:autoSpaceDN w:val="0"/>
        <w:spacing w:after="0" w:line="240" w:lineRule="auto"/>
        <w:jc w:val="both"/>
        <w:rPr>
          <w:szCs w:val="20"/>
          <w:lang w:val="pl-PL"/>
        </w:rPr>
      </w:pPr>
      <w:r w:rsidRPr="00B020E3">
        <w:rPr>
          <w:szCs w:val="20"/>
          <w:lang w:val="pl-PL"/>
        </w:rPr>
        <w:t>Zamawiający dopuszcza możliwość prowadzenia prac nad Folderem AOI i Folderem KKK równolegle.</w:t>
      </w:r>
    </w:p>
    <w:p w14:paraId="38F66333" w14:textId="77777777" w:rsidR="00B020E3" w:rsidRPr="00B020E3" w:rsidRDefault="00B020E3" w:rsidP="00841D64">
      <w:pPr>
        <w:keepNext/>
        <w:spacing w:after="120"/>
        <w:jc w:val="both"/>
        <w:rPr>
          <w:b/>
          <w:szCs w:val="20"/>
          <w:lang w:val="pl-PL"/>
        </w:rPr>
      </w:pPr>
    </w:p>
    <w:p w14:paraId="59739C4A" w14:textId="50FDF03E" w:rsidR="00841D64" w:rsidRPr="00B020E3" w:rsidRDefault="00B020E3" w:rsidP="00841D64">
      <w:pPr>
        <w:keepNext/>
        <w:spacing w:after="120"/>
        <w:jc w:val="both"/>
        <w:rPr>
          <w:szCs w:val="20"/>
          <w:lang w:val="pl-PL"/>
        </w:rPr>
      </w:pPr>
      <w:r w:rsidRPr="00B020E3">
        <w:rPr>
          <w:b/>
          <w:szCs w:val="20"/>
          <w:lang w:val="pl-PL"/>
        </w:rPr>
        <w:t xml:space="preserve">D. </w:t>
      </w:r>
      <w:r w:rsidR="00841D64" w:rsidRPr="00B020E3">
        <w:rPr>
          <w:b/>
          <w:szCs w:val="20"/>
          <w:lang w:val="pl-PL"/>
        </w:rPr>
        <w:t>Do oferty załączam:</w:t>
      </w:r>
    </w:p>
    <w:p w14:paraId="433FB90C" w14:textId="46255ABE" w:rsidR="00841D64" w:rsidRPr="00B020E3" w:rsidRDefault="00841D64" w:rsidP="00841D64">
      <w:pPr>
        <w:spacing w:after="100"/>
        <w:jc w:val="both"/>
        <w:rPr>
          <w:b/>
          <w:bCs/>
          <w:szCs w:val="20"/>
          <w:lang w:val="pl-PL"/>
        </w:rPr>
      </w:pPr>
      <w:r w:rsidRPr="00B020E3">
        <w:rPr>
          <w:szCs w:val="20"/>
          <w:lang w:val="pl-PL"/>
        </w:rPr>
        <w:t>1. Materiały do oceny kryterium „</w:t>
      </w:r>
      <w:r w:rsidR="009C3CE9" w:rsidRPr="00B020E3">
        <w:rPr>
          <w:szCs w:val="20"/>
          <w:lang w:val="pl-PL"/>
        </w:rPr>
        <w:t>JAKOŚĆ I WALORY UŻYTKOWE PRÓBKI PROJEKTU GRAFICZNEGO</w:t>
      </w:r>
      <w:r w:rsidRPr="00B020E3">
        <w:rPr>
          <w:szCs w:val="20"/>
          <w:lang w:val="pl-PL"/>
        </w:rPr>
        <w:t xml:space="preserve">”, w szczególności: </w:t>
      </w:r>
      <w:r w:rsidR="009C3CE9" w:rsidRPr="00B020E3">
        <w:rPr>
          <w:b/>
          <w:bCs/>
          <w:szCs w:val="20"/>
          <w:lang w:val="pl-PL"/>
        </w:rPr>
        <w:t>próbkę projektu graficznego</w:t>
      </w:r>
    </w:p>
    <w:p w14:paraId="7EAADCFE" w14:textId="30D0881F" w:rsidR="00841D64" w:rsidRPr="00B020E3" w:rsidRDefault="00841D64" w:rsidP="00841D64">
      <w:pPr>
        <w:spacing w:after="100"/>
        <w:jc w:val="both"/>
        <w:rPr>
          <w:szCs w:val="20"/>
          <w:lang w:val="pl-PL"/>
        </w:rPr>
      </w:pPr>
      <w:r w:rsidRPr="00B020E3">
        <w:rPr>
          <w:szCs w:val="20"/>
          <w:lang w:val="pl-PL"/>
        </w:rPr>
        <w:t xml:space="preserve">2. Oświadczenie </w:t>
      </w:r>
      <w:r w:rsidR="00AC7997">
        <w:rPr>
          <w:szCs w:val="20"/>
          <w:lang w:val="pl-PL"/>
        </w:rPr>
        <w:t xml:space="preserve">wykonawcy </w:t>
      </w:r>
      <w:r w:rsidR="00B020E3" w:rsidRPr="00B020E3">
        <w:rPr>
          <w:szCs w:val="20"/>
          <w:lang w:val="pl-PL"/>
        </w:rPr>
        <w:t xml:space="preserve">- zał.nr </w:t>
      </w:r>
      <w:r w:rsidR="00AC7997">
        <w:rPr>
          <w:szCs w:val="20"/>
          <w:lang w:val="pl-PL"/>
        </w:rPr>
        <w:t>3</w:t>
      </w:r>
    </w:p>
    <w:p w14:paraId="0377D0BC" w14:textId="77777777" w:rsidR="00B020E3" w:rsidRPr="00B020E3" w:rsidRDefault="00B020E3" w:rsidP="00841D64">
      <w:pPr>
        <w:spacing w:before="240" w:after="120"/>
        <w:jc w:val="both"/>
        <w:rPr>
          <w:szCs w:val="20"/>
          <w:lang w:val="pl-PL"/>
        </w:rPr>
      </w:pPr>
    </w:p>
    <w:p w14:paraId="28F9A048" w14:textId="164F8396" w:rsidR="00841D64" w:rsidRPr="00B020E3" w:rsidRDefault="00841D64" w:rsidP="00841D64">
      <w:pPr>
        <w:spacing w:before="240" w:after="120"/>
        <w:jc w:val="both"/>
        <w:rPr>
          <w:szCs w:val="20"/>
          <w:lang w:val="pl-PL"/>
        </w:rPr>
      </w:pPr>
      <w:r w:rsidRPr="00B020E3">
        <w:rPr>
          <w:b/>
          <w:szCs w:val="20"/>
          <w:lang w:val="pl-PL"/>
        </w:rPr>
        <w:t>Oświadczam, że:</w:t>
      </w:r>
    </w:p>
    <w:p w14:paraId="0B86ACD9" w14:textId="77777777" w:rsidR="00841D64" w:rsidRPr="00B020E3" w:rsidRDefault="00841D64" w:rsidP="00841D64">
      <w:pPr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 xml:space="preserve">a) Zapoznałem / zapoznałam się z zapytaniem ofertowym wraz z jej załącznikami i nie wnoszę do niej zastrzeżeń oraz zdobyłem / zdobyłam konieczne informacje do przygotowania oferty.  </w:t>
      </w:r>
    </w:p>
    <w:p w14:paraId="48A1A745" w14:textId="77777777" w:rsidR="00841D64" w:rsidRPr="00B020E3" w:rsidRDefault="00841D64" w:rsidP="00841D64">
      <w:pPr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>b) Akceptuję termin wykonania zamówienia.</w:t>
      </w:r>
    </w:p>
    <w:p w14:paraId="7C9AE2DF" w14:textId="2102CA90" w:rsidR="00841D64" w:rsidRPr="00B020E3" w:rsidRDefault="00841D64" w:rsidP="00841D64">
      <w:pPr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 xml:space="preserve">c) Oświadczam, że zapoznałem / zapoznałam się ze  Opisem Przedmiotu Zamówienia i że moja oferta jest zgodna z wymaganiami zawartymi w tym dokumencie. </w:t>
      </w:r>
    </w:p>
    <w:p w14:paraId="5CFE78ED" w14:textId="77777777" w:rsidR="00841D64" w:rsidRPr="00B020E3" w:rsidRDefault="00841D64" w:rsidP="00841D64">
      <w:pPr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 xml:space="preserve">d) Oświadczam, że posiadam doświadczenie niezbędne do wykonania zamówienia zgodnie z warunkami określonymi w zapytaniu ofertowym. </w:t>
      </w:r>
    </w:p>
    <w:p w14:paraId="2971F5F0" w14:textId="77777777" w:rsidR="00841D64" w:rsidRPr="00B020E3" w:rsidRDefault="00841D64" w:rsidP="00841D64">
      <w:pPr>
        <w:rPr>
          <w:b/>
          <w:bCs/>
          <w:szCs w:val="20"/>
          <w:lang w:val="pl-PL"/>
        </w:rPr>
      </w:pPr>
      <w:r w:rsidRPr="00B020E3">
        <w:rPr>
          <w:b/>
          <w:bCs/>
          <w:szCs w:val="20"/>
          <w:lang w:val="pl-PL"/>
        </w:rPr>
        <w:t>e) Uważam się za związanego / związaną niniejszą ofertą na okres 30 dni od upływu terminu składania ofert.</w:t>
      </w:r>
    </w:p>
    <w:p w14:paraId="1AA01B3B" w14:textId="77777777" w:rsidR="00841D64" w:rsidRPr="00B020E3" w:rsidRDefault="00841D64" w:rsidP="00841D64">
      <w:pPr>
        <w:rPr>
          <w:b/>
          <w:bCs/>
          <w:szCs w:val="20"/>
          <w:lang w:val="pl-PL"/>
        </w:rPr>
      </w:pPr>
    </w:p>
    <w:p w14:paraId="67E071C2" w14:textId="77777777" w:rsidR="00841D64" w:rsidRPr="00B020E3" w:rsidRDefault="00841D64" w:rsidP="00841D64">
      <w:pPr>
        <w:rPr>
          <w:b/>
          <w:bCs/>
          <w:szCs w:val="20"/>
          <w:lang w:val="pl-PL"/>
        </w:rPr>
      </w:pPr>
    </w:p>
    <w:p w14:paraId="13F4C9DD" w14:textId="77777777" w:rsidR="00841D64" w:rsidRPr="00B020E3" w:rsidRDefault="00841D64" w:rsidP="00841D64">
      <w:pPr>
        <w:spacing w:before="160" w:after="160"/>
        <w:jc w:val="right"/>
        <w:rPr>
          <w:szCs w:val="20"/>
          <w:lang w:val="pl-PL"/>
        </w:rPr>
      </w:pPr>
      <w:r w:rsidRPr="00B020E3">
        <w:rPr>
          <w:szCs w:val="20"/>
          <w:lang w:val="pl-PL"/>
        </w:rPr>
        <w:t>..............................., dn. ..............................</w:t>
      </w:r>
    </w:p>
    <w:p w14:paraId="30F0D650" w14:textId="77777777" w:rsidR="00841D64" w:rsidRPr="00B020E3" w:rsidRDefault="00841D64" w:rsidP="00841D64">
      <w:pPr>
        <w:spacing w:after="0"/>
        <w:jc w:val="right"/>
        <w:rPr>
          <w:szCs w:val="20"/>
          <w:lang w:val="pl-PL"/>
        </w:rPr>
      </w:pPr>
      <w:r w:rsidRPr="00B020E3">
        <w:rPr>
          <w:b/>
          <w:szCs w:val="20"/>
          <w:lang w:val="pl-PL"/>
        </w:rPr>
        <w:t>.....................................................................</w:t>
      </w:r>
    </w:p>
    <w:p w14:paraId="225A894A" w14:textId="77777777" w:rsidR="00841D64" w:rsidRPr="00B020E3" w:rsidRDefault="00841D64" w:rsidP="00841D64">
      <w:pPr>
        <w:spacing w:after="0"/>
        <w:jc w:val="right"/>
        <w:rPr>
          <w:szCs w:val="20"/>
          <w:lang w:val="pl-PL"/>
        </w:rPr>
      </w:pPr>
      <w:r w:rsidRPr="00B020E3">
        <w:rPr>
          <w:b/>
          <w:szCs w:val="20"/>
          <w:lang w:val="pl-PL"/>
        </w:rPr>
        <w:t>(podpis(y) osób uprawnionych do reprezentacji Wykonawcy)</w:t>
      </w:r>
    </w:p>
    <w:p w14:paraId="0311B5AF" w14:textId="487976A0" w:rsidR="00841D64" w:rsidRPr="00B020E3" w:rsidRDefault="00841D64" w:rsidP="00841D64">
      <w:pPr>
        <w:rPr>
          <w:szCs w:val="20"/>
          <w:lang w:val="pl-PL"/>
        </w:rPr>
      </w:pPr>
    </w:p>
    <w:sectPr w:rsidR="00841D64" w:rsidRPr="00B020E3" w:rsidSect="005C7877">
      <w:headerReference w:type="default" r:id="rId8"/>
      <w:pgSz w:w="15840" w:h="12240" w:orient="landscape"/>
      <w:pgMar w:top="1020" w:right="1247" w:bottom="1020" w:left="1020" w:header="31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BF314" w14:textId="77777777" w:rsidR="00B22D89" w:rsidRDefault="00B22D89">
      <w:pPr>
        <w:spacing w:after="0" w:line="240" w:lineRule="auto"/>
      </w:pPr>
      <w:r>
        <w:separator/>
      </w:r>
    </w:p>
  </w:endnote>
  <w:endnote w:type="continuationSeparator" w:id="0">
    <w:p w14:paraId="67532447" w14:textId="77777777" w:rsidR="00B22D89" w:rsidRDefault="00B2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5B5F" w14:textId="77777777" w:rsidR="00B22D89" w:rsidRDefault="00B22D89">
      <w:pPr>
        <w:spacing w:after="0" w:line="240" w:lineRule="auto"/>
      </w:pPr>
      <w:r>
        <w:separator/>
      </w:r>
    </w:p>
  </w:footnote>
  <w:footnote w:type="continuationSeparator" w:id="0">
    <w:p w14:paraId="552C1E9B" w14:textId="77777777" w:rsidR="00B22D89" w:rsidRDefault="00B22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A334" w14:textId="77777777" w:rsidR="00C60487" w:rsidRDefault="00000000">
    <w:pPr>
      <w:pStyle w:val="Nagwek"/>
      <w:jc w:val="center"/>
    </w:pPr>
    <w:r>
      <w:rPr>
        <w:noProof/>
      </w:rPr>
      <w:drawing>
        <wp:inline distT="0" distB="0" distL="0" distR="0" wp14:anchorId="3E5E7BEF" wp14:editId="49C55744">
          <wp:extent cx="5903999" cy="49654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3999" cy="496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4473CD"/>
    <w:multiLevelType w:val="hybridMultilevel"/>
    <w:tmpl w:val="9544E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D1C51"/>
    <w:multiLevelType w:val="hybridMultilevel"/>
    <w:tmpl w:val="0ABE5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2613B"/>
    <w:multiLevelType w:val="hybridMultilevel"/>
    <w:tmpl w:val="25241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5499E"/>
    <w:multiLevelType w:val="multilevel"/>
    <w:tmpl w:val="E64C9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215AF0"/>
    <w:multiLevelType w:val="hybridMultilevel"/>
    <w:tmpl w:val="5AB8BA2C"/>
    <w:lvl w:ilvl="0" w:tplc="56520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054275">
    <w:abstractNumId w:val="8"/>
  </w:num>
  <w:num w:numId="2" w16cid:durableId="1433355212">
    <w:abstractNumId w:val="6"/>
  </w:num>
  <w:num w:numId="3" w16cid:durableId="1880848962">
    <w:abstractNumId w:val="5"/>
  </w:num>
  <w:num w:numId="4" w16cid:durableId="1203323992">
    <w:abstractNumId w:val="4"/>
  </w:num>
  <w:num w:numId="5" w16cid:durableId="242222430">
    <w:abstractNumId w:val="7"/>
  </w:num>
  <w:num w:numId="6" w16cid:durableId="1931237268">
    <w:abstractNumId w:val="3"/>
  </w:num>
  <w:num w:numId="7" w16cid:durableId="1135488255">
    <w:abstractNumId w:val="2"/>
  </w:num>
  <w:num w:numId="8" w16cid:durableId="1963611330">
    <w:abstractNumId w:val="1"/>
  </w:num>
  <w:num w:numId="9" w16cid:durableId="52051325">
    <w:abstractNumId w:val="0"/>
  </w:num>
  <w:num w:numId="10" w16cid:durableId="27222046">
    <w:abstractNumId w:val="13"/>
  </w:num>
  <w:num w:numId="11" w16cid:durableId="966666592">
    <w:abstractNumId w:val="12"/>
  </w:num>
  <w:num w:numId="12" w16cid:durableId="892496736">
    <w:abstractNumId w:val="9"/>
  </w:num>
  <w:num w:numId="13" w16cid:durableId="1610047618">
    <w:abstractNumId w:val="11"/>
  </w:num>
  <w:num w:numId="14" w16cid:durableId="15789765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F80"/>
    <w:rsid w:val="0015074B"/>
    <w:rsid w:val="00215417"/>
    <w:rsid w:val="0029639D"/>
    <w:rsid w:val="002A39E7"/>
    <w:rsid w:val="002E1A67"/>
    <w:rsid w:val="00326F90"/>
    <w:rsid w:val="00415F32"/>
    <w:rsid w:val="004766DD"/>
    <w:rsid w:val="005816F0"/>
    <w:rsid w:val="005A1D0D"/>
    <w:rsid w:val="005C7877"/>
    <w:rsid w:val="005F3569"/>
    <w:rsid w:val="00707216"/>
    <w:rsid w:val="007B7C46"/>
    <w:rsid w:val="007C10DD"/>
    <w:rsid w:val="00823A0F"/>
    <w:rsid w:val="00841D64"/>
    <w:rsid w:val="00952905"/>
    <w:rsid w:val="009C3CE9"/>
    <w:rsid w:val="009C7461"/>
    <w:rsid w:val="00AA1D8D"/>
    <w:rsid w:val="00AC7997"/>
    <w:rsid w:val="00B020E3"/>
    <w:rsid w:val="00B22D89"/>
    <w:rsid w:val="00B47730"/>
    <w:rsid w:val="00C60487"/>
    <w:rsid w:val="00C86F95"/>
    <w:rsid w:val="00CB0664"/>
    <w:rsid w:val="00D95180"/>
    <w:rsid w:val="00DE74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AFCAD"/>
  <w14:defaultImageDpi w14:val="300"/>
  <w15:docId w15:val="{5A720440-39DC-48C0-97A8-3A1E4F05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Lato" w:hAnsi="Lato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Wzorek Patrycja</cp:lastModifiedBy>
  <cp:revision>2</cp:revision>
  <dcterms:created xsi:type="dcterms:W3CDTF">2026-09-29T11:24:00Z</dcterms:created>
  <dcterms:modified xsi:type="dcterms:W3CDTF">2026-09-29T11:24:00Z</dcterms:modified>
  <cp:category/>
</cp:coreProperties>
</file>