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C7D47" w14:textId="77777777" w:rsidR="00D41FF0" w:rsidRPr="00C92F16" w:rsidRDefault="00D41FF0" w:rsidP="00D41FF0">
      <w:pPr>
        <w:spacing w:after="0"/>
        <w:rPr>
          <w:i/>
          <w:sz w:val="18"/>
          <w:lang w:val="pl-PL"/>
        </w:rPr>
      </w:pPr>
      <w:r w:rsidRPr="00C92F16">
        <w:rPr>
          <w:i/>
          <w:sz w:val="18"/>
          <w:lang w:val="pl-PL"/>
        </w:rPr>
        <w:t>Załącznik nr 6  do Regulaminu konkursu ofert</w:t>
      </w:r>
      <w:r w:rsidRPr="00C92F16">
        <w:rPr>
          <w:i/>
          <w:sz w:val="18"/>
          <w:lang w:val="pl-PL"/>
        </w:rPr>
        <w:br/>
        <w:t>na wybór ajenta prowadzącego stołówkę szkolną i bufet szkolny</w:t>
      </w:r>
    </w:p>
    <w:p w14:paraId="09FEEB22" w14:textId="77777777" w:rsidR="00D41FF0" w:rsidRPr="00C92F16" w:rsidRDefault="00D41FF0" w:rsidP="00D41FF0">
      <w:pPr>
        <w:spacing w:after="0"/>
        <w:rPr>
          <w:i/>
          <w:sz w:val="18"/>
          <w:lang w:val="pl-PL"/>
        </w:rPr>
      </w:pPr>
      <w:r w:rsidRPr="00C92F16">
        <w:rPr>
          <w:i/>
          <w:sz w:val="18"/>
          <w:lang w:val="pl-PL"/>
        </w:rPr>
        <w:t xml:space="preserve">w OSM I </w:t>
      </w:r>
      <w:proofErr w:type="spellStart"/>
      <w:r w:rsidRPr="00C92F16">
        <w:rPr>
          <w:i/>
          <w:sz w:val="18"/>
          <w:lang w:val="pl-PL"/>
        </w:rPr>
        <w:t>i</w:t>
      </w:r>
      <w:proofErr w:type="spellEnd"/>
      <w:r w:rsidRPr="00C92F16">
        <w:rPr>
          <w:i/>
          <w:sz w:val="18"/>
          <w:lang w:val="pl-PL"/>
        </w:rPr>
        <w:t xml:space="preserve"> II st. im. Henryka Wieniawskiego w Łodzi</w:t>
      </w:r>
    </w:p>
    <w:p w14:paraId="138F1EC4" w14:textId="77777777" w:rsidR="00DB1986" w:rsidRPr="00B45C2F" w:rsidRDefault="00F8205B" w:rsidP="004A6B80">
      <w:pPr>
        <w:pStyle w:val="Nagwek2"/>
        <w:spacing w:after="240"/>
        <w:jc w:val="center"/>
        <w:rPr>
          <w:color w:val="365F91" w:themeColor="accent1" w:themeShade="BF"/>
          <w:lang w:val="pl-PL"/>
        </w:rPr>
      </w:pPr>
      <w:r w:rsidRPr="00B45C2F">
        <w:rPr>
          <w:color w:val="365F91" w:themeColor="accent1" w:themeShade="BF"/>
          <w:lang w:val="pl-PL"/>
        </w:rPr>
        <w:t>PROTOKÓŁ Z PRAC KOMISJI KONKURSOWEJ</w:t>
      </w:r>
    </w:p>
    <w:p w14:paraId="749C0D82" w14:textId="77777777" w:rsidR="004A6B80" w:rsidRPr="00C92F16" w:rsidRDefault="004A6B80" w:rsidP="004A6B80">
      <w:pPr>
        <w:pStyle w:val="Listanumerowana"/>
        <w:numPr>
          <w:ilvl w:val="0"/>
          <w:numId w:val="0"/>
        </w:numPr>
        <w:ind w:left="360"/>
        <w:jc w:val="center"/>
        <w:rPr>
          <w:b/>
          <w:lang w:val="pl-PL"/>
        </w:rPr>
      </w:pPr>
      <w:r w:rsidRPr="00C92F16">
        <w:rPr>
          <w:b/>
          <w:lang w:val="pl-PL"/>
        </w:rPr>
        <w:t>Konkurs ofert na wybór ajenta prowadzącego stołówkę szkolną i bufet szkolny</w:t>
      </w:r>
    </w:p>
    <w:p w14:paraId="21BF18EF" w14:textId="77777777" w:rsidR="004A6B80" w:rsidRPr="00C92F16" w:rsidRDefault="004A6B80" w:rsidP="004A6B80">
      <w:pPr>
        <w:pStyle w:val="Listanumerowana"/>
        <w:numPr>
          <w:ilvl w:val="0"/>
          <w:numId w:val="0"/>
        </w:numPr>
        <w:ind w:left="360"/>
        <w:jc w:val="center"/>
        <w:rPr>
          <w:b/>
          <w:lang w:val="pl-PL"/>
        </w:rPr>
      </w:pPr>
      <w:r w:rsidRPr="00C92F16">
        <w:rPr>
          <w:b/>
          <w:lang w:val="pl-PL"/>
        </w:rPr>
        <w:t xml:space="preserve">w Ogólnokształcącej Szkole Muzycznej I </w:t>
      </w:r>
      <w:proofErr w:type="spellStart"/>
      <w:r w:rsidRPr="00C92F16">
        <w:rPr>
          <w:b/>
          <w:lang w:val="pl-PL"/>
        </w:rPr>
        <w:t>i</w:t>
      </w:r>
      <w:proofErr w:type="spellEnd"/>
      <w:r w:rsidRPr="00C92F16">
        <w:rPr>
          <w:b/>
          <w:lang w:val="pl-PL"/>
        </w:rPr>
        <w:t xml:space="preserve"> II st. im. Henryka Wieniawskiego w Łodzi</w:t>
      </w:r>
    </w:p>
    <w:p w14:paraId="3B2C4119" w14:textId="77777777" w:rsidR="004A6B80" w:rsidRPr="00C92F16" w:rsidRDefault="004A6B80" w:rsidP="004A6B80">
      <w:pPr>
        <w:pStyle w:val="Listanumerowana"/>
        <w:numPr>
          <w:ilvl w:val="0"/>
          <w:numId w:val="0"/>
        </w:numPr>
        <w:ind w:left="360"/>
        <w:jc w:val="center"/>
        <w:rPr>
          <w:b/>
          <w:lang w:val="pl-PL"/>
        </w:rPr>
      </w:pPr>
    </w:p>
    <w:p w14:paraId="2BCA1F5F" w14:textId="77777777" w:rsidR="00DB1986" w:rsidRPr="00C92F16" w:rsidRDefault="00F8205B" w:rsidP="009D67DC">
      <w:pPr>
        <w:pStyle w:val="Listanumerowana"/>
        <w:spacing w:line="480" w:lineRule="auto"/>
        <w:rPr>
          <w:lang w:val="pl-PL"/>
        </w:rPr>
      </w:pPr>
      <w:r w:rsidRPr="00C92F16">
        <w:rPr>
          <w:b/>
          <w:lang w:val="pl-PL"/>
        </w:rPr>
        <w:t>Data posiedzenia Komisji</w:t>
      </w:r>
      <w:r w:rsidRPr="00C92F16">
        <w:rPr>
          <w:lang w:val="pl-PL"/>
        </w:rPr>
        <w:t>: ……………………………………………………………………………</w:t>
      </w:r>
      <w:r w:rsidR="004A6B80" w:rsidRPr="00C92F16">
        <w:rPr>
          <w:lang w:val="pl-PL"/>
        </w:rPr>
        <w:t>…………………………………………</w:t>
      </w:r>
      <w:r w:rsidR="0066144C" w:rsidRPr="00C92F16">
        <w:rPr>
          <w:lang w:val="pl-PL"/>
        </w:rPr>
        <w:t>..</w:t>
      </w:r>
      <w:r w:rsidR="004A6B80" w:rsidRPr="00C92F16">
        <w:rPr>
          <w:lang w:val="pl-PL"/>
        </w:rPr>
        <w:t>…</w:t>
      </w:r>
    </w:p>
    <w:p w14:paraId="04223756" w14:textId="77777777" w:rsidR="00DB1986" w:rsidRPr="00C92F16" w:rsidRDefault="00F8205B" w:rsidP="009D67DC">
      <w:pPr>
        <w:pStyle w:val="Listanumerowana"/>
        <w:spacing w:line="480" w:lineRule="auto"/>
        <w:rPr>
          <w:lang w:val="pl-PL"/>
        </w:rPr>
      </w:pPr>
      <w:r w:rsidRPr="00C92F16">
        <w:rPr>
          <w:b/>
          <w:lang w:val="pl-PL"/>
        </w:rPr>
        <w:t>Miejsce posiedzenia:</w:t>
      </w:r>
      <w:r w:rsidRPr="00C92F16">
        <w:rPr>
          <w:lang w:val="pl-PL"/>
        </w:rPr>
        <w:t xml:space="preserve"> …………………………………………………………………………………</w:t>
      </w:r>
      <w:r w:rsidR="004A6B80" w:rsidRPr="00C92F16">
        <w:rPr>
          <w:lang w:val="pl-PL"/>
        </w:rPr>
        <w:t>……………………………………………</w:t>
      </w:r>
      <w:r w:rsidR="0066144C" w:rsidRPr="00C92F16">
        <w:rPr>
          <w:lang w:val="pl-PL"/>
        </w:rPr>
        <w:t>…</w:t>
      </w:r>
      <w:r w:rsidR="00477FF5" w:rsidRPr="00C92F16">
        <w:rPr>
          <w:lang w:val="pl-PL"/>
        </w:rPr>
        <w:t>.</w:t>
      </w:r>
    </w:p>
    <w:p w14:paraId="2FB19E15" w14:textId="77777777" w:rsidR="00DB1986" w:rsidRPr="00C92F16" w:rsidRDefault="00F8205B">
      <w:pPr>
        <w:pStyle w:val="Listanumerowana"/>
        <w:rPr>
          <w:b/>
          <w:lang w:val="pl-PL"/>
        </w:rPr>
      </w:pPr>
      <w:r w:rsidRPr="00C92F16">
        <w:rPr>
          <w:b/>
          <w:lang w:val="pl-PL"/>
        </w:rPr>
        <w:t>Skład Komisji obecny na posiedzeniu:</w:t>
      </w:r>
    </w:p>
    <w:p w14:paraId="4C0A5C2D" w14:textId="77777777" w:rsidR="001B34B1" w:rsidRPr="00C92F16" w:rsidRDefault="001B34B1" w:rsidP="001B34B1">
      <w:pPr>
        <w:pStyle w:val="Listanumerowana"/>
        <w:numPr>
          <w:ilvl w:val="0"/>
          <w:numId w:val="10"/>
        </w:numPr>
        <w:tabs>
          <w:tab w:val="clear" w:pos="360"/>
        </w:tabs>
        <w:spacing w:line="480" w:lineRule="auto"/>
        <w:ind w:left="851"/>
        <w:rPr>
          <w:lang w:val="pl-PL"/>
        </w:rPr>
      </w:pPr>
      <w:r w:rsidRPr="00C92F16">
        <w:rPr>
          <w:lang w:val="pl-PL"/>
        </w:rPr>
        <w:t xml:space="preserve">Przewodniczący Komisji: ……………………………………………………………………..…………………………………………….. </w:t>
      </w:r>
    </w:p>
    <w:p w14:paraId="447F0E4D" w14:textId="77777777" w:rsidR="001B34B1" w:rsidRPr="00C92F16" w:rsidRDefault="001B34B1" w:rsidP="001B34B1">
      <w:pPr>
        <w:pStyle w:val="Listanumerowana"/>
        <w:tabs>
          <w:tab w:val="clear" w:pos="360"/>
        </w:tabs>
        <w:spacing w:line="480" w:lineRule="auto"/>
        <w:ind w:left="851"/>
        <w:rPr>
          <w:lang w:val="pl-PL"/>
        </w:rPr>
      </w:pPr>
      <w:r w:rsidRPr="00C92F16">
        <w:rPr>
          <w:lang w:val="pl-PL"/>
        </w:rPr>
        <w:t>Członek Komisji: …………………………………………………….……………………………………………………………………….….</w:t>
      </w:r>
    </w:p>
    <w:p w14:paraId="595485A6" w14:textId="77777777" w:rsidR="001B34B1" w:rsidRPr="00C92F16" w:rsidRDefault="001B34B1" w:rsidP="00986216">
      <w:pPr>
        <w:pStyle w:val="Listanumerowana"/>
        <w:tabs>
          <w:tab w:val="clear" w:pos="360"/>
        </w:tabs>
        <w:spacing w:line="480" w:lineRule="auto"/>
        <w:ind w:left="851"/>
        <w:rPr>
          <w:lang w:val="pl-PL"/>
        </w:rPr>
      </w:pPr>
      <w:r w:rsidRPr="00C92F16">
        <w:rPr>
          <w:lang w:val="pl-PL"/>
        </w:rPr>
        <w:t>Członek Komisji: …………………………………………………………………………………………………………………………………</w:t>
      </w:r>
    </w:p>
    <w:p w14:paraId="1A981DCE" w14:textId="77777777" w:rsidR="001B34B1" w:rsidRPr="00C92F16" w:rsidRDefault="001B34B1" w:rsidP="00986216">
      <w:pPr>
        <w:pStyle w:val="Listanumerowana"/>
        <w:tabs>
          <w:tab w:val="clear" w:pos="360"/>
        </w:tabs>
        <w:spacing w:line="480" w:lineRule="auto"/>
        <w:ind w:left="851"/>
        <w:rPr>
          <w:lang w:val="pl-PL"/>
        </w:rPr>
      </w:pPr>
      <w:r w:rsidRPr="00C92F16">
        <w:rPr>
          <w:lang w:val="pl-PL"/>
        </w:rPr>
        <w:t>Przedstawiciel Rady Rodziców: ………………………………………………………………………………………….……………….</w:t>
      </w:r>
    </w:p>
    <w:p w14:paraId="58BC1BE9" w14:textId="77777777" w:rsidR="001B34B1" w:rsidRPr="00C92F16" w:rsidRDefault="001B34B1" w:rsidP="001B34B1">
      <w:pPr>
        <w:pStyle w:val="Listanumerowana"/>
        <w:tabs>
          <w:tab w:val="clear" w:pos="360"/>
        </w:tabs>
        <w:ind w:left="851"/>
        <w:rPr>
          <w:lang w:val="pl-PL"/>
        </w:rPr>
      </w:pPr>
      <w:r w:rsidRPr="00C92F16">
        <w:rPr>
          <w:lang w:val="pl-PL"/>
        </w:rPr>
        <w:t>Sekretarz Komisji: ………………………………………………………………………………………………………………………………</w:t>
      </w:r>
    </w:p>
    <w:p w14:paraId="43879CB3" w14:textId="77777777" w:rsidR="00DB1986" w:rsidRPr="00C92F16" w:rsidRDefault="00477FF5">
      <w:pPr>
        <w:rPr>
          <w:lang w:val="pl-PL"/>
        </w:rPr>
      </w:pPr>
      <w:r w:rsidRPr="00C92F16">
        <w:rPr>
          <w:b/>
          <w:lang w:val="pl-PL"/>
        </w:rPr>
        <w:t>4</w:t>
      </w:r>
      <w:r w:rsidR="00F8205B" w:rsidRPr="00C92F16">
        <w:rPr>
          <w:b/>
          <w:lang w:val="pl-PL"/>
        </w:rPr>
        <w:t>. Informacja o ogłoszeniu konkursu</w:t>
      </w:r>
    </w:p>
    <w:p w14:paraId="44935DD0" w14:textId="77777777" w:rsidR="00DB1986" w:rsidRPr="00C92F16" w:rsidRDefault="00F8205B" w:rsidP="001B34B1">
      <w:pPr>
        <w:spacing w:before="240" w:after="0" w:line="480" w:lineRule="auto"/>
        <w:rPr>
          <w:lang w:val="pl-PL"/>
        </w:rPr>
      </w:pPr>
      <w:r w:rsidRPr="00C92F16">
        <w:rPr>
          <w:lang w:val="pl-PL"/>
        </w:rPr>
        <w:t>Ogłoszenie o konkursie zostało opublikowane / przekazane w dniu ………………………… w następujący sposób: ………………………………………………………………………………………………………</w:t>
      </w:r>
      <w:r w:rsidR="0066144C" w:rsidRPr="00C92F16">
        <w:rPr>
          <w:lang w:val="pl-PL"/>
        </w:rPr>
        <w:t>………………………………………………………………</w:t>
      </w:r>
      <w:r w:rsidRPr="00C92F16">
        <w:rPr>
          <w:lang w:val="pl-PL"/>
        </w:rPr>
        <w:t>… .</w:t>
      </w:r>
    </w:p>
    <w:p w14:paraId="6482C5C8" w14:textId="77777777" w:rsidR="00DB1986" w:rsidRPr="00C92F16" w:rsidRDefault="00477FF5">
      <w:pPr>
        <w:rPr>
          <w:lang w:val="pl-PL"/>
        </w:rPr>
      </w:pPr>
      <w:r w:rsidRPr="00C92F16">
        <w:rPr>
          <w:b/>
          <w:lang w:val="pl-PL"/>
        </w:rPr>
        <w:t>5</w:t>
      </w:r>
      <w:r w:rsidR="00F8205B" w:rsidRPr="00C92F16">
        <w:rPr>
          <w:b/>
          <w:lang w:val="pl-PL"/>
        </w:rPr>
        <w:t>. Wykaz złożonych ofert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3496"/>
        <w:gridCol w:w="1199"/>
        <w:gridCol w:w="991"/>
        <w:gridCol w:w="3618"/>
      </w:tblGrid>
      <w:tr w:rsidR="00477FF5" w:rsidRPr="00C92F16" w14:paraId="497D8E9E" w14:textId="77777777" w:rsidTr="00477FF5">
        <w:trPr>
          <w:tblHeader/>
        </w:trPr>
        <w:tc>
          <w:tcPr>
            <w:tcW w:w="538" w:type="dxa"/>
            <w:shd w:val="clear" w:color="auto" w:fill="D9EAF7"/>
          </w:tcPr>
          <w:p w14:paraId="07EA85F7" w14:textId="77777777" w:rsidR="00DB1986" w:rsidRPr="00C92F16" w:rsidRDefault="00F8205B" w:rsidP="00477FF5">
            <w:pPr>
              <w:jc w:val="center"/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L</w:t>
            </w:r>
            <w:r w:rsidR="00477FF5" w:rsidRPr="00C92F16">
              <w:rPr>
                <w:b/>
                <w:lang w:val="pl-PL"/>
              </w:rPr>
              <w:t>.</w:t>
            </w:r>
            <w:r w:rsidRPr="00C92F16">
              <w:rPr>
                <w:b/>
                <w:lang w:val="pl-PL"/>
              </w:rPr>
              <w:t>p.</w:t>
            </w:r>
          </w:p>
        </w:tc>
        <w:tc>
          <w:tcPr>
            <w:tcW w:w="3605" w:type="dxa"/>
            <w:shd w:val="clear" w:color="auto" w:fill="D9EAF7"/>
          </w:tcPr>
          <w:p w14:paraId="4B221551" w14:textId="77777777" w:rsidR="00DB1986" w:rsidRPr="00C92F16" w:rsidRDefault="00F8205B" w:rsidP="00477FF5">
            <w:pPr>
              <w:jc w:val="center"/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Nazwa oferenta</w:t>
            </w:r>
          </w:p>
        </w:tc>
        <w:tc>
          <w:tcPr>
            <w:tcW w:w="1210" w:type="dxa"/>
            <w:shd w:val="clear" w:color="auto" w:fill="D9EAF7"/>
          </w:tcPr>
          <w:p w14:paraId="7598B44A" w14:textId="77777777" w:rsidR="00DB1986" w:rsidRPr="00C92F16" w:rsidRDefault="00F8205B" w:rsidP="00477FF5">
            <w:pPr>
              <w:jc w:val="center"/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Data wpływu</w:t>
            </w:r>
          </w:p>
        </w:tc>
        <w:tc>
          <w:tcPr>
            <w:tcW w:w="992" w:type="dxa"/>
            <w:shd w:val="clear" w:color="auto" w:fill="D9EAF7"/>
          </w:tcPr>
          <w:p w14:paraId="7E49825A" w14:textId="77777777" w:rsidR="00DB1986" w:rsidRPr="00C92F16" w:rsidRDefault="00F8205B" w:rsidP="00477FF5">
            <w:pPr>
              <w:jc w:val="center"/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Godzina wpływu</w:t>
            </w:r>
          </w:p>
        </w:tc>
        <w:tc>
          <w:tcPr>
            <w:tcW w:w="3730" w:type="dxa"/>
            <w:shd w:val="clear" w:color="auto" w:fill="D9EAF7"/>
          </w:tcPr>
          <w:p w14:paraId="651AA01E" w14:textId="77777777" w:rsidR="00DB1986" w:rsidRPr="00C92F16" w:rsidRDefault="00F8205B" w:rsidP="00477FF5">
            <w:pPr>
              <w:jc w:val="center"/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Uwagi formalne</w:t>
            </w:r>
          </w:p>
        </w:tc>
      </w:tr>
      <w:tr w:rsidR="00DB1986" w:rsidRPr="00C92F16" w14:paraId="0855E003" w14:textId="77777777" w:rsidTr="00477FF5">
        <w:trPr>
          <w:trHeight w:val="340"/>
        </w:trPr>
        <w:tc>
          <w:tcPr>
            <w:tcW w:w="538" w:type="dxa"/>
          </w:tcPr>
          <w:p w14:paraId="70D51691" w14:textId="77777777" w:rsidR="00DB1986" w:rsidRPr="00C92F16" w:rsidRDefault="00F8205B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1</w:t>
            </w:r>
          </w:p>
        </w:tc>
        <w:tc>
          <w:tcPr>
            <w:tcW w:w="3605" w:type="dxa"/>
          </w:tcPr>
          <w:p w14:paraId="39CFAA58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1210" w:type="dxa"/>
          </w:tcPr>
          <w:p w14:paraId="6EC6BA92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992" w:type="dxa"/>
          </w:tcPr>
          <w:p w14:paraId="58F0739D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3730" w:type="dxa"/>
          </w:tcPr>
          <w:p w14:paraId="1B90428D" w14:textId="77777777" w:rsidR="00DB1986" w:rsidRPr="00C92F16" w:rsidRDefault="00DB1986">
            <w:pPr>
              <w:rPr>
                <w:lang w:val="pl-PL"/>
              </w:rPr>
            </w:pPr>
          </w:p>
        </w:tc>
      </w:tr>
      <w:tr w:rsidR="00DB1986" w:rsidRPr="00C92F16" w14:paraId="3924754C" w14:textId="77777777" w:rsidTr="00477FF5">
        <w:trPr>
          <w:trHeight w:val="340"/>
        </w:trPr>
        <w:tc>
          <w:tcPr>
            <w:tcW w:w="538" w:type="dxa"/>
          </w:tcPr>
          <w:p w14:paraId="617F7CD3" w14:textId="77777777" w:rsidR="00DB1986" w:rsidRPr="00C92F16" w:rsidRDefault="00F8205B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2</w:t>
            </w:r>
          </w:p>
        </w:tc>
        <w:tc>
          <w:tcPr>
            <w:tcW w:w="3605" w:type="dxa"/>
          </w:tcPr>
          <w:p w14:paraId="72E48B28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1210" w:type="dxa"/>
          </w:tcPr>
          <w:p w14:paraId="44BB7BEF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992" w:type="dxa"/>
          </w:tcPr>
          <w:p w14:paraId="678E6A25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3730" w:type="dxa"/>
          </w:tcPr>
          <w:p w14:paraId="5D8B03FA" w14:textId="77777777" w:rsidR="00DB1986" w:rsidRPr="00C92F16" w:rsidRDefault="00DB1986">
            <w:pPr>
              <w:rPr>
                <w:lang w:val="pl-PL"/>
              </w:rPr>
            </w:pPr>
          </w:p>
        </w:tc>
      </w:tr>
      <w:tr w:rsidR="00DB1986" w:rsidRPr="00C92F16" w14:paraId="5C2813DC" w14:textId="77777777" w:rsidTr="00477FF5">
        <w:trPr>
          <w:trHeight w:val="340"/>
        </w:trPr>
        <w:tc>
          <w:tcPr>
            <w:tcW w:w="538" w:type="dxa"/>
          </w:tcPr>
          <w:p w14:paraId="46B4B887" w14:textId="77777777" w:rsidR="00DB1986" w:rsidRPr="00C92F16" w:rsidRDefault="00F8205B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3</w:t>
            </w:r>
          </w:p>
        </w:tc>
        <w:tc>
          <w:tcPr>
            <w:tcW w:w="3605" w:type="dxa"/>
          </w:tcPr>
          <w:p w14:paraId="1E17FDAB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1210" w:type="dxa"/>
          </w:tcPr>
          <w:p w14:paraId="196B4ECF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992" w:type="dxa"/>
          </w:tcPr>
          <w:p w14:paraId="44BB0BD4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3730" w:type="dxa"/>
          </w:tcPr>
          <w:p w14:paraId="56C1996F" w14:textId="77777777" w:rsidR="00DB1986" w:rsidRPr="00C92F16" w:rsidRDefault="00DB1986">
            <w:pPr>
              <w:rPr>
                <w:lang w:val="pl-PL"/>
              </w:rPr>
            </w:pPr>
          </w:p>
        </w:tc>
      </w:tr>
      <w:tr w:rsidR="00DB1986" w:rsidRPr="00C92F16" w14:paraId="6B6BDAE8" w14:textId="77777777" w:rsidTr="00477FF5">
        <w:trPr>
          <w:trHeight w:val="340"/>
        </w:trPr>
        <w:tc>
          <w:tcPr>
            <w:tcW w:w="538" w:type="dxa"/>
          </w:tcPr>
          <w:p w14:paraId="088EC547" w14:textId="77777777" w:rsidR="00DB1986" w:rsidRPr="00C92F16" w:rsidRDefault="00F8205B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4</w:t>
            </w:r>
          </w:p>
        </w:tc>
        <w:tc>
          <w:tcPr>
            <w:tcW w:w="3605" w:type="dxa"/>
          </w:tcPr>
          <w:p w14:paraId="6832ECEA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1210" w:type="dxa"/>
          </w:tcPr>
          <w:p w14:paraId="04B7A8B9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992" w:type="dxa"/>
          </w:tcPr>
          <w:p w14:paraId="14D08146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3730" w:type="dxa"/>
          </w:tcPr>
          <w:p w14:paraId="1DFC1986" w14:textId="77777777" w:rsidR="00DB1986" w:rsidRPr="00C92F16" w:rsidRDefault="00DB1986">
            <w:pPr>
              <w:rPr>
                <w:lang w:val="pl-PL"/>
              </w:rPr>
            </w:pPr>
          </w:p>
        </w:tc>
      </w:tr>
      <w:tr w:rsidR="00DB1986" w:rsidRPr="00C92F16" w14:paraId="26687C77" w14:textId="77777777" w:rsidTr="00477FF5">
        <w:trPr>
          <w:trHeight w:val="340"/>
        </w:trPr>
        <w:tc>
          <w:tcPr>
            <w:tcW w:w="538" w:type="dxa"/>
          </w:tcPr>
          <w:p w14:paraId="23B9DD16" w14:textId="77777777" w:rsidR="00DB1986" w:rsidRPr="00C92F16" w:rsidRDefault="00F8205B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5</w:t>
            </w:r>
            <w:r w:rsidR="00D44B69" w:rsidRPr="00C92F16">
              <w:rPr>
                <w:rStyle w:val="Odwoanieprzypisudolnego"/>
                <w:b/>
                <w:lang w:val="pl-PL"/>
              </w:rPr>
              <w:footnoteReference w:id="1"/>
            </w:r>
          </w:p>
        </w:tc>
        <w:tc>
          <w:tcPr>
            <w:tcW w:w="3605" w:type="dxa"/>
          </w:tcPr>
          <w:p w14:paraId="2C635090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1210" w:type="dxa"/>
          </w:tcPr>
          <w:p w14:paraId="7916674C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992" w:type="dxa"/>
          </w:tcPr>
          <w:p w14:paraId="6B85B748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3730" w:type="dxa"/>
          </w:tcPr>
          <w:p w14:paraId="03D53BEC" w14:textId="77777777" w:rsidR="00DB1986" w:rsidRPr="00C92F16" w:rsidRDefault="00DB1986">
            <w:pPr>
              <w:rPr>
                <w:lang w:val="pl-PL"/>
              </w:rPr>
            </w:pPr>
          </w:p>
        </w:tc>
      </w:tr>
    </w:tbl>
    <w:p w14:paraId="117BAFC2" w14:textId="77777777" w:rsidR="00DB1986" w:rsidRPr="00C92F16" w:rsidRDefault="00477FF5" w:rsidP="004A6B80">
      <w:pPr>
        <w:spacing w:before="240"/>
        <w:rPr>
          <w:lang w:val="pl-PL"/>
        </w:rPr>
      </w:pPr>
      <w:r w:rsidRPr="00C92F16">
        <w:rPr>
          <w:b/>
          <w:lang w:val="pl-PL"/>
        </w:rPr>
        <w:t>6</w:t>
      </w:r>
      <w:r w:rsidR="00F8205B" w:rsidRPr="00C92F16">
        <w:rPr>
          <w:b/>
          <w:lang w:val="pl-PL"/>
        </w:rPr>
        <w:t>. Ocena formalna ofert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3541"/>
        <w:gridCol w:w="1205"/>
        <w:gridCol w:w="1409"/>
        <w:gridCol w:w="3149"/>
      </w:tblGrid>
      <w:tr w:rsidR="00DB1986" w:rsidRPr="00C92F16" w14:paraId="580395AE" w14:textId="77777777" w:rsidTr="00D44B69">
        <w:trPr>
          <w:tblHeader/>
        </w:trPr>
        <w:tc>
          <w:tcPr>
            <w:tcW w:w="0" w:type="auto"/>
            <w:shd w:val="clear" w:color="auto" w:fill="D9EAF7"/>
          </w:tcPr>
          <w:p w14:paraId="511266BD" w14:textId="77777777" w:rsidR="00DB1986" w:rsidRPr="00C92F16" w:rsidRDefault="00F8205B" w:rsidP="00477FF5">
            <w:pPr>
              <w:jc w:val="center"/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L</w:t>
            </w:r>
            <w:r w:rsidR="00477FF5" w:rsidRPr="00C92F16">
              <w:rPr>
                <w:b/>
                <w:lang w:val="pl-PL"/>
              </w:rPr>
              <w:t>.</w:t>
            </w:r>
            <w:r w:rsidRPr="00C92F16">
              <w:rPr>
                <w:b/>
                <w:lang w:val="pl-PL"/>
              </w:rPr>
              <w:t>p.</w:t>
            </w:r>
          </w:p>
        </w:tc>
        <w:tc>
          <w:tcPr>
            <w:tcW w:w="3541" w:type="dxa"/>
            <w:shd w:val="clear" w:color="auto" w:fill="D9EAF7"/>
          </w:tcPr>
          <w:p w14:paraId="49FC4284" w14:textId="77777777" w:rsidR="00DB1986" w:rsidRPr="00C92F16" w:rsidRDefault="00F8205B" w:rsidP="00477FF5">
            <w:pPr>
              <w:jc w:val="center"/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Nazwa oferenta</w:t>
            </w:r>
          </w:p>
        </w:tc>
        <w:tc>
          <w:tcPr>
            <w:tcW w:w="1205" w:type="dxa"/>
            <w:shd w:val="clear" w:color="auto" w:fill="D9EAF7"/>
          </w:tcPr>
          <w:p w14:paraId="6D90A455" w14:textId="77777777" w:rsidR="00DB1986" w:rsidRPr="00C92F16" w:rsidRDefault="00F8205B" w:rsidP="00477FF5">
            <w:pPr>
              <w:jc w:val="center"/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Oferta kompletna</w:t>
            </w:r>
          </w:p>
        </w:tc>
        <w:tc>
          <w:tcPr>
            <w:tcW w:w="1409" w:type="dxa"/>
            <w:shd w:val="clear" w:color="auto" w:fill="D9EAF7"/>
          </w:tcPr>
          <w:p w14:paraId="60FD3DAC" w14:textId="77777777" w:rsidR="00DB1986" w:rsidRPr="00C92F16" w:rsidRDefault="00F8205B" w:rsidP="00477FF5">
            <w:pPr>
              <w:jc w:val="center"/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Dopuszczona do oceny</w:t>
            </w:r>
          </w:p>
        </w:tc>
        <w:tc>
          <w:tcPr>
            <w:tcW w:w="3149" w:type="dxa"/>
            <w:shd w:val="clear" w:color="auto" w:fill="D9EAF7"/>
          </w:tcPr>
          <w:p w14:paraId="6E33E5CB" w14:textId="77777777" w:rsidR="00DB1986" w:rsidRPr="00C92F16" w:rsidRDefault="00F8205B" w:rsidP="00477FF5">
            <w:pPr>
              <w:jc w:val="center"/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Uzasadnienie</w:t>
            </w:r>
          </w:p>
        </w:tc>
      </w:tr>
      <w:tr w:rsidR="00DB1986" w:rsidRPr="00C92F16" w14:paraId="19640543" w14:textId="77777777" w:rsidTr="00D44B69">
        <w:trPr>
          <w:trHeight w:val="340"/>
        </w:trPr>
        <w:tc>
          <w:tcPr>
            <w:tcW w:w="0" w:type="auto"/>
          </w:tcPr>
          <w:p w14:paraId="1C9214A5" w14:textId="77777777" w:rsidR="00DB1986" w:rsidRPr="00C92F16" w:rsidRDefault="00F8205B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1</w:t>
            </w:r>
          </w:p>
        </w:tc>
        <w:tc>
          <w:tcPr>
            <w:tcW w:w="3541" w:type="dxa"/>
          </w:tcPr>
          <w:p w14:paraId="2B2ECF04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1205" w:type="dxa"/>
          </w:tcPr>
          <w:p w14:paraId="3DC89476" w14:textId="77777777" w:rsidR="00DB1986" w:rsidRPr="00C92F16" w:rsidRDefault="00D44B69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TAK</w:t>
            </w:r>
            <w:r w:rsidRPr="00C92F16">
              <w:rPr>
                <w:lang w:val="pl-PL"/>
              </w:rPr>
              <w:t> </w:t>
            </w:r>
            <w:r w:rsidRPr="00C92F16">
              <w:rPr>
                <w:lang w:val="pl-PL"/>
              </w:rPr>
              <w:t> </w:t>
            </w: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NIE</w:t>
            </w:r>
          </w:p>
        </w:tc>
        <w:tc>
          <w:tcPr>
            <w:tcW w:w="1409" w:type="dxa"/>
          </w:tcPr>
          <w:p w14:paraId="52F43BB2" w14:textId="77777777" w:rsidR="00D44B69" w:rsidRPr="00C92F16" w:rsidRDefault="00D44B69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TAK</w:t>
            </w:r>
            <w:r w:rsidRPr="00C92F16">
              <w:rPr>
                <w:lang w:val="pl-PL"/>
              </w:rPr>
              <w:t> </w:t>
            </w:r>
            <w:r w:rsidRPr="00C92F16">
              <w:rPr>
                <w:lang w:val="pl-PL"/>
              </w:rPr>
              <w:t> </w:t>
            </w:r>
          </w:p>
          <w:p w14:paraId="7EA30AC7" w14:textId="77777777" w:rsidR="00DB1986" w:rsidRPr="00C92F16" w:rsidRDefault="00D44B69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NIE</w:t>
            </w:r>
          </w:p>
        </w:tc>
        <w:tc>
          <w:tcPr>
            <w:tcW w:w="3149" w:type="dxa"/>
          </w:tcPr>
          <w:p w14:paraId="4FE182CE" w14:textId="77777777" w:rsidR="00DB1986" w:rsidRPr="00C92F16" w:rsidRDefault="00DB1986">
            <w:pPr>
              <w:rPr>
                <w:lang w:val="pl-PL"/>
              </w:rPr>
            </w:pPr>
          </w:p>
        </w:tc>
      </w:tr>
      <w:tr w:rsidR="00D44B69" w:rsidRPr="00C92F16" w14:paraId="09B5FD88" w14:textId="77777777" w:rsidTr="00D44B69">
        <w:trPr>
          <w:trHeight w:val="340"/>
        </w:trPr>
        <w:tc>
          <w:tcPr>
            <w:tcW w:w="0" w:type="auto"/>
          </w:tcPr>
          <w:p w14:paraId="2D2A8873" w14:textId="77777777" w:rsidR="00D44B69" w:rsidRPr="00C92F16" w:rsidRDefault="00D44B69" w:rsidP="00D44B69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2</w:t>
            </w:r>
          </w:p>
        </w:tc>
        <w:tc>
          <w:tcPr>
            <w:tcW w:w="3541" w:type="dxa"/>
          </w:tcPr>
          <w:p w14:paraId="53C16497" w14:textId="77777777" w:rsidR="00D44B69" w:rsidRPr="00C92F16" w:rsidRDefault="00D44B69" w:rsidP="00D44B69">
            <w:pPr>
              <w:rPr>
                <w:lang w:val="pl-PL"/>
              </w:rPr>
            </w:pPr>
          </w:p>
        </w:tc>
        <w:tc>
          <w:tcPr>
            <w:tcW w:w="1205" w:type="dxa"/>
          </w:tcPr>
          <w:p w14:paraId="3D3CD344" w14:textId="77777777" w:rsidR="00D44B69" w:rsidRPr="00C92F16" w:rsidRDefault="00D44B69" w:rsidP="00D44B69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TAK</w:t>
            </w:r>
            <w:r w:rsidRPr="00C92F16">
              <w:rPr>
                <w:lang w:val="pl-PL"/>
              </w:rPr>
              <w:t> </w:t>
            </w:r>
            <w:r w:rsidRPr="00C92F16">
              <w:rPr>
                <w:lang w:val="pl-PL"/>
              </w:rPr>
              <w:t> </w:t>
            </w: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NIE</w:t>
            </w:r>
          </w:p>
        </w:tc>
        <w:tc>
          <w:tcPr>
            <w:tcW w:w="1409" w:type="dxa"/>
          </w:tcPr>
          <w:p w14:paraId="6181AC72" w14:textId="77777777" w:rsidR="00D44B69" w:rsidRPr="00C92F16" w:rsidRDefault="00D44B69" w:rsidP="00D44B69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TAK</w:t>
            </w:r>
            <w:r w:rsidRPr="00C92F16">
              <w:rPr>
                <w:lang w:val="pl-PL"/>
              </w:rPr>
              <w:t> </w:t>
            </w:r>
            <w:r w:rsidRPr="00C92F16">
              <w:rPr>
                <w:lang w:val="pl-PL"/>
              </w:rPr>
              <w:t> </w:t>
            </w:r>
          </w:p>
          <w:p w14:paraId="46C17BF6" w14:textId="77777777" w:rsidR="00D44B69" w:rsidRPr="00C92F16" w:rsidRDefault="00D44B69" w:rsidP="00D44B69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NIE</w:t>
            </w:r>
          </w:p>
        </w:tc>
        <w:tc>
          <w:tcPr>
            <w:tcW w:w="3149" w:type="dxa"/>
          </w:tcPr>
          <w:p w14:paraId="07BD7173" w14:textId="77777777" w:rsidR="00D44B69" w:rsidRPr="00C92F16" w:rsidRDefault="00D44B69" w:rsidP="00D44B69">
            <w:pPr>
              <w:rPr>
                <w:lang w:val="pl-PL"/>
              </w:rPr>
            </w:pPr>
          </w:p>
        </w:tc>
      </w:tr>
      <w:tr w:rsidR="00D44B69" w:rsidRPr="00C92F16" w14:paraId="5443494D" w14:textId="77777777" w:rsidTr="00D44B69">
        <w:trPr>
          <w:trHeight w:val="340"/>
        </w:trPr>
        <w:tc>
          <w:tcPr>
            <w:tcW w:w="0" w:type="auto"/>
          </w:tcPr>
          <w:p w14:paraId="25CBF917" w14:textId="77777777" w:rsidR="00D44B69" w:rsidRPr="00C92F16" w:rsidRDefault="00D44B69" w:rsidP="00D44B69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lastRenderedPageBreak/>
              <w:t>3</w:t>
            </w:r>
          </w:p>
        </w:tc>
        <w:tc>
          <w:tcPr>
            <w:tcW w:w="3541" w:type="dxa"/>
          </w:tcPr>
          <w:p w14:paraId="1D1FA10D" w14:textId="77777777" w:rsidR="00D44B69" w:rsidRPr="00C92F16" w:rsidRDefault="00D44B69" w:rsidP="00D44B69">
            <w:pPr>
              <w:rPr>
                <w:lang w:val="pl-PL"/>
              </w:rPr>
            </w:pPr>
          </w:p>
        </w:tc>
        <w:tc>
          <w:tcPr>
            <w:tcW w:w="1205" w:type="dxa"/>
          </w:tcPr>
          <w:p w14:paraId="61724451" w14:textId="77777777" w:rsidR="00D44B69" w:rsidRPr="00C92F16" w:rsidRDefault="00D44B69" w:rsidP="00D44B69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TAK</w:t>
            </w:r>
            <w:r w:rsidRPr="00C92F16">
              <w:rPr>
                <w:lang w:val="pl-PL"/>
              </w:rPr>
              <w:t> </w:t>
            </w:r>
            <w:r w:rsidRPr="00C92F16">
              <w:rPr>
                <w:lang w:val="pl-PL"/>
              </w:rPr>
              <w:t> </w:t>
            </w: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NIE</w:t>
            </w:r>
          </w:p>
        </w:tc>
        <w:tc>
          <w:tcPr>
            <w:tcW w:w="1409" w:type="dxa"/>
          </w:tcPr>
          <w:p w14:paraId="77B3B409" w14:textId="77777777" w:rsidR="00752BDE" w:rsidRPr="00C92F16" w:rsidRDefault="00D44B69" w:rsidP="00D44B69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TAK</w:t>
            </w:r>
            <w:r w:rsidRPr="00C92F16">
              <w:rPr>
                <w:lang w:val="pl-PL"/>
              </w:rPr>
              <w:t> </w:t>
            </w:r>
            <w:r w:rsidRPr="00C92F16">
              <w:rPr>
                <w:lang w:val="pl-PL"/>
              </w:rPr>
              <w:t> </w:t>
            </w:r>
          </w:p>
          <w:p w14:paraId="440EAA97" w14:textId="77777777" w:rsidR="00D44B69" w:rsidRPr="00C92F16" w:rsidRDefault="00D44B69" w:rsidP="00D44B69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NIE</w:t>
            </w:r>
          </w:p>
        </w:tc>
        <w:tc>
          <w:tcPr>
            <w:tcW w:w="3149" w:type="dxa"/>
          </w:tcPr>
          <w:p w14:paraId="01B33D4C" w14:textId="77777777" w:rsidR="00D44B69" w:rsidRPr="00C92F16" w:rsidRDefault="00D44B69" w:rsidP="00D44B69">
            <w:pPr>
              <w:rPr>
                <w:lang w:val="pl-PL"/>
              </w:rPr>
            </w:pPr>
          </w:p>
        </w:tc>
      </w:tr>
      <w:tr w:rsidR="00752BDE" w:rsidRPr="00C92F16" w14:paraId="66ABF4EB" w14:textId="77777777" w:rsidTr="00D44B69">
        <w:trPr>
          <w:trHeight w:val="340"/>
        </w:trPr>
        <w:tc>
          <w:tcPr>
            <w:tcW w:w="0" w:type="auto"/>
          </w:tcPr>
          <w:p w14:paraId="345FEDC3" w14:textId="77777777" w:rsidR="00752BDE" w:rsidRPr="00C92F16" w:rsidRDefault="00752BDE" w:rsidP="00752BDE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4</w:t>
            </w:r>
          </w:p>
        </w:tc>
        <w:tc>
          <w:tcPr>
            <w:tcW w:w="3541" w:type="dxa"/>
          </w:tcPr>
          <w:p w14:paraId="5F3113B3" w14:textId="77777777" w:rsidR="00752BDE" w:rsidRPr="00C92F16" w:rsidRDefault="00752BDE" w:rsidP="00752BDE">
            <w:pPr>
              <w:rPr>
                <w:lang w:val="pl-PL"/>
              </w:rPr>
            </w:pPr>
          </w:p>
        </w:tc>
        <w:tc>
          <w:tcPr>
            <w:tcW w:w="1205" w:type="dxa"/>
          </w:tcPr>
          <w:p w14:paraId="78CDAD44" w14:textId="77777777" w:rsidR="00752BDE" w:rsidRPr="00C92F16" w:rsidRDefault="00752BDE" w:rsidP="00752BDE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TAK</w:t>
            </w:r>
            <w:r w:rsidRPr="00C92F16">
              <w:rPr>
                <w:lang w:val="pl-PL"/>
              </w:rPr>
              <w:t> </w:t>
            </w:r>
            <w:r w:rsidRPr="00C92F16">
              <w:rPr>
                <w:lang w:val="pl-PL"/>
              </w:rPr>
              <w:t> </w:t>
            </w: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NIE</w:t>
            </w:r>
          </w:p>
        </w:tc>
        <w:tc>
          <w:tcPr>
            <w:tcW w:w="1409" w:type="dxa"/>
          </w:tcPr>
          <w:p w14:paraId="057CF17C" w14:textId="77777777" w:rsidR="00752BDE" w:rsidRPr="00C92F16" w:rsidRDefault="00752BDE" w:rsidP="00752BDE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TAK</w:t>
            </w:r>
            <w:r w:rsidRPr="00C92F16">
              <w:rPr>
                <w:lang w:val="pl-PL"/>
              </w:rPr>
              <w:t> </w:t>
            </w:r>
            <w:r w:rsidRPr="00C92F16">
              <w:rPr>
                <w:lang w:val="pl-PL"/>
              </w:rPr>
              <w:t> </w:t>
            </w:r>
          </w:p>
          <w:p w14:paraId="2548C531" w14:textId="77777777" w:rsidR="00752BDE" w:rsidRPr="00C92F16" w:rsidRDefault="00752BDE" w:rsidP="00752BDE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NIE</w:t>
            </w:r>
          </w:p>
        </w:tc>
        <w:tc>
          <w:tcPr>
            <w:tcW w:w="3149" w:type="dxa"/>
          </w:tcPr>
          <w:p w14:paraId="73C1A38B" w14:textId="77777777" w:rsidR="00752BDE" w:rsidRPr="00C92F16" w:rsidRDefault="00752BDE" w:rsidP="00752BDE">
            <w:pPr>
              <w:rPr>
                <w:lang w:val="pl-PL"/>
              </w:rPr>
            </w:pPr>
          </w:p>
        </w:tc>
      </w:tr>
      <w:tr w:rsidR="00752BDE" w:rsidRPr="00C92F16" w14:paraId="47E2765C" w14:textId="77777777" w:rsidTr="00D44B69">
        <w:trPr>
          <w:trHeight w:val="340"/>
        </w:trPr>
        <w:tc>
          <w:tcPr>
            <w:tcW w:w="0" w:type="auto"/>
          </w:tcPr>
          <w:p w14:paraId="6DDFCB16" w14:textId="77777777" w:rsidR="00752BDE" w:rsidRPr="00C92F16" w:rsidRDefault="00752BDE" w:rsidP="00752BDE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5</w:t>
            </w:r>
          </w:p>
        </w:tc>
        <w:tc>
          <w:tcPr>
            <w:tcW w:w="3541" w:type="dxa"/>
          </w:tcPr>
          <w:p w14:paraId="3D7F0487" w14:textId="77777777" w:rsidR="00752BDE" w:rsidRPr="00C92F16" w:rsidRDefault="00752BDE" w:rsidP="00752BDE">
            <w:pPr>
              <w:rPr>
                <w:lang w:val="pl-PL"/>
              </w:rPr>
            </w:pPr>
          </w:p>
        </w:tc>
        <w:tc>
          <w:tcPr>
            <w:tcW w:w="1205" w:type="dxa"/>
          </w:tcPr>
          <w:p w14:paraId="4CDD7A7F" w14:textId="77777777" w:rsidR="00752BDE" w:rsidRPr="00C92F16" w:rsidRDefault="00752BDE" w:rsidP="00752BDE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TAK</w:t>
            </w:r>
            <w:r w:rsidRPr="00C92F16">
              <w:rPr>
                <w:lang w:val="pl-PL"/>
              </w:rPr>
              <w:t> </w:t>
            </w:r>
            <w:r w:rsidRPr="00C92F16">
              <w:rPr>
                <w:lang w:val="pl-PL"/>
              </w:rPr>
              <w:t> </w:t>
            </w: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NIE</w:t>
            </w:r>
          </w:p>
        </w:tc>
        <w:tc>
          <w:tcPr>
            <w:tcW w:w="1409" w:type="dxa"/>
          </w:tcPr>
          <w:p w14:paraId="67B1309A" w14:textId="77777777" w:rsidR="00752BDE" w:rsidRPr="00C92F16" w:rsidRDefault="00752BDE" w:rsidP="00752BDE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TAK</w:t>
            </w:r>
            <w:r w:rsidRPr="00C92F16">
              <w:rPr>
                <w:lang w:val="pl-PL"/>
              </w:rPr>
              <w:t> </w:t>
            </w:r>
            <w:r w:rsidRPr="00C92F16">
              <w:rPr>
                <w:lang w:val="pl-PL"/>
              </w:rPr>
              <w:t> </w:t>
            </w:r>
          </w:p>
          <w:p w14:paraId="13A27551" w14:textId="77777777" w:rsidR="00752BDE" w:rsidRPr="00C92F16" w:rsidRDefault="00752BDE" w:rsidP="00752BDE">
            <w:pPr>
              <w:rPr>
                <w:lang w:val="pl-PL"/>
              </w:rPr>
            </w:pPr>
            <w:r w:rsidRPr="00C92F16">
              <w:rPr>
                <w:rFonts w:ascii="Segoe UI Symbol" w:hAnsi="Segoe UI Symbol" w:cs="Segoe UI Symbol"/>
                <w:lang w:val="pl-PL"/>
              </w:rPr>
              <w:t>☐</w:t>
            </w:r>
            <w:r w:rsidRPr="00C92F16">
              <w:rPr>
                <w:lang w:val="pl-PL"/>
              </w:rPr>
              <w:t xml:space="preserve"> NIE</w:t>
            </w:r>
          </w:p>
        </w:tc>
        <w:tc>
          <w:tcPr>
            <w:tcW w:w="3149" w:type="dxa"/>
          </w:tcPr>
          <w:p w14:paraId="5A7B5115" w14:textId="77777777" w:rsidR="00752BDE" w:rsidRPr="00C92F16" w:rsidRDefault="003F18C1" w:rsidP="00752BDE">
            <w:pPr>
              <w:rPr>
                <w:lang w:val="pl-PL"/>
              </w:rPr>
            </w:pPr>
            <w:r w:rsidRPr="00C92F16">
              <w:rPr>
                <w:rStyle w:val="Odwoanieprzypisudolnego"/>
                <w:lang w:val="pl-PL"/>
              </w:rPr>
              <w:footnoteReference w:id="2"/>
            </w:r>
          </w:p>
        </w:tc>
      </w:tr>
    </w:tbl>
    <w:p w14:paraId="55E37832" w14:textId="77777777" w:rsidR="00DB1986" w:rsidRPr="00C92F16" w:rsidRDefault="00477FF5" w:rsidP="004A6B80">
      <w:pPr>
        <w:spacing w:before="240"/>
        <w:rPr>
          <w:lang w:val="pl-PL"/>
        </w:rPr>
      </w:pPr>
      <w:r w:rsidRPr="00C92F16">
        <w:rPr>
          <w:b/>
          <w:lang w:val="pl-PL"/>
        </w:rPr>
        <w:t>7</w:t>
      </w:r>
      <w:r w:rsidR="00F8205B" w:rsidRPr="00C92F16">
        <w:rPr>
          <w:b/>
          <w:lang w:val="pl-PL"/>
        </w:rPr>
        <w:t>. Zestawienie punktacji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4154"/>
        <w:gridCol w:w="1131"/>
        <w:gridCol w:w="4019"/>
      </w:tblGrid>
      <w:tr w:rsidR="00DB1986" w:rsidRPr="00C92F16" w14:paraId="1A1C345B" w14:textId="77777777" w:rsidTr="00477FF5">
        <w:trPr>
          <w:tblHeader/>
        </w:trPr>
        <w:tc>
          <w:tcPr>
            <w:tcW w:w="0" w:type="auto"/>
            <w:shd w:val="clear" w:color="auto" w:fill="D9EAF7"/>
          </w:tcPr>
          <w:p w14:paraId="1286E8AA" w14:textId="77777777" w:rsidR="00DB1986" w:rsidRPr="00C92F16" w:rsidRDefault="00F8205B" w:rsidP="00477FF5">
            <w:pPr>
              <w:jc w:val="center"/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L</w:t>
            </w:r>
            <w:r w:rsidR="00477FF5" w:rsidRPr="00C92F16">
              <w:rPr>
                <w:b/>
                <w:lang w:val="pl-PL"/>
              </w:rPr>
              <w:t>.</w:t>
            </w:r>
            <w:r w:rsidRPr="00C92F16">
              <w:rPr>
                <w:b/>
                <w:lang w:val="pl-PL"/>
              </w:rPr>
              <w:t>p.</w:t>
            </w:r>
          </w:p>
        </w:tc>
        <w:tc>
          <w:tcPr>
            <w:tcW w:w="4250" w:type="dxa"/>
            <w:shd w:val="clear" w:color="auto" w:fill="D9EAF7"/>
          </w:tcPr>
          <w:p w14:paraId="5C9874B5" w14:textId="77777777" w:rsidR="00DB1986" w:rsidRPr="00C92F16" w:rsidRDefault="00F8205B" w:rsidP="00477FF5">
            <w:pPr>
              <w:jc w:val="center"/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Nazwa oferenta</w:t>
            </w:r>
          </w:p>
        </w:tc>
        <w:tc>
          <w:tcPr>
            <w:tcW w:w="1134" w:type="dxa"/>
            <w:shd w:val="clear" w:color="auto" w:fill="D9EAF7"/>
          </w:tcPr>
          <w:p w14:paraId="5FC2315F" w14:textId="77777777" w:rsidR="00DB1986" w:rsidRPr="00C92F16" w:rsidRDefault="00F8205B" w:rsidP="00477FF5">
            <w:pPr>
              <w:jc w:val="center"/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Liczba punktów</w:t>
            </w:r>
          </w:p>
        </w:tc>
        <w:tc>
          <w:tcPr>
            <w:tcW w:w="4111" w:type="dxa"/>
            <w:shd w:val="clear" w:color="auto" w:fill="D9EAF7"/>
          </w:tcPr>
          <w:p w14:paraId="37ECFFC0" w14:textId="77777777" w:rsidR="00DB1986" w:rsidRPr="00C92F16" w:rsidRDefault="00F8205B" w:rsidP="00477FF5">
            <w:pPr>
              <w:jc w:val="center"/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Miejsce w rankingu</w:t>
            </w:r>
          </w:p>
        </w:tc>
      </w:tr>
      <w:tr w:rsidR="00DB1986" w:rsidRPr="00C92F16" w14:paraId="282E9664" w14:textId="77777777" w:rsidTr="00477FF5">
        <w:trPr>
          <w:trHeight w:val="340"/>
        </w:trPr>
        <w:tc>
          <w:tcPr>
            <w:tcW w:w="0" w:type="auto"/>
          </w:tcPr>
          <w:p w14:paraId="47114519" w14:textId="77777777" w:rsidR="00DB1986" w:rsidRPr="00C92F16" w:rsidRDefault="00F8205B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1</w:t>
            </w:r>
          </w:p>
        </w:tc>
        <w:tc>
          <w:tcPr>
            <w:tcW w:w="4250" w:type="dxa"/>
          </w:tcPr>
          <w:p w14:paraId="7C94B934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1134" w:type="dxa"/>
          </w:tcPr>
          <w:p w14:paraId="7091FA05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4111" w:type="dxa"/>
          </w:tcPr>
          <w:p w14:paraId="2B319504" w14:textId="77777777" w:rsidR="00DB1986" w:rsidRPr="00C92F16" w:rsidRDefault="00DB1986">
            <w:pPr>
              <w:rPr>
                <w:lang w:val="pl-PL"/>
              </w:rPr>
            </w:pPr>
          </w:p>
        </w:tc>
      </w:tr>
      <w:tr w:rsidR="00DB1986" w:rsidRPr="00C92F16" w14:paraId="068BA3D3" w14:textId="77777777" w:rsidTr="00477FF5">
        <w:trPr>
          <w:trHeight w:val="340"/>
        </w:trPr>
        <w:tc>
          <w:tcPr>
            <w:tcW w:w="0" w:type="auto"/>
          </w:tcPr>
          <w:p w14:paraId="1E4C4F4D" w14:textId="77777777" w:rsidR="00DB1986" w:rsidRPr="00C92F16" w:rsidRDefault="00F8205B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2</w:t>
            </w:r>
          </w:p>
        </w:tc>
        <w:tc>
          <w:tcPr>
            <w:tcW w:w="4250" w:type="dxa"/>
          </w:tcPr>
          <w:p w14:paraId="708AEFB2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1134" w:type="dxa"/>
          </w:tcPr>
          <w:p w14:paraId="1D1A7EBF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4111" w:type="dxa"/>
          </w:tcPr>
          <w:p w14:paraId="1C7D1B43" w14:textId="77777777" w:rsidR="00DB1986" w:rsidRPr="00C92F16" w:rsidRDefault="00DB1986">
            <w:pPr>
              <w:rPr>
                <w:lang w:val="pl-PL"/>
              </w:rPr>
            </w:pPr>
          </w:p>
        </w:tc>
      </w:tr>
      <w:tr w:rsidR="00DB1986" w:rsidRPr="00C92F16" w14:paraId="01A70AC6" w14:textId="77777777" w:rsidTr="00477FF5">
        <w:trPr>
          <w:trHeight w:val="340"/>
        </w:trPr>
        <w:tc>
          <w:tcPr>
            <w:tcW w:w="0" w:type="auto"/>
          </w:tcPr>
          <w:p w14:paraId="361877E5" w14:textId="77777777" w:rsidR="00DB1986" w:rsidRPr="00C92F16" w:rsidRDefault="00F8205B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3</w:t>
            </w:r>
          </w:p>
        </w:tc>
        <w:tc>
          <w:tcPr>
            <w:tcW w:w="4250" w:type="dxa"/>
          </w:tcPr>
          <w:p w14:paraId="63BC6667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1134" w:type="dxa"/>
          </w:tcPr>
          <w:p w14:paraId="4DB171EE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4111" w:type="dxa"/>
          </w:tcPr>
          <w:p w14:paraId="2B6CA29C" w14:textId="77777777" w:rsidR="00DB1986" w:rsidRPr="00C92F16" w:rsidRDefault="00DB1986">
            <w:pPr>
              <w:rPr>
                <w:lang w:val="pl-PL"/>
              </w:rPr>
            </w:pPr>
          </w:p>
        </w:tc>
      </w:tr>
      <w:tr w:rsidR="00DB1986" w:rsidRPr="00C92F16" w14:paraId="246ADD63" w14:textId="77777777" w:rsidTr="00477FF5">
        <w:trPr>
          <w:trHeight w:val="340"/>
        </w:trPr>
        <w:tc>
          <w:tcPr>
            <w:tcW w:w="0" w:type="auto"/>
          </w:tcPr>
          <w:p w14:paraId="00550814" w14:textId="77777777" w:rsidR="00DB1986" w:rsidRPr="00C92F16" w:rsidRDefault="00F8205B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4</w:t>
            </w:r>
          </w:p>
        </w:tc>
        <w:tc>
          <w:tcPr>
            <w:tcW w:w="4250" w:type="dxa"/>
          </w:tcPr>
          <w:p w14:paraId="592398F1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1134" w:type="dxa"/>
          </w:tcPr>
          <w:p w14:paraId="45AF4B4C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4111" w:type="dxa"/>
          </w:tcPr>
          <w:p w14:paraId="70E88CB5" w14:textId="77777777" w:rsidR="00DB1986" w:rsidRPr="00C92F16" w:rsidRDefault="00DB1986">
            <w:pPr>
              <w:rPr>
                <w:lang w:val="pl-PL"/>
              </w:rPr>
            </w:pPr>
          </w:p>
        </w:tc>
      </w:tr>
      <w:tr w:rsidR="00DB1986" w:rsidRPr="00C92F16" w14:paraId="3E9E384F" w14:textId="77777777" w:rsidTr="00477FF5">
        <w:trPr>
          <w:trHeight w:val="340"/>
        </w:trPr>
        <w:tc>
          <w:tcPr>
            <w:tcW w:w="0" w:type="auto"/>
          </w:tcPr>
          <w:p w14:paraId="32BBEC84" w14:textId="77777777" w:rsidR="00DB1986" w:rsidRPr="00C92F16" w:rsidRDefault="00F8205B">
            <w:pPr>
              <w:rPr>
                <w:b/>
                <w:lang w:val="pl-PL"/>
              </w:rPr>
            </w:pPr>
            <w:r w:rsidRPr="00C92F16">
              <w:rPr>
                <w:b/>
                <w:lang w:val="pl-PL"/>
              </w:rPr>
              <w:t>5</w:t>
            </w:r>
          </w:p>
        </w:tc>
        <w:tc>
          <w:tcPr>
            <w:tcW w:w="4250" w:type="dxa"/>
          </w:tcPr>
          <w:p w14:paraId="6E6D5DB7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1134" w:type="dxa"/>
          </w:tcPr>
          <w:p w14:paraId="74B1268B" w14:textId="77777777" w:rsidR="00DB1986" w:rsidRPr="00C92F16" w:rsidRDefault="00DB1986">
            <w:pPr>
              <w:rPr>
                <w:lang w:val="pl-PL"/>
              </w:rPr>
            </w:pPr>
          </w:p>
        </w:tc>
        <w:tc>
          <w:tcPr>
            <w:tcW w:w="4111" w:type="dxa"/>
          </w:tcPr>
          <w:p w14:paraId="4B20A672" w14:textId="77777777" w:rsidR="00DB1986" w:rsidRPr="00C92F16" w:rsidRDefault="00DB1986">
            <w:pPr>
              <w:rPr>
                <w:lang w:val="pl-PL"/>
              </w:rPr>
            </w:pPr>
          </w:p>
        </w:tc>
      </w:tr>
    </w:tbl>
    <w:p w14:paraId="56E300D2" w14:textId="77777777" w:rsidR="00DB1986" w:rsidRPr="00C92F16" w:rsidRDefault="00477FF5" w:rsidP="004A6B80">
      <w:pPr>
        <w:spacing w:before="240"/>
        <w:rPr>
          <w:lang w:val="pl-PL"/>
        </w:rPr>
      </w:pPr>
      <w:r w:rsidRPr="00C92F16">
        <w:rPr>
          <w:b/>
          <w:lang w:val="pl-PL"/>
        </w:rPr>
        <w:t>8</w:t>
      </w:r>
      <w:r w:rsidR="00F8205B" w:rsidRPr="00C92F16">
        <w:rPr>
          <w:b/>
          <w:lang w:val="pl-PL"/>
        </w:rPr>
        <w:t xml:space="preserve">. Wyjaśnienia / uzupełnienia </w:t>
      </w:r>
    </w:p>
    <w:p w14:paraId="5DA35520" w14:textId="77777777" w:rsidR="00DB1986" w:rsidRPr="00C92F16" w:rsidRDefault="00F8205B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</w:t>
      </w:r>
      <w:r w:rsidR="00632940" w:rsidRPr="00C92F16">
        <w:rPr>
          <w:lang w:val="pl-PL"/>
        </w:rPr>
        <w:t>……………………………………………</w:t>
      </w:r>
      <w:r w:rsidRPr="00C92F16">
        <w:rPr>
          <w:lang w:val="pl-PL"/>
        </w:rPr>
        <w:t>…</w:t>
      </w:r>
    </w:p>
    <w:p w14:paraId="5E05887C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1551F16A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03A7265C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3E774966" w14:textId="77777777" w:rsidR="00DB1986" w:rsidRPr="00C92F16" w:rsidRDefault="009D67DC">
      <w:pPr>
        <w:rPr>
          <w:lang w:val="pl-PL"/>
        </w:rPr>
      </w:pPr>
      <w:r w:rsidRPr="00C92F16">
        <w:rPr>
          <w:b/>
          <w:lang w:val="pl-PL"/>
        </w:rPr>
        <w:t>9</w:t>
      </w:r>
      <w:r w:rsidR="00F8205B" w:rsidRPr="00C92F16">
        <w:rPr>
          <w:b/>
          <w:lang w:val="pl-PL"/>
        </w:rPr>
        <w:t>. Rekomendacja Komisji</w:t>
      </w:r>
    </w:p>
    <w:p w14:paraId="0147ADD1" w14:textId="77777777" w:rsidR="00DB1986" w:rsidRPr="00C92F16" w:rsidRDefault="00F8205B">
      <w:pPr>
        <w:rPr>
          <w:lang w:val="pl-PL"/>
        </w:rPr>
      </w:pPr>
      <w:r w:rsidRPr="00C92F16">
        <w:rPr>
          <w:lang w:val="pl-PL"/>
        </w:rPr>
        <w:t>Komisja rekomenduje wybór oferty złożonej przez:</w:t>
      </w:r>
    </w:p>
    <w:p w14:paraId="35E3E3A6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02A11E0B" w14:textId="77777777" w:rsidR="00DB1986" w:rsidRPr="00C92F16" w:rsidRDefault="00F8205B">
      <w:pPr>
        <w:rPr>
          <w:lang w:val="pl-PL"/>
        </w:rPr>
      </w:pPr>
      <w:r w:rsidRPr="00C92F16">
        <w:rPr>
          <w:lang w:val="pl-PL"/>
        </w:rPr>
        <w:t>Uzasadnienie rekomendacji:</w:t>
      </w:r>
    </w:p>
    <w:p w14:paraId="7A0A368D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74DBC605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2E4895E5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31AB3135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0F8B8EE1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77F5124B" w14:textId="77777777" w:rsidR="00615441" w:rsidRPr="00C92F16" w:rsidRDefault="00615441" w:rsidP="00615441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0FCBCF2B" w14:textId="77777777" w:rsidR="00DB1986" w:rsidRPr="0006664F" w:rsidRDefault="00615441">
      <w:pPr>
        <w:rPr>
          <w:b/>
          <w:lang w:val="pl-PL"/>
        </w:rPr>
      </w:pPr>
      <w:r w:rsidRPr="0006664F">
        <w:rPr>
          <w:b/>
          <w:lang w:val="pl-PL"/>
        </w:rPr>
        <w:lastRenderedPageBreak/>
        <w:t>lub</w:t>
      </w:r>
    </w:p>
    <w:p w14:paraId="18D76B48" w14:textId="77777777" w:rsidR="00DB1986" w:rsidRPr="00C92F16" w:rsidRDefault="00F8205B">
      <w:pPr>
        <w:rPr>
          <w:lang w:val="pl-PL"/>
        </w:rPr>
      </w:pPr>
      <w:r w:rsidRPr="00C92F16">
        <w:rPr>
          <w:lang w:val="pl-PL"/>
        </w:rPr>
        <w:t>Komisja rekomenduje unieważnienie konkursu z następujących przyczyn:</w:t>
      </w:r>
    </w:p>
    <w:p w14:paraId="1B3B67A6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51041183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2420B000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150CA893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21ABC833" w14:textId="77777777" w:rsidR="00DB1986" w:rsidRPr="00C92F16" w:rsidRDefault="009D67DC">
      <w:pPr>
        <w:rPr>
          <w:lang w:val="pl-PL"/>
        </w:rPr>
      </w:pPr>
      <w:r w:rsidRPr="00C92F16">
        <w:rPr>
          <w:b/>
          <w:lang w:val="pl-PL"/>
        </w:rPr>
        <w:t>10</w:t>
      </w:r>
      <w:r w:rsidR="00F8205B" w:rsidRPr="00C92F16">
        <w:rPr>
          <w:b/>
          <w:lang w:val="pl-PL"/>
        </w:rPr>
        <w:t>. Podpisy członków Komisji</w:t>
      </w:r>
    </w:p>
    <w:p w14:paraId="562C1A3A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74F70AC5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44651064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7432AAA9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56CA0988" w14:textId="77777777" w:rsidR="00632940" w:rsidRPr="00C92F16" w:rsidRDefault="00632940" w:rsidP="00632940">
      <w:pPr>
        <w:rPr>
          <w:lang w:val="pl-PL"/>
        </w:rPr>
      </w:pPr>
      <w:r w:rsidRPr="00C92F16">
        <w:rPr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14:paraId="1FDC953A" w14:textId="77777777" w:rsidR="00632940" w:rsidRPr="00C92F16" w:rsidRDefault="00632940">
      <w:pPr>
        <w:rPr>
          <w:lang w:val="pl-PL"/>
        </w:rPr>
      </w:pPr>
    </w:p>
    <w:p w14:paraId="6C559E58" w14:textId="77777777" w:rsidR="00B94DAF" w:rsidRPr="00C92F16" w:rsidRDefault="00B94DAF">
      <w:pPr>
        <w:rPr>
          <w:b/>
          <w:sz w:val="20"/>
          <w:lang w:val="pl-PL"/>
        </w:rPr>
      </w:pPr>
      <w:r w:rsidRPr="00C92F16">
        <w:rPr>
          <w:rFonts w:ascii="Segoe UI Symbol" w:hAnsi="Segoe UI Symbol" w:cs="Segoe UI Symbol"/>
          <w:lang w:val="pl-PL"/>
        </w:rPr>
        <w:t xml:space="preserve">☐  </w:t>
      </w:r>
      <w:r w:rsidRPr="00C92F16">
        <w:rPr>
          <w:rFonts w:cs="Calibri"/>
          <w:b/>
          <w:lang w:val="pl-PL"/>
        </w:rPr>
        <w:t>zatwierdzam</w:t>
      </w:r>
    </w:p>
    <w:p w14:paraId="2BA892BA" w14:textId="77777777" w:rsidR="00DB1986" w:rsidRPr="00C92F16" w:rsidRDefault="00B94DAF">
      <w:pPr>
        <w:rPr>
          <w:b/>
          <w:lang w:val="pl-PL"/>
        </w:rPr>
      </w:pPr>
      <w:r w:rsidRPr="00C92F16">
        <w:rPr>
          <w:rFonts w:ascii="Segoe UI Symbol" w:hAnsi="Segoe UI Symbol" w:cs="Segoe UI Symbol"/>
          <w:lang w:val="pl-PL"/>
        </w:rPr>
        <w:t xml:space="preserve">☐ </w:t>
      </w:r>
      <w:r w:rsidR="00F8205B" w:rsidRPr="00C92F16">
        <w:rPr>
          <w:b/>
          <w:lang w:val="pl-PL"/>
        </w:rPr>
        <w:t xml:space="preserve"> nie zatwierdzam wynik konkursu:</w:t>
      </w:r>
    </w:p>
    <w:p w14:paraId="7D11ADAD" w14:textId="77777777" w:rsidR="00B94DAF" w:rsidRPr="00C92F16" w:rsidRDefault="00B94DAF">
      <w:pPr>
        <w:rPr>
          <w:b/>
          <w:lang w:val="pl-PL"/>
        </w:rPr>
      </w:pPr>
    </w:p>
    <w:p w14:paraId="2A40CA53" w14:textId="77777777" w:rsidR="00DB1986" w:rsidRPr="00C92F16" w:rsidRDefault="00F8205B">
      <w:pPr>
        <w:rPr>
          <w:lang w:val="pl-PL"/>
        </w:rPr>
      </w:pPr>
      <w:r w:rsidRPr="00C92F16">
        <w:rPr>
          <w:lang w:val="pl-PL"/>
        </w:rPr>
        <w:t>Dyrektor Szkoły: …………………………………………………</w:t>
      </w:r>
      <w:r w:rsidR="000E00C7" w:rsidRPr="00C92F16">
        <w:rPr>
          <w:lang w:val="pl-PL"/>
        </w:rPr>
        <w:t>………………</w:t>
      </w:r>
      <w:r w:rsidRPr="00C92F16">
        <w:rPr>
          <w:lang w:val="pl-PL"/>
        </w:rPr>
        <w:t>…   Data: …………………………</w:t>
      </w:r>
      <w:r w:rsidR="000E00C7" w:rsidRPr="00C92F16">
        <w:rPr>
          <w:lang w:val="pl-PL"/>
        </w:rPr>
        <w:t>…………..</w:t>
      </w:r>
      <w:r w:rsidRPr="00C92F16">
        <w:rPr>
          <w:lang w:val="pl-PL"/>
        </w:rPr>
        <w:t>……</w:t>
      </w:r>
    </w:p>
    <w:sectPr w:rsidR="00DB1986" w:rsidRPr="00C92F16" w:rsidSect="00D41FF0">
      <w:footerReference w:type="default" r:id="rId8"/>
      <w:pgSz w:w="12240" w:h="15840"/>
      <w:pgMar w:top="426" w:right="1134" w:bottom="1134" w:left="1247" w:header="720" w:footer="2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71528" w14:textId="77777777" w:rsidR="002C5C94" w:rsidRDefault="002C5C94" w:rsidP="00632940">
      <w:pPr>
        <w:spacing w:after="0" w:line="240" w:lineRule="auto"/>
      </w:pPr>
      <w:r>
        <w:separator/>
      </w:r>
    </w:p>
  </w:endnote>
  <w:endnote w:type="continuationSeparator" w:id="0">
    <w:p w14:paraId="1CA651DF" w14:textId="77777777" w:rsidR="002C5C94" w:rsidRDefault="002C5C94" w:rsidP="00632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7686093"/>
      <w:docPartObj>
        <w:docPartGallery w:val="Page Numbers (Bottom of Page)"/>
        <w:docPartUnique/>
      </w:docPartObj>
    </w:sdtPr>
    <w:sdtEndPr>
      <w:rPr>
        <w:b/>
      </w:rPr>
    </w:sdtEndPr>
    <w:sdtContent>
      <w:p w14:paraId="4A59AE85" w14:textId="77777777" w:rsidR="00632940" w:rsidRPr="00632940" w:rsidRDefault="00632940">
        <w:pPr>
          <w:pStyle w:val="Stopka"/>
          <w:jc w:val="right"/>
          <w:rPr>
            <w:b/>
          </w:rPr>
        </w:pPr>
        <w:r w:rsidRPr="00632940">
          <w:rPr>
            <w:b/>
          </w:rPr>
          <w:fldChar w:fldCharType="begin"/>
        </w:r>
        <w:r w:rsidRPr="00632940">
          <w:rPr>
            <w:b/>
          </w:rPr>
          <w:instrText>PAGE   \* MERGEFORMAT</w:instrText>
        </w:r>
        <w:r w:rsidRPr="00632940">
          <w:rPr>
            <w:b/>
          </w:rPr>
          <w:fldChar w:fldCharType="separate"/>
        </w:r>
        <w:r w:rsidR="00CD6BFB" w:rsidRPr="00CD6BFB">
          <w:rPr>
            <w:b/>
            <w:noProof/>
            <w:lang w:val="pl-PL"/>
          </w:rPr>
          <w:t>1</w:t>
        </w:r>
        <w:r w:rsidRPr="00632940">
          <w:rPr>
            <w:b/>
          </w:rPr>
          <w:fldChar w:fldCharType="end"/>
        </w:r>
      </w:p>
    </w:sdtContent>
  </w:sdt>
  <w:p w14:paraId="6D890C50" w14:textId="77777777" w:rsidR="00632940" w:rsidRDefault="006329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8DD7B" w14:textId="77777777" w:rsidR="002C5C94" w:rsidRDefault="002C5C94" w:rsidP="00632940">
      <w:pPr>
        <w:spacing w:after="0" w:line="240" w:lineRule="auto"/>
      </w:pPr>
      <w:r>
        <w:separator/>
      </w:r>
    </w:p>
  </w:footnote>
  <w:footnote w:type="continuationSeparator" w:id="0">
    <w:p w14:paraId="6D58F4E2" w14:textId="77777777" w:rsidR="002C5C94" w:rsidRDefault="002C5C94" w:rsidP="00632940">
      <w:pPr>
        <w:spacing w:after="0" w:line="240" w:lineRule="auto"/>
      </w:pPr>
      <w:r>
        <w:continuationSeparator/>
      </w:r>
    </w:p>
  </w:footnote>
  <w:footnote w:id="1">
    <w:p w14:paraId="4ABB8893" w14:textId="77777777" w:rsidR="00D44B69" w:rsidRPr="00C92F16" w:rsidRDefault="00D44B69">
      <w:pPr>
        <w:pStyle w:val="Tekstprzypisudolnego"/>
        <w:rPr>
          <w:b/>
          <w:i/>
          <w:lang w:val="pl-PL"/>
        </w:rPr>
      </w:pPr>
      <w:r w:rsidRPr="00C92F16">
        <w:rPr>
          <w:rStyle w:val="Odwoanieprzypisudolnego"/>
          <w:b/>
          <w:i/>
          <w:lang w:val="pl-PL"/>
        </w:rPr>
        <w:footnoteRef/>
      </w:r>
      <w:r w:rsidRPr="00C92F16">
        <w:rPr>
          <w:b/>
          <w:i/>
          <w:lang w:val="pl-PL"/>
        </w:rPr>
        <w:t xml:space="preserve"> Zaznaczyć właściwą odpowiedź znakiem „X”.</w:t>
      </w:r>
    </w:p>
  </w:footnote>
  <w:footnote w:id="2">
    <w:p w14:paraId="17734FFD" w14:textId="77777777" w:rsidR="003F18C1" w:rsidRPr="00C92F16" w:rsidRDefault="003F18C1">
      <w:pPr>
        <w:pStyle w:val="Tekstprzypisudolnego"/>
        <w:rPr>
          <w:lang w:val="pl-PL"/>
        </w:rPr>
      </w:pPr>
      <w:r w:rsidRPr="00C92F16">
        <w:rPr>
          <w:rStyle w:val="Odwoanieprzypisudolnego"/>
          <w:lang w:val="pl-PL"/>
        </w:rPr>
        <w:footnoteRef/>
      </w:r>
      <w:r w:rsidRPr="00C92F16">
        <w:rPr>
          <w:lang w:val="pl-PL"/>
        </w:rPr>
        <w:t xml:space="preserve"> </w:t>
      </w:r>
      <w:r w:rsidRPr="00C92F16">
        <w:rPr>
          <w:b/>
          <w:i/>
          <w:lang w:val="pl-PL"/>
        </w:rPr>
        <w:t>Zaznaczyć właściwą odpowiedź znakiem „X”.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7A08108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9668158">
    <w:abstractNumId w:val="8"/>
  </w:num>
  <w:num w:numId="2" w16cid:durableId="1067992356">
    <w:abstractNumId w:val="6"/>
  </w:num>
  <w:num w:numId="3" w16cid:durableId="1562255265">
    <w:abstractNumId w:val="5"/>
  </w:num>
  <w:num w:numId="4" w16cid:durableId="1148202971">
    <w:abstractNumId w:val="4"/>
  </w:num>
  <w:num w:numId="5" w16cid:durableId="1198547481">
    <w:abstractNumId w:val="7"/>
  </w:num>
  <w:num w:numId="6" w16cid:durableId="1949583989">
    <w:abstractNumId w:val="3"/>
  </w:num>
  <w:num w:numId="7" w16cid:durableId="1337417997">
    <w:abstractNumId w:val="2"/>
  </w:num>
  <w:num w:numId="8" w16cid:durableId="1880051450">
    <w:abstractNumId w:val="1"/>
  </w:num>
  <w:num w:numId="9" w16cid:durableId="687483501">
    <w:abstractNumId w:val="0"/>
  </w:num>
  <w:num w:numId="10" w16cid:durableId="160040527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664F"/>
    <w:rsid w:val="000A7B5D"/>
    <w:rsid w:val="000E00C7"/>
    <w:rsid w:val="000E5AA6"/>
    <w:rsid w:val="0015074B"/>
    <w:rsid w:val="00154B7D"/>
    <w:rsid w:val="001B34B1"/>
    <w:rsid w:val="0029639D"/>
    <w:rsid w:val="002C5C94"/>
    <w:rsid w:val="00326F90"/>
    <w:rsid w:val="003F18C1"/>
    <w:rsid w:val="00477FF5"/>
    <w:rsid w:val="004A6B80"/>
    <w:rsid w:val="00615441"/>
    <w:rsid w:val="00632940"/>
    <w:rsid w:val="0066144C"/>
    <w:rsid w:val="00752BDE"/>
    <w:rsid w:val="00762258"/>
    <w:rsid w:val="009D67DC"/>
    <w:rsid w:val="00AA1D8D"/>
    <w:rsid w:val="00B45C2F"/>
    <w:rsid w:val="00B47730"/>
    <w:rsid w:val="00B47A6C"/>
    <w:rsid w:val="00B94DAF"/>
    <w:rsid w:val="00C07A68"/>
    <w:rsid w:val="00C92F16"/>
    <w:rsid w:val="00CB0664"/>
    <w:rsid w:val="00CD6BFB"/>
    <w:rsid w:val="00D41FF0"/>
    <w:rsid w:val="00D44B69"/>
    <w:rsid w:val="00D46FC5"/>
    <w:rsid w:val="00DB1986"/>
    <w:rsid w:val="00DD6414"/>
    <w:rsid w:val="00F820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944C0F"/>
  <w14:defaultImageDpi w14:val="330"/>
  <w15:docId w15:val="{DE435628-DE8C-4B6B-8D67-A0A59A43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07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68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4B6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4B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69A123-A9E0-4ABF-B2BA-6DCEC45AA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2772</Characters>
  <Application>Microsoft Office Word</Application>
  <DocSecurity>0</DocSecurity>
  <Lines>23</Lines>
  <Paragraphs>6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PROTOKÓŁ Z PRAC KOMISJI KONKURSOWEJ</vt:lpstr>
      <vt:lpstr/>
    </vt:vector>
  </TitlesOfParts>
  <Manager/>
  <Company/>
  <LinksUpToDate>false</LinksUpToDate>
  <CharactersWithSpaces>3228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Kowalczyk Adrian</cp:lastModifiedBy>
  <cp:revision>4</cp:revision>
  <cp:lastPrinted>2026-07-10T12:33:00Z</cp:lastPrinted>
  <dcterms:created xsi:type="dcterms:W3CDTF">2026-07-15T11:11:00Z</dcterms:created>
  <dcterms:modified xsi:type="dcterms:W3CDTF">2026-07-15T16:39:00Z</dcterms:modified>
  <cp:category/>
</cp:coreProperties>
</file>