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F81B" w14:textId="77777777" w:rsidR="002E4946" w:rsidRPr="00D60952" w:rsidRDefault="00000000">
      <w:pPr>
        <w:keepNext/>
        <w:spacing w:after="140" w:line="240" w:lineRule="auto"/>
        <w:jc w:val="right"/>
        <w:rPr>
          <w:sz w:val="16"/>
          <w:szCs w:val="16"/>
        </w:rPr>
      </w:pPr>
      <w:r w:rsidRPr="00D60952">
        <w:rPr>
          <w:b/>
          <w:i/>
          <w:sz w:val="16"/>
          <w:szCs w:val="16"/>
        </w:rPr>
        <w:t>Załącznik Nr 7</w:t>
      </w:r>
      <w:r w:rsidRPr="00D60952">
        <w:rPr>
          <w:b/>
          <w:i/>
          <w:sz w:val="16"/>
          <w:szCs w:val="16"/>
        </w:rPr>
        <w:br/>
      </w:r>
      <w:r w:rsidRPr="00D60952">
        <w:rPr>
          <w:i/>
          <w:sz w:val="16"/>
          <w:szCs w:val="16"/>
        </w:rPr>
        <w:t>do Regulaminu postępowania przy udzielaniu zamówień jednostkowych</w:t>
      </w:r>
      <w:r w:rsidRPr="00D60952">
        <w:rPr>
          <w:i/>
          <w:sz w:val="16"/>
          <w:szCs w:val="16"/>
        </w:rPr>
        <w:br/>
        <w:t>których wartość szacunkowa nie przekracza kwoty 170.000 złotych</w:t>
      </w:r>
    </w:p>
    <w:p w14:paraId="5AACE9CA" w14:textId="77777777" w:rsidR="002E4946" w:rsidRDefault="00000000">
      <w:pPr>
        <w:pStyle w:val="Tytu"/>
        <w:keepNext/>
        <w:keepLines/>
        <w:spacing w:after="160"/>
      </w:pPr>
      <w:r>
        <w:t>FORMULARZ OFERTY</w:t>
      </w:r>
    </w:p>
    <w:p w14:paraId="3691DD40" w14:textId="04A8FF12" w:rsidR="002E4946" w:rsidRDefault="00000000">
      <w:pPr>
        <w:spacing w:after="80" w:line="240" w:lineRule="auto"/>
      </w:pPr>
      <w:r>
        <w:t xml:space="preserve">Nr postępowania: </w:t>
      </w:r>
      <w:r w:rsidR="00D60952">
        <w:t>OA.2600.259.2026.276</w:t>
      </w:r>
    </w:p>
    <w:p w14:paraId="14E1A530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1. Nazwa i adres Zamawiającego:</w:t>
      </w:r>
    </w:p>
    <w:p w14:paraId="2F8ADA1C" w14:textId="77777777" w:rsidR="002E4946" w:rsidRDefault="00000000">
      <w:pPr>
        <w:spacing w:line="240" w:lineRule="auto"/>
        <w:jc w:val="both"/>
      </w:pPr>
      <w:r>
        <w:t>Powiatowa Stacja Sanitarno-Epidemiologiczna w Bytomiu</w:t>
      </w:r>
      <w:r>
        <w:br/>
        <w:t>41-902 Bytom</w:t>
      </w:r>
      <w:r>
        <w:br/>
        <w:t>ul. Moniuszki 25</w:t>
      </w:r>
    </w:p>
    <w:p w14:paraId="7CDE3C6F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2. Nazwa przedmiotu zamówienia:</w:t>
      </w:r>
    </w:p>
    <w:p w14:paraId="74C16D7A" w14:textId="77777777" w:rsidR="002E4946" w:rsidRDefault="00000000">
      <w:pPr>
        <w:spacing w:line="240" w:lineRule="auto"/>
        <w:jc w:val="both"/>
      </w:pPr>
      <w:r>
        <w:rPr>
          <w:b/>
        </w:rPr>
        <w:t>Dostawa samochodu osobowego 7-osobowego z wyposażeniem dodatkowym dla PSSE w Bytomiu</w:t>
      </w:r>
    </w:p>
    <w:p w14:paraId="3B91C49A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3. Nazwa i adres Wykonawcy:</w:t>
      </w:r>
    </w:p>
    <w:p w14:paraId="62301558" w14:textId="565DE286" w:rsidR="002E4946" w:rsidRDefault="00000000">
      <w:pPr>
        <w:spacing w:line="240" w:lineRule="auto"/>
        <w:jc w:val="both"/>
      </w:pPr>
      <w:r>
        <w:t>Nazwa i forma prawna: .................................</w:t>
      </w:r>
      <w:r w:rsidR="00D60952">
        <w:t>..............................................................................................................</w:t>
      </w:r>
      <w:r>
        <w:t>..................</w:t>
      </w:r>
      <w:r w:rsidR="00D60952">
        <w:t>.</w:t>
      </w:r>
      <w:r>
        <w:t>.....</w:t>
      </w:r>
    </w:p>
    <w:p w14:paraId="69AFC328" w14:textId="26DC773D" w:rsidR="002E4946" w:rsidRDefault="00000000">
      <w:pPr>
        <w:spacing w:line="240" w:lineRule="auto"/>
        <w:jc w:val="both"/>
      </w:pPr>
      <w:r>
        <w:t>Siedziba i adres: ............................................</w:t>
      </w:r>
      <w:r w:rsidR="00D60952">
        <w:t>.............................................................</w:t>
      </w:r>
      <w:r>
        <w:t>....</w:t>
      </w:r>
      <w:r w:rsidR="00D60952">
        <w:t>...............................................................</w:t>
      </w:r>
      <w:r>
        <w:t>.....</w:t>
      </w:r>
      <w:r w:rsidR="00D60952">
        <w:t>.</w:t>
      </w:r>
      <w:r>
        <w:t>...</w:t>
      </w:r>
    </w:p>
    <w:p w14:paraId="16DECED8" w14:textId="13067DE7" w:rsidR="002E4946" w:rsidRDefault="00000000">
      <w:pPr>
        <w:spacing w:line="240" w:lineRule="auto"/>
        <w:jc w:val="both"/>
      </w:pPr>
      <w:r>
        <w:t>NIP / identyfikator podatkowy: ........................................</w:t>
      </w:r>
      <w:r w:rsidR="00D60952">
        <w:t>...............................</w:t>
      </w:r>
      <w:r>
        <w:t>....</w:t>
      </w:r>
      <w:r w:rsidR="00D60952">
        <w:t>..</w:t>
      </w:r>
      <w:r>
        <w:t>....</w:t>
      </w:r>
      <w:r w:rsidR="00D60952">
        <w:t>.............................................................</w:t>
      </w:r>
      <w:r>
        <w:t>.</w:t>
      </w:r>
      <w:r w:rsidR="00D60952">
        <w:t>.</w:t>
      </w:r>
      <w:r>
        <w:t>.......</w:t>
      </w:r>
    </w:p>
    <w:p w14:paraId="7CB1EADD" w14:textId="4B42852A" w:rsidR="002E4946" w:rsidRDefault="00000000">
      <w:pPr>
        <w:spacing w:line="240" w:lineRule="auto"/>
        <w:jc w:val="both"/>
      </w:pPr>
      <w:r>
        <w:t>REGON / numer KRS lub wpis CEIDG: .............................</w:t>
      </w:r>
      <w:r w:rsidR="00D60952">
        <w:t>.....................</w:t>
      </w:r>
      <w:r>
        <w:t>...................</w:t>
      </w:r>
      <w:r w:rsidR="00D60952">
        <w:t>...........................................................</w:t>
      </w:r>
      <w:r>
        <w:t>........</w:t>
      </w:r>
    </w:p>
    <w:p w14:paraId="508C1B8B" w14:textId="237F0206" w:rsidR="002E4946" w:rsidRDefault="00000000">
      <w:pPr>
        <w:spacing w:line="240" w:lineRule="auto"/>
        <w:jc w:val="both"/>
      </w:pPr>
      <w:r>
        <w:t>Osoba do kontaktu, telefon i e-mail: ...............................................</w:t>
      </w:r>
      <w:r w:rsidR="00D60952">
        <w:t>....................................................................................</w:t>
      </w:r>
      <w:r>
        <w:t>.........</w:t>
      </w:r>
    </w:p>
    <w:p w14:paraId="2A0975B2" w14:textId="61B93E37" w:rsidR="002E4946" w:rsidRDefault="00000000">
      <w:pPr>
        <w:spacing w:line="240" w:lineRule="auto"/>
        <w:jc w:val="both"/>
      </w:pPr>
      <w:r>
        <w:t>Osoba podpisująca ofertę i podstawa reprezentacji: .............................................</w:t>
      </w:r>
      <w:r w:rsidR="00D60952">
        <w:t>....................................................</w:t>
      </w:r>
      <w:r>
        <w:t>...........</w:t>
      </w:r>
    </w:p>
    <w:p w14:paraId="47F4EB1B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4. W odpowiedzi na zaproszenie do złożenia oferty, oferuję wykonanie przedmiotu zamówienia za cenę:</w:t>
      </w:r>
    </w:p>
    <w:p w14:paraId="19EC428D" w14:textId="6D7EE8BC" w:rsidR="002E4946" w:rsidRDefault="00000000">
      <w:pPr>
        <w:spacing w:line="240" w:lineRule="auto"/>
        <w:jc w:val="both"/>
      </w:pPr>
      <w:r>
        <w:t>wartość brutto: ...................................</w:t>
      </w:r>
      <w:r w:rsidR="00D60952">
        <w:t>.......................</w:t>
      </w:r>
      <w:r>
        <w:t>..........</w:t>
      </w:r>
      <w:r w:rsidR="00D60952">
        <w:t>.</w:t>
      </w:r>
      <w:r>
        <w:t>........... zł</w:t>
      </w:r>
    </w:p>
    <w:p w14:paraId="052B6C46" w14:textId="24745113" w:rsidR="002E4946" w:rsidRDefault="00000000">
      <w:pPr>
        <w:spacing w:line="240" w:lineRule="auto"/>
        <w:jc w:val="both"/>
      </w:pPr>
      <w:r>
        <w:t>w tym VAT: ................ %, tj. .........................</w:t>
      </w:r>
      <w:r w:rsidR="00D60952">
        <w:t>..........................</w:t>
      </w:r>
      <w:r>
        <w:t>.......... zł</w:t>
      </w:r>
    </w:p>
    <w:p w14:paraId="6DE57D2A" w14:textId="38B366DD" w:rsidR="002E4946" w:rsidRDefault="00000000">
      <w:pPr>
        <w:spacing w:line="240" w:lineRule="auto"/>
        <w:jc w:val="both"/>
      </w:pPr>
      <w:r>
        <w:t>wartość netto: ......................................</w:t>
      </w:r>
      <w:r w:rsidR="00D60952">
        <w:t>.........................</w:t>
      </w:r>
      <w:r>
        <w:t>............</w:t>
      </w:r>
      <w:r w:rsidR="00D60952">
        <w:t>.</w:t>
      </w:r>
      <w:r>
        <w:t>...... zł</w:t>
      </w:r>
    </w:p>
    <w:p w14:paraId="43261961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Rozbicie ceny za cały zakres zamówienia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531"/>
        <w:gridCol w:w="680"/>
        <w:gridCol w:w="1417"/>
        <w:gridCol w:w="2041"/>
      </w:tblGrid>
      <w:tr w:rsidR="002E4946" w14:paraId="35B38C9D" w14:textId="77777777">
        <w:trPr>
          <w:tblHeader/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A87801" w14:textId="77777777" w:rsidR="002E4946" w:rsidRDefault="00000000">
            <w:pPr>
              <w:spacing w:before="20" w:after="20" w:line="240" w:lineRule="auto"/>
              <w:jc w:val="center"/>
            </w:pPr>
            <w:r>
              <w:rPr>
                <w:b/>
              </w:rPr>
              <w:t>Pozycja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108912" w14:textId="77777777" w:rsidR="002E4946" w:rsidRDefault="00000000">
            <w:pPr>
              <w:spacing w:before="20" w:after="20" w:line="240" w:lineRule="auto"/>
              <w:jc w:val="center"/>
            </w:pPr>
            <w:r>
              <w:rPr>
                <w:b/>
              </w:rPr>
              <w:t>Netto zł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672EAF" w14:textId="77777777" w:rsidR="002E4946" w:rsidRDefault="00000000">
            <w:pPr>
              <w:spacing w:before="20" w:after="20" w:line="240" w:lineRule="auto"/>
              <w:jc w:val="center"/>
            </w:pPr>
            <w:r>
              <w:rPr>
                <w:b/>
              </w:rPr>
              <w:t>VAT %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6E3CA" w14:textId="77777777" w:rsidR="002E4946" w:rsidRDefault="00000000">
            <w:pPr>
              <w:spacing w:before="20" w:after="20" w:line="240" w:lineRule="auto"/>
              <w:jc w:val="center"/>
            </w:pPr>
            <w:r>
              <w:rPr>
                <w:b/>
              </w:rPr>
              <w:t>VAT zł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D8BA9" w14:textId="77777777" w:rsidR="002E4946" w:rsidRDefault="00000000">
            <w:pPr>
              <w:spacing w:before="20" w:after="20" w:line="240" w:lineRule="auto"/>
              <w:jc w:val="center"/>
            </w:pPr>
            <w:r>
              <w:rPr>
                <w:b/>
              </w:rPr>
              <w:t>Brutto zł</w:t>
            </w:r>
          </w:p>
        </w:tc>
      </w:tr>
      <w:tr w:rsidR="002E4946" w14:paraId="4D46D8EC" w14:textId="77777777">
        <w:trPr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6420B" w14:textId="77777777" w:rsidR="002E4946" w:rsidRDefault="00000000">
            <w:pPr>
              <w:spacing w:before="20" w:after="20" w:line="240" w:lineRule="auto"/>
              <w:jc w:val="both"/>
            </w:pPr>
            <w:r>
              <w:t>Samochód ze standardowym kompletem 4 kół na felgach aluminiowych i dostawą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08620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E64335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D09F8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642E08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</w:tr>
      <w:tr w:rsidR="002E4946" w14:paraId="2F96AD9A" w14:textId="77777777">
        <w:trPr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CC4DB" w14:textId="77777777" w:rsidR="002E4946" w:rsidRDefault="00000000">
            <w:pPr>
              <w:spacing w:before="20" w:after="20" w:line="240" w:lineRule="auto"/>
              <w:jc w:val="both"/>
            </w:pPr>
            <w:r>
              <w:t>Dodatkowy komplet 4 kół zimowych na felgach aluminiowych z osprzętem, montażem i wyważeniem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8C758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4673D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97B0E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92B780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</w:tr>
      <w:tr w:rsidR="002E4946" w14:paraId="0CD38FA8" w14:textId="77777777">
        <w:trPr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EA96A" w14:textId="77777777" w:rsidR="002E4946" w:rsidRDefault="00000000">
            <w:pPr>
              <w:spacing w:before="20" w:after="20" w:line="240" w:lineRule="auto"/>
              <w:jc w:val="both"/>
            </w:pPr>
            <w:r>
              <w:t>Komplet dywaników gumowych dla 3 rzędów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61162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5E08C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4561D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88F05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</w:tr>
      <w:tr w:rsidR="002E4946" w14:paraId="7D4A4AD4" w14:textId="77777777">
        <w:trPr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AD588" w14:textId="77777777" w:rsidR="002E4946" w:rsidRDefault="00000000">
            <w:pPr>
              <w:spacing w:before="20" w:after="20" w:line="240" w:lineRule="auto"/>
              <w:jc w:val="both"/>
            </w:pPr>
            <w:r>
              <w:t>Drugie gniazdo 12 V w bagażniku z instalacją i testem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1E9069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6C2FE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C3629D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AB00CC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t>................</w:t>
            </w:r>
          </w:p>
        </w:tc>
      </w:tr>
      <w:tr w:rsidR="002E4946" w14:paraId="17383EB5" w14:textId="77777777">
        <w:trPr>
          <w:jc w:val="center"/>
        </w:trPr>
        <w:tc>
          <w:tcPr>
            <w:tcW w:w="396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5941D" w14:textId="77777777" w:rsidR="002E4946" w:rsidRDefault="00000000">
            <w:pPr>
              <w:spacing w:before="20" w:after="20" w:line="240" w:lineRule="auto"/>
            </w:pPr>
            <w:r>
              <w:rPr>
                <w:b/>
              </w:rPr>
              <w:t>ŁĄCZNA CENA OFERTY</w:t>
            </w:r>
          </w:p>
        </w:tc>
        <w:tc>
          <w:tcPr>
            <w:tcW w:w="1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AFE1FF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rPr>
                <w:b/>
              </w:rPr>
              <w:t>................</w:t>
            </w:r>
          </w:p>
        </w:tc>
        <w:tc>
          <w:tcPr>
            <w:tcW w:w="6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7DB5BA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rPr>
                <w:b/>
              </w:rPr>
              <w:t>—</w:t>
            </w:r>
          </w:p>
        </w:tc>
        <w:tc>
          <w:tcPr>
            <w:tcW w:w="141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B15BFD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rPr>
                <w:b/>
              </w:rPr>
              <w:t>................</w:t>
            </w:r>
          </w:p>
        </w:tc>
        <w:tc>
          <w:tcPr>
            <w:tcW w:w="20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22D453" w14:textId="77777777" w:rsidR="002E4946" w:rsidRDefault="00000000" w:rsidP="00D60952">
            <w:pPr>
              <w:spacing w:before="20" w:after="20" w:line="240" w:lineRule="auto"/>
              <w:jc w:val="center"/>
            </w:pPr>
            <w:r>
              <w:rPr>
                <w:b/>
              </w:rPr>
              <w:t>................</w:t>
            </w:r>
          </w:p>
        </w:tc>
      </w:tr>
    </w:tbl>
    <w:p w14:paraId="5548D280" w14:textId="65C05350" w:rsidR="00D60952" w:rsidRPr="00794FDA" w:rsidRDefault="00D60952">
      <w:pPr>
        <w:spacing w:line="240" w:lineRule="auto"/>
        <w:jc w:val="both"/>
        <w:rPr>
          <w:sz w:val="16"/>
          <w:szCs w:val="16"/>
        </w:rPr>
      </w:pPr>
    </w:p>
    <w:p w14:paraId="6903ED9B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5. Oświadczam, że zapoznałem się z opisem przedmiotu zamówienia i nie wnoszę do niego zastrzeżeń.</w:t>
      </w:r>
    </w:p>
    <w:p w14:paraId="56BF4832" w14:textId="77777777" w:rsidR="002E4946" w:rsidRDefault="00000000">
      <w:pPr>
        <w:spacing w:line="240" w:lineRule="auto"/>
        <w:jc w:val="both"/>
      </w:pPr>
      <w:r>
        <w:t>Zapoznaliśmy się z zaproszeniem, OPZ i projektem umowy; akceptujemy ich postanowienia i potwierdzamy zgodność oferowanej konfiguracji z wymaganiami. Nasza oferta nie zawiera zastrzeżenia stosowania odmiennych warunków płatności lub sprzedaży.</w:t>
      </w:r>
    </w:p>
    <w:p w14:paraId="03418DCB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6. Deklaruję wykonanie przedmiotu zamówienia zgodnie z wymaganiami Zamawiającego na następujących warunkach:</w:t>
      </w:r>
    </w:p>
    <w:p w14:paraId="04E9603E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Termin wykonania zamówienia:</w:t>
      </w:r>
    </w:p>
    <w:p w14:paraId="081DE68C" w14:textId="6BB4D47E" w:rsidR="002E4946" w:rsidRDefault="00000000">
      <w:pPr>
        <w:spacing w:line="240" w:lineRule="auto"/>
        <w:jc w:val="both"/>
      </w:pPr>
      <w:r>
        <w:t>Zobowiązujemy się dostarczyć kompletny samochód, dokumenty i prawidłową fakturę najpóźniej do 21.12.2026 r. Samochód będzie gotowy do odbioru z założonym kompletem kół zimowych na felgach aluminiowych. Standardowy komplet kół na felgach aluminiowych przekażemy wraz z pojazdem. Akceptujemy dostawę na lawecie lub innym środkiem transportu dopuszczonym prawem albo, za zgodą Zamawiającego, dostawę na kołach po wcześniejszej pierwszej rejestracji, przekazaniu tablic i zapewnieniu OC, na zasadach określonych w projekcie umowy.</w:t>
      </w:r>
    </w:p>
    <w:p w14:paraId="7E223FEB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lastRenderedPageBreak/>
        <w:t>Okres gwarancji:</w:t>
      </w:r>
    </w:p>
    <w:p w14:paraId="02FB1EBA" w14:textId="77777777" w:rsidR="002E4946" w:rsidRDefault="00000000" w:rsidP="00D60952">
      <w:pPr>
        <w:spacing w:after="0" w:line="240" w:lineRule="auto"/>
        <w:jc w:val="both"/>
      </w:pPr>
      <w:r>
        <w:t>Okres gwarancji samochodu: ............ pełnych miesięcy od odbioru (minimum 60). Limit przebiegu: ................ km (minimum 160 000; można wpisać „bez limitu”). Gwarant i dokument określający warunki gwarancji: ........................................................</w:t>
      </w:r>
    </w:p>
    <w:p w14:paraId="76D677FE" w14:textId="77777777" w:rsidR="002E4946" w:rsidRDefault="00000000" w:rsidP="00D60952">
      <w:pPr>
        <w:spacing w:after="0" w:line="240" w:lineRule="auto"/>
        <w:jc w:val="both"/>
      </w:pPr>
      <w:r>
        <w:t>Gwarancja dodatków i montażu: ............ miesięcy od odbioru (minimum 24). Gwarant: ........................................................</w:t>
      </w:r>
    </w:p>
    <w:p w14:paraId="1CC654D9" w14:textId="77777777" w:rsidR="002E4946" w:rsidRDefault="00000000" w:rsidP="00D60952">
      <w:pPr>
        <w:spacing w:after="0" w:line="240" w:lineRule="auto"/>
        <w:jc w:val="both"/>
      </w:pPr>
      <w:r>
        <w:t>Potwierdzamy prawo Zamawiającego do korzystania z wybranej przez siebie ASO producenta oferowanego pojazdu, w tym położonej najbliżej jego siedziby, w zakresie napraw gwarancyjnych i odpłatnych przeglądów okresowych, niezależnie od miejsca zakupu samochodu. Gwarancja, także przedłużona, nie wymaga obsługi wyłącznie u sprzedawcy.</w:t>
      </w:r>
    </w:p>
    <w:p w14:paraId="7FB1BFE7" w14:textId="77777777" w:rsidR="002E4946" w:rsidRDefault="00000000" w:rsidP="00D60952">
      <w:pPr>
        <w:spacing w:after="0" w:line="240" w:lineRule="auto"/>
        <w:jc w:val="both"/>
      </w:pPr>
      <w:r>
        <w:t>Przy braku wpisu okresu gwarancji samochodu deklarujemy 60 miesięcy i limit 160 000 km, a przy braku wpisu gwarancji dodatków – 24 miesiące. Jeżeli oferujemy dłuższy okres gwarancji samochodu, obejmuje on zakres ochrony wymagany w zaproszeniu; dołączamy jego warunki. Przyjmujemy do wiadomości, że jedynym kryterium oceny ofert jest łączna cena brutto, a gwarancja nie jest punktowana. Nie uzależniamy zachowania gwarancji od zakupu dodatkowego odpłatnego pakietu, poza przeglądami i czynnościami eksploatacyjnymi przewidzianymi przez producenta.</w:t>
      </w:r>
    </w:p>
    <w:p w14:paraId="611BEE29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Warunki płatności:</w:t>
      </w:r>
    </w:p>
    <w:p w14:paraId="078C94CE" w14:textId="77777777" w:rsidR="002E4946" w:rsidRDefault="00000000" w:rsidP="00D60952">
      <w:pPr>
        <w:spacing w:after="0" w:line="240" w:lineRule="auto"/>
        <w:jc w:val="both"/>
      </w:pPr>
      <w:r>
        <w:t>Akceptujemy zapłatę przelewem w ciągu 30 dni od otrzymania prawidłowej faktury, nie wcześniej niż po odbiorze, bez zaliczek, zadatków i przedpłat. Nie wymagamy zapłaty na podstawie proformy ani zapłaty przed wydaniem samochodu.</w:t>
      </w:r>
    </w:p>
    <w:p w14:paraId="37356A9E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Oferowany samochód:</w:t>
      </w:r>
    </w:p>
    <w:p w14:paraId="174809B1" w14:textId="79D7623F" w:rsidR="002E4946" w:rsidRDefault="00000000" w:rsidP="00D60952">
      <w:pPr>
        <w:spacing w:after="0" w:line="240" w:lineRule="auto"/>
        <w:jc w:val="both"/>
      </w:pPr>
      <w:r>
        <w:t>Marka, model i wersja wyposażenia: ........................................</w:t>
      </w:r>
      <w:r w:rsidR="00D60952">
        <w:t>.............................................................................................</w:t>
      </w:r>
      <w:r>
        <w:t>................</w:t>
      </w:r>
    </w:p>
    <w:p w14:paraId="41A87A0E" w14:textId="2EA7B757" w:rsidR="002E4946" w:rsidRDefault="00000000" w:rsidP="00D60952">
      <w:pPr>
        <w:spacing w:after="0" w:line="240" w:lineRule="auto"/>
        <w:jc w:val="both"/>
      </w:pPr>
      <w:r>
        <w:t>Rok produkcji / rok modelowy: ................................</w:t>
      </w:r>
      <w:r w:rsidR="00D60952">
        <w:t>.......................................................................................................</w:t>
      </w:r>
      <w:r>
        <w:t>........................</w:t>
      </w:r>
    </w:p>
    <w:p w14:paraId="775F521C" w14:textId="520B725B" w:rsidR="002E4946" w:rsidRDefault="00000000" w:rsidP="00D60952">
      <w:pPr>
        <w:spacing w:after="0" w:line="240" w:lineRule="auto"/>
        <w:jc w:val="both"/>
      </w:pPr>
      <w:r>
        <w:t>Silnik – paliwo, pojemność cm³ i moc kW / KM: ...................................</w:t>
      </w:r>
      <w:r w:rsidR="00D60952">
        <w:t>.......................................................................</w:t>
      </w:r>
      <w:r>
        <w:t>.....................</w:t>
      </w:r>
    </w:p>
    <w:p w14:paraId="1EDDF303" w14:textId="1EB09A38" w:rsidR="002E4946" w:rsidRDefault="00000000" w:rsidP="00D60952">
      <w:pPr>
        <w:spacing w:after="0" w:line="240" w:lineRule="auto"/>
        <w:jc w:val="both"/>
      </w:pPr>
      <w:r>
        <w:t>Skrzynia biegów (manualna lub automatyczna) – typ i liczba przełożeń: ...........................</w:t>
      </w:r>
      <w:r w:rsidR="00D60952">
        <w:t>.....................</w:t>
      </w:r>
      <w:r>
        <w:t>.............................</w:t>
      </w:r>
    </w:p>
    <w:p w14:paraId="43C070DD" w14:textId="00CDD829" w:rsidR="002E4946" w:rsidRDefault="00000000" w:rsidP="00D60952">
      <w:pPr>
        <w:spacing w:after="0" w:line="240" w:lineRule="auto"/>
        <w:jc w:val="both"/>
      </w:pPr>
      <w:r>
        <w:t>Liczba miejsc z kierowcą / kategoria homologacyjna: ....................................</w:t>
      </w:r>
      <w:r w:rsidR="00D60952">
        <w:t>...........................................................</w:t>
      </w:r>
      <w:r>
        <w:t>....................</w:t>
      </w:r>
    </w:p>
    <w:p w14:paraId="48B69FA8" w14:textId="7E520BC1" w:rsidR="002E4946" w:rsidRDefault="00000000" w:rsidP="00D60952">
      <w:pPr>
        <w:spacing w:after="0" w:line="240" w:lineRule="auto"/>
        <w:jc w:val="both"/>
      </w:pPr>
      <w:r>
        <w:t>Kolor nadwozia i tapicerka: ........................................</w:t>
      </w:r>
      <w:r w:rsidR="00D60952">
        <w:t>..............................................................................................................</w:t>
      </w:r>
      <w:r>
        <w:t>................</w:t>
      </w:r>
    </w:p>
    <w:p w14:paraId="2117D3EA" w14:textId="14323529" w:rsidR="002E4946" w:rsidRDefault="00000000" w:rsidP="00D60952">
      <w:pPr>
        <w:spacing w:after="0" w:line="240" w:lineRule="auto"/>
        <w:jc w:val="both"/>
      </w:pPr>
      <w:r>
        <w:t>VIN lub identyfikator zamówienia fabrycznego, jeżeli dostępny: ..................</w:t>
      </w:r>
      <w:r w:rsidR="00D60952">
        <w:t>....................................</w:t>
      </w:r>
      <w:r>
        <w:t>......................................</w:t>
      </w:r>
    </w:p>
    <w:p w14:paraId="2A29705B" w14:textId="2155995A" w:rsidR="002E4946" w:rsidRDefault="00000000" w:rsidP="00D60952">
      <w:pPr>
        <w:spacing w:after="0" w:line="240" w:lineRule="auto"/>
        <w:jc w:val="both"/>
      </w:pPr>
      <w:r>
        <w:t>Oferujemy samochód spełniający wszystkie wymagania OPZ, zgodnie z wypełnioną tabelą parametrów i</w:t>
      </w:r>
      <w:r w:rsidR="00D60952">
        <w:t> </w:t>
      </w:r>
      <w:r>
        <w:t>specyfikacją załączoną do oferty. Potwierdzamy dostawę dwóch pełnych kompletów kół na felgach aluminiowych, po 4 koła każdy: standardowego i zimowego, oraz dywaników gumowych i dodatkowego, drugiego gniazda 12 V w</w:t>
      </w:r>
      <w:r w:rsidR="00D60952">
        <w:t> </w:t>
      </w:r>
      <w:r>
        <w:t>bagażniku.</w:t>
      </w:r>
    </w:p>
    <w:p w14:paraId="12C81D51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Pozostałe potwierdzenia wykonawcy</w:t>
      </w:r>
    </w:p>
    <w:p w14:paraId="22196021" w14:textId="77777777" w:rsidR="002E4946" w:rsidRDefault="00000000" w:rsidP="00D60952">
      <w:pPr>
        <w:spacing w:after="0" w:line="240" w:lineRule="auto"/>
        <w:jc w:val="both"/>
      </w:pPr>
      <w:r>
        <w:t>Cena obejmuje wszystkie zobowiązania, a samochód jest fabrycznie nowy, wyprodukowany w 2025 lub 2026 r., wolny od wad oraz praw osób trzecich. Zapewniamy dokumenty do pierwszej rejestracji w Polsce, w razie uzgodnienia takiej rejestracji przed dostawą przekażemy je wcześniej wraz z dokumentem potwierdzającym nabycie własności, oraz zapewniamy zachowanie gwarancji po montażu wyposażenia dodatkowego.</w:t>
      </w:r>
    </w:p>
    <w:p w14:paraId="42899234" w14:textId="77777777" w:rsidR="002E4946" w:rsidRDefault="00000000" w:rsidP="00D60952">
      <w:pPr>
        <w:spacing w:after="0" w:line="240" w:lineRule="auto"/>
        <w:jc w:val="both"/>
      </w:pPr>
      <w:r>
        <w:t>Pozostajemy związani ofertą przez 30 dni od upływu terminu jej składania. W razie wyboru podpiszemy umowę według załączonego projektu w terminie wskazanym przez Zamawiającego.</w:t>
      </w:r>
    </w:p>
    <w:p w14:paraId="32BAA1EB" w14:textId="5ED218C5" w:rsidR="002E4946" w:rsidRDefault="00000000" w:rsidP="00D60952">
      <w:pPr>
        <w:spacing w:after="0" w:line="240" w:lineRule="auto"/>
        <w:jc w:val="both"/>
      </w:pPr>
      <w:r>
        <w:t>Nie podlegamy wykluczeniu na podstawie art. 7 ust. 1 w związku z ust. 9 ustawy z dnia 13 kwietnia 2022 r. o</w:t>
      </w:r>
      <w:r w:rsidR="00D60952">
        <w:t> </w:t>
      </w:r>
      <w:r>
        <w:t>szczególnych rozwiązaniach w zakresie przeciwdziałania wspieraniu agresji na Ukrainę oraz służących ochronie bezpieczeństwa narodowego. Oświadczenie obejmuje wykonawcę, jego beneficjentów rzeczywistych i jednostkę dominującą w zakresie wymaganym tym przepisem.</w:t>
      </w:r>
    </w:p>
    <w:p w14:paraId="3CE283B8" w14:textId="77777777" w:rsidR="002E4946" w:rsidRDefault="00000000" w:rsidP="00D60952">
      <w:pPr>
        <w:spacing w:after="0" w:line="240" w:lineRule="auto"/>
        <w:jc w:val="both"/>
      </w:pPr>
      <w:r>
        <w:t>Dołączyliśmy wypełnioną tabelę OPZ, specyfikację oferowanej konfiguracji i warunki gwarancji.</w:t>
      </w:r>
    </w:p>
    <w:p w14:paraId="58E41165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7. Ofertę niniejszą składam na …… kolejno ponumerowanych stronach.</w:t>
      </w:r>
    </w:p>
    <w:p w14:paraId="407C2A94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8. Oferta zawiera/nie zawiera* informacji stanowiących tajemnicę przedsiębiorstwa w rozumieniu przepisów ustawy o zwalczaniu nieuczciwej konkurencji.</w:t>
      </w:r>
    </w:p>
    <w:p w14:paraId="767A5644" w14:textId="060A76F5" w:rsidR="002E4946" w:rsidRDefault="00000000">
      <w:pPr>
        <w:spacing w:line="240" w:lineRule="auto"/>
        <w:jc w:val="both"/>
      </w:pPr>
      <w:r>
        <w:t>Informacje zastrzeżone jako tajemnica przedsiębiorstwa i uzasadnienie zastrzeżenia, jeśli dotyczy: ................................................................................................................</w:t>
      </w:r>
      <w:r w:rsidR="00D60952">
        <w:t>...........................................................................</w:t>
      </w:r>
      <w:r>
        <w:t>...........................................</w:t>
      </w:r>
    </w:p>
    <w:p w14:paraId="4E4C5B20" w14:textId="77777777" w:rsidR="002E4946" w:rsidRDefault="00000000">
      <w:pPr>
        <w:keepNext/>
        <w:keepLines/>
        <w:spacing w:before="120" w:line="240" w:lineRule="auto"/>
        <w:jc w:val="both"/>
      </w:pPr>
      <w:r>
        <w:rPr>
          <w:b/>
        </w:rPr>
        <w:t>9. Załącznikami do niniejszego formularza oferty stanowiącymi jej integralną część są:</w:t>
      </w:r>
    </w:p>
    <w:p w14:paraId="6250AE2B" w14:textId="66177430" w:rsidR="002E4946" w:rsidRDefault="00000000">
      <w:pPr>
        <w:keepNext/>
        <w:keepLines/>
        <w:spacing w:before="120" w:line="240" w:lineRule="auto"/>
        <w:jc w:val="both"/>
      </w:pPr>
      <w:r>
        <w:t>1. Wypełniony OPZ i tabela zgodności oferowanego pojazdu.</w:t>
      </w:r>
      <w:r w:rsidR="00794FDA">
        <w:t xml:space="preserve">, </w:t>
      </w:r>
      <w:r>
        <w:t>2. Specyfikacja oferowanej konfiguracji.</w:t>
      </w:r>
      <w:r w:rsidR="00794FDA">
        <w:t xml:space="preserve">, </w:t>
      </w:r>
      <w:r>
        <w:t>3. Warunki gwarancji samochodu oraz dodatków i montażu</w:t>
      </w:r>
      <w:r w:rsidR="00794FDA">
        <w:t>,</w:t>
      </w:r>
      <w:r>
        <w:t>.</w:t>
      </w:r>
      <w:r w:rsidR="00794FDA">
        <w:t xml:space="preserve"> </w:t>
      </w:r>
      <w:r>
        <w:t>4. Pozostałe załączniki, jeśli dotyczy: ........................................................</w:t>
      </w:r>
    </w:p>
    <w:p w14:paraId="4C3695C4" w14:textId="77777777" w:rsidR="002E4946" w:rsidRPr="00D60952" w:rsidRDefault="00000000">
      <w:pPr>
        <w:spacing w:line="240" w:lineRule="auto"/>
        <w:jc w:val="both"/>
        <w:rPr>
          <w:i/>
          <w:iCs/>
          <w:sz w:val="16"/>
          <w:szCs w:val="16"/>
        </w:rPr>
      </w:pPr>
      <w:r w:rsidRPr="00D60952">
        <w:rPr>
          <w:i/>
          <w:iCs/>
          <w:sz w:val="16"/>
          <w:szCs w:val="16"/>
        </w:rPr>
        <w:t>* Niepotrzebne skreślić.</w:t>
      </w:r>
    </w:p>
    <w:p w14:paraId="651C5A7D" w14:textId="77777777" w:rsidR="002E4946" w:rsidRDefault="00000000">
      <w:pPr>
        <w:keepLines/>
        <w:spacing w:line="240" w:lineRule="auto"/>
      </w:pPr>
      <w:r>
        <w:t>Miejscowość i data: ........................................................</w:t>
      </w:r>
    </w:p>
    <w:p w14:paraId="0BC868E5" w14:textId="094BC07A" w:rsidR="002E4946" w:rsidRDefault="00D60952" w:rsidP="00D60952">
      <w:pPr>
        <w:keepLines/>
        <w:spacing w:line="240" w:lineRule="auto"/>
        <w:jc w:val="right"/>
      </w:pPr>
      <w:r>
        <w:t>Podpis osoby uprawnionej</w:t>
      </w:r>
    </w:p>
    <w:p w14:paraId="70DB9F48" w14:textId="1B3DF12C" w:rsidR="00794FDA" w:rsidRDefault="00794FDA" w:rsidP="00D60952">
      <w:pPr>
        <w:keepLines/>
        <w:spacing w:line="240" w:lineRule="auto"/>
        <w:jc w:val="right"/>
      </w:pPr>
      <w:r>
        <w:t>…………………………………………………………………..</w:t>
      </w:r>
    </w:p>
    <w:p w14:paraId="08CB6891" w14:textId="77777777" w:rsidR="00D60952" w:rsidRDefault="00D60952" w:rsidP="00D60952">
      <w:pPr>
        <w:keepLines/>
        <w:spacing w:line="240" w:lineRule="auto"/>
        <w:jc w:val="right"/>
      </w:pPr>
    </w:p>
    <w:sectPr w:rsidR="00D60952" w:rsidSect="00034616">
      <w:headerReference w:type="default" r:id="rId8"/>
      <w:footerReference w:type="default" r:id="rId9"/>
      <w:pgSz w:w="11906" w:h="16838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A724" w14:textId="77777777" w:rsidR="009514CA" w:rsidRDefault="009514CA">
      <w:pPr>
        <w:spacing w:after="0" w:line="240" w:lineRule="auto"/>
      </w:pPr>
      <w:r>
        <w:separator/>
      </w:r>
    </w:p>
  </w:endnote>
  <w:endnote w:type="continuationSeparator" w:id="0">
    <w:p w14:paraId="0F4BDA97" w14:textId="77777777" w:rsidR="009514CA" w:rsidRDefault="0095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3CE3" w14:textId="77777777" w:rsidR="002E4946" w:rsidRDefault="002E494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FBB49" w14:textId="77777777" w:rsidR="009514CA" w:rsidRDefault="009514CA">
      <w:pPr>
        <w:spacing w:after="0" w:line="240" w:lineRule="auto"/>
      </w:pPr>
      <w:r>
        <w:separator/>
      </w:r>
    </w:p>
  </w:footnote>
  <w:footnote w:type="continuationSeparator" w:id="0">
    <w:p w14:paraId="01959B44" w14:textId="77777777" w:rsidR="009514CA" w:rsidRDefault="0095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9D8A" w14:textId="77777777" w:rsidR="002E4946" w:rsidRDefault="002E49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Lato" w:eastAsia="Lato" w:hAnsi="Lato" w:cs="Lato"/>
        <w:sz w:val="20"/>
        <w:szCs w:val="20"/>
      </w:r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Lato" w:eastAsia="Lato" w:hAnsi="Lato" w:cs="Lato"/>
        <w:sz w:val="20"/>
        <w:szCs w:val="20"/>
      </w:r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  <w:rPr>
        <w:rFonts w:ascii="Lato" w:eastAsia="Lato" w:hAnsi="Lato" w:cs="Lato"/>
        <w:sz w:val="20"/>
        <w:szCs w:val="20"/>
      </w:r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  <w:rPr>
        <w:rFonts w:ascii="Lato" w:eastAsia="Lato" w:hAnsi="Lato" w:cs="Lato"/>
        <w:sz w:val="20"/>
        <w:szCs w:val="20"/>
      </w:r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ato" w:eastAsia="Lato" w:hAnsi="Lato" w:cs="Lato"/>
        <w:sz w:val="20"/>
        <w:szCs w:val="2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Lato" w:eastAsia="Lato" w:hAnsi="Lato" w:cs="Lato"/>
        <w:sz w:val="20"/>
        <w:szCs w:val="2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Lato" w:eastAsia="Lato" w:hAnsi="Lato" w:cs="Lato"/>
        <w:sz w:val="20"/>
        <w:szCs w:val="2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ascii="Lato" w:eastAsia="Lato" w:hAnsi="Lato" w:cs="Lato"/>
        <w:sz w:val="20"/>
        <w:szCs w:val="20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Lato" w:eastAsia="Lato" w:hAnsi="Lato" w:cs="Lato"/>
        <w:sz w:val="20"/>
        <w:szCs w:val="20"/>
      </w:rPr>
    </w:lvl>
  </w:abstractNum>
  <w:num w:numId="1" w16cid:durableId="631905616">
    <w:abstractNumId w:val="8"/>
  </w:num>
  <w:num w:numId="2" w16cid:durableId="126707097">
    <w:abstractNumId w:val="6"/>
  </w:num>
  <w:num w:numId="3" w16cid:durableId="730546120">
    <w:abstractNumId w:val="5"/>
  </w:num>
  <w:num w:numId="4" w16cid:durableId="38093011">
    <w:abstractNumId w:val="4"/>
  </w:num>
  <w:num w:numId="5" w16cid:durableId="1152595971">
    <w:abstractNumId w:val="7"/>
  </w:num>
  <w:num w:numId="6" w16cid:durableId="1625042473">
    <w:abstractNumId w:val="3"/>
  </w:num>
  <w:num w:numId="7" w16cid:durableId="1025180234">
    <w:abstractNumId w:val="2"/>
  </w:num>
  <w:num w:numId="8" w16cid:durableId="300693924">
    <w:abstractNumId w:val="1"/>
  </w:num>
  <w:num w:numId="9" w16cid:durableId="60011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F76"/>
    <w:rsid w:val="0029639D"/>
    <w:rsid w:val="002E4946"/>
    <w:rsid w:val="00326F90"/>
    <w:rsid w:val="00794FDA"/>
    <w:rsid w:val="009514CA"/>
    <w:rsid w:val="00967CC7"/>
    <w:rsid w:val="00AA1D8D"/>
    <w:rsid w:val="00B47730"/>
    <w:rsid w:val="00CA6465"/>
    <w:rsid w:val="00CB0664"/>
    <w:rsid w:val="00D609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7007F"/>
  <w14:defaultImageDpi w14:val="300"/>
  <w15:docId w15:val="{FF23750A-EBBB-433B-8D69-BDA67272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7" w:lineRule="auto"/>
    </w:pPr>
    <w:rPr>
      <w:color w:val="00000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Lato" w:eastAsia="Lato" w:hAnsi="Lato" w:cs="Lato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Lato" w:eastAsia="Lato" w:hAnsi="Lato" w:cs="Lato"/>
      <w:sz w:val="20"/>
      <w:szCs w:val="2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Lato" w:eastAsia="Lato" w:hAnsi="Lato" w:cs="Lato"/>
      <w:b/>
      <w:bCs/>
      <w:color w:val="365F91" w:themeColor="accent1" w:themeShade="BF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Lato" w:eastAsia="Lato" w:hAnsi="Lato" w:cs="Lato"/>
      <w:b/>
      <w:bCs/>
      <w:color w:val="4F81BD" w:themeColor="accent1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Lato" w:eastAsia="Lato" w:hAnsi="Lato" w:cs="Lato"/>
      <w:b/>
      <w:bCs/>
      <w:color w:val="4F81BD" w:themeColor="accent1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40" w:line="240" w:lineRule="auto"/>
      <w:contextualSpacing/>
      <w:jc w:val="center"/>
    </w:pPr>
    <w:rPr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Lato" w:eastAsia="Lato" w:hAnsi="Lato" w:cs="Lato"/>
      <w:color w:val="17365D" w:themeColor="text2" w:themeShade="BF"/>
      <w:spacing w:val="5"/>
      <w:kern w:val="28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Lato" w:eastAsia="Lato" w:hAnsi="Lato" w:cs="Lato"/>
      <w:i/>
      <w:iCs/>
      <w:color w:val="4F81BD" w:themeColor="accent1"/>
      <w:spacing w:val="15"/>
      <w:sz w:val="20"/>
      <w:szCs w:val="20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Lato" w:eastAsia="Lato" w:hAnsi="Lato" w:cs="Lato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Lato" w:eastAsia="Lato" w:hAnsi="Lato" w:cs="Lato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Lato" w:eastAsia="Lato" w:hAnsi="Lato" w:cs="Lato"/>
      <w:sz w:val="20"/>
      <w:szCs w:val="20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Lato" w:eastAsia="Lato" w:hAnsi="Lato" w:cs="Lato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Lato" w:eastAsia="Lato" w:hAnsi="Lato" w:cs="Lato"/>
      <w:i/>
      <w:iCs/>
      <w:color w:val="000000" w:themeColor="text1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Lato" w:eastAsia="Lato" w:hAnsi="Lato" w:cs="Lato"/>
      <w:b/>
      <w:bCs/>
      <w:i/>
      <w:iCs/>
      <w:color w:val="4F81BD" w:themeColor="accent1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Lato" w:eastAsia="Lato" w:hAnsi="Lato" w:cs="Lato"/>
      <w:color w:val="243F60" w:themeColor="accent1" w:themeShade="7F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Lato" w:eastAsia="Lato" w:hAnsi="Lato" w:cs="Lato"/>
      <w:i/>
      <w:iCs/>
      <w:color w:val="243F60" w:themeColor="accent1" w:themeShade="7F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Lato" w:eastAsia="Lato" w:hAnsi="Lato" w:cs="Lato"/>
      <w:i/>
      <w:iCs/>
      <w:color w:val="404040" w:themeColor="text1" w:themeTint="BF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Lato" w:eastAsia="Lato" w:hAnsi="Lato" w:cs="Lato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Lato" w:eastAsia="Lato" w:hAnsi="Lato" w:cs="Lato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Lato" w:eastAsia="Lato" w:hAnsi="Lato" w:cs="Lato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Lato" w:eastAsia="Lato" w:hAnsi="Lato" w:cs="Lato"/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Lato" w:eastAsia="Lato" w:hAnsi="Lato" w:cs="Lato"/>
      <w:b/>
      <w:bCs/>
      <w:i/>
      <w:iCs/>
      <w:color w:val="4F81BD" w:themeColor="accent1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Lato" w:eastAsia="Lato" w:hAnsi="Lato" w:cs="Lato"/>
      <w:i/>
      <w:iCs/>
      <w:color w:val="808080" w:themeColor="text1" w:themeTint="7F"/>
      <w:sz w:val="20"/>
      <w:szCs w:val="2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Lato" w:eastAsia="Lato" w:hAnsi="Lato" w:cs="Lato"/>
      <w:b/>
      <w:bCs/>
      <w:i/>
      <w:iCs/>
      <w:color w:val="4F81BD" w:themeColor="accent1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Lato" w:eastAsia="Lato" w:hAnsi="Lato" w:cs="Lato"/>
      <w:smallCaps/>
      <w:color w:val="C0504D" w:themeColor="accent2"/>
      <w:sz w:val="20"/>
      <w:szCs w:val="2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Lato" w:eastAsia="Lato" w:hAnsi="Lato" w:cs="Lato"/>
      <w:b/>
      <w:bCs/>
      <w:smallCaps/>
      <w:color w:val="C0504D" w:themeColor="accent2"/>
      <w:spacing w:val="5"/>
      <w:sz w:val="20"/>
      <w:szCs w:val="20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Lato" w:eastAsia="Lato" w:hAnsi="Lato" w:cs="Lato"/>
      <w:b/>
      <w:bCs/>
      <w:smallCaps/>
      <w:spacing w:val="5"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color w:val="auto"/>
        <w:sz w:val="20"/>
        <w:szCs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Lato" w:eastAsia="Lato" w:hAnsi="Lato" w:cs="Lato"/>
        <w:b/>
        <w:bCs/>
        <w:sz w:val="20"/>
        <w:szCs w:val="20"/>
      </w:rPr>
    </w:tblStylePr>
    <w:tblStylePr w:type="la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6E6E6" w:themeFill="text1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DF2F8" w:themeFill="accent1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8EDED" w:themeFill="accent2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5F8EE" w:themeFill="accent3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2EFF6" w:themeFill="accent4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DF6F9" w:themeFill="accent5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EF4EC" w:themeFill="accent6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Lato" w:eastAsia="Lato" w:hAnsi="Lato" w:cs="Lato"/>
        <w:b/>
        <w:bCs/>
        <w:i w:val="0"/>
        <w:iCs w:val="0"/>
        <w:color w:val="FFFFFF" w:themeColor="background1"/>
        <w:sz w:val="20"/>
        <w:szCs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Lato" w:eastAsia="Lato" w:hAnsi="Lato" w:cs="Lato"/>
        <w:b/>
        <w:bCs/>
        <w:color w:val="664E82" w:themeColor="accent4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Lato" w:eastAsia="Lato" w:hAnsi="Lato" w:cs="Lato"/>
        <w:b/>
        <w:bCs/>
        <w:color w:val="7E9C40" w:themeColor="accent3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Lato" w:eastAsia="Lato" w:hAnsi="Lato" w:cs="Lato"/>
        <w:b/>
        <w:bCs/>
        <w:color w:val="F2730A" w:themeColor="accent6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Lato" w:eastAsia="Lato" w:hAnsi="Lato" w:cs="Lato"/>
        <w:b/>
        <w:bCs/>
        <w:color w:val="348DA5" w:themeColor="accent5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999999" w:themeFill="text1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999999" w:themeFill="text1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000000" w:themeFill="text1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B8CCE4" w:themeFill="accent1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B8CCE4" w:themeFill="accent1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65F91" w:themeFill="accent1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E5B8B7" w:themeFill="accent2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5B8B7" w:themeFill="accent2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943634" w:themeFill="accent2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D6E3BC" w:themeFill="accent3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D6E3BC" w:themeFill="accent3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76923C" w:themeFill="accent3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CCC0D9" w:themeFill="accent4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CCC0D9" w:themeFill="accent4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5F497A" w:themeFill="accent4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B6DDE8" w:themeFill="accent5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B6DDE8" w:themeFill="accent5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1849B" w:themeFill="accent5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FBD4B4" w:themeFill="accent6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BD4B4" w:themeFill="accent6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E36C0A" w:themeFill="accent6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1263</Words>
  <Characters>7582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 na dostawę i montaż dygestorium laboratoryjnego</vt:lpstr>
      <vt:lpstr/>
    </vt:vector>
  </TitlesOfParts>
  <Manager/>
  <Company/>
  <LinksUpToDate>false</LinksUpToDate>
  <CharactersWithSpaces>8828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na dostawę i montaż dygestorium laboratoryjnego</dc:title>
  <dc:subject>Formularz oferty na dostawę dygestorium laboratoryjnego</dc:subject>
  <dc:creator>Powiatowa Stacja Sanitarno-Epidemiologiczna w Bytomiu</dc:creator>
  <cp:keywords/>
  <dc:description>generated by python-docx</dc:description>
  <cp:lastModifiedBy>PSSE Bytom - Anna Gabryś</cp:lastModifiedBy>
  <cp:revision>3</cp:revision>
  <dcterms:created xsi:type="dcterms:W3CDTF">2026-10-29T10:36:00Z</dcterms:created>
  <dcterms:modified xsi:type="dcterms:W3CDTF">2026-10-29T11:14:00Z</dcterms:modified>
  <cp:category/>
</cp:coreProperties>
</file>