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833" w:rsidRPr="00B24CDD" w:rsidRDefault="005D0833" w:rsidP="005D0833">
      <w:pPr>
        <w:rPr>
          <w:rFonts w:ascii="Calibri" w:hAnsi="Calibri" w:cs="Calibri"/>
          <w:b/>
          <w:sz w:val="16"/>
          <w:szCs w:val="16"/>
        </w:rPr>
      </w:pPr>
      <w:r w:rsidRPr="00B24CDD">
        <w:rPr>
          <w:rFonts w:ascii="Calibri" w:hAnsi="Calibri" w:cs="Calibri"/>
          <w:b/>
          <w:sz w:val="16"/>
          <w:szCs w:val="16"/>
        </w:rPr>
        <w:t>ZAŁĄCZNIK NR 5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  <w:sz w:val="26"/>
        </w:rPr>
        <w:t>OGŁOSZENIE O NABORZE NA WOLNE STANOWISKO PRACY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1. </w:t>
      </w:r>
      <w:proofErr w:type="spellStart"/>
      <w:r w:rsidRPr="00B24CDD">
        <w:rPr>
          <w:rFonts w:ascii="Calibri" w:hAnsi="Calibri" w:cs="Calibri"/>
          <w:b/>
        </w:rPr>
        <w:t>Oznaczenie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pracodawcy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Państwowe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Liceum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Plastycznych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im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Józefa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Chełmońskiego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Nałęczowie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ul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Lipowa</w:t>
      </w:r>
      <w:proofErr w:type="spellEnd"/>
      <w:r w:rsidRPr="00B24CDD">
        <w:rPr>
          <w:rFonts w:ascii="Calibri" w:hAnsi="Calibri" w:cs="Calibri"/>
        </w:rPr>
        <w:t xml:space="preserve"> 30, 24-140 </w:t>
      </w:r>
      <w:proofErr w:type="spellStart"/>
      <w:r w:rsidRPr="00B24CDD">
        <w:rPr>
          <w:rFonts w:ascii="Calibri" w:hAnsi="Calibri" w:cs="Calibri"/>
        </w:rPr>
        <w:t>Nałęczów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NIP: 716-21-88-397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REGON: 000282599</w:t>
      </w:r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adres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strony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internetowej</w:t>
      </w:r>
      <w:proofErr w:type="spellEnd"/>
      <w:r w:rsidRPr="00B24CDD">
        <w:rPr>
          <w:rFonts w:ascii="Calibri" w:hAnsi="Calibri" w:cs="Calibri"/>
        </w:rPr>
        <w:t xml:space="preserve"> (BIP): </w:t>
      </w:r>
      <w:hyperlink r:id="rId8" w:history="1">
        <w:r w:rsidRPr="00B24CDD">
          <w:rPr>
            <w:rStyle w:val="Hipercze"/>
            <w:rFonts w:ascii="Calibri" w:hAnsi="Calibri" w:cs="Calibri"/>
          </w:rPr>
          <w:t>https://www.gov.pl/web/plastyknaleczow</w:t>
        </w:r>
      </w:hyperlink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2. </w:t>
      </w:r>
      <w:proofErr w:type="spellStart"/>
      <w:r w:rsidRPr="00B24CDD">
        <w:rPr>
          <w:rFonts w:ascii="Calibri" w:hAnsi="Calibri" w:cs="Calibri"/>
          <w:b/>
        </w:rPr>
        <w:t>Podstawa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i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tryb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naboru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Dyrektor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Państwowego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Liceum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Plastycznych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im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Józefa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Chełmońskiego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Nałęczowie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ogłasza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otwarty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nabór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wolne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Nabór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prowadzony</w:t>
      </w:r>
      <w:proofErr w:type="spellEnd"/>
      <w:r w:rsidRPr="00B24CDD">
        <w:rPr>
          <w:rFonts w:ascii="Calibri" w:hAnsi="Calibri" w:cs="Calibri"/>
        </w:rPr>
        <w:t xml:space="preserve"> jest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zasadach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określonych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Regulaminie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naboru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pracowników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oraz</w:t>
      </w:r>
      <w:proofErr w:type="spellEnd"/>
      <w:r w:rsidRPr="00B24CDD">
        <w:rPr>
          <w:rFonts w:ascii="Calibri" w:hAnsi="Calibri" w:cs="Calibri"/>
        </w:rPr>
        <w:t xml:space="preserve"> z </w:t>
      </w:r>
      <w:proofErr w:type="spellStart"/>
      <w:r w:rsidRPr="00B24CDD">
        <w:rPr>
          <w:rFonts w:ascii="Calibri" w:hAnsi="Calibri" w:cs="Calibri"/>
        </w:rPr>
        <w:t>uwzględnieniem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przepisów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właściwych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dla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danego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stanowiska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3. </w:t>
      </w:r>
      <w:proofErr w:type="spellStart"/>
      <w:r w:rsidRPr="00B24CDD">
        <w:rPr>
          <w:rFonts w:ascii="Calibri" w:hAnsi="Calibri" w:cs="Calibri"/>
          <w:b/>
        </w:rPr>
        <w:t>Nazwa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stanowiska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Stanowisko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Pr="006269E4">
        <w:rPr>
          <w:rFonts w:ascii="Calibri" w:hAnsi="Calibri" w:cs="Calibri"/>
          <w:b/>
        </w:rPr>
        <w:t>nauczyciel</w:t>
      </w:r>
      <w:proofErr w:type="spellEnd"/>
      <w:r w:rsidRPr="006269E4">
        <w:rPr>
          <w:rFonts w:ascii="Calibri" w:hAnsi="Calibri" w:cs="Calibri"/>
          <w:b/>
        </w:rPr>
        <w:t xml:space="preserve"> </w:t>
      </w:r>
      <w:proofErr w:type="spellStart"/>
      <w:r w:rsidRPr="006269E4">
        <w:rPr>
          <w:rFonts w:ascii="Calibri" w:hAnsi="Calibri" w:cs="Calibri"/>
          <w:b/>
        </w:rPr>
        <w:t>historii</w:t>
      </w:r>
      <w:proofErr w:type="spellEnd"/>
      <w:r w:rsidRPr="006269E4">
        <w:rPr>
          <w:rFonts w:ascii="Calibri" w:hAnsi="Calibri" w:cs="Calibri"/>
          <w:b/>
        </w:rPr>
        <w:t xml:space="preserve"> </w:t>
      </w:r>
      <w:proofErr w:type="spellStart"/>
      <w:r w:rsidRPr="006269E4">
        <w:rPr>
          <w:rFonts w:ascii="Calibri" w:hAnsi="Calibri" w:cs="Calibri"/>
          <w:b/>
        </w:rPr>
        <w:t>sztuki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Rodzaj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stanowiska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Pr="00B24CDD">
        <w:rPr>
          <w:rFonts w:ascii="Calibri" w:hAnsi="Calibri" w:cs="Calibri"/>
        </w:rPr>
        <w:t>nauczyciel</w:t>
      </w:r>
      <w:proofErr w:type="spellEnd"/>
      <w:r w:rsidRPr="00B24CDD">
        <w:rPr>
          <w:rFonts w:ascii="Calibri" w:hAnsi="Calibri" w:cs="Calibri"/>
        </w:rPr>
        <w:t xml:space="preserve"> / </w:t>
      </w:r>
      <w:proofErr w:type="spellStart"/>
      <w:r w:rsidRPr="00B24CDD">
        <w:rPr>
          <w:rFonts w:ascii="Calibri" w:hAnsi="Calibri" w:cs="Calibri"/>
          <w:strike/>
        </w:rPr>
        <w:t>pracownik</w:t>
      </w:r>
      <w:proofErr w:type="spellEnd"/>
      <w:r w:rsidRPr="00B24CDD">
        <w:rPr>
          <w:rFonts w:ascii="Calibri" w:hAnsi="Calibri" w:cs="Calibri"/>
          <w:strike/>
        </w:rPr>
        <w:t xml:space="preserve"> </w:t>
      </w:r>
      <w:proofErr w:type="spellStart"/>
      <w:r w:rsidRPr="00B24CDD">
        <w:rPr>
          <w:rFonts w:ascii="Calibri" w:hAnsi="Calibri" w:cs="Calibri"/>
          <w:strike/>
        </w:rPr>
        <w:t>niepedagogiczny</w:t>
      </w:r>
      <w:proofErr w:type="spellEnd"/>
      <w:r w:rsidRPr="00B24CDD">
        <w:rPr>
          <w:rFonts w:ascii="Calibri" w:hAnsi="Calibri" w:cs="Calibri"/>
        </w:rPr>
        <w:t>*</w:t>
      </w:r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  <w:u w:val="single"/>
        </w:rPr>
        <w:t>Przedmiot</w:t>
      </w:r>
      <w:proofErr w:type="spellEnd"/>
      <w:r w:rsidRPr="00B24CDD">
        <w:rPr>
          <w:rFonts w:ascii="Calibri" w:hAnsi="Calibri" w:cs="Calibri"/>
          <w:u w:val="single"/>
        </w:rPr>
        <w:t xml:space="preserve"> </w:t>
      </w:r>
      <w:r w:rsidRPr="00B24CDD">
        <w:rPr>
          <w:rFonts w:ascii="Calibri" w:hAnsi="Calibri" w:cs="Calibri"/>
        </w:rPr>
        <w:t xml:space="preserve">/ </w:t>
      </w:r>
      <w:proofErr w:type="spellStart"/>
      <w:r w:rsidRPr="00B24CDD">
        <w:rPr>
          <w:rFonts w:ascii="Calibri" w:hAnsi="Calibri" w:cs="Calibri"/>
        </w:rPr>
        <w:t>specjalność</w:t>
      </w:r>
      <w:proofErr w:type="spellEnd"/>
      <w:r w:rsidRPr="00B24CDD">
        <w:rPr>
          <w:rFonts w:ascii="Calibri" w:hAnsi="Calibri" w:cs="Calibri"/>
        </w:rPr>
        <w:t xml:space="preserve"> / </w:t>
      </w:r>
      <w:proofErr w:type="spellStart"/>
      <w:r w:rsidRPr="00B24CDD">
        <w:rPr>
          <w:rFonts w:ascii="Calibri" w:hAnsi="Calibri" w:cs="Calibri"/>
        </w:rPr>
        <w:t>komórka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organizacyjna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Pr="00B24CDD">
        <w:rPr>
          <w:rFonts w:ascii="Calibri" w:hAnsi="Calibri" w:cs="Calibri"/>
        </w:rPr>
        <w:t>historia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sztuki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4. </w:t>
      </w:r>
      <w:proofErr w:type="spellStart"/>
      <w:r w:rsidRPr="00B24CDD">
        <w:rPr>
          <w:rFonts w:ascii="Calibri" w:hAnsi="Calibri" w:cs="Calibri"/>
          <w:b/>
        </w:rPr>
        <w:t>Miejsce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wykonywania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pracy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Państwowe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Liceum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Plastycznych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im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Józefa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Chełmońskiego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Nałęczowie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ul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Lipowa</w:t>
      </w:r>
      <w:proofErr w:type="spellEnd"/>
      <w:r w:rsidRPr="00B24CDD">
        <w:rPr>
          <w:rFonts w:ascii="Calibri" w:hAnsi="Calibri" w:cs="Calibri"/>
        </w:rPr>
        <w:t xml:space="preserve"> 30, 24-140 </w:t>
      </w:r>
      <w:proofErr w:type="spellStart"/>
      <w:r w:rsidRPr="00B24CDD">
        <w:rPr>
          <w:rFonts w:ascii="Calibri" w:hAnsi="Calibri" w:cs="Calibri"/>
        </w:rPr>
        <w:t>Nałęczów</w:t>
      </w:r>
      <w:proofErr w:type="spellEnd"/>
      <w:r w:rsidRPr="00B24CDD">
        <w:rPr>
          <w:rFonts w:ascii="Calibri" w:hAnsi="Calibri" w:cs="Calibri"/>
        </w:rPr>
        <w:t xml:space="preserve">, Willa </w:t>
      </w:r>
      <w:proofErr w:type="spellStart"/>
      <w:r w:rsidRPr="00B24CDD">
        <w:rPr>
          <w:rFonts w:ascii="Calibri" w:hAnsi="Calibri" w:cs="Calibri"/>
        </w:rPr>
        <w:t>Marjanówka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ul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Poniatowskiego</w:t>
      </w:r>
      <w:proofErr w:type="spellEnd"/>
      <w:r w:rsidRPr="00B24CDD">
        <w:rPr>
          <w:rFonts w:ascii="Calibri" w:hAnsi="Calibri" w:cs="Calibri"/>
        </w:rPr>
        <w:t xml:space="preserve"> 27, 24-150 </w:t>
      </w:r>
      <w:proofErr w:type="spellStart"/>
      <w:r w:rsidRPr="00B24CDD">
        <w:rPr>
          <w:rFonts w:ascii="Calibri" w:hAnsi="Calibri" w:cs="Calibri"/>
        </w:rPr>
        <w:t>Nałęczów</w:t>
      </w:r>
      <w:proofErr w:type="spellEnd"/>
      <w:r w:rsidRPr="00B24CDD">
        <w:rPr>
          <w:rFonts w:ascii="Calibri" w:hAnsi="Calibri" w:cs="Calibri"/>
        </w:rPr>
        <w:t xml:space="preserve">. 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5. </w:t>
      </w:r>
      <w:proofErr w:type="spellStart"/>
      <w:r w:rsidRPr="00B24CDD">
        <w:rPr>
          <w:rFonts w:ascii="Calibri" w:hAnsi="Calibri" w:cs="Calibri"/>
          <w:b/>
        </w:rPr>
        <w:t>Wymiar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i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podstawa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zatrudnienia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Wymiar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: </w:t>
      </w:r>
      <w:r w:rsidR="008E1FAA">
        <w:rPr>
          <w:rFonts w:ascii="Calibri" w:hAnsi="Calibri" w:cs="Calibri"/>
        </w:rPr>
        <w:t>16,5</w:t>
      </w:r>
      <w:r w:rsidRPr="00B24CDD">
        <w:rPr>
          <w:rFonts w:ascii="Calibri" w:hAnsi="Calibri" w:cs="Calibri"/>
        </w:rPr>
        <w:t xml:space="preserve">/18 </w:t>
      </w:r>
      <w:proofErr w:type="spellStart"/>
      <w:r w:rsidRPr="00B24CDD">
        <w:rPr>
          <w:rFonts w:ascii="Calibri" w:hAnsi="Calibri" w:cs="Calibri"/>
        </w:rPr>
        <w:t>etatu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zgodnie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arkuszem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organizacji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szkoły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umową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pracę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Rodzaj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umowy</w:t>
      </w:r>
      <w:proofErr w:type="spellEnd"/>
      <w:r w:rsidRPr="00B24CDD">
        <w:rPr>
          <w:rFonts w:ascii="Calibri" w:hAnsi="Calibri" w:cs="Calibri"/>
        </w:rPr>
        <w:t xml:space="preserve"> / </w:t>
      </w:r>
      <w:proofErr w:type="spellStart"/>
      <w:r w:rsidRPr="00B24CDD">
        <w:rPr>
          <w:rFonts w:ascii="Calibri" w:hAnsi="Calibri" w:cs="Calibri"/>
        </w:rPr>
        <w:t>podstawa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Pr="00B24CDD">
        <w:rPr>
          <w:rFonts w:ascii="Calibri" w:hAnsi="Calibri" w:cs="Calibri"/>
        </w:rPr>
        <w:t>umowa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pracę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podstawie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Karty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</w:t>
      </w:r>
      <w:r w:rsidR="00064107">
        <w:rPr>
          <w:rFonts w:ascii="Calibri" w:hAnsi="Calibri" w:cs="Calibri"/>
        </w:rPr>
        <w:t>iela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Przewidywany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termin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rozpoczęcia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>: 2</w:t>
      </w:r>
      <w:r>
        <w:rPr>
          <w:rFonts w:ascii="Calibri" w:hAnsi="Calibri" w:cs="Calibri"/>
        </w:rPr>
        <w:t>6</w:t>
      </w:r>
      <w:r w:rsidR="00064107">
        <w:rPr>
          <w:rFonts w:ascii="Calibri" w:hAnsi="Calibri" w:cs="Calibri"/>
        </w:rPr>
        <w:t xml:space="preserve"> </w:t>
      </w:r>
      <w:proofErr w:type="spellStart"/>
      <w:r w:rsidR="00064107">
        <w:rPr>
          <w:rFonts w:ascii="Calibri" w:hAnsi="Calibri" w:cs="Calibri"/>
        </w:rPr>
        <w:t>października</w:t>
      </w:r>
      <w:proofErr w:type="spellEnd"/>
      <w:r w:rsidR="00064107">
        <w:rPr>
          <w:rFonts w:ascii="Calibri" w:hAnsi="Calibri" w:cs="Calibri"/>
        </w:rPr>
        <w:t xml:space="preserve"> 2026r.</w:t>
      </w:r>
    </w:p>
    <w:p w:rsidR="005D0833" w:rsidRPr="00B24CDD" w:rsidRDefault="005D0833" w:rsidP="005D0833">
      <w:pPr>
        <w:rPr>
          <w:rFonts w:ascii="Calibri" w:hAnsi="Calibri" w:cs="Calibri"/>
          <w:b/>
        </w:rPr>
      </w:pPr>
      <w:proofErr w:type="spellStart"/>
      <w:r w:rsidRPr="00B24CDD">
        <w:rPr>
          <w:rFonts w:ascii="Calibri" w:hAnsi="Calibri" w:cs="Calibri"/>
        </w:rPr>
        <w:t>Okres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jeżeli</w:t>
      </w:r>
      <w:proofErr w:type="spellEnd"/>
      <w:r w:rsidRPr="00B24CDD">
        <w:rPr>
          <w:rFonts w:ascii="Calibri" w:hAnsi="Calibri" w:cs="Calibri"/>
        </w:rPr>
        <w:t xml:space="preserve"> jest </w:t>
      </w:r>
      <w:proofErr w:type="spellStart"/>
      <w:r w:rsidRPr="00B24CDD">
        <w:rPr>
          <w:rFonts w:ascii="Calibri" w:hAnsi="Calibri" w:cs="Calibri"/>
        </w:rPr>
        <w:t>określony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czas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zastępstwo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6. </w:t>
      </w:r>
      <w:proofErr w:type="spellStart"/>
      <w:r w:rsidRPr="00B24CDD">
        <w:rPr>
          <w:rFonts w:ascii="Calibri" w:hAnsi="Calibri" w:cs="Calibri"/>
          <w:b/>
        </w:rPr>
        <w:t>Wynagrodzenie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Wynagrodzenie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Pr="00B24CDD">
        <w:rPr>
          <w:rFonts w:ascii="Calibri" w:hAnsi="Calibri" w:cs="Calibri"/>
        </w:rPr>
        <w:t>Wynagrodzenie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ustala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się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zgodnie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przepisami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</w:t>
      </w:r>
      <w:r>
        <w:rPr>
          <w:rFonts w:ascii="Calibri" w:hAnsi="Calibri" w:cs="Calibri"/>
        </w:rPr>
        <w:t>ymi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wynagradzania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nauczycieli</w:t>
      </w:r>
      <w:proofErr w:type="spellEnd"/>
      <w:r>
        <w:rPr>
          <w:rFonts w:ascii="Calibri" w:hAnsi="Calibri" w:cs="Calibri"/>
        </w:rPr>
        <w:t xml:space="preserve"> I </w:t>
      </w:r>
      <w:proofErr w:type="spellStart"/>
      <w:r w:rsidRPr="00B24CDD">
        <w:rPr>
          <w:rFonts w:ascii="Calibri" w:hAnsi="Calibri" w:cs="Calibri"/>
        </w:rPr>
        <w:t>stopniem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awansu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zawodowego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lastRenderedPageBreak/>
        <w:t xml:space="preserve">7. </w:t>
      </w:r>
      <w:proofErr w:type="spellStart"/>
      <w:r w:rsidRPr="00B24CDD">
        <w:rPr>
          <w:rFonts w:ascii="Calibri" w:hAnsi="Calibri" w:cs="Calibri"/>
          <w:b/>
        </w:rPr>
        <w:t>Główne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zadania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na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stanowisku</w:t>
      </w:r>
      <w:proofErr w:type="spellEnd"/>
    </w:p>
    <w:p w:rsidR="005D0833" w:rsidRPr="00B24CDD" w:rsidRDefault="005D0833" w:rsidP="005D0833">
      <w:pPr>
        <w:numPr>
          <w:ilvl w:val="0"/>
          <w:numId w:val="23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Prowadzenie zajęć z historii sztuki i realizacja obowiązującego programu nauczania.</w:t>
      </w:r>
    </w:p>
    <w:p w:rsidR="005D0833" w:rsidRPr="00B24CDD" w:rsidRDefault="005D0833" w:rsidP="005D0833">
      <w:pPr>
        <w:numPr>
          <w:ilvl w:val="0"/>
          <w:numId w:val="23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Ocenianie osiągnięć edukacyjnych uczniów oraz prowadzenie dokumentacji przebiegu nauczania.</w:t>
      </w:r>
    </w:p>
    <w:p w:rsidR="005D0833" w:rsidRPr="00B24CDD" w:rsidRDefault="005D0833" w:rsidP="005D0833">
      <w:pPr>
        <w:numPr>
          <w:ilvl w:val="0"/>
          <w:numId w:val="23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Wspieranie rozwoju uczniów i zapewnianie im bezpieczeństwa podczas zajęć.</w:t>
      </w:r>
    </w:p>
    <w:p w:rsidR="005D0833" w:rsidRPr="00B24CDD" w:rsidRDefault="005D0833" w:rsidP="005D0833">
      <w:pPr>
        <w:numPr>
          <w:ilvl w:val="0"/>
          <w:numId w:val="23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Współpraca z dyrektorem szkoły i innymi nauczycielami oraz realizacja zadań statutowych szkoły.</w:t>
      </w:r>
    </w:p>
    <w:p w:rsidR="005D0833" w:rsidRPr="00B24CDD" w:rsidRDefault="005D0833" w:rsidP="005D0833">
      <w:pPr>
        <w:numPr>
          <w:ilvl w:val="0"/>
          <w:numId w:val="23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Doskonalenie zawodowe oraz przestrzeganie przepisów prawa, statutu szkoły i obowiązujących regulaminów oraz procedur wewnętrznych.</w:t>
      </w:r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Szczegółowy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opis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Załącznik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nr</w:t>
      </w:r>
      <w:proofErr w:type="spellEnd"/>
      <w:r w:rsidRPr="00B24CDD">
        <w:rPr>
          <w:rFonts w:ascii="Calibri" w:hAnsi="Calibri" w:cs="Calibri"/>
        </w:rPr>
        <w:t xml:space="preserve"> 6 do </w:t>
      </w:r>
      <w:proofErr w:type="spellStart"/>
      <w:r w:rsidRPr="00B24CDD">
        <w:rPr>
          <w:rFonts w:ascii="Calibri" w:hAnsi="Calibri" w:cs="Calibri"/>
        </w:rPr>
        <w:t>Regulaminu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8. </w:t>
      </w:r>
      <w:proofErr w:type="spellStart"/>
      <w:r w:rsidRPr="00B24CDD">
        <w:rPr>
          <w:rFonts w:ascii="Calibri" w:hAnsi="Calibri" w:cs="Calibri"/>
          <w:b/>
        </w:rPr>
        <w:t>Wymagania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niezbędne</w:t>
      </w:r>
      <w:proofErr w:type="spellEnd"/>
    </w:p>
    <w:p w:rsidR="005D0833" w:rsidRPr="00B24CDD" w:rsidRDefault="005D0833" w:rsidP="005D0833">
      <w:pPr>
        <w:numPr>
          <w:ilvl w:val="0"/>
          <w:numId w:val="25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kwalifikacji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nauczania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historii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sztuki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szkole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plastycznej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zgodnie</w:t>
      </w:r>
      <w:proofErr w:type="spellEnd"/>
      <w:r w:rsidRPr="00B24CDD">
        <w:rPr>
          <w:rFonts w:ascii="Calibri" w:hAnsi="Calibri" w:cs="Calibri"/>
        </w:rPr>
        <w:t xml:space="preserve"> z </w:t>
      </w:r>
      <w:proofErr w:type="spellStart"/>
      <w:r w:rsidRPr="00B24CDD">
        <w:rPr>
          <w:rFonts w:ascii="Calibri" w:hAnsi="Calibri" w:cs="Calibri"/>
        </w:rPr>
        <w:t>obowiązującymi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przepisami</w:t>
      </w:r>
      <w:proofErr w:type="spellEnd"/>
      <w:r w:rsidRPr="00B24CDD">
        <w:rPr>
          <w:rFonts w:ascii="Calibri" w:hAnsi="Calibri" w:cs="Calibri"/>
        </w:rPr>
        <w:t xml:space="preserve">. </w:t>
      </w:r>
      <w:r w:rsidRPr="00B24CDD">
        <w:rPr>
          <w:rFonts w:ascii="Calibri" w:hAnsi="Calibri" w:cs="Calibri"/>
          <w:lang w:val="pl-PL"/>
        </w:rPr>
        <w:t xml:space="preserve">Podstawą prawną jest m.in. rozporządzenie Ministra Kultury, Dziedzictwa Narodowego i Sportu z 3 września 2021 r. w sprawie szczegółowych kwalifikacji wymaganych od nauczycieli szkół artystycznych i placówek artystycznych, z późniejszymi zmianami. </w:t>
      </w:r>
    </w:p>
    <w:p w:rsidR="005D0833" w:rsidRPr="00B24CDD" w:rsidRDefault="005D0833" w:rsidP="005D0833">
      <w:pPr>
        <w:numPr>
          <w:ilvl w:val="0"/>
          <w:numId w:val="25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przygotowania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pedagogicznego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numPr>
          <w:ilvl w:val="0"/>
          <w:numId w:val="25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warunków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określonych</w:t>
      </w:r>
      <w:proofErr w:type="spellEnd"/>
      <w:r w:rsidRPr="00B24CDD">
        <w:rPr>
          <w:rFonts w:ascii="Calibri" w:hAnsi="Calibri" w:cs="Calibri"/>
        </w:rPr>
        <w:t xml:space="preserve"> w art. 9 </w:t>
      </w:r>
      <w:proofErr w:type="spellStart"/>
      <w:r w:rsidRPr="00B24CDD">
        <w:rPr>
          <w:rFonts w:ascii="Calibri" w:hAnsi="Calibri" w:cs="Calibri"/>
        </w:rPr>
        <w:t>Karty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Nauczyciela</w:t>
      </w:r>
      <w:proofErr w:type="spellEnd"/>
      <w:r w:rsidRPr="00B24CDD">
        <w:rPr>
          <w:rFonts w:ascii="Calibri" w:hAnsi="Calibri" w:cs="Calibri"/>
        </w:rPr>
        <w:t xml:space="preserve">, w </w:t>
      </w:r>
      <w:proofErr w:type="spellStart"/>
      <w:r w:rsidRPr="00B24CDD">
        <w:rPr>
          <w:rFonts w:ascii="Calibri" w:hAnsi="Calibri" w:cs="Calibri"/>
        </w:rPr>
        <w:t>tym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warunków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wykształcenia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przygotowania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pedagogicznego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zakresie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wskazanym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przepisach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numPr>
          <w:ilvl w:val="0"/>
          <w:numId w:val="25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wymagań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oraz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dopuszczenia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małoletnimi</w:t>
      </w:r>
      <w:proofErr w:type="spellEnd"/>
      <w:r w:rsidRPr="00B24CDD">
        <w:rPr>
          <w:rFonts w:ascii="Calibri" w:hAnsi="Calibri" w:cs="Calibri"/>
        </w:rPr>
        <w:t xml:space="preserve">, w </w:t>
      </w:r>
      <w:proofErr w:type="spellStart"/>
      <w:r w:rsidRPr="00B24CDD">
        <w:rPr>
          <w:rFonts w:ascii="Calibri" w:hAnsi="Calibri" w:cs="Calibri"/>
        </w:rPr>
        <w:t>tym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obowiązków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weryfikacyjnych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wynikających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przepisów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ochronie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małoletnich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numPr>
          <w:ilvl w:val="0"/>
          <w:numId w:val="25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zdrowia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umożliwiającego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wykonywanie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nauczyciela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9. </w:t>
      </w:r>
      <w:proofErr w:type="spellStart"/>
      <w:r w:rsidRPr="00B24CDD">
        <w:rPr>
          <w:rFonts w:ascii="Calibri" w:hAnsi="Calibri" w:cs="Calibri"/>
          <w:b/>
        </w:rPr>
        <w:t>Wymagania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dodatkowe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1) </w:t>
      </w:r>
      <w:r w:rsidR="00064107">
        <w:rPr>
          <w:rFonts w:ascii="Calibri" w:hAnsi="Calibri" w:cs="Calibri"/>
        </w:rPr>
        <w:t>-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2) </w:t>
      </w:r>
      <w:r w:rsidR="00064107">
        <w:rPr>
          <w:rFonts w:ascii="Calibri" w:hAnsi="Calibri" w:cs="Calibri"/>
        </w:rPr>
        <w:t>-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3) </w:t>
      </w:r>
      <w:r w:rsidR="00064107">
        <w:rPr>
          <w:rFonts w:ascii="Calibri" w:hAnsi="Calibri" w:cs="Calibri"/>
        </w:rPr>
        <w:t>-</w:t>
      </w:r>
      <w:bookmarkStart w:id="0" w:name="_GoBack"/>
      <w:bookmarkEnd w:id="0"/>
    </w:p>
    <w:p w:rsidR="005D0833" w:rsidRPr="00B24CDD" w:rsidRDefault="005D0833" w:rsidP="005D0833">
      <w:pPr>
        <w:rPr>
          <w:rFonts w:ascii="Calibri" w:hAnsi="Calibri" w:cs="Calibri"/>
          <w:b/>
        </w:rPr>
      </w:pPr>
      <w:r w:rsidRPr="00B24CDD">
        <w:rPr>
          <w:rFonts w:ascii="Calibri" w:hAnsi="Calibri" w:cs="Calibri"/>
          <w:b/>
        </w:rPr>
        <w:t xml:space="preserve">10. </w:t>
      </w:r>
      <w:proofErr w:type="spellStart"/>
      <w:r w:rsidRPr="00B24CDD">
        <w:rPr>
          <w:rFonts w:ascii="Calibri" w:hAnsi="Calibri" w:cs="Calibri"/>
          <w:b/>
        </w:rPr>
        <w:t>Dokumenty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wymagane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od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kandydata</w:t>
      </w:r>
      <w:proofErr w:type="spellEnd"/>
      <w:r w:rsidRPr="00B24CDD">
        <w:rPr>
          <w:rFonts w:ascii="Calibri" w:hAnsi="Calibri" w:cs="Calibri"/>
          <w:b/>
        </w:rPr>
        <w:t>: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1) </w:t>
      </w:r>
      <w:proofErr w:type="spellStart"/>
      <w:r w:rsidRPr="00B24CDD">
        <w:rPr>
          <w:rFonts w:ascii="Calibri" w:hAnsi="Calibri" w:cs="Calibri"/>
        </w:rPr>
        <w:t>kwestionariusz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osobowy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dla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osoby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ubiegającej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się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zatrudnienie</w:t>
      </w:r>
      <w:proofErr w:type="spellEnd"/>
      <w:r w:rsidRPr="00B24CDD">
        <w:rPr>
          <w:rFonts w:ascii="Calibri" w:hAnsi="Calibri" w:cs="Calibri"/>
        </w:rPr>
        <w:t xml:space="preserve"> – </w:t>
      </w:r>
      <w:proofErr w:type="spellStart"/>
      <w:r w:rsidRPr="00B24CDD">
        <w:rPr>
          <w:rFonts w:ascii="Calibri" w:hAnsi="Calibri" w:cs="Calibri"/>
        </w:rPr>
        <w:t>Załącznik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nr</w:t>
      </w:r>
      <w:proofErr w:type="spellEnd"/>
      <w:r w:rsidRPr="00B24CDD">
        <w:rPr>
          <w:rFonts w:ascii="Calibri" w:hAnsi="Calibri" w:cs="Calibri"/>
        </w:rPr>
        <w:t xml:space="preserve"> 4;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2) </w:t>
      </w:r>
      <w:proofErr w:type="spellStart"/>
      <w:r w:rsidRPr="00B24CDD">
        <w:rPr>
          <w:rFonts w:ascii="Calibri" w:hAnsi="Calibri" w:cs="Calibri"/>
        </w:rPr>
        <w:t>dokumenty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potwierdzające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wykształcenie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kwalifikacje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wymagane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stanowisku</w:t>
      </w:r>
      <w:proofErr w:type="spellEnd"/>
      <w:r w:rsidRPr="00B24CDD">
        <w:rPr>
          <w:rFonts w:ascii="Calibri" w:hAnsi="Calibri" w:cs="Calibri"/>
        </w:rPr>
        <w:t>;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3) </w:t>
      </w:r>
      <w:proofErr w:type="spellStart"/>
      <w:r w:rsidRPr="00B24CDD">
        <w:rPr>
          <w:rFonts w:ascii="Calibri" w:hAnsi="Calibri" w:cs="Calibri"/>
        </w:rPr>
        <w:t>dokumenty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potwierdzające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przebieg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tj</w:t>
      </w:r>
      <w:proofErr w:type="spellEnd"/>
      <w:r w:rsidRPr="00B24CDD">
        <w:rPr>
          <w:rFonts w:ascii="Calibri" w:hAnsi="Calibri" w:cs="Calibri"/>
        </w:rPr>
        <w:t xml:space="preserve">.: </w:t>
      </w:r>
      <w:r w:rsidRPr="00B24CDD">
        <w:rPr>
          <w:rFonts w:ascii="Calibri" w:hAnsi="Calibri" w:cs="Calibri"/>
          <w:lang w:val="pl-PL"/>
        </w:rPr>
        <w:t>kserokopie świadectw pracy lub oświadczenie kandydata w przypadku trwającego stosunku pracy</w:t>
      </w:r>
      <w:r w:rsidRPr="00B24CDD">
        <w:rPr>
          <w:rFonts w:ascii="Calibri" w:hAnsi="Calibri" w:cs="Calibri"/>
        </w:rPr>
        <w:t>;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lastRenderedPageBreak/>
        <w:t xml:space="preserve">4) </w:t>
      </w:r>
      <w:proofErr w:type="spellStart"/>
      <w:r w:rsidRPr="00B24CDD">
        <w:rPr>
          <w:rFonts w:ascii="Calibri" w:hAnsi="Calibri" w:cs="Calibri"/>
        </w:rPr>
        <w:t>wymagane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oświadczenie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zgodnie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załacznikiem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nr</w:t>
      </w:r>
      <w:proofErr w:type="spellEnd"/>
      <w:r w:rsidRPr="00B24CDD">
        <w:rPr>
          <w:rFonts w:ascii="Calibri" w:hAnsi="Calibri" w:cs="Calibri"/>
        </w:rPr>
        <w:t xml:space="preserve"> 3;</w:t>
      </w:r>
    </w:p>
    <w:p w:rsidR="005D0833" w:rsidRPr="00B24CDD" w:rsidRDefault="005D0833" w:rsidP="005D0833">
      <w:p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</w:rPr>
        <w:t xml:space="preserve">5) </w:t>
      </w:r>
      <w:r w:rsidRPr="00B24CDD">
        <w:rPr>
          <w:rFonts w:ascii="Calibri" w:hAnsi="Calibri" w:cs="Calibri"/>
          <w:lang w:val="pl-PL"/>
        </w:rPr>
        <w:t>zgoda na przetwarzanie danych osobowych , zgodnie z załącznikiem nr 7,</w:t>
      </w:r>
    </w:p>
    <w:p w:rsidR="005D0833" w:rsidRPr="00B24CDD" w:rsidRDefault="005D0833" w:rsidP="005D0833">
      <w:pPr>
        <w:rPr>
          <w:rFonts w:ascii="Calibri" w:hAnsi="Calibri" w:cs="Calibri"/>
        </w:rPr>
      </w:pPr>
      <w:r>
        <w:rPr>
          <w:rFonts w:ascii="Calibri" w:hAnsi="Calibri" w:cs="Calibri"/>
        </w:rPr>
        <w:t>6</w:t>
      </w:r>
      <w:r w:rsidRPr="00B24CDD">
        <w:rPr>
          <w:rFonts w:ascii="Calibri" w:hAnsi="Calibri" w:cs="Calibri"/>
        </w:rPr>
        <w:t xml:space="preserve">) </w:t>
      </w:r>
      <w:proofErr w:type="spellStart"/>
      <w:r w:rsidRPr="00B24CDD">
        <w:rPr>
          <w:rFonts w:ascii="Calibri" w:hAnsi="Calibri" w:cs="Calibri"/>
        </w:rPr>
        <w:t>inne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dokumenty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potwierdzające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wymagań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określonych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ogłoszeniu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Zakres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danych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osobowych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pozyskiwanych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od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kandydata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odpowiada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przepisom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Kodeksu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I </w:t>
      </w:r>
      <w:proofErr w:type="spellStart"/>
      <w:r w:rsidRPr="00B24CDD">
        <w:rPr>
          <w:rFonts w:ascii="Calibri" w:hAnsi="Calibri" w:cs="Calibri"/>
        </w:rPr>
        <w:t>przepisom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szczególnym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11. </w:t>
      </w:r>
      <w:proofErr w:type="spellStart"/>
      <w:r w:rsidRPr="00B24CDD">
        <w:rPr>
          <w:rFonts w:ascii="Calibri" w:hAnsi="Calibri" w:cs="Calibri"/>
          <w:b/>
        </w:rPr>
        <w:t>Termin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i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sposób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składania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dokumentów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Dokumenty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należy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złożyć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dnia</w:t>
      </w:r>
      <w:proofErr w:type="spellEnd"/>
      <w:r w:rsidRPr="00B24CDD">
        <w:rPr>
          <w:rFonts w:ascii="Calibri" w:hAnsi="Calibri" w:cs="Calibri"/>
        </w:rPr>
        <w:t xml:space="preserve"> 20 </w:t>
      </w:r>
      <w:proofErr w:type="spellStart"/>
      <w:r w:rsidRPr="00B24CDD">
        <w:rPr>
          <w:rFonts w:ascii="Calibri" w:hAnsi="Calibri" w:cs="Calibri"/>
        </w:rPr>
        <w:t>października</w:t>
      </w:r>
      <w:proofErr w:type="spellEnd"/>
      <w:r w:rsidRPr="00B24CDD">
        <w:rPr>
          <w:rFonts w:ascii="Calibri" w:hAnsi="Calibri" w:cs="Calibri"/>
        </w:rPr>
        <w:t xml:space="preserve"> 2026 r. do </w:t>
      </w:r>
      <w:proofErr w:type="spellStart"/>
      <w:r w:rsidRPr="00B24CDD">
        <w:rPr>
          <w:rFonts w:ascii="Calibri" w:hAnsi="Calibri" w:cs="Calibri"/>
        </w:rPr>
        <w:t>godz</w:t>
      </w:r>
      <w:proofErr w:type="spellEnd"/>
      <w:r w:rsidRPr="00B24CDD">
        <w:rPr>
          <w:rFonts w:ascii="Calibri" w:hAnsi="Calibri" w:cs="Calibri"/>
        </w:rPr>
        <w:t>. 14.00</w:t>
      </w:r>
    </w:p>
    <w:p w:rsidR="005D0833" w:rsidRPr="00B24CDD" w:rsidRDefault="005D0833" w:rsidP="005D0833">
      <w:pPr>
        <w:rPr>
          <w:rFonts w:ascii="Calibri" w:hAnsi="Calibri" w:cs="Calibri"/>
          <w:b/>
          <w:lang w:val="pl-PL"/>
        </w:rPr>
      </w:pPr>
      <w:r w:rsidRPr="00B24CDD">
        <w:rPr>
          <w:rFonts w:ascii="Calibri" w:hAnsi="Calibri" w:cs="Calibri"/>
          <w:lang w:val="pl-PL"/>
        </w:rPr>
        <w:t xml:space="preserve">Państwowe Liceum Sztuk Plastycznych im. Józefa Chełmońskiego w Nałęczowie, ul. Lipowa 30, 24-140 Nałęczów w zaklejonej kopercie lub e-mailem na adres: </w:t>
      </w:r>
      <w:hyperlink r:id="rId9" w:history="1">
        <w:r w:rsidRPr="00B24CDD">
          <w:rPr>
            <w:rStyle w:val="Hipercze"/>
            <w:rFonts w:ascii="Calibri" w:hAnsi="Calibri" w:cs="Calibri"/>
            <w:lang w:val="pl-PL"/>
          </w:rPr>
          <w:t>sekretariat@lpnaleczow.com</w:t>
        </w:r>
      </w:hyperlink>
      <w:r w:rsidRPr="00B24CDD">
        <w:rPr>
          <w:rFonts w:ascii="Calibri" w:hAnsi="Calibri" w:cs="Calibri"/>
          <w:u w:val="single"/>
          <w:lang w:val="pl-PL"/>
        </w:rPr>
        <w:t xml:space="preserve"> </w:t>
      </w:r>
      <w:r w:rsidRPr="00B24CDD">
        <w:rPr>
          <w:rFonts w:ascii="Calibri" w:hAnsi="Calibri" w:cs="Calibri"/>
          <w:lang w:val="pl-PL"/>
        </w:rPr>
        <w:t>z dopiskiem: „</w:t>
      </w:r>
      <w:r w:rsidRPr="00B24CDD">
        <w:rPr>
          <w:rFonts w:ascii="Calibri" w:hAnsi="Calibri" w:cs="Calibri"/>
          <w:b/>
          <w:lang w:val="pl-PL"/>
        </w:rPr>
        <w:t>Nabór na wolne stanowisko pracy- nauczyciel historii sztuki”</w:t>
      </w:r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Dokumenty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złożone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terminie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będą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rozpatrywane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12. </w:t>
      </w:r>
      <w:proofErr w:type="spellStart"/>
      <w:r w:rsidRPr="00B24CDD">
        <w:rPr>
          <w:rFonts w:ascii="Calibri" w:hAnsi="Calibri" w:cs="Calibri"/>
          <w:b/>
        </w:rPr>
        <w:t>Informacja</w:t>
      </w:r>
      <w:proofErr w:type="spellEnd"/>
      <w:r w:rsidRPr="00B24CDD">
        <w:rPr>
          <w:rFonts w:ascii="Calibri" w:hAnsi="Calibri" w:cs="Calibri"/>
          <w:b/>
        </w:rPr>
        <w:t xml:space="preserve"> o </w:t>
      </w:r>
      <w:proofErr w:type="spellStart"/>
      <w:r w:rsidRPr="00B24CDD">
        <w:rPr>
          <w:rFonts w:ascii="Calibri" w:hAnsi="Calibri" w:cs="Calibri"/>
          <w:b/>
        </w:rPr>
        <w:t>wyniku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naboru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Informacja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wyniku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naboru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zostanie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zamieszczona</w:t>
      </w:r>
      <w:proofErr w:type="spellEnd"/>
      <w:r w:rsidRPr="00B24CDD">
        <w:rPr>
          <w:rFonts w:ascii="Calibri" w:hAnsi="Calibri" w:cs="Calibri"/>
        </w:rPr>
        <w:t xml:space="preserve"> w BIP </w:t>
      </w:r>
      <w:proofErr w:type="spellStart"/>
      <w:r w:rsidRPr="00B24CDD">
        <w:rPr>
          <w:rFonts w:ascii="Calibri" w:hAnsi="Calibri" w:cs="Calibri"/>
        </w:rPr>
        <w:t>Szkoły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Informacja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będzie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wskazywać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sposób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zakończenia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naboru</w:t>
      </w:r>
      <w:proofErr w:type="spellEnd"/>
      <w:r w:rsidRPr="00B24CDD">
        <w:rPr>
          <w:rFonts w:ascii="Calibri" w:hAnsi="Calibri" w:cs="Calibri"/>
        </w:rPr>
        <w:t xml:space="preserve">. Dane </w:t>
      </w:r>
      <w:proofErr w:type="spellStart"/>
      <w:r w:rsidRPr="00B24CDD">
        <w:rPr>
          <w:rFonts w:ascii="Calibri" w:hAnsi="Calibri" w:cs="Calibri"/>
        </w:rPr>
        <w:t>osobowe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wybranego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kand</w:t>
      </w:r>
      <w:r>
        <w:rPr>
          <w:rFonts w:ascii="Calibri" w:hAnsi="Calibri" w:cs="Calibri"/>
        </w:rPr>
        <w:t>ydata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publikuje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się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wyłącznie</w:t>
      </w:r>
      <w:proofErr w:type="spellEnd"/>
      <w:r>
        <w:rPr>
          <w:rFonts w:ascii="Calibri" w:hAnsi="Calibri" w:cs="Calibri"/>
        </w:rPr>
        <w:t xml:space="preserve"> w </w:t>
      </w:r>
      <w:proofErr w:type="spellStart"/>
      <w:r w:rsidRPr="00B24CDD">
        <w:rPr>
          <w:rFonts w:ascii="Calibri" w:hAnsi="Calibri" w:cs="Calibri"/>
        </w:rPr>
        <w:t>przypadku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istnienia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podstawy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prawnej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ich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udostępnienia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 xml:space="preserve">13. </w:t>
      </w:r>
      <w:proofErr w:type="spellStart"/>
      <w:r w:rsidRPr="00B24CDD">
        <w:rPr>
          <w:rFonts w:ascii="Calibri" w:hAnsi="Calibri" w:cs="Calibri"/>
          <w:b/>
        </w:rPr>
        <w:t>Klauzula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dotycząca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danych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osobowych</w:t>
      </w:r>
      <w:proofErr w:type="spellEnd"/>
    </w:p>
    <w:p w:rsidR="005D0833" w:rsidRPr="00B24CDD" w:rsidRDefault="005D0833" w:rsidP="005D083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Administratorem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danych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osobowych</w:t>
      </w:r>
      <w:proofErr w:type="spellEnd"/>
      <w:r w:rsidRPr="00B24CDD">
        <w:rPr>
          <w:rFonts w:ascii="Calibri" w:hAnsi="Calibri" w:cs="Calibri"/>
        </w:rPr>
        <w:t xml:space="preserve"> jest </w:t>
      </w:r>
      <w:proofErr w:type="spellStart"/>
      <w:r w:rsidRPr="00B24CDD">
        <w:rPr>
          <w:rFonts w:ascii="Calibri" w:hAnsi="Calibri" w:cs="Calibri"/>
        </w:rPr>
        <w:t>Państwowe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Liceum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Plastycznych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im</w:t>
      </w:r>
      <w:proofErr w:type="spellEnd"/>
      <w:r w:rsidRPr="00B24CDD">
        <w:rPr>
          <w:rFonts w:ascii="Calibri" w:hAnsi="Calibri" w:cs="Calibri"/>
        </w:rPr>
        <w:t xml:space="preserve">. </w:t>
      </w:r>
      <w:proofErr w:type="spellStart"/>
      <w:r w:rsidRPr="00B24CDD">
        <w:rPr>
          <w:rFonts w:ascii="Calibri" w:hAnsi="Calibri" w:cs="Calibri"/>
        </w:rPr>
        <w:t>Józefa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Chełmońskiego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Nałęczowie</w:t>
      </w:r>
      <w:proofErr w:type="spellEnd"/>
      <w:r w:rsidRPr="00B24CDD">
        <w:rPr>
          <w:rFonts w:ascii="Calibri" w:hAnsi="Calibri" w:cs="Calibri"/>
        </w:rPr>
        <w:t xml:space="preserve">. Dane </w:t>
      </w:r>
      <w:proofErr w:type="spellStart"/>
      <w:r w:rsidRPr="00B24CDD">
        <w:rPr>
          <w:rFonts w:ascii="Calibri" w:hAnsi="Calibri" w:cs="Calibri"/>
        </w:rPr>
        <w:t>są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przetwarzane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celu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przeprowadzenia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naboru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zawarcia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stosunku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zasadach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określonych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przepisach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prawa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RODO. </w:t>
      </w:r>
      <w:proofErr w:type="spellStart"/>
      <w:r w:rsidRPr="00B24CDD">
        <w:rPr>
          <w:rFonts w:ascii="Calibri" w:hAnsi="Calibri" w:cs="Calibri"/>
        </w:rPr>
        <w:t>Szczegółowa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informacja</w:t>
      </w:r>
      <w:proofErr w:type="spellEnd"/>
      <w:r w:rsidRPr="00B24CDD">
        <w:rPr>
          <w:rFonts w:ascii="Calibri" w:hAnsi="Calibri" w:cs="Calibri"/>
        </w:rPr>
        <w:t xml:space="preserve"> o </w:t>
      </w:r>
      <w:proofErr w:type="spellStart"/>
      <w:r w:rsidRPr="00B24CDD">
        <w:rPr>
          <w:rFonts w:ascii="Calibri" w:hAnsi="Calibri" w:cs="Calibri"/>
        </w:rPr>
        <w:t>przetwarzaniu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danych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osobowych</w:t>
      </w:r>
      <w:proofErr w:type="spellEnd"/>
      <w:r w:rsidRPr="00B24CDD">
        <w:rPr>
          <w:rFonts w:ascii="Calibri" w:hAnsi="Calibri" w:cs="Calibri"/>
        </w:rPr>
        <w:t xml:space="preserve"> jest </w:t>
      </w:r>
      <w:proofErr w:type="spellStart"/>
      <w:r w:rsidRPr="00B24CDD">
        <w:rPr>
          <w:rFonts w:ascii="Calibri" w:hAnsi="Calibri" w:cs="Calibri"/>
        </w:rPr>
        <w:t>dołączona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ogłoszenia</w:t>
      </w:r>
      <w:proofErr w:type="spellEnd"/>
      <w:r w:rsidRPr="00B24CDD">
        <w:rPr>
          <w:rFonts w:ascii="Calibri" w:hAnsi="Calibri" w:cs="Calibri"/>
        </w:rPr>
        <w:t>.</w:t>
      </w:r>
    </w:p>
    <w:p w:rsidR="005D0833" w:rsidRDefault="005D0833" w:rsidP="005D0833">
      <w:pPr>
        <w:rPr>
          <w:rFonts w:ascii="Calibri" w:hAnsi="Calibri" w:cs="Calibri"/>
        </w:rPr>
      </w:pPr>
    </w:p>
    <w:p w:rsidR="005D0833" w:rsidRDefault="005D0833" w:rsidP="005D0833">
      <w:pPr>
        <w:rPr>
          <w:rFonts w:ascii="Calibri" w:hAnsi="Calibri" w:cs="Calibri"/>
        </w:rPr>
      </w:pPr>
    </w:p>
    <w:p w:rsidR="005D0833" w:rsidRDefault="005D0833" w:rsidP="005D0833">
      <w:pPr>
        <w:rPr>
          <w:rFonts w:ascii="Calibri" w:hAnsi="Calibri" w:cs="Calibri"/>
        </w:rPr>
      </w:pPr>
    </w:p>
    <w:p w:rsidR="005D0833" w:rsidRDefault="005D0833" w:rsidP="005D0833">
      <w:pPr>
        <w:rPr>
          <w:rFonts w:ascii="Calibri" w:hAnsi="Calibri" w:cs="Calibri"/>
        </w:rPr>
      </w:pPr>
    </w:p>
    <w:p w:rsidR="005D0833" w:rsidRDefault="005D0833" w:rsidP="005D0833">
      <w:pPr>
        <w:rPr>
          <w:rFonts w:ascii="Calibri" w:hAnsi="Calibri" w:cs="Calibri"/>
        </w:rPr>
      </w:pPr>
    </w:p>
    <w:p w:rsidR="005D0833" w:rsidRDefault="005D0833" w:rsidP="005D0833">
      <w:pPr>
        <w:rPr>
          <w:rFonts w:ascii="Calibri" w:hAnsi="Calibri" w:cs="Calibri"/>
        </w:rPr>
      </w:pP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* </w:t>
      </w:r>
      <w:proofErr w:type="spellStart"/>
      <w:r w:rsidRPr="00B24CDD">
        <w:rPr>
          <w:rFonts w:ascii="Calibri" w:hAnsi="Calibri" w:cs="Calibri"/>
        </w:rPr>
        <w:t>niepotrzebne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skreślić</w:t>
      </w:r>
      <w:proofErr w:type="spellEnd"/>
      <w:r w:rsidRPr="00B24CDD">
        <w:rPr>
          <w:rFonts w:ascii="Calibri" w:hAnsi="Calibri" w:cs="Calibri"/>
        </w:rPr>
        <w:t>.</w:t>
      </w:r>
    </w:p>
    <w:p w:rsidR="005D0833" w:rsidRPr="00B24CDD" w:rsidRDefault="005D0833" w:rsidP="005D083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br w:type="page"/>
      </w:r>
    </w:p>
    <w:p w:rsidR="003F16B7" w:rsidRPr="00B24CDD" w:rsidRDefault="003F16B7" w:rsidP="00650393">
      <w:pPr>
        <w:spacing w:after="100"/>
        <w:rPr>
          <w:rFonts w:ascii="Calibri" w:hAnsi="Calibri" w:cs="Calibri"/>
          <w:b/>
          <w:sz w:val="16"/>
          <w:szCs w:val="16"/>
        </w:rPr>
      </w:pPr>
      <w:r w:rsidRPr="00B24CDD">
        <w:rPr>
          <w:rFonts w:ascii="Calibri" w:hAnsi="Calibri" w:cs="Calibri"/>
          <w:b/>
          <w:sz w:val="16"/>
          <w:szCs w:val="16"/>
        </w:rPr>
        <w:lastRenderedPageBreak/>
        <w:t xml:space="preserve">ZAŁĄCZNIK NR </w:t>
      </w:r>
      <w:r w:rsidR="00F67ED0" w:rsidRPr="00B24CDD">
        <w:rPr>
          <w:rFonts w:ascii="Calibri" w:hAnsi="Calibri" w:cs="Calibri"/>
          <w:b/>
          <w:sz w:val="16"/>
          <w:szCs w:val="16"/>
        </w:rPr>
        <w:t>2</w:t>
      </w:r>
    </w:p>
    <w:p w:rsidR="0069556A" w:rsidRPr="00B24CDD" w:rsidRDefault="0069556A" w:rsidP="00650393">
      <w:pPr>
        <w:spacing w:after="100"/>
        <w:rPr>
          <w:rFonts w:ascii="Calibri" w:hAnsi="Calibri" w:cs="Calibri"/>
          <w:b/>
        </w:rPr>
      </w:pPr>
    </w:p>
    <w:p w:rsidR="0069556A" w:rsidRPr="00B24CDD" w:rsidRDefault="0069556A" w:rsidP="00650393">
      <w:pPr>
        <w:spacing w:after="100"/>
        <w:rPr>
          <w:rFonts w:ascii="Calibri" w:hAnsi="Calibri" w:cs="Calibri"/>
          <w:b/>
        </w:rPr>
      </w:pPr>
    </w:p>
    <w:p w:rsidR="001A34D5" w:rsidRPr="00B24CDD" w:rsidRDefault="0013634D" w:rsidP="00650393">
      <w:pPr>
        <w:spacing w:after="100"/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>OGŁOSZENI</w:t>
      </w:r>
      <w:r w:rsidR="003F16B7" w:rsidRPr="00B24CDD">
        <w:rPr>
          <w:rFonts w:ascii="Calibri" w:hAnsi="Calibri" w:cs="Calibri"/>
          <w:b/>
        </w:rPr>
        <w:t>E</w:t>
      </w:r>
      <w:r w:rsidR="00A348C6" w:rsidRPr="00B24CDD">
        <w:rPr>
          <w:rFonts w:ascii="Calibri" w:hAnsi="Calibri" w:cs="Calibri"/>
          <w:b/>
        </w:rPr>
        <w:t xml:space="preserve"> </w:t>
      </w:r>
      <w:r w:rsidR="007627F5" w:rsidRPr="00B24CDD">
        <w:rPr>
          <w:rFonts w:ascii="Calibri" w:hAnsi="Calibri" w:cs="Calibri"/>
          <w:b/>
        </w:rPr>
        <w:t xml:space="preserve">- </w:t>
      </w:r>
      <w:r w:rsidRPr="00B24CDD">
        <w:rPr>
          <w:rFonts w:ascii="Calibri" w:hAnsi="Calibri" w:cs="Calibri"/>
          <w:b/>
        </w:rPr>
        <w:t>NAUCZYCIEL</w:t>
      </w:r>
    </w:p>
    <w:p w:rsidR="005B77BC" w:rsidRPr="00B24CDD" w:rsidRDefault="005B77BC" w:rsidP="00650393">
      <w:pPr>
        <w:spacing w:after="100"/>
        <w:rPr>
          <w:rFonts w:ascii="Calibri" w:hAnsi="Calibri" w:cs="Calibri"/>
        </w:rPr>
      </w:pPr>
    </w:p>
    <w:p w:rsidR="001A34D5" w:rsidRPr="00B24CDD" w:rsidRDefault="0013634D" w:rsidP="00650393">
      <w:pPr>
        <w:spacing w:after="100"/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Przedmiot</w:t>
      </w:r>
      <w:proofErr w:type="spellEnd"/>
      <w:r w:rsidRPr="00B24CDD">
        <w:rPr>
          <w:rFonts w:ascii="Calibri" w:hAnsi="Calibri" w:cs="Calibri"/>
        </w:rPr>
        <w:t xml:space="preserve"> / </w:t>
      </w:r>
      <w:proofErr w:type="spellStart"/>
      <w:r w:rsidRPr="00B24CDD">
        <w:rPr>
          <w:rFonts w:ascii="Calibri" w:hAnsi="Calibri" w:cs="Calibri"/>
        </w:rPr>
        <w:t>rodzaj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zajęć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="008A06C6" w:rsidRPr="00B24CDD">
        <w:rPr>
          <w:rFonts w:ascii="Calibri" w:hAnsi="Calibri" w:cs="Calibri"/>
          <w:b/>
        </w:rPr>
        <w:t>historia</w:t>
      </w:r>
      <w:proofErr w:type="spellEnd"/>
      <w:r w:rsidR="008A06C6" w:rsidRPr="00B24CDD">
        <w:rPr>
          <w:rFonts w:ascii="Calibri" w:hAnsi="Calibri" w:cs="Calibri"/>
          <w:b/>
        </w:rPr>
        <w:t xml:space="preserve"> </w:t>
      </w:r>
      <w:proofErr w:type="spellStart"/>
      <w:r w:rsidR="008A06C6" w:rsidRPr="00B24CDD">
        <w:rPr>
          <w:rFonts w:ascii="Calibri" w:hAnsi="Calibri" w:cs="Calibri"/>
          <w:b/>
        </w:rPr>
        <w:t>sztuki</w:t>
      </w:r>
      <w:proofErr w:type="spellEnd"/>
      <w:r w:rsidR="008A06C6" w:rsidRPr="00B24CDD">
        <w:rPr>
          <w:rFonts w:ascii="Calibri" w:hAnsi="Calibri" w:cs="Calibri"/>
        </w:rPr>
        <w:t xml:space="preserve"> </w:t>
      </w:r>
    </w:p>
    <w:p w:rsidR="001A34D5" w:rsidRPr="00B24CDD" w:rsidRDefault="0013634D" w:rsidP="00650393">
      <w:pPr>
        <w:spacing w:after="100"/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Wymiar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godzin</w:t>
      </w:r>
      <w:proofErr w:type="spellEnd"/>
      <w:r w:rsidRPr="00B24CDD">
        <w:rPr>
          <w:rFonts w:ascii="Calibri" w:hAnsi="Calibri" w:cs="Calibri"/>
        </w:rPr>
        <w:t xml:space="preserve">: </w:t>
      </w:r>
      <w:r w:rsidR="008A06C6" w:rsidRPr="00B24CDD">
        <w:rPr>
          <w:rFonts w:ascii="Calibri" w:hAnsi="Calibri" w:cs="Calibri"/>
        </w:rPr>
        <w:t xml:space="preserve">16,5/18 </w:t>
      </w:r>
      <w:proofErr w:type="spellStart"/>
      <w:r w:rsidR="008A06C6" w:rsidRPr="00B24CDD">
        <w:rPr>
          <w:rFonts w:ascii="Calibri" w:hAnsi="Calibri" w:cs="Calibri"/>
        </w:rPr>
        <w:t>etatu</w:t>
      </w:r>
      <w:proofErr w:type="spellEnd"/>
      <w:r w:rsidR="008A06C6" w:rsidRPr="00B24CDD">
        <w:rPr>
          <w:rFonts w:ascii="Calibri" w:hAnsi="Calibri" w:cs="Calibri"/>
        </w:rPr>
        <w:t xml:space="preserve"> </w:t>
      </w:r>
      <w:proofErr w:type="spellStart"/>
      <w:r w:rsidR="00E36B64" w:rsidRPr="00B24CDD">
        <w:rPr>
          <w:rFonts w:ascii="Calibri" w:hAnsi="Calibri" w:cs="Calibri"/>
        </w:rPr>
        <w:t>zgodnie</w:t>
      </w:r>
      <w:proofErr w:type="spellEnd"/>
      <w:r w:rsidR="00E36B64" w:rsidRPr="00B24CDD">
        <w:rPr>
          <w:rFonts w:ascii="Calibri" w:hAnsi="Calibri" w:cs="Calibri"/>
        </w:rPr>
        <w:t xml:space="preserve"> z </w:t>
      </w:r>
      <w:proofErr w:type="spellStart"/>
      <w:r w:rsidR="00E36B64" w:rsidRPr="00B24CDD">
        <w:rPr>
          <w:rFonts w:ascii="Calibri" w:hAnsi="Calibri" w:cs="Calibri"/>
        </w:rPr>
        <w:t>arkuszem</w:t>
      </w:r>
      <w:proofErr w:type="spellEnd"/>
      <w:r w:rsidR="00E36B64" w:rsidRPr="00B24CDD">
        <w:rPr>
          <w:rFonts w:ascii="Calibri" w:hAnsi="Calibri" w:cs="Calibri"/>
        </w:rPr>
        <w:t xml:space="preserve"> </w:t>
      </w:r>
      <w:proofErr w:type="spellStart"/>
      <w:r w:rsidR="00E36B64" w:rsidRPr="00B24CDD">
        <w:rPr>
          <w:rFonts w:ascii="Calibri" w:hAnsi="Calibri" w:cs="Calibri"/>
        </w:rPr>
        <w:t>organizacji</w:t>
      </w:r>
      <w:proofErr w:type="spellEnd"/>
      <w:r w:rsidR="00E36B64" w:rsidRPr="00B24CDD">
        <w:rPr>
          <w:rFonts w:ascii="Calibri" w:hAnsi="Calibri" w:cs="Calibri"/>
        </w:rPr>
        <w:t xml:space="preserve"> </w:t>
      </w:r>
      <w:proofErr w:type="spellStart"/>
      <w:r w:rsidR="00E36B64" w:rsidRPr="00B24CDD">
        <w:rPr>
          <w:rFonts w:ascii="Calibri" w:hAnsi="Calibri" w:cs="Calibri"/>
        </w:rPr>
        <w:t>szkoły</w:t>
      </w:r>
      <w:proofErr w:type="spellEnd"/>
      <w:r w:rsidR="00E36B64" w:rsidRPr="00B24CDD">
        <w:rPr>
          <w:rFonts w:ascii="Calibri" w:hAnsi="Calibri" w:cs="Calibri"/>
        </w:rPr>
        <w:t xml:space="preserve"> </w:t>
      </w:r>
      <w:proofErr w:type="spellStart"/>
      <w:r w:rsidR="00E36B64" w:rsidRPr="00B24CDD">
        <w:rPr>
          <w:rFonts w:ascii="Calibri" w:hAnsi="Calibri" w:cs="Calibri"/>
        </w:rPr>
        <w:t>i</w:t>
      </w:r>
      <w:proofErr w:type="spellEnd"/>
      <w:r w:rsidR="00E36B64" w:rsidRPr="00B24CDD">
        <w:rPr>
          <w:rFonts w:ascii="Calibri" w:hAnsi="Calibri" w:cs="Calibri"/>
        </w:rPr>
        <w:t xml:space="preserve"> </w:t>
      </w:r>
      <w:proofErr w:type="spellStart"/>
      <w:r w:rsidR="00E36B64" w:rsidRPr="00B24CDD">
        <w:rPr>
          <w:rFonts w:ascii="Calibri" w:hAnsi="Calibri" w:cs="Calibri"/>
        </w:rPr>
        <w:t>umową</w:t>
      </w:r>
      <w:proofErr w:type="spellEnd"/>
      <w:r w:rsidR="00E36B64" w:rsidRPr="00B24CDD">
        <w:rPr>
          <w:rFonts w:ascii="Calibri" w:hAnsi="Calibri" w:cs="Calibri"/>
        </w:rPr>
        <w:t xml:space="preserve"> o </w:t>
      </w:r>
      <w:proofErr w:type="spellStart"/>
      <w:r w:rsidR="00E36B64" w:rsidRPr="00B24CDD">
        <w:rPr>
          <w:rFonts w:ascii="Calibri" w:hAnsi="Calibri" w:cs="Calibri"/>
        </w:rPr>
        <w:t>pracę</w:t>
      </w:r>
      <w:proofErr w:type="spellEnd"/>
      <w:r w:rsidR="00E36B64" w:rsidRPr="00B24CDD">
        <w:rPr>
          <w:rFonts w:ascii="Calibri" w:hAnsi="Calibri" w:cs="Calibri"/>
        </w:rPr>
        <w:t xml:space="preserve"> </w:t>
      </w:r>
    </w:p>
    <w:p w:rsidR="001A34D5" w:rsidRPr="00B24CDD" w:rsidRDefault="0013634D" w:rsidP="00650393">
      <w:pPr>
        <w:spacing w:after="100"/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Okres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: </w:t>
      </w:r>
      <w:proofErr w:type="spellStart"/>
      <w:r w:rsidR="00423E01" w:rsidRPr="00B24CDD">
        <w:rPr>
          <w:rFonts w:ascii="Calibri" w:hAnsi="Calibri" w:cs="Calibri"/>
        </w:rPr>
        <w:t>na</w:t>
      </w:r>
      <w:proofErr w:type="spellEnd"/>
      <w:r w:rsidR="00423E01" w:rsidRPr="00B24CDD">
        <w:rPr>
          <w:rFonts w:ascii="Calibri" w:hAnsi="Calibri" w:cs="Calibri"/>
        </w:rPr>
        <w:t xml:space="preserve"> </w:t>
      </w:r>
      <w:proofErr w:type="spellStart"/>
      <w:r w:rsidR="00423E01" w:rsidRPr="00B24CDD">
        <w:rPr>
          <w:rFonts w:ascii="Calibri" w:hAnsi="Calibri" w:cs="Calibri"/>
        </w:rPr>
        <w:t>czas</w:t>
      </w:r>
      <w:proofErr w:type="spellEnd"/>
      <w:r w:rsidR="00423E01" w:rsidRPr="00B24CDD">
        <w:rPr>
          <w:rFonts w:ascii="Calibri" w:hAnsi="Calibri" w:cs="Calibri"/>
        </w:rPr>
        <w:t xml:space="preserve"> </w:t>
      </w:r>
      <w:proofErr w:type="spellStart"/>
      <w:r w:rsidR="00423E01" w:rsidRPr="00B24CDD">
        <w:rPr>
          <w:rFonts w:ascii="Calibri" w:hAnsi="Calibri" w:cs="Calibri"/>
        </w:rPr>
        <w:t>określony</w:t>
      </w:r>
      <w:proofErr w:type="spellEnd"/>
      <w:r w:rsidR="00423E01" w:rsidRPr="00B24CDD">
        <w:rPr>
          <w:rFonts w:ascii="Calibri" w:hAnsi="Calibri" w:cs="Calibri"/>
        </w:rPr>
        <w:t xml:space="preserve">, </w:t>
      </w:r>
      <w:proofErr w:type="spellStart"/>
      <w:r w:rsidR="00423E01" w:rsidRPr="00B24CDD">
        <w:rPr>
          <w:rFonts w:ascii="Calibri" w:hAnsi="Calibri" w:cs="Calibri"/>
        </w:rPr>
        <w:t>zastępstwo</w:t>
      </w:r>
      <w:proofErr w:type="spellEnd"/>
    </w:p>
    <w:p w:rsidR="001A34D5" w:rsidRPr="00B24CDD" w:rsidRDefault="0013634D" w:rsidP="00650393">
      <w:pPr>
        <w:spacing w:after="100"/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Przewidywana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podstawa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>:</w:t>
      </w:r>
      <w:r w:rsidR="008A06C6" w:rsidRPr="00B24CDD">
        <w:rPr>
          <w:rFonts w:ascii="Calibri" w:hAnsi="Calibri" w:cs="Calibri"/>
        </w:rPr>
        <w:t xml:space="preserve"> </w:t>
      </w:r>
      <w:proofErr w:type="spellStart"/>
      <w:r w:rsidR="008A06C6" w:rsidRPr="00B24CDD">
        <w:rPr>
          <w:rFonts w:ascii="Calibri" w:hAnsi="Calibri" w:cs="Calibri"/>
        </w:rPr>
        <w:t>umowa</w:t>
      </w:r>
      <w:proofErr w:type="spellEnd"/>
      <w:r w:rsidR="008A06C6" w:rsidRPr="00B24CDD">
        <w:rPr>
          <w:rFonts w:ascii="Calibri" w:hAnsi="Calibri" w:cs="Calibri"/>
        </w:rPr>
        <w:t xml:space="preserve"> o </w:t>
      </w:r>
      <w:proofErr w:type="spellStart"/>
      <w:r w:rsidR="008A06C6" w:rsidRPr="00B24CDD">
        <w:rPr>
          <w:rFonts w:ascii="Calibri" w:hAnsi="Calibri" w:cs="Calibri"/>
        </w:rPr>
        <w:t>pracę</w:t>
      </w:r>
      <w:proofErr w:type="spellEnd"/>
      <w:r w:rsidR="008A06C6" w:rsidRPr="00B24CDD">
        <w:rPr>
          <w:rFonts w:ascii="Calibri" w:hAnsi="Calibri" w:cs="Calibri"/>
        </w:rPr>
        <w:t xml:space="preserve"> </w:t>
      </w:r>
      <w:proofErr w:type="spellStart"/>
      <w:r w:rsidR="0091330C" w:rsidRPr="00B24CDD">
        <w:rPr>
          <w:rFonts w:ascii="Calibri" w:hAnsi="Calibri" w:cs="Calibri"/>
        </w:rPr>
        <w:t>na</w:t>
      </w:r>
      <w:proofErr w:type="spellEnd"/>
      <w:r w:rsidR="0091330C" w:rsidRPr="00B24CDD">
        <w:rPr>
          <w:rFonts w:ascii="Calibri" w:hAnsi="Calibri" w:cs="Calibri"/>
        </w:rPr>
        <w:t xml:space="preserve"> </w:t>
      </w:r>
      <w:proofErr w:type="spellStart"/>
      <w:r w:rsidR="0091330C" w:rsidRPr="00B24CDD">
        <w:rPr>
          <w:rFonts w:ascii="Calibri" w:hAnsi="Calibri" w:cs="Calibri"/>
        </w:rPr>
        <w:t>podstawie</w:t>
      </w:r>
      <w:proofErr w:type="spellEnd"/>
      <w:r w:rsidR="0091330C" w:rsidRPr="00B24CDD">
        <w:rPr>
          <w:rFonts w:ascii="Calibri" w:hAnsi="Calibri" w:cs="Calibri"/>
        </w:rPr>
        <w:t xml:space="preserve"> </w:t>
      </w:r>
      <w:proofErr w:type="spellStart"/>
      <w:r w:rsidR="0091330C" w:rsidRPr="00B24CDD">
        <w:rPr>
          <w:rFonts w:ascii="Calibri" w:hAnsi="Calibri" w:cs="Calibri"/>
        </w:rPr>
        <w:t>Karty</w:t>
      </w:r>
      <w:proofErr w:type="spellEnd"/>
      <w:r w:rsidR="0091330C" w:rsidRPr="00B24CDD">
        <w:rPr>
          <w:rFonts w:ascii="Calibri" w:hAnsi="Calibri" w:cs="Calibri"/>
        </w:rPr>
        <w:t xml:space="preserve"> </w:t>
      </w:r>
      <w:proofErr w:type="spellStart"/>
      <w:r w:rsidR="0091330C" w:rsidRPr="00B24CDD">
        <w:rPr>
          <w:rFonts w:ascii="Calibri" w:hAnsi="Calibri" w:cs="Calibri"/>
        </w:rPr>
        <w:t>Nauczyc</w:t>
      </w:r>
      <w:r w:rsidR="00423E01" w:rsidRPr="00B24CDD">
        <w:rPr>
          <w:rFonts w:ascii="Calibri" w:hAnsi="Calibri" w:cs="Calibri"/>
        </w:rPr>
        <w:t>iela</w:t>
      </w:r>
      <w:proofErr w:type="spellEnd"/>
      <w:r w:rsidR="00423E01" w:rsidRPr="00B24CDD">
        <w:rPr>
          <w:rFonts w:ascii="Calibri" w:hAnsi="Calibri" w:cs="Calibri"/>
        </w:rPr>
        <w:t xml:space="preserve"> </w:t>
      </w:r>
    </w:p>
    <w:p w:rsidR="008F1AA5" w:rsidRPr="00B24CDD" w:rsidRDefault="0013634D" w:rsidP="00650393">
      <w:pPr>
        <w:spacing w:after="100"/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  <w:b/>
        </w:rPr>
        <w:t>Wymagania</w:t>
      </w:r>
      <w:proofErr w:type="spellEnd"/>
      <w:r w:rsidRPr="00B24CDD">
        <w:rPr>
          <w:rFonts w:ascii="Calibri" w:hAnsi="Calibri" w:cs="Calibri"/>
          <w:b/>
        </w:rPr>
        <w:t xml:space="preserve"> </w:t>
      </w:r>
      <w:proofErr w:type="spellStart"/>
      <w:r w:rsidRPr="00B24CDD">
        <w:rPr>
          <w:rFonts w:ascii="Calibri" w:hAnsi="Calibri" w:cs="Calibri"/>
          <w:b/>
        </w:rPr>
        <w:t>kwalifikacyjne</w:t>
      </w:r>
      <w:proofErr w:type="spellEnd"/>
      <w:r w:rsidRPr="00B24CDD">
        <w:rPr>
          <w:rFonts w:ascii="Calibri" w:hAnsi="Calibri" w:cs="Calibri"/>
          <w:b/>
        </w:rPr>
        <w:t>:</w:t>
      </w:r>
      <w:r w:rsidRPr="00B24CDD">
        <w:rPr>
          <w:rFonts w:ascii="Calibri" w:hAnsi="Calibri" w:cs="Calibri"/>
        </w:rPr>
        <w:t xml:space="preserve"> </w:t>
      </w:r>
    </w:p>
    <w:p w:rsidR="008D2740" w:rsidRPr="00B24CDD" w:rsidRDefault="00BB329C" w:rsidP="00650393">
      <w:pPr>
        <w:pStyle w:val="Akapitzlist"/>
        <w:numPr>
          <w:ilvl w:val="0"/>
          <w:numId w:val="15"/>
        </w:numPr>
        <w:spacing w:after="100"/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kwalifikacji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nauczania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historii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sztuki</w:t>
      </w:r>
      <w:proofErr w:type="spellEnd"/>
      <w:r w:rsidR="00E61EBF" w:rsidRPr="00B24CDD">
        <w:rPr>
          <w:rFonts w:ascii="Calibri" w:hAnsi="Calibri" w:cs="Calibri"/>
        </w:rPr>
        <w:t xml:space="preserve"> w </w:t>
      </w:r>
      <w:r w:rsidR="006269E4">
        <w:rPr>
          <w:rFonts w:ascii="Calibri" w:hAnsi="Calibri" w:cs="Calibri"/>
        </w:rPr>
        <w:t xml:space="preserve">lyceum </w:t>
      </w:r>
      <w:proofErr w:type="spellStart"/>
      <w:r w:rsidR="006269E4">
        <w:rPr>
          <w:rFonts w:ascii="Calibri" w:hAnsi="Calibri" w:cs="Calibri"/>
        </w:rPr>
        <w:t>plastycznym</w:t>
      </w:r>
      <w:proofErr w:type="spellEnd"/>
      <w:r w:rsidR="00E61EBF" w:rsidRPr="00B24CDD">
        <w:rPr>
          <w:rFonts w:ascii="Calibri" w:hAnsi="Calibri" w:cs="Calibri"/>
        </w:rPr>
        <w:t xml:space="preserve"> </w:t>
      </w:r>
      <w:proofErr w:type="spellStart"/>
      <w:r w:rsidR="00E61EBF" w:rsidRPr="00B24CDD">
        <w:rPr>
          <w:rFonts w:ascii="Calibri" w:hAnsi="Calibri" w:cs="Calibri"/>
        </w:rPr>
        <w:t>zgodnie</w:t>
      </w:r>
      <w:proofErr w:type="spellEnd"/>
      <w:r w:rsidR="00E61EBF" w:rsidRPr="00B24CDD">
        <w:rPr>
          <w:rFonts w:ascii="Calibri" w:hAnsi="Calibri" w:cs="Calibri"/>
        </w:rPr>
        <w:t xml:space="preserve"> z </w:t>
      </w:r>
      <w:proofErr w:type="spellStart"/>
      <w:r w:rsidRPr="00B24CDD">
        <w:rPr>
          <w:rFonts w:ascii="Calibri" w:hAnsi="Calibri" w:cs="Calibri"/>
        </w:rPr>
        <w:t>obowiązującymi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przepisami</w:t>
      </w:r>
      <w:proofErr w:type="spellEnd"/>
      <w:r w:rsidRPr="00B24CDD">
        <w:rPr>
          <w:rFonts w:ascii="Calibri" w:hAnsi="Calibri" w:cs="Calibri"/>
        </w:rPr>
        <w:t xml:space="preserve">. </w:t>
      </w:r>
      <w:r w:rsidRPr="00B24CDD">
        <w:rPr>
          <w:rFonts w:ascii="Calibri" w:hAnsi="Calibri" w:cs="Calibri"/>
          <w:lang w:val="pl-PL"/>
        </w:rPr>
        <w:t xml:space="preserve">Podstawą prawną jest </w:t>
      </w:r>
      <w:r w:rsidR="008D2740" w:rsidRPr="00B24CDD">
        <w:rPr>
          <w:rFonts w:ascii="Calibri" w:hAnsi="Calibri" w:cs="Calibri"/>
          <w:lang w:val="pl-PL"/>
        </w:rPr>
        <w:t>m.in.</w:t>
      </w:r>
      <w:r w:rsidRPr="00B24CDD">
        <w:rPr>
          <w:rFonts w:ascii="Calibri" w:hAnsi="Calibri" w:cs="Calibri"/>
          <w:lang w:val="pl-PL"/>
        </w:rPr>
        <w:t xml:space="preserve"> rozporządzenie Ministra Kultury, Dziedzictwa Narodowego i Sportu z 3 września 2021 r. w sprawie szczegółowych kwalifikacji wymaganych od nauczycieli szkół artystycznych i placówek artystycznych, z późniejszymi zmianami. </w:t>
      </w:r>
    </w:p>
    <w:p w:rsidR="008F1AA5" w:rsidRPr="00B24CDD" w:rsidRDefault="008F1AA5" w:rsidP="00650393">
      <w:pPr>
        <w:pStyle w:val="Akapitzlist"/>
        <w:numPr>
          <w:ilvl w:val="0"/>
          <w:numId w:val="15"/>
        </w:numPr>
        <w:spacing w:after="100"/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przygotowania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pedagogicznego</w:t>
      </w:r>
      <w:proofErr w:type="spellEnd"/>
      <w:r w:rsidRPr="00B24CDD">
        <w:rPr>
          <w:rFonts w:ascii="Calibri" w:hAnsi="Calibri" w:cs="Calibri"/>
        </w:rPr>
        <w:t>.</w:t>
      </w:r>
    </w:p>
    <w:p w:rsidR="008F1AA5" w:rsidRPr="00B24CDD" w:rsidRDefault="008F1AA5" w:rsidP="00650393">
      <w:pPr>
        <w:pStyle w:val="Akapitzlist"/>
        <w:numPr>
          <w:ilvl w:val="0"/>
          <w:numId w:val="15"/>
        </w:numPr>
        <w:spacing w:after="100"/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warunków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określonych</w:t>
      </w:r>
      <w:proofErr w:type="spellEnd"/>
      <w:r w:rsidRPr="00B24CDD">
        <w:rPr>
          <w:rFonts w:ascii="Calibri" w:hAnsi="Calibri" w:cs="Calibri"/>
        </w:rPr>
        <w:t xml:space="preserve"> w art. 9 </w:t>
      </w:r>
      <w:proofErr w:type="spellStart"/>
      <w:r w:rsidRPr="00B24CDD">
        <w:rPr>
          <w:rFonts w:ascii="Calibri" w:hAnsi="Calibri" w:cs="Calibri"/>
        </w:rPr>
        <w:t>Karty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Nauczyciela</w:t>
      </w:r>
      <w:proofErr w:type="spellEnd"/>
      <w:r w:rsidRPr="00B24CDD">
        <w:rPr>
          <w:rFonts w:ascii="Calibri" w:hAnsi="Calibri" w:cs="Calibri"/>
        </w:rPr>
        <w:t xml:space="preserve">, w </w:t>
      </w:r>
      <w:proofErr w:type="spellStart"/>
      <w:r w:rsidRPr="00B24CDD">
        <w:rPr>
          <w:rFonts w:ascii="Calibri" w:hAnsi="Calibri" w:cs="Calibri"/>
        </w:rPr>
        <w:t>tym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warunków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wykształcenia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przygotowania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pedagogicznego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zakresie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wskazanym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przepisach</w:t>
      </w:r>
      <w:proofErr w:type="spellEnd"/>
      <w:r w:rsidRPr="00B24CDD">
        <w:rPr>
          <w:rFonts w:ascii="Calibri" w:hAnsi="Calibri" w:cs="Calibri"/>
        </w:rPr>
        <w:t>.</w:t>
      </w:r>
    </w:p>
    <w:p w:rsidR="008F1AA5" w:rsidRPr="00B24CDD" w:rsidRDefault="008F1AA5" w:rsidP="00650393">
      <w:pPr>
        <w:pStyle w:val="Akapitzlist"/>
        <w:numPr>
          <w:ilvl w:val="0"/>
          <w:numId w:val="15"/>
        </w:numPr>
        <w:spacing w:after="100"/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wymagań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oraz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dopuszczenia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małoletnimi</w:t>
      </w:r>
      <w:proofErr w:type="spellEnd"/>
      <w:r w:rsidRPr="00B24CDD">
        <w:rPr>
          <w:rFonts w:ascii="Calibri" w:hAnsi="Calibri" w:cs="Calibri"/>
        </w:rPr>
        <w:t xml:space="preserve">, w </w:t>
      </w:r>
      <w:proofErr w:type="spellStart"/>
      <w:r w:rsidRPr="00B24CDD">
        <w:rPr>
          <w:rFonts w:ascii="Calibri" w:hAnsi="Calibri" w:cs="Calibri"/>
        </w:rPr>
        <w:t>tym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obowiązków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weryfikacyjnych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wynikających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przepisów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ochronie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małoletnich</w:t>
      </w:r>
      <w:proofErr w:type="spellEnd"/>
      <w:r w:rsidRPr="00B24CDD">
        <w:rPr>
          <w:rFonts w:ascii="Calibri" w:hAnsi="Calibri" w:cs="Calibri"/>
        </w:rPr>
        <w:t>.</w:t>
      </w:r>
    </w:p>
    <w:p w:rsidR="008F1AA5" w:rsidRPr="00B24CDD" w:rsidRDefault="008F1AA5" w:rsidP="00650393">
      <w:pPr>
        <w:pStyle w:val="Akapitzlist"/>
        <w:numPr>
          <w:ilvl w:val="0"/>
          <w:numId w:val="15"/>
        </w:numPr>
        <w:spacing w:after="100"/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zdrowia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umożliwiającego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wykonywanie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nauczyciela</w:t>
      </w:r>
      <w:proofErr w:type="spellEnd"/>
      <w:r w:rsidR="00AD24ED" w:rsidRPr="00B24CDD">
        <w:rPr>
          <w:rFonts w:ascii="Calibri" w:hAnsi="Calibri" w:cs="Calibri"/>
        </w:rPr>
        <w:t>.</w:t>
      </w:r>
    </w:p>
    <w:p w:rsidR="005F3650" w:rsidRPr="00B24CDD" w:rsidRDefault="008D2740" w:rsidP="00650393">
      <w:pPr>
        <w:spacing w:after="100"/>
        <w:rPr>
          <w:rFonts w:ascii="Calibri" w:hAnsi="Calibri" w:cs="Calibri"/>
        </w:rPr>
      </w:pPr>
      <w:r w:rsidRPr="00B24CDD">
        <w:rPr>
          <w:rFonts w:ascii="Calibri" w:hAnsi="Calibri" w:cs="Calibri"/>
        </w:rPr>
        <w:br w:type="page"/>
      </w:r>
    </w:p>
    <w:p w:rsidR="007A7FE9" w:rsidRPr="00B24CDD" w:rsidRDefault="0013634D" w:rsidP="00650393">
      <w:pPr>
        <w:rPr>
          <w:rFonts w:ascii="Calibri" w:hAnsi="Calibri" w:cs="Calibri"/>
          <w:b/>
          <w:sz w:val="16"/>
          <w:szCs w:val="16"/>
        </w:rPr>
      </w:pPr>
      <w:r w:rsidRPr="00B24CDD">
        <w:rPr>
          <w:rFonts w:ascii="Calibri" w:hAnsi="Calibri" w:cs="Calibri"/>
          <w:b/>
          <w:sz w:val="16"/>
          <w:szCs w:val="16"/>
        </w:rPr>
        <w:lastRenderedPageBreak/>
        <w:t xml:space="preserve">ZAŁĄCZNIK NR </w:t>
      </w:r>
      <w:r w:rsidR="00F67ED0" w:rsidRPr="00B24CDD">
        <w:rPr>
          <w:rFonts w:ascii="Calibri" w:hAnsi="Calibri" w:cs="Calibri"/>
          <w:b/>
          <w:sz w:val="16"/>
          <w:szCs w:val="16"/>
        </w:rPr>
        <w:t>3</w:t>
      </w:r>
    </w:p>
    <w:p w:rsidR="00AA61A1" w:rsidRPr="00B24CDD" w:rsidRDefault="00AA61A1" w:rsidP="00650393">
      <w:pPr>
        <w:rPr>
          <w:rFonts w:ascii="Calibri" w:hAnsi="Calibri" w:cs="Calibri"/>
          <w:b/>
        </w:rPr>
      </w:pPr>
    </w:p>
    <w:p w:rsidR="00AA61A1" w:rsidRPr="00B24CDD" w:rsidRDefault="00AA61A1" w:rsidP="00650393">
      <w:pPr>
        <w:rPr>
          <w:rFonts w:ascii="Calibri" w:hAnsi="Calibri" w:cs="Calibri"/>
          <w:b/>
        </w:rPr>
      </w:pPr>
    </w:p>
    <w:p w:rsidR="00AA61A1" w:rsidRPr="00B24CDD" w:rsidRDefault="00AA61A1" w:rsidP="00650393">
      <w:pPr>
        <w:rPr>
          <w:rFonts w:ascii="Calibri" w:hAnsi="Calibri" w:cs="Calibri"/>
          <w:b/>
        </w:rPr>
      </w:pPr>
    </w:p>
    <w:p w:rsidR="00AA61A1" w:rsidRPr="00B24CDD" w:rsidRDefault="00AA61A1" w:rsidP="00650393">
      <w:pPr>
        <w:rPr>
          <w:rFonts w:ascii="Calibri" w:hAnsi="Calibri" w:cs="Calibri"/>
          <w:b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>OŚWIADCZENIE KANDYDATA O NIEKARALNOŚCI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Ja, niżej podpisany/a ....................................................................................,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ubiegający/a się o zatrudnienie na stanowisku ................................................................,</w:t>
      </w:r>
    </w:p>
    <w:p w:rsidR="00272BE0" w:rsidRPr="00B24CDD" w:rsidRDefault="00272BE0" w:rsidP="00650393">
      <w:p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Świadomy/a skutków i odpowiedzialności karnej podania nieprawdy lub zatajenia prawdy oświadczam, że:</w:t>
      </w:r>
    </w:p>
    <w:p w:rsidR="00272BE0" w:rsidRPr="00B24CDD" w:rsidRDefault="00272BE0" w:rsidP="00650393">
      <w:p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 xml:space="preserve">- nie toczy się przeciwko mnie postępowanie karne, dyscyplinarne i o ubezwłasnowolnienie,  </w:t>
      </w:r>
    </w:p>
    <w:p w:rsidR="00272BE0" w:rsidRPr="00B24CDD" w:rsidRDefault="00272BE0" w:rsidP="00650393">
      <w:p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-nie byłem/</w:t>
      </w:r>
      <w:proofErr w:type="spellStart"/>
      <w:r w:rsidRPr="00B24CDD">
        <w:rPr>
          <w:rFonts w:ascii="Calibri" w:hAnsi="Calibri" w:cs="Calibri"/>
          <w:lang w:val="pl-PL"/>
        </w:rPr>
        <w:t>am</w:t>
      </w:r>
      <w:proofErr w:type="spellEnd"/>
      <w:r w:rsidRPr="00B24CDD">
        <w:rPr>
          <w:rFonts w:ascii="Calibri" w:hAnsi="Calibri" w:cs="Calibri"/>
          <w:lang w:val="pl-PL"/>
        </w:rPr>
        <w:t xml:space="preserve"> karany/a za p</w:t>
      </w:r>
      <w:r w:rsidR="00572FCA" w:rsidRPr="00B24CDD">
        <w:rPr>
          <w:rFonts w:ascii="Calibri" w:hAnsi="Calibri" w:cs="Calibri"/>
          <w:lang w:val="pl-PL"/>
        </w:rPr>
        <w:t>rzestępstwa popełnione umyślnie,</w:t>
      </w:r>
    </w:p>
    <w:p w:rsidR="00272BE0" w:rsidRPr="00B24CDD" w:rsidRDefault="00A23078" w:rsidP="00650393">
      <w:p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- nie figuruję w bazie danych Rejestru Sprawców Przestępstw n</w:t>
      </w:r>
      <w:r w:rsidR="00572FCA" w:rsidRPr="00B24CDD">
        <w:rPr>
          <w:rFonts w:ascii="Calibri" w:hAnsi="Calibri" w:cs="Calibri"/>
          <w:lang w:val="pl-PL"/>
        </w:rPr>
        <w:t xml:space="preserve">a Tle Seksualnym. </w:t>
      </w:r>
    </w:p>
    <w:p w:rsidR="00572FCA" w:rsidRPr="00B24CDD" w:rsidRDefault="00572FCA" w:rsidP="00650393">
      <w:pPr>
        <w:rPr>
          <w:rFonts w:ascii="Calibri" w:hAnsi="Calibri" w:cs="Calibri"/>
          <w:lang w:val="pl-PL"/>
        </w:rPr>
      </w:pPr>
    </w:p>
    <w:p w:rsidR="00572FCA" w:rsidRPr="00B24CDD" w:rsidRDefault="00572FCA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Miejscowość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data: 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proofErr w:type="spellStart"/>
      <w:r w:rsidRPr="00B24CDD">
        <w:rPr>
          <w:rFonts w:ascii="Calibri" w:hAnsi="Calibri" w:cs="Calibri"/>
        </w:rPr>
        <w:t>Podpis</w:t>
      </w:r>
      <w:proofErr w:type="spellEnd"/>
      <w:r w:rsidRPr="00B24CDD">
        <w:rPr>
          <w:rFonts w:ascii="Calibri" w:hAnsi="Calibri" w:cs="Calibri"/>
        </w:rPr>
        <w:t>: ........................................</w:t>
      </w:r>
    </w:p>
    <w:p w:rsidR="001A34D5" w:rsidRPr="00B24CDD" w:rsidRDefault="001A34D5" w:rsidP="00650393">
      <w:pPr>
        <w:rPr>
          <w:rFonts w:ascii="Calibri" w:hAnsi="Calibri" w:cs="Calibri"/>
        </w:rPr>
      </w:pPr>
    </w:p>
    <w:p w:rsidR="005F3650" w:rsidRPr="00B24CDD" w:rsidRDefault="005F3650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br w:type="page"/>
      </w:r>
    </w:p>
    <w:p w:rsidR="001A34D5" w:rsidRPr="00B24CDD" w:rsidRDefault="0013634D" w:rsidP="00650393">
      <w:pPr>
        <w:rPr>
          <w:rFonts w:ascii="Calibri" w:hAnsi="Calibri" w:cs="Calibri"/>
          <w:sz w:val="16"/>
          <w:szCs w:val="16"/>
        </w:rPr>
      </w:pPr>
      <w:r w:rsidRPr="00B24CDD">
        <w:rPr>
          <w:rFonts w:ascii="Calibri" w:hAnsi="Calibri" w:cs="Calibri"/>
          <w:b/>
          <w:sz w:val="16"/>
          <w:szCs w:val="16"/>
        </w:rPr>
        <w:lastRenderedPageBreak/>
        <w:t xml:space="preserve">ZAŁĄCZNIK NR </w:t>
      </w:r>
      <w:r w:rsidR="00F67ED0" w:rsidRPr="00B24CDD">
        <w:rPr>
          <w:rFonts w:ascii="Calibri" w:hAnsi="Calibri" w:cs="Calibri"/>
          <w:b/>
          <w:sz w:val="16"/>
          <w:szCs w:val="16"/>
        </w:rPr>
        <w:t>4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  <w:sz w:val="24"/>
        </w:rPr>
        <w:t>KWESTIONARIUSZ OSOB</w:t>
      </w:r>
      <w:r w:rsidR="00CE2239" w:rsidRPr="00B24CDD">
        <w:rPr>
          <w:rFonts w:ascii="Calibri" w:hAnsi="Calibri" w:cs="Calibri"/>
          <w:b/>
          <w:sz w:val="24"/>
        </w:rPr>
        <w:t>OWY DLA OSOBY UBIEGAJĄCEJ SIĘ O </w:t>
      </w:r>
      <w:r w:rsidRPr="00B24CDD">
        <w:rPr>
          <w:rFonts w:ascii="Calibri" w:hAnsi="Calibri" w:cs="Calibri"/>
          <w:b/>
          <w:sz w:val="24"/>
        </w:rPr>
        <w:t>ZATRUDNIENIE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1. Imię (imiona) i nazwisko ..............................................................................................................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2. Data urodzenia ..............................................................................................................................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3. Dane kontaktowe...........................................................................................................................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4. Wykształcenie (gdy jest ono niezbędne do wykonywania pracy określonego rodzaju lub na   </w:t>
      </w:r>
      <w:r w:rsidRPr="00B24CDD">
        <w:rPr>
          <w:rFonts w:ascii="Calibri" w:hAnsi="Calibri" w:cs="Calibri"/>
        </w:rPr>
        <w:br/>
        <w:t xml:space="preserve">     określonym stanowisku)...............................................................................................................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………………………………………</w:t>
      </w:r>
      <w:r w:rsidR="00473AAE" w:rsidRPr="00B24CDD">
        <w:rPr>
          <w:rFonts w:ascii="Calibri" w:hAnsi="Calibri" w:cs="Calibri"/>
        </w:rPr>
        <w:t>……………………………………………………………………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5. Kwalifikacje zawodowe (gdy są one niezbędne do wykonywania pracy określonego rodzaju      </w:t>
      </w:r>
      <w:r w:rsidRPr="00B24CDD">
        <w:rPr>
          <w:rFonts w:ascii="Calibri" w:hAnsi="Calibri" w:cs="Calibri"/>
        </w:rPr>
        <w:br/>
        <w:t xml:space="preserve">    lub na określonym stanowisku).....................................................................................................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…………………………………………</w:t>
      </w:r>
      <w:r w:rsidR="00473AAE" w:rsidRPr="00B24CDD">
        <w:rPr>
          <w:rFonts w:ascii="Calibri" w:hAnsi="Calibri" w:cs="Calibri"/>
        </w:rPr>
        <w:t>…………………………………………………………………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…………………………………………</w:t>
      </w:r>
      <w:r w:rsidR="00473AAE" w:rsidRPr="00B24CDD">
        <w:rPr>
          <w:rFonts w:ascii="Calibri" w:hAnsi="Calibri" w:cs="Calibri"/>
        </w:rPr>
        <w:t>…………………………………………………………………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6. Przebieg dotychczasowego zatrudnienia (gdy jest ono niezbędne do wykonywania pracy   </w:t>
      </w:r>
      <w:r w:rsidRPr="00B24CDD">
        <w:rPr>
          <w:rFonts w:ascii="Calibri" w:hAnsi="Calibri" w:cs="Calibri"/>
        </w:rPr>
        <w:br/>
        <w:t xml:space="preserve">    określonego rodzaju lub na określonym stanowisku)....................................................................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C01F3B" w:rsidRPr="00B24CDD" w:rsidRDefault="00C01F3B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lastRenderedPageBreak/>
        <w:t xml:space="preserve">7. Dodatkowe dane osobowe, jeżeli prawo lub obowiązek ich podania wynika z przepisów </w:t>
      </w:r>
      <w:r w:rsidRPr="00B24CDD">
        <w:rPr>
          <w:rFonts w:ascii="Calibri" w:hAnsi="Calibri" w:cs="Calibri"/>
        </w:rPr>
        <w:br/>
        <w:t xml:space="preserve">    szczególnych…………………</w:t>
      </w:r>
      <w:r w:rsidR="00473AAE" w:rsidRPr="00B24CDD">
        <w:rPr>
          <w:rFonts w:ascii="Calibri" w:hAnsi="Calibri" w:cs="Calibri"/>
        </w:rPr>
        <w:t>……………………………………………………………………………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........................................................................................................................................................</w:t>
      </w:r>
    </w:p>
    <w:p w:rsidR="001A34D5" w:rsidRPr="00B24CDD" w:rsidRDefault="001A34D5" w:rsidP="00650393">
      <w:pPr>
        <w:rPr>
          <w:rFonts w:ascii="Calibri" w:hAnsi="Calibri" w:cs="Calibri"/>
        </w:rPr>
      </w:pPr>
    </w:p>
    <w:p w:rsidR="001A34D5" w:rsidRPr="00B24CDD" w:rsidRDefault="001A34D5" w:rsidP="00650393">
      <w:pPr>
        <w:rPr>
          <w:rFonts w:ascii="Calibri" w:hAnsi="Calibri" w:cs="Calibri"/>
        </w:rPr>
      </w:pPr>
    </w:p>
    <w:p w:rsidR="001A34D5" w:rsidRPr="00B24CDD" w:rsidRDefault="001A34D5" w:rsidP="00650393">
      <w:pPr>
        <w:rPr>
          <w:rFonts w:ascii="Calibri" w:hAnsi="Calibri" w:cs="Calibri"/>
        </w:rPr>
      </w:pPr>
    </w:p>
    <w:p w:rsidR="001A34D5" w:rsidRPr="00B24CDD" w:rsidRDefault="001A34D5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                          </w:t>
      </w:r>
      <w:r w:rsidRPr="00B24CDD">
        <w:rPr>
          <w:rFonts w:ascii="Calibri" w:hAnsi="Calibri" w:cs="Calibri"/>
        </w:rPr>
        <w:br/>
        <w:t xml:space="preserve">  .........................................                                   ..........................................................................     </w:t>
      </w:r>
      <w:r w:rsidRPr="00B24CDD">
        <w:rPr>
          <w:rFonts w:ascii="Calibri" w:hAnsi="Calibri" w:cs="Calibri"/>
        </w:rPr>
        <w:br/>
        <w:t xml:space="preserve">        (miejscowość i data)                           </w:t>
      </w:r>
      <w:r w:rsidR="00F67ED0" w:rsidRPr="00B24CDD">
        <w:rPr>
          <w:rFonts w:ascii="Calibri" w:hAnsi="Calibri" w:cs="Calibri"/>
        </w:rPr>
        <w:t xml:space="preserve">           </w:t>
      </w:r>
      <w:r w:rsidRPr="00B24CDD">
        <w:rPr>
          <w:rFonts w:ascii="Calibri" w:hAnsi="Calibri" w:cs="Calibri"/>
        </w:rPr>
        <w:t xml:space="preserve"> (podpis osoby ubiegającej się o zatrudnienie)                                                                              </w:t>
      </w:r>
      <w:r w:rsidRPr="00B24CDD">
        <w:rPr>
          <w:rFonts w:ascii="Calibri" w:hAnsi="Calibri" w:cs="Calibri"/>
        </w:rPr>
        <w:br/>
        <w:t xml:space="preserve">        </w:t>
      </w:r>
    </w:p>
    <w:p w:rsidR="001A34D5" w:rsidRPr="00B24CDD" w:rsidRDefault="001A34D5" w:rsidP="00650393">
      <w:pPr>
        <w:rPr>
          <w:rFonts w:ascii="Calibri" w:hAnsi="Calibri" w:cs="Calibri"/>
        </w:rPr>
      </w:pP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i/>
          <w:sz w:val="18"/>
        </w:rPr>
        <w:t>Źródło wzoru: Ministerstwo Rodziny, Pracy i Polityki Społecznej – „Kwestionariusz osobowy dla osoby ubiegającej się o zatrudnienie”. Wzór stanowi załącznik pomocniczy i należy go stosować z uwzględnieniem aktualnego stanu prawnego.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br w:type="page"/>
      </w:r>
    </w:p>
    <w:p w:rsidR="00FD393C" w:rsidRPr="00B24CDD" w:rsidRDefault="0013634D" w:rsidP="00650393">
      <w:pPr>
        <w:rPr>
          <w:rFonts w:ascii="Calibri" w:hAnsi="Calibri" w:cs="Calibri"/>
          <w:b/>
          <w:sz w:val="16"/>
          <w:szCs w:val="16"/>
        </w:rPr>
      </w:pPr>
      <w:r w:rsidRPr="00B24CDD">
        <w:rPr>
          <w:rFonts w:ascii="Calibri" w:hAnsi="Calibri" w:cs="Calibri"/>
          <w:b/>
          <w:sz w:val="16"/>
          <w:szCs w:val="16"/>
        </w:rPr>
        <w:lastRenderedPageBreak/>
        <w:t xml:space="preserve">ZAŁĄCZNIK NR </w:t>
      </w:r>
      <w:r w:rsidR="00A66367" w:rsidRPr="00B24CDD">
        <w:rPr>
          <w:rFonts w:ascii="Calibri" w:hAnsi="Calibri" w:cs="Calibri"/>
          <w:b/>
          <w:sz w:val="16"/>
          <w:szCs w:val="16"/>
        </w:rPr>
        <w:t>6</w:t>
      </w:r>
    </w:p>
    <w:p w:rsidR="001A34D5" w:rsidRPr="00B24CDD" w:rsidRDefault="008E0CE9" w:rsidP="00650393">
      <w:pPr>
        <w:rPr>
          <w:rFonts w:ascii="Calibri" w:hAnsi="Calibri" w:cs="Calibri"/>
          <w:b/>
          <w:sz w:val="26"/>
        </w:rPr>
      </w:pPr>
      <w:r w:rsidRPr="00B24CDD">
        <w:rPr>
          <w:rFonts w:ascii="Calibri" w:hAnsi="Calibri" w:cs="Calibri"/>
          <w:b/>
          <w:sz w:val="26"/>
        </w:rPr>
        <w:t>OPIS</w:t>
      </w:r>
      <w:r w:rsidR="0013634D" w:rsidRPr="00B24CDD">
        <w:rPr>
          <w:rFonts w:ascii="Calibri" w:hAnsi="Calibri" w:cs="Calibri"/>
          <w:b/>
          <w:sz w:val="26"/>
        </w:rPr>
        <w:t xml:space="preserve"> STANOWISKA PRACY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>A. Informacje podstawowe</w:t>
      </w:r>
    </w:p>
    <w:p w:rsidR="001A34D5" w:rsidRPr="00B24CDD" w:rsidRDefault="0013634D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 xml:space="preserve">1. </w:t>
      </w:r>
      <w:proofErr w:type="spellStart"/>
      <w:r w:rsidRPr="00B24CDD">
        <w:rPr>
          <w:rFonts w:ascii="Calibri" w:hAnsi="Calibri" w:cs="Calibri"/>
        </w:rPr>
        <w:t>Nazwa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stanowiska</w:t>
      </w:r>
      <w:proofErr w:type="spellEnd"/>
      <w:r w:rsidRPr="00B24CDD">
        <w:rPr>
          <w:rFonts w:ascii="Calibri" w:hAnsi="Calibri" w:cs="Calibri"/>
        </w:rPr>
        <w:t>:</w:t>
      </w:r>
      <w:r w:rsidR="005B77BC" w:rsidRPr="00B24CDD">
        <w:rPr>
          <w:rFonts w:ascii="Calibri" w:hAnsi="Calibri" w:cs="Calibri"/>
        </w:rPr>
        <w:t xml:space="preserve"> </w:t>
      </w:r>
      <w:proofErr w:type="spellStart"/>
      <w:r w:rsidR="005B77BC" w:rsidRPr="00B24CDD">
        <w:rPr>
          <w:rFonts w:ascii="Calibri" w:hAnsi="Calibri" w:cs="Calibri"/>
        </w:rPr>
        <w:t>nauczyciel</w:t>
      </w:r>
      <w:proofErr w:type="spellEnd"/>
      <w:r w:rsidR="005B77BC" w:rsidRPr="00B24CDD">
        <w:rPr>
          <w:rFonts w:ascii="Calibri" w:hAnsi="Calibri" w:cs="Calibri"/>
        </w:rPr>
        <w:t xml:space="preserve"> </w:t>
      </w:r>
      <w:proofErr w:type="spellStart"/>
      <w:r w:rsidR="005B77BC" w:rsidRPr="00B24CDD">
        <w:rPr>
          <w:rFonts w:ascii="Calibri" w:hAnsi="Calibri" w:cs="Calibri"/>
        </w:rPr>
        <w:t>historii</w:t>
      </w:r>
      <w:proofErr w:type="spellEnd"/>
      <w:r w:rsidR="005B77BC" w:rsidRPr="00B24CDD">
        <w:rPr>
          <w:rFonts w:ascii="Calibri" w:hAnsi="Calibri" w:cs="Calibri"/>
        </w:rPr>
        <w:t xml:space="preserve"> </w:t>
      </w:r>
      <w:proofErr w:type="spellStart"/>
      <w:r w:rsidR="005B77BC" w:rsidRPr="00B24CDD">
        <w:rPr>
          <w:rFonts w:ascii="Calibri" w:hAnsi="Calibri" w:cs="Calibri"/>
        </w:rPr>
        <w:t>sztuki</w:t>
      </w:r>
      <w:proofErr w:type="spellEnd"/>
    </w:p>
    <w:p w:rsidR="00D916CF" w:rsidRDefault="00D4319F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2</w:t>
      </w:r>
      <w:r w:rsidR="0013634D" w:rsidRPr="00B24CDD">
        <w:rPr>
          <w:rFonts w:ascii="Calibri" w:hAnsi="Calibri" w:cs="Calibri"/>
        </w:rPr>
        <w:t xml:space="preserve">. </w:t>
      </w:r>
      <w:proofErr w:type="spellStart"/>
      <w:r w:rsidR="0013634D" w:rsidRPr="00B24CDD">
        <w:rPr>
          <w:rFonts w:ascii="Calibri" w:hAnsi="Calibri" w:cs="Calibri"/>
        </w:rPr>
        <w:t>Miejsce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wykonywania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pracy</w:t>
      </w:r>
      <w:proofErr w:type="spellEnd"/>
      <w:r w:rsidR="0013634D" w:rsidRPr="00B24CDD">
        <w:rPr>
          <w:rFonts w:ascii="Calibri" w:hAnsi="Calibri" w:cs="Calibri"/>
        </w:rPr>
        <w:t xml:space="preserve">: </w:t>
      </w:r>
      <w:proofErr w:type="spellStart"/>
      <w:r w:rsidR="00707E3F" w:rsidRPr="00B24CDD">
        <w:rPr>
          <w:rFonts w:ascii="Calibri" w:hAnsi="Calibri" w:cs="Calibri"/>
        </w:rPr>
        <w:t>Państwowe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Liceum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Sztuk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Plastycznych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im</w:t>
      </w:r>
      <w:proofErr w:type="spellEnd"/>
      <w:r w:rsidR="00707E3F" w:rsidRPr="00B24CDD">
        <w:rPr>
          <w:rFonts w:ascii="Calibri" w:hAnsi="Calibri" w:cs="Calibri"/>
        </w:rPr>
        <w:t xml:space="preserve">. </w:t>
      </w:r>
      <w:proofErr w:type="spellStart"/>
      <w:r w:rsidR="00707E3F" w:rsidRPr="00B24CDD">
        <w:rPr>
          <w:rFonts w:ascii="Calibri" w:hAnsi="Calibri" w:cs="Calibri"/>
        </w:rPr>
        <w:t>Jóżefa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CHełmońśkiego</w:t>
      </w:r>
      <w:proofErr w:type="spellEnd"/>
      <w:r w:rsidR="00707E3F" w:rsidRPr="00B24CDD">
        <w:rPr>
          <w:rFonts w:ascii="Calibri" w:hAnsi="Calibri" w:cs="Calibri"/>
        </w:rPr>
        <w:t xml:space="preserve"> w </w:t>
      </w:r>
      <w:proofErr w:type="spellStart"/>
      <w:r w:rsidR="00707E3F" w:rsidRPr="00B24CDD">
        <w:rPr>
          <w:rFonts w:ascii="Calibri" w:hAnsi="Calibri" w:cs="Calibri"/>
        </w:rPr>
        <w:t>Nałęczowie</w:t>
      </w:r>
      <w:proofErr w:type="spellEnd"/>
      <w:r w:rsidR="00707E3F" w:rsidRPr="00B24CDD">
        <w:rPr>
          <w:rFonts w:ascii="Calibri" w:hAnsi="Calibri" w:cs="Calibri"/>
        </w:rPr>
        <w:t xml:space="preserve">, al. </w:t>
      </w:r>
      <w:proofErr w:type="spellStart"/>
      <w:r w:rsidR="00707E3F" w:rsidRPr="00B24CDD">
        <w:rPr>
          <w:rFonts w:ascii="Calibri" w:hAnsi="Calibri" w:cs="Calibri"/>
        </w:rPr>
        <w:t>Lipowa</w:t>
      </w:r>
      <w:proofErr w:type="spellEnd"/>
      <w:r w:rsidR="00707E3F" w:rsidRPr="00B24CDD">
        <w:rPr>
          <w:rFonts w:ascii="Calibri" w:hAnsi="Calibri" w:cs="Calibri"/>
        </w:rPr>
        <w:t xml:space="preserve"> 30, 24-150 </w:t>
      </w:r>
      <w:proofErr w:type="spellStart"/>
      <w:r w:rsidR="00707E3F" w:rsidRPr="00B24CDD">
        <w:rPr>
          <w:rFonts w:ascii="Calibri" w:hAnsi="Calibri" w:cs="Calibri"/>
        </w:rPr>
        <w:t>Nałeczów</w:t>
      </w:r>
      <w:proofErr w:type="spellEnd"/>
      <w:r w:rsidR="00707E3F" w:rsidRPr="00B24CDD">
        <w:rPr>
          <w:rFonts w:ascii="Calibri" w:hAnsi="Calibri" w:cs="Calibri"/>
        </w:rPr>
        <w:t xml:space="preserve">, Willa </w:t>
      </w:r>
      <w:proofErr w:type="spellStart"/>
      <w:r w:rsidR="00707E3F" w:rsidRPr="00B24CDD">
        <w:rPr>
          <w:rFonts w:ascii="Calibri" w:hAnsi="Calibri" w:cs="Calibri"/>
        </w:rPr>
        <w:t>Marjanówka</w:t>
      </w:r>
      <w:proofErr w:type="spellEnd"/>
      <w:r w:rsidR="00707E3F" w:rsidRPr="00B24CDD">
        <w:rPr>
          <w:rFonts w:ascii="Calibri" w:hAnsi="Calibri" w:cs="Calibri"/>
        </w:rPr>
        <w:t xml:space="preserve">, </w:t>
      </w:r>
      <w:proofErr w:type="spellStart"/>
      <w:r w:rsidR="00707E3F" w:rsidRPr="00B24CDD">
        <w:rPr>
          <w:rFonts w:ascii="Calibri" w:hAnsi="Calibri" w:cs="Calibri"/>
        </w:rPr>
        <w:t>ul</w:t>
      </w:r>
      <w:proofErr w:type="spellEnd"/>
      <w:r w:rsidR="00707E3F" w:rsidRPr="00B24CDD">
        <w:rPr>
          <w:rFonts w:ascii="Calibri" w:hAnsi="Calibri" w:cs="Calibri"/>
        </w:rPr>
        <w:t xml:space="preserve">. </w:t>
      </w:r>
      <w:proofErr w:type="spellStart"/>
      <w:r w:rsidR="00707E3F" w:rsidRPr="00B24CDD">
        <w:rPr>
          <w:rFonts w:ascii="Calibri" w:hAnsi="Calibri" w:cs="Calibri"/>
        </w:rPr>
        <w:t>Poniatowkiego</w:t>
      </w:r>
      <w:proofErr w:type="spellEnd"/>
      <w:r w:rsidR="00707E3F" w:rsidRPr="00B24CDD">
        <w:rPr>
          <w:rFonts w:ascii="Calibri" w:hAnsi="Calibri" w:cs="Calibri"/>
        </w:rPr>
        <w:t xml:space="preserve"> 27, 24-150 </w:t>
      </w:r>
      <w:proofErr w:type="spellStart"/>
      <w:r w:rsidR="00707E3F" w:rsidRPr="00B24CDD">
        <w:rPr>
          <w:rFonts w:ascii="Calibri" w:hAnsi="Calibri" w:cs="Calibri"/>
        </w:rPr>
        <w:t>Nałęczów</w:t>
      </w:r>
      <w:proofErr w:type="spellEnd"/>
    </w:p>
    <w:p w:rsidR="00D916CF" w:rsidRDefault="00D4319F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3</w:t>
      </w:r>
      <w:r w:rsidR="0013634D" w:rsidRPr="00B24CDD">
        <w:rPr>
          <w:rFonts w:ascii="Calibri" w:hAnsi="Calibri" w:cs="Calibri"/>
        </w:rPr>
        <w:t xml:space="preserve">. </w:t>
      </w:r>
      <w:proofErr w:type="spellStart"/>
      <w:r w:rsidR="0013634D" w:rsidRPr="00B24CDD">
        <w:rPr>
          <w:rFonts w:ascii="Calibri" w:hAnsi="Calibri" w:cs="Calibri"/>
        </w:rPr>
        <w:t>Wymiar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czasu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pracy</w:t>
      </w:r>
      <w:proofErr w:type="spellEnd"/>
      <w:r w:rsidR="0013634D" w:rsidRPr="00B24CDD">
        <w:rPr>
          <w:rFonts w:ascii="Calibri" w:hAnsi="Calibri" w:cs="Calibri"/>
        </w:rPr>
        <w:t xml:space="preserve">: </w:t>
      </w:r>
      <w:r w:rsidR="00707E3F" w:rsidRPr="00B24CDD">
        <w:rPr>
          <w:rFonts w:ascii="Calibri" w:hAnsi="Calibri" w:cs="Calibri"/>
        </w:rPr>
        <w:t xml:space="preserve">16,5/18 </w:t>
      </w:r>
      <w:proofErr w:type="spellStart"/>
      <w:r w:rsidR="00707E3F" w:rsidRPr="00B24CDD">
        <w:rPr>
          <w:rFonts w:ascii="Calibri" w:hAnsi="Calibri" w:cs="Calibri"/>
        </w:rPr>
        <w:t>etatu</w:t>
      </w:r>
      <w:proofErr w:type="spellEnd"/>
      <w:r w:rsidR="00707E3F" w:rsidRPr="00B24CDD">
        <w:rPr>
          <w:rFonts w:ascii="Calibri" w:hAnsi="Calibri" w:cs="Calibri"/>
        </w:rPr>
        <w:t xml:space="preserve">, </w:t>
      </w:r>
      <w:proofErr w:type="spellStart"/>
      <w:r w:rsidR="00707E3F" w:rsidRPr="00B24CDD">
        <w:rPr>
          <w:rFonts w:ascii="Calibri" w:hAnsi="Calibri" w:cs="Calibri"/>
        </w:rPr>
        <w:t>zgodnie</w:t>
      </w:r>
      <w:proofErr w:type="spellEnd"/>
      <w:r w:rsidR="00707E3F" w:rsidRPr="00B24CDD">
        <w:rPr>
          <w:rFonts w:ascii="Calibri" w:hAnsi="Calibri" w:cs="Calibri"/>
        </w:rPr>
        <w:t xml:space="preserve"> z </w:t>
      </w:r>
      <w:proofErr w:type="spellStart"/>
      <w:r w:rsidR="00707E3F" w:rsidRPr="00B24CDD">
        <w:rPr>
          <w:rFonts w:ascii="Calibri" w:hAnsi="Calibri" w:cs="Calibri"/>
        </w:rPr>
        <w:t>arkuszem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organizacji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szkoły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i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umową</w:t>
      </w:r>
      <w:proofErr w:type="spellEnd"/>
      <w:r w:rsidR="00707E3F" w:rsidRPr="00B24CDD">
        <w:rPr>
          <w:rFonts w:ascii="Calibri" w:hAnsi="Calibri" w:cs="Calibri"/>
        </w:rPr>
        <w:t xml:space="preserve"> o </w:t>
      </w:r>
      <w:proofErr w:type="spellStart"/>
      <w:r w:rsidR="00707E3F" w:rsidRPr="00B24CDD">
        <w:rPr>
          <w:rFonts w:ascii="Calibri" w:hAnsi="Calibri" w:cs="Calibri"/>
        </w:rPr>
        <w:t>pracę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r w:rsidRPr="00B24CDD">
        <w:rPr>
          <w:rFonts w:ascii="Calibri" w:hAnsi="Calibri" w:cs="Calibri"/>
        </w:rPr>
        <w:t>4.</w:t>
      </w:r>
      <w:r w:rsidR="0013634D" w:rsidRPr="00B24CDD">
        <w:rPr>
          <w:rFonts w:ascii="Calibri" w:hAnsi="Calibri" w:cs="Calibri"/>
        </w:rPr>
        <w:t xml:space="preserve"> Rodzaj </w:t>
      </w:r>
      <w:proofErr w:type="spellStart"/>
      <w:r w:rsidR="0013634D" w:rsidRPr="00B24CDD">
        <w:rPr>
          <w:rFonts w:ascii="Calibri" w:hAnsi="Calibri" w:cs="Calibri"/>
        </w:rPr>
        <w:t>i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podstawa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zatrudnienia</w:t>
      </w:r>
      <w:proofErr w:type="spellEnd"/>
      <w:r w:rsidR="0013634D" w:rsidRPr="00B24CDD">
        <w:rPr>
          <w:rFonts w:ascii="Calibri" w:hAnsi="Calibri" w:cs="Calibri"/>
        </w:rPr>
        <w:t xml:space="preserve">: </w:t>
      </w:r>
      <w:proofErr w:type="spellStart"/>
      <w:r w:rsidR="00707E3F" w:rsidRPr="00B24CDD">
        <w:rPr>
          <w:rFonts w:ascii="Calibri" w:hAnsi="Calibri" w:cs="Calibri"/>
        </w:rPr>
        <w:t>umowa</w:t>
      </w:r>
      <w:proofErr w:type="spellEnd"/>
      <w:r w:rsidR="00707E3F" w:rsidRPr="00B24CDD">
        <w:rPr>
          <w:rFonts w:ascii="Calibri" w:hAnsi="Calibri" w:cs="Calibri"/>
        </w:rPr>
        <w:t xml:space="preserve"> o </w:t>
      </w:r>
      <w:proofErr w:type="spellStart"/>
      <w:r w:rsidR="00707E3F" w:rsidRPr="00B24CDD">
        <w:rPr>
          <w:rFonts w:ascii="Calibri" w:hAnsi="Calibri" w:cs="Calibri"/>
        </w:rPr>
        <w:t>pracę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na</w:t>
      </w:r>
      <w:proofErr w:type="spellEnd"/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czas</w:t>
      </w:r>
      <w:proofErr w:type="spellEnd"/>
      <w:r w:rsidR="00707E3F" w:rsidRPr="00B24CDD">
        <w:rPr>
          <w:rFonts w:ascii="Calibri" w:hAnsi="Calibri" w:cs="Calibri"/>
        </w:rPr>
        <w:t xml:space="preserve"> określony</w:t>
      </w:r>
    </w:p>
    <w:p w:rsidR="001A34D5" w:rsidRPr="00B24CDD" w:rsidRDefault="00D4319F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t>5</w:t>
      </w:r>
      <w:r w:rsidR="0013634D" w:rsidRPr="00B24CDD">
        <w:rPr>
          <w:rFonts w:ascii="Calibri" w:hAnsi="Calibri" w:cs="Calibri"/>
        </w:rPr>
        <w:t xml:space="preserve">. Data </w:t>
      </w:r>
      <w:proofErr w:type="spellStart"/>
      <w:r w:rsidR="0013634D" w:rsidRPr="00B24CDD">
        <w:rPr>
          <w:rFonts w:ascii="Calibri" w:hAnsi="Calibri" w:cs="Calibri"/>
        </w:rPr>
        <w:t>rozpoczęcia</w:t>
      </w:r>
      <w:proofErr w:type="spellEnd"/>
      <w:r w:rsidR="0013634D" w:rsidRPr="00B24CDD">
        <w:rPr>
          <w:rFonts w:ascii="Calibri" w:hAnsi="Calibri" w:cs="Calibri"/>
        </w:rPr>
        <w:t xml:space="preserve"> </w:t>
      </w:r>
      <w:proofErr w:type="spellStart"/>
      <w:r w:rsidR="0013634D" w:rsidRPr="00B24CDD">
        <w:rPr>
          <w:rFonts w:ascii="Calibri" w:hAnsi="Calibri" w:cs="Calibri"/>
        </w:rPr>
        <w:t>pracy</w:t>
      </w:r>
      <w:proofErr w:type="spellEnd"/>
      <w:r w:rsidR="0013634D" w:rsidRPr="00B24CDD">
        <w:rPr>
          <w:rFonts w:ascii="Calibri" w:hAnsi="Calibri" w:cs="Calibri"/>
        </w:rPr>
        <w:t xml:space="preserve">: </w:t>
      </w:r>
      <w:r w:rsidR="00707E3F" w:rsidRPr="00B24CDD">
        <w:rPr>
          <w:rFonts w:ascii="Calibri" w:hAnsi="Calibri" w:cs="Calibri"/>
        </w:rPr>
        <w:t>2</w:t>
      </w:r>
      <w:r w:rsidR="00140FB5">
        <w:rPr>
          <w:rFonts w:ascii="Calibri" w:hAnsi="Calibri" w:cs="Calibri"/>
        </w:rPr>
        <w:t>6</w:t>
      </w:r>
      <w:r w:rsidR="00707E3F" w:rsidRPr="00B24CDD">
        <w:rPr>
          <w:rFonts w:ascii="Calibri" w:hAnsi="Calibri" w:cs="Calibri"/>
        </w:rPr>
        <w:t xml:space="preserve"> </w:t>
      </w:r>
      <w:proofErr w:type="spellStart"/>
      <w:r w:rsidR="00707E3F" w:rsidRPr="00B24CDD">
        <w:rPr>
          <w:rFonts w:ascii="Calibri" w:hAnsi="Calibri" w:cs="Calibri"/>
        </w:rPr>
        <w:t>października</w:t>
      </w:r>
      <w:proofErr w:type="spellEnd"/>
      <w:r w:rsidR="00707E3F" w:rsidRPr="00B24CDD">
        <w:rPr>
          <w:rFonts w:ascii="Calibri" w:hAnsi="Calibri" w:cs="Calibri"/>
        </w:rPr>
        <w:t xml:space="preserve"> 2026r. </w:t>
      </w:r>
    </w:p>
    <w:p w:rsidR="001A34D5" w:rsidRPr="00B24CDD" w:rsidRDefault="00FD393C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>B</w:t>
      </w:r>
      <w:r w:rsidR="0013634D" w:rsidRPr="00B24CDD">
        <w:rPr>
          <w:rFonts w:ascii="Calibri" w:hAnsi="Calibri" w:cs="Calibri"/>
          <w:b/>
        </w:rPr>
        <w:t>. Zakres zadań i odpowiedzialności</w:t>
      </w:r>
    </w:p>
    <w:p w:rsidR="00707E3F" w:rsidRPr="00707E3F" w:rsidRDefault="00707E3F" w:rsidP="00650393">
      <w:pPr>
        <w:spacing w:after="160" w:line="259" w:lineRule="auto"/>
        <w:rPr>
          <w:rFonts w:ascii="Calibri" w:eastAsia="Calibri" w:hAnsi="Calibri" w:cs="Calibri"/>
          <w:b/>
          <w:bCs/>
          <w:lang w:val="pl-PL"/>
        </w:rPr>
      </w:pPr>
      <w:r w:rsidRPr="00707E3F">
        <w:rPr>
          <w:rFonts w:ascii="Calibri" w:eastAsia="Calibri" w:hAnsi="Calibri" w:cs="Calibri"/>
          <w:b/>
          <w:bCs/>
          <w:lang w:val="pl-PL"/>
        </w:rPr>
        <w:t>Zakres obowiązków</w:t>
      </w:r>
    </w:p>
    <w:p w:rsidR="00707E3F" w:rsidRPr="00390EC3" w:rsidRDefault="00707E3F" w:rsidP="00390EC3">
      <w:pPr>
        <w:pStyle w:val="Akapitzlist"/>
        <w:numPr>
          <w:ilvl w:val="0"/>
          <w:numId w:val="31"/>
        </w:numPr>
        <w:spacing w:after="160" w:line="259" w:lineRule="auto"/>
        <w:rPr>
          <w:rFonts w:ascii="Calibri" w:eastAsia="Calibri" w:hAnsi="Calibri" w:cs="Calibri"/>
          <w:lang w:val="pl-PL"/>
        </w:rPr>
      </w:pPr>
      <w:r w:rsidRPr="00390EC3">
        <w:rPr>
          <w:rFonts w:ascii="Calibri" w:eastAsia="Calibri" w:hAnsi="Calibri" w:cs="Calibri"/>
          <w:lang w:val="pl-PL"/>
        </w:rPr>
        <w:t>Prowadzenie zajęć z historii sztuki i realizacja obowiązującego programu nauczania.</w:t>
      </w:r>
    </w:p>
    <w:p w:rsidR="00707E3F" w:rsidRPr="00390EC3" w:rsidRDefault="00707E3F" w:rsidP="00390EC3">
      <w:pPr>
        <w:pStyle w:val="Akapitzlist"/>
        <w:numPr>
          <w:ilvl w:val="0"/>
          <w:numId w:val="31"/>
        </w:numPr>
        <w:spacing w:after="160" w:line="259" w:lineRule="auto"/>
        <w:rPr>
          <w:rFonts w:ascii="Calibri" w:eastAsia="Calibri" w:hAnsi="Calibri" w:cs="Calibri"/>
          <w:lang w:val="pl-PL"/>
        </w:rPr>
      </w:pPr>
      <w:r w:rsidRPr="00390EC3">
        <w:rPr>
          <w:rFonts w:ascii="Calibri" w:eastAsia="Calibri" w:hAnsi="Calibri" w:cs="Calibri"/>
          <w:lang w:val="pl-PL"/>
        </w:rPr>
        <w:t>Ocenianie osiągnięć edukacyjnych uczniów oraz prowadzenie dokumentacji przebiegu nauczania.</w:t>
      </w:r>
    </w:p>
    <w:p w:rsidR="00707E3F" w:rsidRPr="00707E3F" w:rsidRDefault="00707E3F" w:rsidP="00390EC3">
      <w:pPr>
        <w:numPr>
          <w:ilvl w:val="0"/>
          <w:numId w:val="31"/>
        </w:numPr>
        <w:tabs>
          <w:tab w:val="num" w:pos="720"/>
        </w:tabs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Wspieranie rozwoju uczniów i zapewnianie im bezpieczeństwa podczas zajęć.</w:t>
      </w:r>
    </w:p>
    <w:p w:rsidR="00707E3F" w:rsidRPr="00707E3F" w:rsidRDefault="00707E3F" w:rsidP="00390EC3">
      <w:pPr>
        <w:numPr>
          <w:ilvl w:val="0"/>
          <w:numId w:val="31"/>
        </w:numPr>
        <w:tabs>
          <w:tab w:val="num" w:pos="720"/>
        </w:tabs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Współpraca z dyrektorem szkoły i innymi nauczycielami oraz realizacja zadań statutowych szkoły.</w:t>
      </w:r>
    </w:p>
    <w:p w:rsidR="00707E3F" w:rsidRPr="00707E3F" w:rsidRDefault="00707E3F" w:rsidP="00390EC3">
      <w:pPr>
        <w:numPr>
          <w:ilvl w:val="0"/>
          <w:numId w:val="31"/>
        </w:numPr>
        <w:tabs>
          <w:tab w:val="num" w:pos="720"/>
        </w:tabs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Doskonalenie zawodowe oraz przestrzeganie przepisów prawa, statutu szkoły i obowiązujących regulaminów oraz procedur wewnętrznych.</w:t>
      </w:r>
    </w:p>
    <w:p w:rsidR="00707E3F" w:rsidRPr="00707E3F" w:rsidRDefault="00707E3F" w:rsidP="00650393">
      <w:pPr>
        <w:spacing w:after="160" w:line="259" w:lineRule="auto"/>
        <w:rPr>
          <w:rFonts w:ascii="Calibri" w:eastAsia="Calibri" w:hAnsi="Calibri" w:cs="Calibri"/>
          <w:b/>
          <w:bCs/>
          <w:lang w:val="pl-PL"/>
        </w:rPr>
      </w:pPr>
      <w:r w:rsidRPr="00707E3F">
        <w:rPr>
          <w:rFonts w:ascii="Calibri" w:eastAsia="Calibri" w:hAnsi="Calibri" w:cs="Calibri"/>
          <w:b/>
          <w:bCs/>
          <w:lang w:val="pl-PL"/>
        </w:rPr>
        <w:t>Zakres odpowiedzialności</w:t>
      </w:r>
    </w:p>
    <w:p w:rsidR="00707E3F" w:rsidRPr="00707E3F" w:rsidRDefault="00707E3F" w:rsidP="00650393">
      <w:pPr>
        <w:numPr>
          <w:ilvl w:val="0"/>
          <w:numId w:val="24"/>
        </w:numPr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Rzetelna realizacja powierzonych zadań dydaktycznych, wychowawczych i opiekuńczych.</w:t>
      </w:r>
    </w:p>
    <w:p w:rsidR="00707E3F" w:rsidRPr="00707E3F" w:rsidRDefault="00707E3F" w:rsidP="00650393">
      <w:pPr>
        <w:numPr>
          <w:ilvl w:val="0"/>
          <w:numId w:val="24"/>
        </w:numPr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Prawidłowe ocenianie uczniów i prowadzenie dokumentacji.</w:t>
      </w:r>
    </w:p>
    <w:p w:rsidR="00707E3F" w:rsidRPr="00707E3F" w:rsidRDefault="00707E3F" w:rsidP="00650393">
      <w:pPr>
        <w:numPr>
          <w:ilvl w:val="0"/>
          <w:numId w:val="24"/>
        </w:numPr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Zapewnienie bezpieczeństwa uczniom w zakresie powierzonych obowiązków.</w:t>
      </w:r>
    </w:p>
    <w:p w:rsidR="00707E3F" w:rsidRPr="00707E3F" w:rsidRDefault="00707E3F" w:rsidP="00650393">
      <w:pPr>
        <w:numPr>
          <w:ilvl w:val="0"/>
          <w:numId w:val="24"/>
        </w:numPr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Przestrzeganie praw ucznia, przepisów prawa oświatowego, statutu szkoły, obowiązujących regulaminów i standardów ochrony małoletnich.</w:t>
      </w:r>
    </w:p>
    <w:p w:rsidR="00707E3F" w:rsidRPr="00707E3F" w:rsidRDefault="00707E3F" w:rsidP="00650393">
      <w:pPr>
        <w:spacing w:after="160" w:line="259" w:lineRule="auto"/>
        <w:rPr>
          <w:rFonts w:ascii="Calibri" w:eastAsia="Calibri" w:hAnsi="Calibri" w:cs="Calibri"/>
          <w:bCs/>
        </w:rPr>
      </w:pPr>
      <w:proofErr w:type="spellStart"/>
      <w:r w:rsidRPr="00707E3F">
        <w:rPr>
          <w:rFonts w:ascii="Calibri" w:eastAsia="Calibri" w:hAnsi="Calibri" w:cs="Calibri"/>
          <w:bCs/>
        </w:rPr>
        <w:t>Podstawa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prawna</w:t>
      </w:r>
      <w:proofErr w:type="spellEnd"/>
      <w:r w:rsidRPr="00707E3F">
        <w:rPr>
          <w:rFonts w:ascii="Calibri" w:eastAsia="Calibri" w:hAnsi="Calibri" w:cs="Calibri"/>
          <w:bCs/>
        </w:rPr>
        <w:t xml:space="preserve">: </w:t>
      </w:r>
      <w:proofErr w:type="spellStart"/>
      <w:r w:rsidRPr="00707E3F">
        <w:rPr>
          <w:rFonts w:ascii="Calibri" w:eastAsia="Calibri" w:hAnsi="Calibri" w:cs="Calibri"/>
          <w:bCs/>
        </w:rPr>
        <w:t>ustawa</w:t>
      </w:r>
      <w:proofErr w:type="spellEnd"/>
      <w:r w:rsidRPr="00707E3F">
        <w:rPr>
          <w:rFonts w:ascii="Calibri" w:eastAsia="Calibri" w:hAnsi="Calibri" w:cs="Calibri"/>
          <w:bCs/>
        </w:rPr>
        <w:t xml:space="preserve"> z </w:t>
      </w:r>
      <w:proofErr w:type="spellStart"/>
      <w:r w:rsidRPr="00707E3F">
        <w:rPr>
          <w:rFonts w:ascii="Calibri" w:eastAsia="Calibri" w:hAnsi="Calibri" w:cs="Calibri"/>
          <w:bCs/>
        </w:rPr>
        <w:t>dnia</w:t>
      </w:r>
      <w:proofErr w:type="spellEnd"/>
      <w:r w:rsidRPr="00707E3F">
        <w:rPr>
          <w:rFonts w:ascii="Calibri" w:eastAsia="Calibri" w:hAnsi="Calibri" w:cs="Calibri"/>
          <w:bCs/>
        </w:rPr>
        <w:t xml:space="preserve"> 26 </w:t>
      </w:r>
      <w:proofErr w:type="spellStart"/>
      <w:r w:rsidRPr="00707E3F">
        <w:rPr>
          <w:rFonts w:ascii="Calibri" w:eastAsia="Calibri" w:hAnsi="Calibri" w:cs="Calibri"/>
          <w:bCs/>
        </w:rPr>
        <w:t>stycznia</w:t>
      </w:r>
      <w:proofErr w:type="spellEnd"/>
      <w:r w:rsidRPr="00707E3F">
        <w:rPr>
          <w:rFonts w:ascii="Calibri" w:eastAsia="Calibri" w:hAnsi="Calibri" w:cs="Calibri"/>
          <w:bCs/>
        </w:rPr>
        <w:t xml:space="preserve"> 1982 r. – Karta </w:t>
      </w:r>
      <w:proofErr w:type="spellStart"/>
      <w:r w:rsidRPr="00707E3F">
        <w:rPr>
          <w:rFonts w:ascii="Calibri" w:eastAsia="Calibri" w:hAnsi="Calibri" w:cs="Calibri"/>
          <w:bCs/>
        </w:rPr>
        <w:t>Nauczyciela</w:t>
      </w:r>
      <w:proofErr w:type="spellEnd"/>
      <w:r w:rsidRPr="00707E3F">
        <w:rPr>
          <w:rFonts w:ascii="Calibri" w:eastAsia="Calibri" w:hAnsi="Calibri" w:cs="Calibri"/>
          <w:bCs/>
        </w:rPr>
        <w:t xml:space="preserve">, </w:t>
      </w:r>
      <w:proofErr w:type="spellStart"/>
      <w:r w:rsidRPr="00707E3F">
        <w:rPr>
          <w:rFonts w:ascii="Calibri" w:eastAsia="Calibri" w:hAnsi="Calibri" w:cs="Calibri"/>
          <w:bCs/>
        </w:rPr>
        <w:t>ustawa</w:t>
      </w:r>
      <w:proofErr w:type="spellEnd"/>
      <w:r w:rsidRPr="00707E3F">
        <w:rPr>
          <w:rFonts w:ascii="Calibri" w:eastAsia="Calibri" w:hAnsi="Calibri" w:cs="Calibri"/>
          <w:bCs/>
        </w:rPr>
        <w:t xml:space="preserve"> z </w:t>
      </w:r>
      <w:proofErr w:type="spellStart"/>
      <w:r w:rsidRPr="00707E3F">
        <w:rPr>
          <w:rFonts w:ascii="Calibri" w:eastAsia="Calibri" w:hAnsi="Calibri" w:cs="Calibri"/>
          <w:bCs/>
        </w:rPr>
        <w:t>dnia</w:t>
      </w:r>
      <w:proofErr w:type="spellEnd"/>
      <w:r w:rsidRPr="00707E3F">
        <w:rPr>
          <w:rFonts w:ascii="Calibri" w:eastAsia="Calibri" w:hAnsi="Calibri" w:cs="Calibri"/>
          <w:bCs/>
        </w:rPr>
        <w:t xml:space="preserve"> 14 </w:t>
      </w:r>
      <w:proofErr w:type="spellStart"/>
      <w:r w:rsidRPr="00707E3F">
        <w:rPr>
          <w:rFonts w:ascii="Calibri" w:eastAsia="Calibri" w:hAnsi="Calibri" w:cs="Calibri"/>
          <w:bCs/>
        </w:rPr>
        <w:t>grudnia</w:t>
      </w:r>
      <w:proofErr w:type="spellEnd"/>
      <w:r w:rsidRPr="00707E3F">
        <w:rPr>
          <w:rFonts w:ascii="Calibri" w:eastAsia="Calibri" w:hAnsi="Calibri" w:cs="Calibri"/>
          <w:bCs/>
        </w:rPr>
        <w:t xml:space="preserve"> 2016 r. – </w:t>
      </w:r>
      <w:proofErr w:type="spellStart"/>
      <w:r w:rsidRPr="00707E3F">
        <w:rPr>
          <w:rFonts w:ascii="Calibri" w:eastAsia="Calibri" w:hAnsi="Calibri" w:cs="Calibri"/>
          <w:bCs/>
        </w:rPr>
        <w:t>Prawo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oświatowe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oraz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właściwe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przepisy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wykonawcze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dotyczące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szkół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artystycznych</w:t>
      </w:r>
      <w:proofErr w:type="spellEnd"/>
      <w:r w:rsidRPr="00707E3F">
        <w:rPr>
          <w:rFonts w:ascii="Calibri" w:eastAsia="Calibri" w:hAnsi="Calibri" w:cs="Calibri"/>
          <w:bCs/>
        </w:rPr>
        <w:t xml:space="preserve">, a </w:t>
      </w:r>
      <w:proofErr w:type="spellStart"/>
      <w:r w:rsidRPr="00707E3F">
        <w:rPr>
          <w:rFonts w:ascii="Calibri" w:eastAsia="Calibri" w:hAnsi="Calibri" w:cs="Calibri"/>
          <w:bCs/>
        </w:rPr>
        <w:t>także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statut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szkoły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i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obowiązujące</w:t>
      </w:r>
      <w:proofErr w:type="spellEnd"/>
      <w:r w:rsidRPr="00707E3F">
        <w:rPr>
          <w:rFonts w:ascii="Calibri" w:eastAsia="Calibri" w:hAnsi="Calibri" w:cs="Calibri"/>
          <w:bCs/>
        </w:rPr>
        <w:t xml:space="preserve"> w </w:t>
      </w:r>
      <w:proofErr w:type="spellStart"/>
      <w:r w:rsidRPr="00707E3F">
        <w:rPr>
          <w:rFonts w:ascii="Calibri" w:eastAsia="Calibri" w:hAnsi="Calibri" w:cs="Calibri"/>
          <w:bCs/>
        </w:rPr>
        <w:t>niej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regulaminy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i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procedury</w:t>
      </w:r>
      <w:proofErr w:type="spellEnd"/>
      <w:r w:rsidRPr="00707E3F">
        <w:rPr>
          <w:rFonts w:ascii="Calibri" w:eastAsia="Calibri" w:hAnsi="Calibri" w:cs="Calibri"/>
          <w:bCs/>
        </w:rPr>
        <w:t xml:space="preserve"> </w:t>
      </w:r>
      <w:proofErr w:type="spellStart"/>
      <w:r w:rsidRPr="00707E3F">
        <w:rPr>
          <w:rFonts w:ascii="Calibri" w:eastAsia="Calibri" w:hAnsi="Calibri" w:cs="Calibri"/>
          <w:bCs/>
        </w:rPr>
        <w:t>wewnętrzne</w:t>
      </w:r>
      <w:proofErr w:type="spellEnd"/>
      <w:r w:rsidRPr="00707E3F">
        <w:rPr>
          <w:rFonts w:ascii="Calibri" w:eastAsia="Calibri" w:hAnsi="Calibri" w:cs="Calibri"/>
          <w:bCs/>
        </w:rPr>
        <w:t>.</w:t>
      </w:r>
    </w:p>
    <w:p w:rsidR="00707E3F" w:rsidRDefault="00707E3F" w:rsidP="00650393">
      <w:pPr>
        <w:spacing w:after="160" w:line="259" w:lineRule="auto"/>
        <w:rPr>
          <w:rFonts w:ascii="Calibri" w:eastAsia="Calibri" w:hAnsi="Calibri" w:cs="Calibri"/>
          <w:lang w:val="pl-PL"/>
        </w:rPr>
      </w:pPr>
      <w:r w:rsidRPr="00707E3F">
        <w:rPr>
          <w:rFonts w:ascii="Calibri" w:eastAsia="Calibri" w:hAnsi="Calibri" w:cs="Calibri"/>
          <w:lang w:val="pl-PL"/>
        </w:rPr>
        <w:t>Pracownik ponosi odpowiedzialność za przestrzeganie obowiązków pracowniczych, stosowanie się do poleceń przełożonych zgodnych z prawem i umową o pracę, przestrzeganie przepisów BHP oraz zasad obowiązujących w szkole. Odpowiada również za szkodę wyrządzoną pracodawcy na zasadach określonych w Kodeksie pracy, w szczególności w art. 100 oraz art. 114–122, a także za mienie powierzone na zasadach określonych w art. 124–127 Kodeksu pracy.</w:t>
      </w:r>
    </w:p>
    <w:p w:rsidR="00D916CF" w:rsidRPr="00707E3F" w:rsidRDefault="00D916CF" w:rsidP="00650393">
      <w:pPr>
        <w:spacing w:after="160" w:line="259" w:lineRule="auto"/>
        <w:rPr>
          <w:rFonts w:ascii="Calibri" w:eastAsia="Calibri" w:hAnsi="Calibri" w:cs="Calibri"/>
          <w:lang w:val="pl-PL"/>
        </w:rPr>
      </w:pPr>
    </w:p>
    <w:p w:rsidR="001A34D5" w:rsidRPr="00B24CDD" w:rsidRDefault="00FD393C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lastRenderedPageBreak/>
        <w:t>C</w:t>
      </w:r>
      <w:r w:rsidR="0013634D" w:rsidRPr="00B24CDD">
        <w:rPr>
          <w:rFonts w:ascii="Calibri" w:hAnsi="Calibri" w:cs="Calibri"/>
          <w:b/>
        </w:rPr>
        <w:t>. Wymagania niezbędne</w:t>
      </w:r>
    </w:p>
    <w:p w:rsidR="00707E3F" w:rsidRPr="00B24CDD" w:rsidRDefault="00707E3F" w:rsidP="00650393">
      <w:pPr>
        <w:numPr>
          <w:ilvl w:val="0"/>
          <w:numId w:val="26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kwalifikacji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nauczania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historii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sztuki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szkole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plastycznej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zgodnie</w:t>
      </w:r>
      <w:proofErr w:type="spellEnd"/>
      <w:r w:rsidRPr="00B24CDD">
        <w:rPr>
          <w:rFonts w:ascii="Calibri" w:hAnsi="Calibri" w:cs="Calibri"/>
        </w:rPr>
        <w:t xml:space="preserve"> z </w:t>
      </w:r>
      <w:proofErr w:type="spellStart"/>
      <w:r w:rsidRPr="00B24CDD">
        <w:rPr>
          <w:rFonts w:ascii="Calibri" w:hAnsi="Calibri" w:cs="Calibri"/>
        </w:rPr>
        <w:t>obowiązującymi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przepisami</w:t>
      </w:r>
      <w:proofErr w:type="spellEnd"/>
      <w:r w:rsidRPr="00B24CDD">
        <w:rPr>
          <w:rFonts w:ascii="Calibri" w:hAnsi="Calibri" w:cs="Calibri"/>
        </w:rPr>
        <w:t xml:space="preserve">. </w:t>
      </w:r>
      <w:r w:rsidRPr="00B24CDD">
        <w:rPr>
          <w:rFonts w:ascii="Calibri" w:hAnsi="Calibri" w:cs="Calibri"/>
          <w:lang w:val="pl-PL"/>
        </w:rPr>
        <w:t xml:space="preserve">Podstawą prawną jest m.in. rozporządzenie Ministra Kultury, Dziedzictwa Narodowego i Sportu z 3 września 2021 r. w sprawie szczegółowych kwalifikacji wymaganych od nauczycieli szkół artystycznych i placówek artystycznych, z późniejszymi zmianami. </w:t>
      </w:r>
    </w:p>
    <w:p w:rsidR="00707E3F" w:rsidRPr="00B24CDD" w:rsidRDefault="00707E3F" w:rsidP="00650393">
      <w:pPr>
        <w:numPr>
          <w:ilvl w:val="0"/>
          <w:numId w:val="26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przygotowania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pedagogicznego</w:t>
      </w:r>
      <w:proofErr w:type="spellEnd"/>
      <w:r w:rsidRPr="00B24CDD">
        <w:rPr>
          <w:rFonts w:ascii="Calibri" w:hAnsi="Calibri" w:cs="Calibri"/>
        </w:rPr>
        <w:t>.</w:t>
      </w:r>
    </w:p>
    <w:p w:rsidR="00707E3F" w:rsidRPr="00B24CDD" w:rsidRDefault="00707E3F" w:rsidP="00650393">
      <w:pPr>
        <w:numPr>
          <w:ilvl w:val="0"/>
          <w:numId w:val="26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warunków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zatrudnienia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określonych</w:t>
      </w:r>
      <w:proofErr w:type="spellEnd"/>
      <w:r w:rsidRPr="00B24CDD">
        <w:rPr>
          <w:rFonts w:ascii="Calibri" w:hAnsi="Calibri" w:cs="Calibri"/>
        </w:rPr>
        <w:t xml:space="preserve"> w art. 9 </w:t>
      </w:r>
      <w:proofErr w:type="spellStart"/>
      <w:r w:rsidRPr="00B24CDD">
        <w:rPr>
          <w:rFonts w:ascii="Calibri" w:hAnsi="Calibri" w:cs="Calibri"/>
        </w:rPr>
        <w:t>Karty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Nauczyciela</w:t>
      </w:r>
      <w:proofErr w:type="spellEnd"/>
      <w:r w:rsidRPr="00B24CDD">
        <w:rPr>
          <w:rFonts w:ascii="Calibri" w:hAnsi="Calibri" w:cs="Calibri"/>
        </w:rPr>
        <w:t xml:space="preserve">, w </w:t>
      </w:r>
      <w:proofErr w:type="spellStart"/>
      <w:r w:rsidRPr="00B24CDD">
        <w:rPr>
          <w:rFonts w:ascii="Calibri" w:hAnsi="Calibri" w:cs="Calibri"/>
        </w:rPr>
        <w:t>tym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warunków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wykształcenia</w:t>
      </w:r>
      <w:proofErr w:type="spellEnd"/>
      <w:r w:rsidRPr="00B24CDD">
        <w:rPr>
          <w:rFonts w:ascii="Calibri" w:hAnsi="Calibri" w:cs="Calibri"/>
        </w:rPr>
        <w:t xml:space="preserve">, </w:t>
      </w:r>
      <w:proofErr w:type="spellStart"/>
      <w:r w:rsidRPr="00B24CDD">
        <w:rPr>
          <w:rFonts w:ascii="Calibri" w:hAnsi="Calibri" w:cs="Calibri"/>
        </w:rPr>
        <w:t>przygotowania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pedagogicznego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zakresie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wskazanym</w:t>
      </w:r>
      <w:proofErr w:type="spellEnd"/>
      <w:r w:rsidRPr="00B24CDD">
        <w:rPr>
          <w:rFonts w:ascii="Calibri" w:hAnsi="Calibri" w:cs="Calibri"/>
        </w:rPr>
        <w:t xml:space="preserve"> w </w:t>
      </w:r>
      <w:proofErr w:type="spellStart"/>
      <w:r w:rsidRPr="00B24CDD">
        <w:rPr>
          <w:rFonts w:ascii="Calibri" w:hAnsi="Calibri" w:cs="Calibri"/>
        </w:rPr>
        <w:t>przepisach</w:t>
      </w:r>
      <w:proofErr w:type="spellEnd"/>
      <w:r w:rsidRPr="00B24CDD">
        <w:rPr>
          <w:rFonts w:ascii="Calibri" w:hAnsi="Calibri" w:cs="Calibri"/>
        </w:rPr>
        <w:t>.</w:t>
      </w:r>
    </w:p>
    <w:p w:rsidR="00707E3F" w:rsidRPr="00B24CDD" w:rsidRDefault="00707E3F" w:rsidP="00650393">
      <w:pPr>
        <w:numPr>
          <w:ilvl w:val="0"/>
          <w:numId w:val="26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Spełnianie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wymagań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dotyczących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niekaralności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oraz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dopuszczenia</w:t>
      </w:r>
      <w:proofErr w:type="spellEnd"/>
      <w:r w:rsidRPr="00B24CDD">
        <w:rPr>
          <w:rFonts w:ascii="Calibri" w:hAnsi="Calibri" w:cs="Calibri"/>
        </w:rPr>
        <w:t xml:space="preserve"> do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małoletnimi</w:t>
      </w:r>
      <w:proofErr w:type="spellEnd"/>
      <w:r w:rsidRPr="00B24CDD">
        <w:rPr>
          <w:rFonts w:ascii="Calibri" w:hAnsi="Calibri" w:cs="Calibri"/>
        </w:rPr>
        <w:t xml:space="preserve">, w </w:t>
      </w:r>
      <w:proofErr w:type="spellStart"/>
      <w:r w:rsidRPr="00B24CDD">
        <w:rPr>
          <w:rFonts w:ascii="Calibri" w:hAnsi="Calibri" w:cs="Calibri"/>
        </w:rPr>
        <w:t>tym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obowiązków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weryfikacyjnych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wynikających</w:t>
      </w:r>
      <w:proofErr w:type="spellEnd"/>
      <w:r w:rsidRPr="00B24CDD">
        <w:rPr>
          <w:rFonts w:ascii="Calibri" w:hAnsi="Calibri" w:cs="Calibri"/>
        </w:rPr>
        <w:t xml:space="preserve"> z </w:t>
      </w:r>
      <w:proofErr w:type="spellStart"/>
      <w:r w:rsidRPr="00B24CDD">
        <w:rPr>
          <w:rFonts w:ascii="Calibri" w:hAnsi="Calibri" w:cs="Calibri"/>
        </w:rPr>
        <w:t>przepisów</w:t>
      </w:r>
      <w:proofErr w:type="spellEnd"/>
      <w:r w:rsidRPr="00B24CDD">
        <w:rPr>
          <w:rFonts w:ascii="Calibri" w:hAnsi="Calibri" w:cs="Calibri"/>
        </w:rPr>
        <w:t xml:space="preserve"> o </w:t>
      </w:r>
      <w:proofErr w:type="spellStart"/>
      <w:r w:rsidRPr="00B24CDD">
        <w:rPr>
          <w:rFonts w:ascii="Calibri" w:hAnsi="Calibri" w:cs="Calibri"/>
        </w:rPr>
        <w:t>ochronie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małoletnich</w:t>
      </w:r>
      <w:proofErr w:type="spellEnd"/>
      <w:r w:rsidRPr="00B24CDD">
        <w:rPr>
          <w:rFonts w:ascii="Calibri" w:hAnsi="Calibri" w:cs="Calibri"/>
        </w:rPr>
        <w:t>.</w:t>
      </w:r>
    </w:p>
    <w:p w:rsidR="00707E3F" w:rsidRPr="00B24CDD" w:rsidRDefault="00707E3F" w:rsidP="00650393">
      <w:pPr>
        <w:numPr>
          <w:ilvl w:val="0"/>
          <w:numId w:val="26"/>
        </w:numPr>
        <w:rPr>
          <w:rFonts w:ascii="Calibri" w:hAnsi="Calibri" w:cs="Calibri"/>
          <w:lang w:val="pl-PL"/>
        </w:rPr>
      </w:pPr>
      <w:proofErr w:type="spellStart"/>
      <w:r w:rsidRPr="00B24CDD">
        <w:rPr>
          <w:rFonts w:ascii="Calibri" w:hAnsi="Calibri" w:cs="Calibri"/>
        </w:rPr>
        <w:t>Posiadanie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zdrowia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umożliwiającego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wykonywanie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pracy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stanowisku</w:t>
      </w:r>
      <w:proofErr w:type="spellEnd"/>
      <w:r w:rsidRPr="00B24CDD">
        <w:rPr>
          <w:rFonts w:ascii="Calibri" w:hAnsi="Calibri" w:cs="Calibri"/>
        </w:rPr>
        <w:t xml:space="preserve"> </w:t>
      </w:r>
      <w:proofErr w:type="spellStart"/>
      <w:r w:rsidRPr="00B24CDD">
        <w:rPr>
          <w:rFonts w:ascii="Calibri" w:hAnsi="Calibri" w:cs="Calibri"/>
        </w:rPr>
        <w:t>nauczyciela</w:t>
      </w:r>
      <w:proofErr w:type="spellEnd"/>
      <w:r w:rsidRPr="00B24CDD">
        <w:rPr>
          <w:rFonts w:ascii="Calibri" w:hAnsi="Calibri" w:cs="Calibri"/>
        </w:rPr>
        <w:t>.</w:t>
      </w:r>
    </w:p>
    <w:p w:rsidR="001A34D5" w:rsidRPr="00B24CDD" w:rsidRDefault="00FD393C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>D</w:t>
      </w:r>
      <w:r w:rsidR="0013634D" w:rsidRPr="00B24CDD">
        <w:rPr>
          <w:rFonts w:ascii="Calibri" w:hAnsi="Calibri" w:cs="Calibri"/>
          <w:b/>
        </w:rPr>
        <w:t>. Wymagania dodatkowe</w:t>
      </w:r>
    </w:p>
    <w:p w:rsidR="00FC0DA5" w:rsidRPr="00B24CDD" w:rsidRDefault="00FC0DA5" w:rsidP="00650393">
      <w:pPr>
        <w:numPr>
          <w:ilvl w:val="0"/>
          <w:numId w:val="28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Umiejętność pracy z młodzieżą, nawiązywania relacji opartych na szacunku i zaufaniu oraz budowania pozytywnej atmosfery podczas zajęć.</w:t>
      </w:r>
    </w:p>
    <w:p w:rsidR="00FC0DA5" w:rsidRPr="00B24CDD" w:rsidRDefault="00FC0DA5" w:rsidP="00650393">
      <w:pPr>
        <w:numPr>
          <w:ilvl w:val="0"/>
          <w:numId w:val="28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Odpowiedzialność, cierpliwość, zaangażowanie i wysoka kultura osobista.</w:t>
      </w:r>
    </w:p>
    <w:p w:rsidR="00FC0DA5" w:rsidRPr="00B24CDD" w:rsidRDefault="00FC0DA5" w:rsidP="00650393">
      <w:pPr>
        <w:numPr>
          <w:ilvl w:val="0"/>
          <w:numId w:val="28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Umiejętność pracy zespołowej oraz gotowość do współpracy z rodzicami i nauczycielami.</w:t>
      </w:r>
    </w:p>
    <w:p w:rsidR="00FC0DA5" w:rsidRPr="00B24CDD" w:rsidRDefault="00FC0DA5" w:rsidP="00650393">
      <w:pPr>
        <w:numPr>
          <w:ilvl w:val="0"/>
          <w:numId w:val="28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Gotowość do doskonalenia zawodowego i podnoszenia kompetencji pedagogicznych.</w:t>
      </w:r>
    </w:p>
    <w:p w:rsidR="001A34D5" w:rsidRPr="00B24CDD" w:rsidRDefault="00FD393C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  <w:b/>
        </w:rPr>
        <w:t>E</w:t>
      </w:r>
      <w:r w:rsidR="0013634D" w:rsidRPr="00B24CDD">
        <w:rPr>
          <w:rFonts w:ascii="Calibri" w:hAnsi="Calibri" w:cs="Calibri"/>
          <w:b/>
        </w:rPr>
        <w:t>. Kompetencje i predyspozycje</w:t>
      </w:r>
    </w:p>
    <w:p w:rsidR="00FC0DA5" w:rsidRPr="00C90868" w:rsidRDefault="00FC0DA5" w:rsidP="00650393">
      <w:pPr>
        <w:pStyle w:val="Akapitzlist"/>
        <w:numPr>
          <w:ilvl w:val="0"/>
          <w:numId w:val="30"/>
        </w:numPr>
        <w:rPr>
          <w:rFonts w:ascii="Calibri" w:hAnsi="Calibri" w:cs="Calibri"/>
          <w:lang w:val="pl-PL"/>
        </w:rPr>
      </w:pPr>
      <w:r w:rsidRPr="00C90868">
        <w:rPr>
          <w:rFonts w:ascii="Calibri" w:hAnsi="Calibri" w:cs="Calibri"/>
          <w:lang w:val="pl-PL"/>
        </w:rPr>
        <w:t>Umiejętność rozpoznawania potrzeb edukacyjnych uczniów i dostosowywania metod nauczania do ich możliwości.</w:t>
      </w:r>
    </w:p>
    <w:p w:rsidR="00FC0DA5" w:rsidRPr="00B24CDD" w:rsidRDefault="00FC0DA5" w:rsidP="00650393">
      <w:pPr>
        <w:numPr>
          <w:ilvl w:val="0"/>
          <w:numId w:val="30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Wysokie kompetencje komunikacyjne, umiejętność współpracy i rozwiązywania sytuacji trudnych.</w:t>
      </w:r>
    </w:p>
    <w:p w:rsidR="005B77BC" w:rsidRPr="00D916CF" w:rsidRDefault="00FC0DA5" w:rsidP="00650393">
      <w:pPr>
        <w:numPr>
          <w:ilvl w:val="0"/>
          <w:numId w:val="30"/>
        </w:numPr>
        <w:rPr>
          <w:rFonts w:ascii="Calibri" w:hAnsi="Calibri" w:cs="Calibri"/>
          <w:lang w:val="pl-PL"/>
        </w:rPr>
      </w:pPr>
      <w:r w:rsidRPr="00B24CDD">
        <w:rPr>
          <w:rFonts w:ascii="Calibri" w:hAnsi="Calibri" w:cs="Calibri"/>
          <w:lang w:val="pl-PL"/>
        </w:rPr>
        <w:t>Umiejętność motywowania uczniów do nauki, rozwijania ich kreatywności, wrażliwości estetycznej i zainteresowań sztuką.</w:t>
      </w:r>
    </w:p>
    <w:p w:rsidR="004126FE" w:rsidRPr="00B24CDD" w:rsidRDefault="004126FE" w:rsidP="00650393">
      <w:pPr>
        <w:rPr>
          <w:rFonts w:ascii="Calibri" w:hAnsi="Calibri" w:cs="Calibri"/>
        </w:rPr>
      </w:pPr>
      <w:r w:rsidRPr="00B24CDD">
        <w:rPr>
          <w:rFonts w:ascii="Calibri" w:hAnsi="Calibri" w:cs="Calibri"/>
        </w:rPr>
        <w:br w:type="page"/>
      </w:r>
    </w:p>
    <w:p w:rsidR="00FA1881" w:rsidRPr="00B24CDD" w:rsidRDefault="00FA1881" w:rsidP="00650393">
      <w:pPr>
        <w:rPr>
          <w:rFonts w:ascii="Calibri" w:hAnsi="Calibri" w:cs="Calibri"/>
          <w:b/>
          <w:sz w:val="18"/>
          <w:szCs w:val="18"/>
        </w:rPr>
      </w:pPr>
      <w:r w:rsidRPr="00B24CDD">
        <w:rPr>
          <w:rFonts w:ascii="Calibri" w:hAnsi="Calibri" w:cs="Calibri"/>
          <w:b/>
          <w:sz w:val="16"/>
          <w:szCs w:val="16"/>
        </w:rPr>
        <w:lastRenderedPageBreak/>
        <w:t xml:space="preserve"> </w:t>
      </w:r>
      <w:r w:rsidRPr="00B24CDD">
        <w:rPr>
          <w:rFonts w:ascii="Calibri" w:hAnsi="Calibri" w:cs="Calibri"/>
          <w:b/>
          <w:sz w:val="18"/>
          <w:szCs w:val="18"/>
        </w:rPr>
        <w:t>ZAŁĄCZNIK NR 7</w:t>
      </w:r>
    </w:p>
    <w:p w:rsidR="00FA1881" w:rsidRPr="00B24CDD" w:rsidRDefault="00FA1881" w:rsidP="00650393">
      <w:pPr>
        <w:rPr>
          <w:rFonts w:ascii="Calibri" w:hAnsi="Calibri" w:cs="Calibri"/>
          <w:sz w:val="18"/>
          <w:szCs w:val="18"/>
          <w:lang w:val="pl-PL"/>
        </w:rPr>
      </w:pPr>
    </w:p>
    <w:p w:rsidR="005C3209" w:rsidRPr="00B24CDD" w:rsidRDefault="005C3209" w:rsidP="00650393">
      <w:pPr>
        <w:rPr>
          <w:rFonts w:ascii="Calibri" w:hAnsi="Calibri" w:cs="Calibri"/>
          <w:i/>
          <w:iCs/>
          <w:sz w:val="18"/>
          <w:szCs w:val="18"/>
          <w:lang w:val="pl-PL"/>
        </w:rPr>
      </w:pPr>
      <w:r w:rsidRPr="00B24CDD">
        <w:rPr>
          <w:rFonts w:ascii="Calibri" w:hAnsi="Calibri" w:cs="Calibri"/>
          <w:sz w:val="18"/>
          <w:szCs w:val="18"/>
          <w:lang w:val="pl-PL"/>
        </w:rPr>
        <w:t>.......................................</w:t>
      </w:r>
      <w:r w:rsidR="00FA1881" w:rsidRPr="00B24CDD">
        <w:rPr>
          <w:rFonts w:ascii="Calibri" w:hAnsi="Calibri" w:cs="Calibri"/>
          <w:sz w:val="18"/>
          <w:szCs w:val="18"/>
          <w:lang w:val="pl-PL"/>
        </w:rPr>
        <w:t>........</w:t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="00E95957">
        <w:rPr>
          <w:rFonts w:ascii="Calibri" w:hAnsi="Calibri" w:cs="Calibri"/>
          <w:sz w:val="18"/>
          <w:szCs w:val="18"/>
          <w:lang w:val="pl-PL"/>
        </w:rPr>
        <w:tab/>
      </w:r>
      <w:r w:rsidRPr="00B24CDD">
        <w:rPr>
          <w:rFonts w:ascii="Calibri" w:hAnsi="Calibri" w:cs="Calibri"/>
          <w:sz w:val="18"/>
          <w:szCs w:val="18"/>
          <w:lang w:val="pl-PL"/>
        </w:rPr>
        <w:t>....................................</w:t>
      </w:r>
    </w:p>
    <w:p w:rsidR="005C3209" w:rsidRPr="00B24CDD" w:rsidRDefault="005C3209" w:rsidP="00650393">
      <w:pPr>
        <w:rPr>
          <w:rFonts w:ascii="Calibri" w:hAnsi="Calibri" w:cs="Calibri"/>
          <w:i/>
          <w:iCs/>
          <w:sz w:val="18"/>
          <w:szCs w:val="18"/>
          <w:lang w:val="pl-PL"/>
        </w:rPr>
      </w:pPr>
      <w:r w:rsidRPr="00B24CDD">
        <w:rPr>
          <w:rFonts w:ascii="Calibri" w:hAnsi="Calibri" w:cs="Calibri"/>
          <w:i/>
          <w:iCs/>
          <w:sz w:val="18"/>
          <w:szCs w:val="18"/>
          <w:lang w:val="pl-PL"/>
        </w:rPr>
        <w:t xml:space="preserve"> (imię i nazwisko kandydata)</w:t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="00D916CF">
        <w:rPr>
          <w:rFonts w:ascii="Calibri" w:hAnsi="Calibri" w:cs="Calibri"/>
          <w:i/>
          <w:iCs/>
          <w:sz w:val="18"/>
          <w:szCs w:val="18"/>
          <w:lang w:val="pl-PL"/>
        </w:rPr>
        <w:tab/>
      </w:r>
      <w:r w:rsidRPr="00B24CDD">
        <w:rPr>
          <w:rFonts w:ascii="Calibri" w:hAnsi="Calibri" w:cs="Calibri"/>
          <w:i/>
          <w:iCs/>
          <w:sz w:val="18"/>
          <w:szCs w:val="18"/>
          <w:lang w:val="pl-PL"/>
        </w:rPr>
        <w:t>(miejscowość, data)</w:t>
      </w:r>
    </w:p>
    <w:p w:rsidR="005C3209" w:rsidRPr="00B24CDD" w:rsidRDefault="005C3209" w:rsidP="00650393">
      <w:pPr>
        <w:rPr>
          <w:rFonts w:ascii="Calibri" w:hAnsi="Calibri" w:cs="Calibri"/>
          <w:sz w:val="18"/>
          <w:szCs w:val="18"/>
          <w:lang w:val="pl-PL"/>
        </w:rPr>
      </w:pPr>
    </w:p>
    <w:p w:rsidR="005C3209" w:rsidRPr="00E95957" w:rsidRDefault="005C3209" w:rsidP="00650393">
      <w:pPr>
        <w:rPr>
          <w:rFonts w:ascii="Calibri" w:hAnsi="Calibri" w:cs="Calibri"/>
          <w:lang w:val="pl-PL"/>
        </w:rPr>
      </w:pPr>
      <w:r w:rsidRPr="00E95957">
        <w:rPr>
          <w:rFonts w:ascii="Calibri" w:hAnsi="Calibri" w:cs="Calibri"/>
          <w:b/>
          <w:bCs/>
          <w:lang w:val="pl-PL"/>
        </w:rPr>
        <w:t>ZGODA</w:t>
      </w:r>
    </w:p>
    <w:p w:rsidR="005C3209" w:rsidRPr="00E95957" w:rsidRDefault="005C3209" w:rsidP="00650393">
      <w:pPr>
        <w:rPr>
          <w:rFonts w:ascii="Calibri" w:hAnsi="Calibri" w:cs="Calibri"/>
          <w:lang w:val="pl-PL"/>
        </w:rPr>
      </w:pPr>
      <w:r w:rsidRPr="00E95957">
        <w:rPr>
          <w:rFonts w:ascii="Calibri" w:hAnsi="Calibri" w:cs="Calibri"/>
          <w:b/>
          <w:bCs/>
          <w:lang w:val="pl-PL"/>
        </w:rPr>
        <w:t>na przetwarzanie danych osobowych</w:t>
      </w:r>
    </w:p>
    <w:p w:rsidR="005C3209" w:rsidRPr="00E95957" w:rsidRDefault="005C3209" w:rsidP="00650393">
      <w:pPr>
        <w:rPr>
          <w:rFonts w:ascii="Calibri" w:hAnsi="Calibri" w:cs="Calibri"/>
          <w:lang w:val="pl-PL"/>
        </w:rPr>
      </w:pPr>
      <w:r w:rsidRPr="00E95957">
        <w:rPr>
          <w:rFonts w:ascii="Calibri" w:hAnsi="Calibri" w:cs="Calibri"/>
          <w:lang w:val="pl-PL"/>
        </w:rPr>
        <w:t xml:space="preserve">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E95957">
        <w:rPr>
          <w:rFonts w:ascii="Calibri" w:hAnsi="Calibri" w:cs="Calibri"/>
          <w:lang w:val="pl-PL"/>
        </w:rPr>
        <w:t>publ</w:t>
      </w:r>
      <w:proofErr w:type="spellEnd"/>
      <w:r w:rsidRPr="00E95957">
        <w:rPr>
          <w:rFonts w:ascii="Calibri" w:hAnsi="Calibri" w:cs="Calibri"/>
          <w:lang w:val="pl-PL"/>
        </w:rPr>
        <w:t xml:space="preserve">. Dz. Urz. UE L Nr 119, s. 1, </w:t>
      </w:r>
    </w:p>
    <w:p w:rsidR="005C3209" w:rsidRPr="00E95957" w:rsidRDefault="005C3209" w:rsidP="00650393">
      <w:pPr>
        <w:rPr>
          <w:rFonts w:ascii="Calibri" w:hAnsi="Calibri" w:cs="Calibri"/>
          <w:lang w:val="pl-PL"/>
        </w:rPr>
      </w:pPr>
      <w:r w:rsidRPr="00E95957">
        <w:rPr>
          <w:rFonts w:ascii="Calibri" w:hAnsi="Calibri" w:cs="Calibri"/>
          <w:lang w:val="pl-PL"/>
        </w:rPr>
        <w:t>Ja niżej podpisana/-y wyrażam zgodę na przetwarzanie przez Państwowe Liceum Sztuk Plastycznych im. Józefa Chełmońskiego w Nałęczowie moich danych osobowych innych niż wynikające z obowiązku prawnego, w celu związanym z obecnie prowadzonym postępowaniem rekrutacyjnym.</w:t>
      </w:r>
    </w:p>
    <w:p w:rsidR="005C3209" w:rsidRPr="00E95957" w:rsidRDefault="005C3209" w:rsidP="00650393">
      <w:pPr>
        <w:rPr>
          <w:rFonts w:ascii="Calibri" w:hAnsi="Calibri" w:cs="Calibri"/>
          <w:lang w:val="pl-PL"/>
        </w:rPr>
      </w:pPr>
      <w:r w:rsidRPr="00E95957">
        <w:rPr>
          <w:rFonts w:ascii="Calibri" w:hAnsi="Calibri" w:cs="Calibri"/>
          <w:lang w:val="pl-PL"/>
        </w:rPr>
        <w:t>Oświadczam, że zostałam/-em poinformowana/-y o tym, że zgoda jest dobrowolna i mam możliwość jej cofnięcia w dowolnym momencie przez wysłanie wiadomości pocztą tradycyjną lub e-mail na adres podmiotu prowadzącego postępowanie rekrutacyjne.</w:t>
      </w:r>
    </w:p>
    <w:p w:rsidR="005C3209" w:rsidRPr="00E95957" w:rsidRDefault="005C3209" w:rsidP="00650393">
      <w:pPr>
        <w:rPr>
          <w:rFonts w:ascii="Calibri" w:hAnsi="Calibri" w:cs="Calibri"/>
          <w:lang w:val="pl-PL"/>
        </w:rPr>
      </w:pPr>
    </w:p>
    <w:p w:rsidR="005C3209" w:rsidRPr="00B24CDD" w:rsidRDefault="005C3209" w:rsidP="00650393">
      <w:pPr>
        <w:rPr>
          <w:rFonts w:ascii="Calibri" w:hAnsi="Calibri" w:cs="Calibri"/>
          <w:sz w:val="18"/>
          <w:szCs w:val="18"/>
          <w:lang w:val="pl-PL"/>
        </w:rPr>
      </w:pPr>
    </w:p>
    <w:p w:rsidR="005C3209" w:rsidRPr="00B24CDD" w:rsidRDefault="005C3209" w:rsidP="00650393">
      <w:pPr>
        <w:rPr>
          <w:rFonts w:ascii="Calibri" w:hAnsi="Calibri" w:cs="Calibri"/>
          <w:sz w:val="18"/>
          <w:szCs w:val="18"/>
          <w:lang w:val="pl-PL"/>
        </w:rPr>
      </w:pPr>
    </w:p>
    <w:p w:rsidR="005C3209" w:rsidRPr="00B24CDD" w:rsidRDefault="005C3209" w:rsidP="00650393">
      <w:pPr>
        <w:rPr>
          <w:rFonts w:ascii="Calibri" w:hAnsi="Calibri" w:cs="Calibri"/>
          <w:sz w:val="18"/>
          <w:szCs w:val="18"/>
          <w:lang w:val="pl-PL"/>
        </w:rPr>
      </w:pPr>
    </w:p>
    <w:p w:rsidR="005C3209" w:rsidRPr="00B24CDD" w:rsidRDefault="005C3209" w:rsidP="00650393">
      <w:pPr>
        <w:ind w:left="2160" w:firstLine="720"/>
        <w:rPr>
          <w:rFonts w:ascii="Calibri" w:hAnsi="Calibri" w:cs="Calibri"/>
          <w:sz w:val="18"/>
          <w:szCs w:val="18"/>
          <w:lang w:val="pl-PL"/>
        </w:rPr>
      </w:pPr>
      <w:r w:rsidRPr="00B24CDD">
        <w:rPr>
          <w:rFonts w:ascii="Calibri" w:hAnsi="Calibri" w:cs="Calibri"/>
          <w:sz w:val="18"/>
          <w:szCs w:val="18"/>
          <w:lang w:val="pl-PL"/>
        </w:rPr>
        <w:t xml:space="preserve">                                                                                                        </w:t>
      </w:r>
    </w:p>
    <w:p w:rsidR="005C3209" w:rsidRPr="00B24CDD" w:rsidRDefault="005C3209" w:rsidP="00650393">
      <w:pPr>
        <w:rPr>
          <w:rFonts w:ascii="Calibri" w:hAnsi="Calibri" w:cs="Calibri"/>
          <w:sz w:val="18"/>
          <w:szCs w:val="18"/>
          <w:lang w:val="pl-PL"/>
        </w:rPr>
      </w:pPr>
      <w:r w:rsidRPr="00B24CDD">
        <w:rPr>
          <w:rFonts w:ascii="Calibri" w:hAnsi="Calibri" w:cs="Calibri"/>
          <w:sz w:val="18"/>
          <w:szCs w:val="18"/>
          <w:lang w:val="pl-PL"/>
        </w:rPr>
        <w:tab/>
      </w:r>
      <w:r w:rsidRPr="00B24CDD">
        <w:rPr>
          <w:rFonts w:ascii="Calibri" w:hAnsi="Calibri" w:cs="Calibri"/>
          <w:sz w:val="18"/>
          <w:szCs w:val="18"/>
          <w:lang w:val="pl-PL"/>
        </w:rPr>
        <w:tab/>
      </w:r>
      <w:r w:rsidRPr="00B24CDD">
        <w:rPr>
          <w:rFonts w:ascii="Calibri" w:hAnsi="Calibri" w:cs="Calibri"/>
          <w:sz w:val="18"/>
          <w:szCs w:val="18"/>
          <w:lang w:val="pl-PL"/>
        </w:rPr>
        <w:tab/>
      </w:r>
      <w:r w:rsidRPr="00B24CDD">
        <w:rPr>
          <w:rFonts w:ascii="Calibri" w:hAnsi="Calibri" w:cs="Calibri"/>
          <w:sz w:val="18"/>
          <w:szCs w:val="18"/>
          <w:lang w:val="pl-PL"/>
        </w:rPr>
        <w:tab/>
      </w:r>
      <w:r w:rsidR="00064107">
        <w:rPr>
          <w:rFonts w:ascii="Calibri" w:hAnsi="Calibri" w:cs="Calibri"/>
          <w:sz w:val="18"/>
          <w:szCs w:val="18"/>
          <w:lang w:val="pl-PL"/>
        </w:rPr>
        <w:tab/>
      </w:r>
      <w:r w:rsidRPr="00B24CDD">
        <w:rPr>
          <w:rFonts w:ascii="Calibri" w:hAnsi="Calibri" w:cs="Calibri"/>
          <w:sz w:val="18"/>
          <w:szCs w:val="18"/>
          <w:lang w:val="pl-PL"/>
        </w:rPr>
        <w:t xml:space="preserve"> (czytelny podpis osoby, której dane dotyczą )</w:t>
      </w:r>
    </w:p>
    <w:p w:rsidR="005C3209" w:rsidRPr="00B24CDD" w:rsidRDefault="005C3209" w:rsidP="00650393">
      <w:pPr>
        <w:rPr>
          <w:rFonts w:ascii="Calibri" w:hAnsi="Calibri" w:cs="Calibri"/>
          <w:b/>
          <w:bCs/>
          <w:sz w:val="18"/>
          <w:szCs w:val="18"/>
          <w:lang w:val="pl-PL"/>
        </w:rPr>
      </w:pPr>
    </w:p>
    <w:sectPr w:rsidR="005C3209" w:rsidRPr="00B24CDD" w:rsidSect="00034616"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25C" w:rsidRDefault="008C625C">
      <w:pPr>
        <w:spacing w:after="0" w:line="240" w:lineRule="auto"/>
      </w:pPr>
      <w:r>
        <w:separator/>
      </w:r>
    </w:p>
  </w:endnote>
  <w:endnote w:type="continuationSeparator" w:id="0">
    <w:p w:rsidR="008C625C" w:rsidRDefault="008C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D5" w:rsidRDefault="0013634D">
    <w:pPr>
      <w:pStyle w:val="Stopka"/>
      <w:jc w:val="center"/>
    </w:pPr>
    <w:proofErr w:type="spellStart"/>
    <w:r>
      <w:rPr>
        <w:sz w:val="16"/>
      </w:rPr>
      <w:t>P</w:t>
    </w:r>
    <w:r w:rsidR="00FB5CFB">
      <w:rPr>
        <w:sz w:val="16"/>
      </w:rPr>
      <w:t>aństwowe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Liceum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Sztuk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Plastycznych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im</w:t>
    </w:r>
    <w:proofErr w:type="spellEnd"/>
    <w:r>
      <w:rPr>
        <w:sz w:val="16"/>
      </w:rPr>
      <w:t>. Józefa Chełmońskiego w Nałęczowie – Regulamin naboru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25C" w:rsidRDefault="008C625C">
      <w:pPr>
        <w:spacing w:after="0" w:line="240" w:lineRule="auto"/>
      </w:pPr>
      <w:r>
        <w:separator/>
      </w:r>
    </w:p>
  </w:footnote>
  <w:footnote w:type="continuationSeparator" w:id="0">
    <w:p w:rsidR="008C625C" w:rsidRDefault="008C6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33A84"/>
    <w:multiLevelType w:val="multilevel"/>
    <w:tmpl w:val="49F2445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7A91A43"/>
    <w:multiLevelType w:val="hybridMultilevel"/>
    <w:tmpl w:val="40A2E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E04D44"/>
    <w:multiLevelType w:val="multilevel"/>
    <w:tmpl w:val="CB3A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320C85"/>
    <w:multiLevelType w:val="hybridMultilevel"/>
    <w:tmpl w:val="FBDA6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254CF2"/>
    <w:multiLevelType w:val="multilevel"/>
    <w:tmpl w:val="420E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1A2A4E"/>
    <w:multiLevelType w:val="multilevel"/>
    <w:tmpl w:val="4268F1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BD25DE"/>
    <w:multiLevelType w:val="hybridMultilevel"/>
    <w:tmpl w:val="56F21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0E630B"/>
    <w:multiLevelType w:val="hybridMultilevel"/>
    <w:tmpl w:val="6F4E8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9F2E96"/>
    <w:multiLevelType w:val="hybridMultilevel"/>
    <w:tmpl w:val="CD1AED7C"/>
    <w:lvl w:ilvl="0" w:tplc="CA28D5B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765E9"/>
    <w:multiLevelType w:val="hybridMultilevel"/>
    <w:tmpl w:val="3E5A6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EB445F"/>
    <w:multiLevelType w:val="hybridMultilevel"/>
    <w:tmpl w:val="56F21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71A27"/>
    <w:multiLevelType w:val="multilevel"/>
    <w:tmpl w:val="EC9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DB13C0"/>
    <w:multiLevelType w:val="multilevel"/>
    <w:tmpl w:val="BA2CC508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2" w15:restartNumberingAfterBreak="0">
    <w:nsid w:val="523E6430"/>
    <w:multiLevelType w:val="hybridMultilevel"/>
    <w:tmpl w:val="A5CE71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452F32"/>
    <w:multiLevelType w:val="multilevel"/>
    <w:tmpl w:val="82DA4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94693C"/>
    <w:multiLevelType w:val="hybridMultilevel"/>
    <w:tmpl w:val="56F21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1A614D"/>
    <w:multiLevelType w:val="multilevel"/>
    <w:tmpl w:val="2438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EC26F7"/>
    <w:multiLevelType w:val="multilevel"/>
    <w:tmpl w:val="20BAD0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9012FF"/>
    <w:multiLevelType w:val="multilevel"/>
    <w:tmpl w:val="CB3A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2D124F"/>
    <w:multiLevelType w:val="multilevel"/>
    <w:tmpl w:val="145C7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2B34AE"/>
    <w:multiLevelType w:val="multilevel"/>
    <w:tmpl w:val="722A2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21"/>
  </w:num>
  <w:num w:numId="12">
    <w:abstractNumId w:val="16"/>
  </w:num>
  <w:num w:numId="13">
    <w:abstractNumId w:val="17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0"/>
  </w:num>
  <w:num w:numId="17">
    <w:abstractNumId w:val="25"/>
  </w:num>
  <w:num w:numId="18">
    <w:abstractNumId w:val="29"/>
  </w:num>
  <w:num w:numId="19">
    <w:abstractNumId w:val="22"/>
  </w:num>
  <w:num w:numId="20">
    <w:abstractNumId w:val="26"/>
  </w:num>
  <w:num w:numId="21">
    <w:abstractNumId w:val="14"/>
  </w:num>
  <w:num w:numId="22">
    <w:abstractNumId w:val="10"/>
  </w:num>
  <w:num w:numId="23">
    <w:abstractNumId w:val="28"/>
  </w:num>
  <w:num w:numId="24">
    <w:abstractNumId w:val="23"/>
  </w:num>
  <w:num w:numId="25">
    <w:abstractNumId w:val="19"/>
  </w:num>
  <w:num w:numId="26">
    <w:abstractNumId w:val="15"/>
  </w:num>
  <w:num w:numId="27">
    <w:abstractNumId w:val="13"/>
  </w:num>
  <w:num w:numId="28">
    <w:abstractNumId w:val="27"/>
  </w:num>
  <w:num w:numId="29">
    <w:abstractNumId w:val="11"/>
  </w:num>
  <w:num w:numId="30">
    <w:abstractNumId w:val="18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563B"/>
    <w:rsid w:val="00034616"/>
    <w:rsid w:val="0006063C"/>
    <w:rsid w:val="00064107"/>
    <w:rsid w:val="00071818"/>
    <w:rsid w:val="00087B1C"/>
    <w:rsid w:val="000B7924"/>
    <w:rsid w:val="000B7EB6"/>
    <w:rsid w:val="000E6FD0"/>
    <w:rsid w:val="001213AA"/>
    <w:rsid w:val="00123D79"/>
    <w:rsid w:val="0013634D"/>
    <w:rsid w:val="001405A8"/>
    <w:rsid w:val="00140FB5"/>
    <w:rsid w:val="0015074B"/>
    <w:rsid w:val="00164CC3"/>
    <w:rsid w:val="00167FA9"/>
    <w:rsid w:val="001A34D5"/>
    <w:rsid w:val="001C31E8"/>
    <w:rsid w:val="001D223F"/>
    <w:rsid w:val="001E19DA"/>
    <w:rsid w:val="00205A52"/>
    <w:rsid w:val="00213B16"/>
    <w:rsid w:val="00225FCF"/>
    <w:rsid w:val="00246194"/>
    <w:rsid w:val="00272BE0"/>
    <w:rsid w:val="0029639D"/>
    <w:rsid w:val="002D6B3F"/>
    <w:rsid w:val="002E641D"/>
    <w:rsid w:val="0030677C"/>
    <w:rsid w:val="003167F4"/>
    <w:rsid w:val="00326F90"/>
    <w:rsid w:val="0033129E"/>
    <w:rsid w:val="003312B0"/>
    <w:rsid w:val="0038794D"/>
    <w:rsid w:val="00390EC3"/>
    <w:rsid w:val="00397EDB"/>
    <w:rsid w:val="003E6E84"/>
    <w:rsid w:val="003E777F"/>
    <w:rsid w:val="003F16B7"/>
    <w:rsid w:val="003F3396"/>
    <w:rsid w:val="004126FE"/>
    <w:rsid w:val="004200CC"/>
    <w:rsid w:val="00423E01"/>
    <w:rsid w:val="00424386"/>
    <w:rsid w:val="004350C3"/>
    <w:rsid w:val="00440A92"/>
    <w:rsid w:val="00467ABF"/>
    <w:rsid w:val="00473AAE"/>
    <w:rsid w:val="004767CC"/>
    <w:rsid w:val="00477B75"/>
    <w:rsid w:val="00483885"/>
    <w:rsid w:val="00496251"/>
    <w:rsid w:val="004B3E8A"/>
    <w:rsid w:val="004C1732"/>
    <w:rsid w:val="004D2C98"/>
    <w:rsid w:val="004F11DD"/>
    <w:rsid w:val="0052670A"/>
    <w:rsid w:val="00540006"/>
    <w:rsid w:val="005445D4"/>
    <w:rsid w:val="005460A2"/>
    <w:rsid w:val="005478CB"/>
    <w:rsid w:val="00572FCA"/>
    <w:rsid w:val="005B0981"/>
    <w:rsid w:val="005B77BC"/>
    <w:rsid w:val="005C3209"/>
    <w:rsid w:val="005D0833"/>
    <w:rsid w:val="005F3650"/>
    <w:rsid w:val="00603779"/>
    <w:rsid w:val="006269E4"/>
    <w:rsid w:val="006423A3"/>
    <w:rsid w:val="00650393"/>
    <w:rsid w:val="00665F9E"/>
    <w:rsid w:val="0069556A"/>
    <w:rsid w:val="006974B2"/>
    <w:rsid w:val="006E5326"/>
    <w:rsid w:val="0070094A"/>
    <w:rsid w:val="00707E3F"/>
    <w:rsid w:val="0074318B"/>
    <w:rsid w:val="007627F5"/>
    <w:rsid w:val="00764B31"/>
    <w:rsid w:val="00797EE2"/>
    <w:rsid w:val="007A7FE9"/>
    <w:rsid w:val="007B3126"/>
    <w:rsid w:val="007C17D8"/>
    <w:rsid w:val="008163E1"/>
    <w:rsid w:val="008434F8"/>
    <w:rsid w:val="00887A1F"/>
    <w:rsid w:val="008A06C6"/>
    <w:rsid w:val="008C625C"/>
    <w:rsid w:val="008D2740"/>
    <w:rsid w:val="008E0CE9"/>
    <w:rsid w:val="008E1FAA"/>
    <w:rsid w:val="008F1AA5"/>
    <w:rsid w:val="0091330C"/>
    <w:rsid w:val="00937499"/>
    <w:rsid w:val="00963B13"/>
    <w:rsid w:val="009D7876"/>
    <w:rsid w:val="00A113C7"/>
    <w:rsid w:val="00A17275"/>
    <w:rsid w:val="00A22AA1"/>
    <w:rsid w:val="00A23078"/>
    <w:rsid w:val="00A2691E"/>
    <w:rsid w:val="00A348C6"/>
    <w:rsid w:val="00A36221"/>
    <w:rsid w:val="00A5246A"/>
    <w:rsid w:val="00A66367"/>
    <w:rsid w:val="00A862D9"/>
    <w:rsid w:val="00AA1D8D"/>
    <w:rsid w:val="00AA61A1"/>
    <w:rsid w:val="00AA783A"/>
    <w:rsid w:val="00AC2A7B"/>
    <w:rsid w:val="00AC3A15"/>
    <w:rsid w:val="00AD24ED"/>
    <w:rsid w:val="00B24CDD"/>
    <w:rsid w:val="00B47730"/>
    <w:rsid w:val="00BA1909"/>
    <w:rsid w:val="00BB329C"/>
    <w:rsid w:val="00BD5020"/>
    <w:rsid w:val="00BD5870"/>
    <w:rsid w:val="00C01F3B"/>
    <w:rsid w:val="00C157C5"/>
    <w:rsid w:val="00C4401B"/>
    <w:rsid w:val="00C441CF"/>
    <w:rsid w:val="00C72508"/>
    <w:rsid w:val="00C867C2"/>
    <w:rsid w:val="00C90868"/>
    <w:rsid w:val="00CA2DCD"/>
    <w:rsid w:val="00CB0664"/>
    <w:rsid w:val="00CD1439"/>
    <w:rsid w:val="00CD7883"/>
    <w:rsid w:val="00CE11DD"/>
    <w:rsid w:val="00CE2239"/>
    <w:rsid w:val="00CF3C0B"/>
    <w:rsid w:val="00CF5093"/>
    <w:rsid w:val="00D31A59"/>
    <w:rsid w:val="00D4319F"/>
    <w:rsid w:val="00D916CF"/>
    <w:rsid w:val="00DA21A3"/>
    <w:rsid w:val="00DD76A3"/>
    <w:rsid w:val="00DE26A3"/>
    <w:rsid w:val="00E054D7"/>
    <w:rsid w:val="00E2095B"/>
    <w:rsid w:val="00E319A8"/>
    <w:rsid w:val="00E33491"/>
    <w:rsid w:val="00E36B64"/>
    <w:rsid w:val="00E61EBF"/>
    <w:rsid w:val="00E95957"/>
    <w:rsid w:val="00EA3653"/>
    <w:rsid w:val="00EB56BF"/>
    <w:rsid w:val="00EE18EC"/>
    <w:rsid w:val="00EE6325"/>
    <w:rsid w:val="00EF3B91"/>
    <w:rsid w:val="00EF6C81"/>
    <w:rsid w:val="00F0017B"/>
    <w:rsid w:val="00F13887"/>
    <w:rsid w:val="00F55CEB"/>
    <w:rsid w:val="00F67ED0"/>
    <w:rsid w:val="00F71E29"/>
    <w:rsid w:val="00F746B5"/>
    <w:rsid w:val="00F7772E"/>
    <w:rsid w:val="00F912FC"/>
    <w:rsid w:val="00FA0849"/>
    <w:rsid w:val="00FA1881"/>
    <w:rsid w:val="00FB5CFB"/>
    <w:rsid w:val="00FC0DA5"/>
    <w:rsid w:val="00FC1EA2"/>
    <w:rsid w:val="00FC1FB2"/>
    <w:rsid w:val="00FC3E9B"/>
    <w:rsid w:val="00FC693F"/>
    <w:rsid w:val="00FD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FEB66"/>
  <w14:defaultImageDpi w14:val="300"/>
  <w15:docId w15:val="{4DD7DF08-CDA1-4438-9C60-562F790C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01F3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B329C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3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8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lastyknalecz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@lpnaleczo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064CA4-5B09-48C6-B35C-6EE66990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10</Pages>
  <Words>2179</Words>
  <Characters>13079</Characters>
  <Application>Microsoft Office Word</Application>
  <DocSecurity>0</DocSecurity>
  <Lines>108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Sekretarz</cp:lastModifiedBy>
  <cp:revision>95</cp:revision>
  <cp:lastPrinted>2026-10-14T09:46:00Z</cp:lastPrinted>
  <dcterms:created xsi:type="dcterms:W3CDTF">2026-10-14T06:56:00Z</dcterms:created>
  <dcterms:modified xsi:type="dcterms:W3CDTF">2026-10-14T10:30:00Z</dcterms:modified>
  <cp:category/>
</cp:coreProperties>
</file>