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1682" w14:textId="77777777" w:rsidR="00A61AA3" w:rsidRDefault="00F81ACD">
      <w:pPr>
        <w:keepNext/>
        <w:spacing w:after="20"/>
        <w:jc w:val="right"/>
      </w:pPr>
      <w:r>
        <w:rPr>
          <w:b/>
          <w:sz w:val="18"/>
        </w:rPr>
        <w:t>Załącznik nr 3a do SWZ</w:t>
      </w:r>
    </w:p>
    <w:p w14:paraId="5857595C" w14:textId="77777777" w:rsidR="00A61AA3" w:rsidRDefault="00F81ACD">
      <w:pPr>
        <w:keepNext/>
        <w:spacing w:after="40"/>
        <w:jc w:val="center"/>
      </w:pPr>
      <w:r>
        <w:rPr>
          <w:b/>
          <w:sz w:val="24"/>
        </w:rPr>
        <w:t>FORMULARZ SZCZEGÓŁOWY – CZĘŚĆ 1</w:t>
      </w:r>
    </w:p>
    <w:p w14:paraId="2A0BF9FC" w14:textId="77777777" w:rsidR="00A61AA3" w:rsidRDefault="00F81ACD">
      <w:pPr>
        <w:keepNext/>
        <w:spacing w:after="20"/>
        <w:jc w:val="center"/>
      </w:pPr>
      <w:r>
        <w:rPr>
          <w:b/>
          <w:sz w:val="19"/>
        </w:rPr>
        <w:t>Postępowanie: „Zakup wyposażenia do pracowni gastronomicznej z przeznaczeniem do obsługi konsumenta z podziałem na części”</w:t>
      </w:r>
    </w:p>
    <w:p w14:paraId="2882110A" w14:textId="77777777" w:rsidR="00A61AA3" w:rsidRDefault="00F81ACD">
      <w:pPr>
        <w:keepNext/>
        <w:spacing w:after="100"/>
        <w:jc w:val="center"/>
      </w:pPr>
      <w:r>
        <w:rPr>
          <w:b/>
          <w:sz w:val="18"/>
        </w:rPr>
        <w:t>Część 1 – Dostawa sprzętu gastronomicznego oraz wykonanie zabudowy lady barowej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665"/>
        <w:gridCol w:w="1191"/>
        <w:gridCol w:w="2891"/>
        <w:gridCol w:w="1814"/>
        <w:gridCol w:w="1531"/>
        <w:gridCol w:w="794"/>
        <w:gridCol w:w="2573"/>
        <w:gridCol w:w="1732"/>
      </w:tblGrid>
      <w:tr w:rsidR="00A61AA3" w14:paraId="62E8DC88" w14:textId="77777777">
        <w:trPr>
          <w:tblHeader/>
          <w:jc w:val="center"/>
        </w:trPr>
        <w:tc>
          <w:tcPr>
            <w:tcW w:w="397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D473F7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Lp.</w:t>
            </w:r>
          </w:p>
        </w:tc>
        <w:tc>
          <w:tcPr>
            <w:tcW w:w="2665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71A193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Nazwa sprzętu / urządzenia</w:t>
            </w:r>
          </w:p>
        </w:tc>
        <w:tc>
          <w:tcPr>
            <w:tcW w:w="119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504BE2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Liczba sztuk / kompletów</w:t>
            </w:r>
          </w:p>
        </w:tc>
        <w:tc>
          <w:tcPr>
            <w:tcW w:w="289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7C01E1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Producent / marka / typ lub model oferowanego sprzętu</w:t>
            </w:r>
            <w:r>
              <w:rPr>
                <w:b/>
                <w:sz w:val="14"/>
              </w:rPr>
              <w:br/>
              <w:t>(dotyczy poz. 1–10)</w:t>
            </w:r>
          </w:p>
        </w:tc>
        <w:tc>
          <w:tcPr>
            <w:tcW w:w="1814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60FA57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Zgodność z wymaganiami OPZ</w:t>
            </w:r>
            <w:r>
              <w:rPr>
                <w:b/>
                <w:sz w:val="14"/>
              </w:rPr>
              <w:br/>
              <w:t>(dotyczy poz. 11)</w:t>
            </w:r>
          </w:p>
        </w:tc>
        <w:tc>
          <w:tcPr>
            <w:tcW w:w="153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70C123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Cena jednostkowa netto [zł]</w:t>
            </w:r>
          </w:p>
        </w:tc>
        <w:tc>
          <w:tcPr>
            <w:tcW w:w="794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AE13FD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VAT [%]</w:t>
            </w:r>
          </w:p>
        </w:tc>
        <w:tc>
          <w:tcPr>
            <w:tcW w:w="153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419432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Cena jednostkowa brutto [zł]</w:t>
            </w:r>
          </w:p>
        </w:tc>
        <w:tc>
          <w:tcPr>
            <w:tcW w:w="1587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DF205A" w14:textId="77777777" w:rsidR="00A61AA3" w:rsidRDefault="00F81ACD">
            <w:pPr>
              <w:jc w:val="center"/>
            </w:pPr>
            <w:r>
              <w:rPr>
                <w:b/>
                <w:sz w:val="14"/>
              </w:rPr>
              <w:t>Wartość brutto [zł]</w:t>
            </w:r>
          </w:p>
        </w:tc>
      </w:tr>
      <w:tr w:rsidR="00A61AA3" w14:paraId="3DF2CEF9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614452" w14:textId="77777777" w:rsidR="00A61AA3" w:rsidRDefault="00F81ACD">
            <w:pPr>
              <w:jc w:val="center"/>
            </w:pPr>
            <w:r>
              <w:rPr>
                <w:sz w:val="15"/>
              </w:rPr>
              <w:t>1.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86BB62" w14:textId="77777777" w:rsidR="00A61AA3" w:rsidRDefault="00F81ACD">
            <w:r>
              <w:rPr>
                <w:sz w:val="15"/>
              </w:rPr>
              <w:t>Szafa chłodnicza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CF5DEA" w14:textId="77777777" w:rsidR="00A61AA3" w:rsidRDefault="00F81ACD">
            <w:pPr>
              <w:jc w:val="center"/>
            </w:pPr>
            <w:r>
              <w:rPr>
                <w:sz w:val="15"/>
              </w:rPr>
              <w:t>1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52C682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961D4D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EEF608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614954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46ECBC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F4E49B" w14:textId="77777777" w:rsidR="00A61AA3" w:rsidRDefault="00A61AA3">
            <w:pPr>
              <w:jc w:val="center"/>
            </w:pPr>
          </w:p>
        </w:tc>
      </w:tr>
      <w:tr w:rsidR="00A61AA3" w14:paraId="118328B0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FAF6EF" w14:textId="77777777" w:rsidR="00A61AA3" w:rsidRDefault="00F81ACD">
            <w:pPr>
              <w:jc w:val="center"/>
            </w:pPr>
            <w:r>
              <w:rPr>
                <w:sz w:val="15"/>
              </w:rPr>
              <w:t>2.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DFE573" w14:textId="77777777" w:rsidR="00A61AA3" w:rsidRDefault="00F81ACD">
            <w:r>
              <w:rPr>
                <w:sz w:val="15"/>
              </w:rPr>
              <w:t>Zmywarki kapturowe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723037" w14:textId="77777777" w:rsidR="00A61AA3" w:rsidRDefault="00F81ACD">
            <w:pPr>
              <w:jc w:val="center"/>
            </w:pPr>
            <w:r>
              <w:rPr>
                <w:sz w:val="15"/>
              </w:rPr>
              <w:t>2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B073BD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54F7A0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AC600E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EDFC5E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F74F55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AB37A9" w14:textId="77777777" w:rsidR="00A61AA3" w:rsidRDefault="00A61AA3">
            <w:pPr>
              <w:jc w:val="center"/>
            </w:pPr>
          </w:p>
        </w:tc>
      </w:tr>
      <w:tr w:rsidR="00A61AA3" w14:paraId="08838269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BC96B1" w14:textId="77777777" w:rsidR="00A61AA3" w:rsidRDefault="00F81ACD">
            <w:pPr>
              <w:jc w:val="center"/>
            </w:pPr>
            <w:r>
              <w:rPr>
                <w:sz w:val="15"/>
              </w:rPr>
              <w:t>3.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EDEB54" w14:textId="77777777" w:rsidR="00A61AA3" w:rsidRDefault="00F81ACD">
            <w:r>
              <w:rPr>
                <w:sz w:val="15"/>
              </w:rPr>
              <w:t>Ekspres do kawy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69C611" w14:textId="77777777" w:rsidR="00A61AA3" w:rsidRDefault="00F81ACD">
            <w:pPr>
              <w:jc w:val="center"/>
            </w:pPr>
            <w:r>
              <w:rPr>
                <w:sz w:val="15"/>
              </w:rPr>
              <w:t>1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E037C5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C83FE2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47873D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1BE33C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E957DA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DC24FB" w14:textId="77777777" w:rsidR="00A61AA3" w:rsidRDefault="00A61AA3">
            <w:pPr>
              <w:jc w:val="center"/>
            </w:pPr>
          </w:p>
        </w:tc>
      </w:tr>
      <w:tr w:rsidR="00A61AA3" w14:paraId="6C21C6BE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2EA5BA" w14:textId="77777777" w:rsidR="00A61AA3" w:rsidRDefault="00F81ACD">
            <w:pPr>
              <w:jc w:val="center"/>
            </w:pPr>
            <w:r>
              <w:rPr>
                <w:sz w:val="15"/>
              </w:rPr>
              <w:t>4.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989128" w14:textId="77777777" w:rsidR="00A61AA3" w:rsidRDefault="00F81ACD">
            <w:r>
              <w:rPr>
                <w:sz w:val="15"/>
              </w:rPr>
              <w:t>Szafa chłodnicza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059B67" w14:textId="77777777" w:rsidR="00A61AA3" w:rsidRDefault="00F81ACD">
            <w:pPr>
              <w:jc w:val="center"/>
            </w:pPr>
            <w:r>
              <w:rPr>
                <w:sz w:val="15"/>
              </w:rPr>
              <w:t>1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27793C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62E330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B293F7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E310F1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0DDFD0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502ED7" w14:textId="77777777" w:rsidR="00A61AA3" w:rsidRDefault="00A61AA3">
            <w:pPr>
              <w:jc w:val="center"/>
            </w:pPr>
          </w:p>
        </w:tc>
      </w:tr>
      <w:tr w:rsidR="00A61AA3" w14:paraId="3A7D3E98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D262A7" w14:textId="77777777" w:rsidR="00A61AA3" w:rsidRDefault="00F81ACD">
            <w:pPr>
              <w:jc w:val="center"/>
            </w:pPr>
            <w:r>
              <w:rPr>
                <w:sz w:val="15"/>
              </w:rPr>
              <w:t>5.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1F95C8" w14:textId="77777777" w:rsidR="00A61AA3" w:rsidRDefault="00F81ACD">
            <w:r>
              <w:rPr>
                <w:sz w:val="15"/>
              </w:rPr>
              <w:t>Piec konwekcyjno-parowy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C1EFD3" w14:textId="77777777" w:rsidR="00A61AA3" w:rsidRDefault="00F81ACD">
            <w:pPr>
              <w:jc w:val="center"/>
            </w:pPr>
            <w:r>
              <w:rPr>
                <w:sz w:val="15"/>
              </w:rPr>
              <w:t>2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1A4726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2839F3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43DB25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3AF94D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7AD72A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9D3814" w14:textId="77777777" w:rsidR="00A61AA3" w:rsidRDefault="00A61AA3">
            <w:pPr>
              <w:jc w:val="center"/>
            </w:pPr>
          </w:p>
        </w:tc>
      </w:tr>
      <w:tr w:rsidR="00A61AA3" w14:paraId="7FCB51F0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D71333" w14:textId="77777777" w:rsidR="00A61AA3" w:rsidRDefault="00F81ACD">
            <w:pPr>
              <w:jc w:val="center"/>
            </w:pPr>
            <w:r>
              <w:rPr>
                <w:sz w:val="15"/>
              </w:rPr>
              <w:t>6.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087E64" w14:textId="77777777" w:rsidR="00A61AA3" w:rsidRDefault="00F81ACD">
            <w:r>
              <w:rPr>
                <w:sz w:val="15"/>
              </w:rPr>
              <w:t>Maszyna do lodów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E5ADB3" w14:textId="77777777" w:rsidR="00A61AA3" w:rsidRDefault="00F81ACD">
            <w:pPr>
              <w:jc w:val="center"/>
            </w:pPr>
            <w:r>
              <w:rPr>
                <w:sz w:val="15"/>
              </w:rPr>
              <w:t>1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459108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D9B40E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DD2FE4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82F725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5044EC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70DC97" w14:textId="77777777" w:rsidR="00A61AA3" w:rsidRDefault="00A61AA3">
            <w:pPr>
              <w:jc w:val="center"/>
            </w:pPr>
          </w:p>
        </w:tc>
      </w:tr>
      <w:tr w:rsidR="00A61AA3" w14:paraId="28D77976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135029" w14:textId="77777777" w:rsidR="00A61AA3" w:rsidRDefault="00F81ACD">
            <w:pPr>
              <w:jc w:val="center"/>
            </w:pPr>
            <w:r>
              <w:rPr>
                <w:sz w:val="15"/>
              </w:rPr>
              <w:t>7.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F704FF" w14:textId="77777777" w:rsidR="00A61AA3" w:rsidRDefault="00F81ACD">
            <w:r>
              <w:rPr>
                <w:sz w:val="15"/>
              </w:rPr>
              <w:t>Stół chłodniczy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8764C8" w14:textId="77777777" w:rsidR="00A61AA3" w:rsidRDefault="00F81ACD">
            <w:pPr>
              <w:jc w:val="center"/>
            </w:pPr>
            <w:r>
              <w:rPr>
                <w:sz w:val="15"/>
              </w:rPr>
              <w:t>1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3224B2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B6AAEA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C79C5C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C66EF6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9B7875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68F6F8" w14:textId="77777777" w:rsidR="00A61AA3" w:rsidRDefault="00A61AA3">
            <w:pPr>
              <w:jc w:val="center"/>
            </w:pPr>
          </w:p>
        </w:tc>
      </w:tr>
      <w:tr w:rsidR="00A61AA3" w14:paraId="46B50B03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5B76F6" w14:textId="77777777" w:rsidR="00A61AA3" w:rsidRDefault="00F81ACD">
            <w:pPr>
              <w:jc w:val="center"/>
            </w:pPr>
            <w:r>
              <w:rPr>
                <w:sz w:val="15"/>
              </w:rPr>
              <w:t>8.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EFA610" w14:textId="77777777" w:rsidR="00A61AA3" w:rsidRDefault="00F81ACD">
            <w:r>
              <w:rPr>
                <w:sz w:val="15"/>
              </w:rPr>
              <w:t>Dyspenser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C2A6D4" w14:textId="77777777" w:rsidR="00A61AA3" w:rsidRDefault="00F81ACD">
            <w:pPr>
              <w:jc w:val="center"/>
            </w:pPr>
            <w:r>
              <w:rPr>
                <w:sz w:val="15"/>
              </w:rPr>
              <w:t>1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86E5E2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2E0B41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72BBFE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A2D104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398D2E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E9C199" w14:textId="77777777" w:rsidR="00A61AA3" w:rsidRDefault="00A61AA3">
            <w:pPr>
              <w:jc w:val="center"/>
            </w:pPr>
          </w:p>
        </w:tc>
      </w:tr>
      <w:tr w:rsidR="00A61AA3" w14:paraId="54CBF99D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744962" w14:textId="77777777" w:rsidR="00A61AA3" w:rsidRDefault="00F81ACD">
            <w:pPr>
              <w:jc w:val="center"/>
            </w:pPr>
            <w:r>
              <w:rPr>
                <w:sz w:val="15"/>
              </w:rPr>
              <w:t>9.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2FFF88" w14:textId="77777777" w:rsidR="00A61AA3" w:rsidRDefault="00F81ACD">
            <w:r>
              <w:rPr>
                <w:sz w:val="15"/>
              </w:rPr>
              <w:t>Zestaw sprzętów gastronomicznych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6AD076" w14:textId="77777777" w:rsidR="00A61AA3" w:rsidRDefault="00F81ACD">
            <w:pPr>
              <w:jc w:val="center"/>
            </w:pPr>
            <w:r>
              <w:rPr>
                <w:sz w:val="15"/>
              </w:rPr>
              <w:t>1 zestaw składający się z 4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CC005B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367374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F82585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C44D3D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D3E29E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A9AFD9" w14:textId="77777777" w:rsidR="00A61AA3" w:rsidRDefault="00A61AA3">
            <w:pPr>
              <w:jc w:val="center"/>
            </w:pPr>
          </w:p>
        </w:tc>
      </w:tr>
      <w:tr w:rsidR="00A61AA3" w14:paraId="3078CBF1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33D773" w14:textId="77777777" w:rsidR="00A61AA3" w:rsidRDefault="00F81ACD">
            <w:pPr>
              <w:jc w:val="center"/>
            </w:pPr>
            <w:r>
              <w:rPr>
                <w:sz w:val="15"/>
              </w:rPr>
              <w:t>10.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DD2155" w14:textId="77777777" w:rsidR="00A61AA3" w:rsidRDefault="00F81ACD">
            <w:r>
              <w:rPr>
                <w:sz w:val="15"/>
              </w:rPr>
              <w:t>Zestaw blenderów zanurzeniowych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548973" w14:textId="77777777" w:rsidR="00A61AA3" w:rsidRDefault="00F81ACD">
            <w:pPr>
              <w:jc w:val="center"/>
            </w:pPr>
            <w:r>
              <w:rPr>
                <w:sz w:val="15"/>
              </w:rPr>
              <w:t>1 zestaw składający się z 10 szt.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29FD3B" w14:textId="77777777" w:rsidR="00A61AA3" w:rsidRDefault="00F81ACD">
            <w:pPr>
              <w:jc w:val="center"/>
            </w:pPr>
            <w:r>
              <w:rPr>
                <w:sz w:val="15"/>
              </w:rPr>
              <w:t>................................................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E4B566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0FD249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031842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C6585E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38F76B" w14:textId="77777777" w:rsidR="00A61AA3" w:rsidRDefault="00A61AA3">
            <w:pPr>
              <w:jc w:val="center"/>
            </w:pPr>
          </w:p>
        </w:tc>
      </w:tr>
      <w:tr w:rsidR="00A61AA3" w14:paraId="2662AE3A" w14:textId="77777777">
        <w:trPr>
          <w:jc w:val="center"/>
        </w:trPr>
        <w:tc>
          <w:tcPr>
            <w:tcW w:w="39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34B0FF" w14:textId="77777777" w:rsidR="00A61AA3" w:rsidRDefault="00F81ACD">
            <w:pPr>
              <w:jc w:val="center"/>
            </w:pPr>
            <w:r>
              <w:rPr>
                <w:sz w:val="15"/>
              </w:rPr>
              <w:t>11.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76F54F" w14:textId="77777777" w:rsidR="00A61AA3" w:rsidRDefault="00F81ACD">
            <w:r>
              <w:rPr>
                <w:sz w:val="15"/>
              </w:rPr>
              <w:t>Zabudowa lady barowej w pracowni obsługi konsumenta</w:t>
            </w:r>
          </w:p>
        </w:tc>
        <w:tc>
          <w:tcPr>
            <w:tcW w:w="11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ADCD42" w14:textId="77777777" w:rsidR="00A61AA3" w:rsidRDefault="00F81ACD">
            <w:pPr>
              <w:jc w:val="center"/>
            </w:pPr>
            <w:r>
              <w:rPr>
                <w:sz w:val="15"/>
              </w:rPr>
              <w:t>1 kpl.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A85D07" w14:textId="77777777" w:rsidR="00A61AA3" w:rsidRDefault="00F81ACD">
            <w:pPr>
              <w:jc w:val="center"/>
            </w:pPr>
            <w:r>
              <w:rPr>
                <w:sz w:val="14"/>
              </w:rPr>
              <w:t>nie dotyczy</w:t>
            </w:r>
          </w:p>
        </w:tc>
        <w:tc>
          <w:tcPr>
            <w:tcW w:w="181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05BFB8" w14:textId="77777777" w:rsidR="00A61AA3" w:rsidRDefault="00F81ACD">
            <w:pPr>
              <w:jc w:val="center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SPEŁNIA</w:t>
            </w:r>
            <w:r>
              <w:rPr>
                <w:sz w:val="15"/>
              </w:rPr>
              <w:br/>
              <w:t>☐ NIE SPEŁNIA</w:t>
            </w: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98B814" w14:textId="77777777" w:rsidR="00A61AA3" w:rsidRDefault="00A61AA3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DAC6FB" w14:textId="77777777" w:rsidR="00A61AA3" w:rsidRDefault="00A61AA3">
            <w:pPr>
              <w:jc w:val="center"/>
            </w:pPr>
          </w:p>
        </w:tc>
        <w:tc>
          <w:tcPr>
            <w:tcW w:w="153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1084CB" w14:textId="77777777" w:rsidR="00A61AA3" w:rsidRDefault="00A61AA3">
            <w:pPr>
              <w:jc w:val="center"/>
            </w:pPr>
          </w:p>
        </w:tc>
        <w:tc>
          <w:tcPr>
            <w:tcW w:w="1587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C33204" w14:textId="77777777" w:rsidR="00A61AA3" w:rsidRDefault="00A61AA3">
            <w:pPr>
              <w:jc w:val="center"/>
            </w:pPr>
          </w:p>
        </w:tc>
      </w:tr>
      <w:tr w:rsidR="00A61AA3" w14:paraId="332CB3E4" w14:textId="77777777">
        <w:trPr>
          <w:jc w:val="center"/>
        </w:trPr>
        <w:tc>
          <w:tcPr>
            <w:tcW w:w="13856" w:type="dxa"/>
            <w:gridSpan w:val="8"/>
            <w:shd w:val="clear" w:color="auto" w:fill="EDEDED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C2BAB1" w14:textId="77777777" w:rsidR="00A61AA3" w:rsidRDefault="00F81ACD">
            <w:pPr>
              <w:jc w:val="right"/>
            </w:pPr>
            <w:r>
              <w:rPr>
                <w:b/>
                <w:sz w:val="16"/>
              </w:rPr>
              <w:t>RAZEM WARTOŚĆ BRUTTO CZĘŚCI 1:</w:t>
            </w:r>
          </w:p>
        </w:tc>
        <w:tc>
          <w:tcPr>
            <w:tcW w:w="1732" w:type="dxa"/>
            <w:shd w:val="clear" w:color="auto" w:fill="EDEDED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80E70C" w14:textId="77777777" w:rsidR="00A61AA3" w:rsidRDefault="00A61AA3">
            <w:pPr>
              <w:jc w:val="center"/>
            </w:pPr>
          </w:p>
        </w:tc>
      </w:tr>
    </w:tbl>
    <w:p w14:paraId="54FE0778" w14:textId="77777777" w:rsidR="00A61AA3" w:rsidRDefault="00F81ACD">
      <w:pPr>
        <w:spacing w:before="80" w:after="20"/>
      </w:pPr>
      <w:r>
        <w:rPr>
          <w:b/>
          <w:sz w:val="15"/>
        </w:rPr>
        <w:t xml:space="preserve">Objaśnienia: </w:t>
      </w:r>
      <w:r>
        <w:rPr>
          <w:sz w:val="15"/>
        </w:rPr>
        <w:t>W pozycjach 1–10 należy wskazać producenta, markę oraz typ lub model oferowanego sprzętu. W pozycji 11 należy zaznaczyć, czy oferowana zabudowa spełnia wymagania określone w OPZ. Pola oznaczone „nie dotyczy” nie wymagają uzupełnienia.</w:t>
      </w:r>
    </w:p>
    <w:p w14:paraId="30717809" w14:textId="77777777" w:rsidR="00A61AA3" w:rsidRDefault="00F81ACD">
      <w:pPr>
        <w:spacing w:before="20" w:after="0"/>
      </w:pPr>
      <w:r>
        <w:rPr>
          <w:sz w:val="15"/>
        </w:rPr>
        <w:t>Wartość brutto danej pozycji należy obliczyć jako iloczyn liczby sztuk/kompletów i ceny jednostkowej brutto. Suma wartości brutto wszystkich pozycji stanowi cenę brutto dla części 1 i powinna być zgodna z ceną wskazaną w Załączniku nr 3 – Formularzu ofertowym.</w:t>
      </w:r>
    </w:p>
    <w:sectPr w:rsidR="00A61AA3" w:rsidSect="00034616">
      <w:footerReference w:type="default" r:id="rId8"/>
      <w:pgSz w:w="16838" w:h="11906" w:orient="landscape"/>
      <w:pgMar w:top="680" w:right="624" w:bottom="765" w:left="62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14537" w14:textId="77777777" w:rsidR="00F81ACD" w:rsidRDefault="00F81ACD">
      <w:pPr>
        <w:spacing w:after="0" w:line="240" w:lineRule="auto"/>
      </w:pPr>
      <w:r>
        <w:separator/>
      </w:r>
    </w:p>
  </w:endnote>
  <w:endnote w:type="continuationSeparator" w:id="0">
    <w:p w14:paraId="42CB1FC8" w14:textId="77777777" w:rsidR="00F81ACD" w:rsidRDefault="00F81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3BA4D" w14:textId="77777777" w:rsidR="00A61AA3" w:rsidRDefault="00F81ACD">
    <w:pPr>
      <w:pStyle w:val="Stopka"/>
      <w:jc w:val="center"/>
    </w:pPr>
    <w:proofErr w:type="spellStart"/>
    <w:r>
      <w:rPr>
        <w:sz w:val="14"/>
      </w:rPr>
      <w:t>Załącznik</w:t>
    </w:r>
    <w:proofErr w:type="spellEnd"/>
    <w:r>
      <w:rPr>
        <w:sz w:val="14"/>
      </w:rPr>
      <w:t xml:space="preserve"> nr 3a do SWZ – </w:t>
    </w:r>
    <w:proofErr w:type="spellStart"/>
    <w:r>
      <w:rPr>
        <w:sz w:val="14"/>
      </w:rPr>
      <w:t>Formularz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szczegółowy</w:t>
    </w:r>
    <w:proofErr w:type="spellEnd"/>
    <w:r>
      <w:rPr>
        <w:sz w:val="14"/>
      </w:rPr>
      <w:t xml:space="preserve"> – </w:t>
    </w:r>
    <w:proofErr w:type="spellStart"/>
    <w:r>
      <w:rPr>
        <w:sz w:val="14"/>
      </w:rPr>
      <w:t>część</w:t>
    </w:r>
    <w:proofErr w:type="spellEnd"/>
    <w:r>
      <w:rPr>
        <w:sz w:val="14"/>
      </w:rPr>
      <w:t xml:space="preserve"> 1 | 6/ZP/FE/2026 | Strona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 w:rsidR="00096224">
      <w:rPr>
        <w:sz w:val="14"/>
      </w:rPr>
      <w:fldChar w:fldCharType="separate"/>
    </w:r>
    <w:r w:rsidR="00096224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 xml:space="preserve"> z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 w:rsidR="00096224">
      <w:rPr>
        <w:sz w:val="14"/>
      </w:rPr>
      <w:fldChar w:fldCharType="separate"/>
    </w:r>
    <w:r w:rsidR="00096224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59C2B" w14:textId="77777777" w:rsidR="00F81ACD" w:rsidRDefault="00F81ACD">
      <w:pPr>
        <w:spacing w:after="0" w:line="240" w:lineRule="auto"/>
      </w:pPr>
      <w:r>
        <w:separator/>
      </w:r>
    </w:p>
  </w:footnote>
  <w:footnote w:type="continuationSeparator" w:id="0">
    <w:p w14:paraId="195262EA" w14:textId="77777777" w:rsidR="00F81ACD" w:rsidRDefault="00F81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8313531">
    <w:abstractNumId w:val="8"/>
  </w:num>
  <w:num w:numId="2" w16cid:durableId="933392910">
    <w:abstractNumId w:val="6"/>
  </w:num>
  <w:num w:numId="3" w16cid:durableId="943419142">
    <w:abstractNumId w:val="5"/>
  </w:num>
  <w:num w:numId="4" w16cid:durableId="465007067">
    <w:abstractNumId w:val="4"/>
  </w:num>
  <w:num w:numId="5" w16cid:durableId="1453205339">
    <w:abstractNumId w:val="7"/>
  </w:num>
  <w:num w:numId="6" w16cid:durableId="1300261092">
    <w:abstractNumId w:val="3"/>
  </w:num>
  <w:num w:numId="7" w16cid:durableId="639044211">
    <w:abstractNumId w:val="2"/>
  </w:num>
  <w:num w:numId="8" w16cid:durableId="163018093">
    <w:abstractNumId w:val="1"/>
  </w:num>
  <w:num w:numId="9" w16cid:durableId="137654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224"/>
    <w:rsid w:val="0015074B"/>
    <w:rsid w:val="0029639D"/>
    <w:rsid w:val="00326F90"/>
    <w:rsid w:val="00367776"/>
    <w:rsid w:val="00A61AA3"/>
    <w:rsid w:val="00AA1D8D"/>
    <w:rsid w:val="00B47730"/>
    <w:rsid w:val="00CB0664"/>
    <w:rsid w:val="00F81A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DDDF8"/>
  <w14:defaultImageDpi w14:val="300"/>
  <w15:docId w15:val="{D0801749-B6DF-422E-B619-A899C10E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FA5D2A-EBA8-43DF-ACB0-19DA28BBCCB6}"/>
</file>

<file path=customXml/itemProps3.xml><?xml version="1.0" encoding="utf-8"?>
<ds:datastoreItem xmlns:ds="http://schemas.openxmlformats.org/officeDocument/2006/customXml" ds:itemID="{54E33AC6-8D16-4520-A89B-B557A91C1F11}"/>
</file>

<file path=customXml/itemProps4.xml><?xml version="1.0" encoding="utf-8"?>
<ds:datastoreItem xmlns:ds="http://schemas.openxmlformats.org/officeDocument/2006/customXml" ds:itemID="{27330059-A263-4EAB-BF92-656F76E93D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1884</Characters>
  <Application>Microsoft Office Word</Application>
  <DocSecurity>0</DocSecurity>
  <Lines>38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3a do SWZ – Formularz szczegółowy – część 1</dc:title>
  <dc:subject>6/ZP/FE/2026</dc:subject>
  <dc:creator>python-docx</dc:creator>
  <cp:keywords/>
  <dc:description>generated by python-docx</dc:description>
  <cp:lastModifiedBy>Karolina Dyś</cp:lastModifiedBy>
  <cp:revision>2</cp:revision>
  <dcterms:created xsi:type="dcterms:W3CDTF">2026-09-18T12:57:00Z</dcterms:created>
  <dcterms:modified xsi:type="dcterms:W3CDTF">2026-09-18T12:57:00Z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