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A14D7" w14:paraId="11136DF6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F8A87" w14:textId="1AAE9835" w:rsidR="002A14D7" w:rsidRDefault="009609D9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FEA4F4C" wp14:editId="55EBA64A">
                  <wp:simplePos x="0" y="0"/>
                  <wp:positionH relativeFrom="column">
                    <wp:posOffset>-750570</wp:posOffset>
                  </wp:positionH>
                  <wp:positionV relativeFrom="paragraph">
                    <wp:posOffset>-883285</wp:posOffset>
                  </wp:positionV>
                  <wp:extent cx="3455670" cy="21793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67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4951" w14:textId="77777777" w:rsidR="002A14D7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A1408A1" wp14:editId="2D9BD6A4">
                  <wp:extent cx="1872000" cy="112216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12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E3F6C" w14:textId="4913E114" w:rsidR="002A14D7" w:rsidRDefault="002A14D7"/>
    <w:p w14:paraId="6D83EFE4" w14:textId="77777777" w:rsidR="002A14D7" w:rsidRPr="00A421A0" w:rsidRDefault="00000000">
      <w:pPr>
        <w:spacing w:after="40"/>
        <w:jc w:val="center"/>
        <w:rPr>
          <w:rFonts w:ascii="Calibri" w:hAnsi="Calibri" w:cs="Calibri"/>
        </w:rPr>
      </w:pPr>
      <w:r w:rsidRPr="00A421A0">
        <w:rPr>
          <w:rFonts w:ascii="Calibri" w:hAnsi="Calibri" w:cs="Calibri"/>
          <w:b/>
          <w:sz w:val="32"/>
        </w:rPr>
        <w:t>KARTA ZGŁOSZENIA</w:t>
      </w:r>
    </w:p>
    <w:p w14:paraId="7996FFFA" w14:textId="77777777" w:rsidR="002A14D7" w:rsidRPr="00A421A0" w:rsidRDefault="00000000">
      <w:pPr>
        <w:jc w:val="center"/>
        <w:rPr>
          <w:rFonts w:ascii="Calibri" w:hAnsi="Calibri" w:cs="Calibri"/>
        </w:rPr>
      </w:pPr>
      <w:proofErr w:type="spellStart"/>
      <w:r w:rsidRPr="00A421A0">
        <w:rPr>
          <w:rFonts w:ascii="Calibri" w:hAnsi="Calibri" w:cs="Calibri"/>
          <w:b/>
          <w:sz w:val="23"/>
        </w:rPr>
        <w:t>Warsztaty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metodyczne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dla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nauczycieli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gry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na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flecie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i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saksofonie</w:t>
      </w:r>
      <w:proofErr w:type="spellEnd"/>
      <w:r w:rsidRPr="00A421A0">
        <w:rPr>
          <w:rFonts w:ascii="Calibri" w:hAnsi="Calibri" w:cs="Calibri"/>
          <w:b/>
          <w:sz w:val="23"/>
        </w:rPr>
        <w:br/>
        <w:t xml:space="preserve">z </w:t>
      </w:r>
      <w:proofErr w:type="spellStart"/>
      <w:r w:rsidRPr="00A421A0">
        <w:rPr>
          <w:rFonts w:ascii="Calibri" w:hAnsi="Calibri" w:cs="Calibri"/>
          <w:b/>
          <w:sz w:val="23"/>
        </w:rPr>
        <w:t>udziałem</w:t>
      </w:r>
      <w:proofErr w:type="spellEnd"/>
      <w:r w:rsidRPr="00A421A0">
        <w:rPr>
          <w:rFonts w:ascii="Calibri" w:hAnsi="Calibri" w:cs="Calibri"/>
          <w:b/>
          <w:sz w:val="23"/>
        </w:rPr>
        <w:t xml:space="preserve"> </w:t>
      </w:r>
      <w:proofErr w:type="spellStart"/>
      <w:r w:rsidRPr="00A421A0">
        <w:rPr>
          <w:rFonts w:ascii="Calibri" w:hAnsi="Calibri" w:cs="Calibri"/>
          <w:b/>
          <w:sz w:val="23"/>
        </w:rPr>
        <w:t>uczniów</w:t>
      </w:r>
      <w:proofErr w:type="spellEnd"/>
    </w:p>
    <w:p w14:paraId="30E7074B" w14:textId="77777777" w:rsidR="002A14D7" w:rsidRPr="00A421A0" w:rsidRDefault="00000000">
      <w:pPr>
        <w:jc w:val="center"/>
        <w:rPr>
          <w:rFonts w:ascii="Calibri" w:hAnsi="Calibri" w:cs="Calibri"/>
        </w:rPr>
      </w:pPr>
      <w:proofErr w:type="spellStart"/>
      <w:r w:rsidRPr="00A421A0">
        <w:rPr>
          <w:rFonts w:ascii="Calibri" w:hAnsi="Calibri" w:cs="Calibri"/>
        </w:rPr>
        <w:t>Kościerzyna</w:t>
      </w:r>
      <w:proofErr w:type="spellEnd"/>
      <w:r w:rsidRPr="00A421A0">
        <w:rPr>
          <w:rFonts w:ascii="Calibri" w:hAnsi="Calibri" w:cs="Calibri"/>
        </w:rPr>
        <w:t xml:space="preserve">, 19 </w:t>
      </w:r>
      <w:proofErr w:type="spellStart"/>
      <w:r w:rsidRPr="00A421A0">
        <w:rPr>
          <w:rFonts w:ascii="Calibri" w:hAnsi="Calibri" w:cs="Calibri"/>
        </w:rPr>
        <w:t>października</w:t>
      </w:r>
      <w:proofErr w:type="spellEnd"/>
      <w:r w:rsidRPr="00A421A0">
        <w:rPr>
          <w:rFonts w:ascii="Calibri" w:hAnsi="Calibri" w:cs="Calibri"/>
        </w:rPr>
        <w:t xml:space="preserve"> 2026 r. • </w:t>
      </w:r>
      <w:proofErr w:type="spellStart"/>
      <w:r w:rsidRPr="00A421A0">
        <w:rPr>
          <w:rFonts w:ascii="Calibri" w:hAnsi="Calibri" w:cs="Calibri"/>
        </w:rPr>
        <w:t>godz</w:t>
      </w:r>
      <w:proofErr w:type="spellEnd"/>
      <w:r w:rsidRPr="00A421A0">
        <w:rPr>
          <w:rFonts w:ascii="Calibri" w:hAnsi="Calibri" w:cs="Calibri"/>
        </w:rPr>
        <w:t>. 10:00–16:00</w:t>
      </w:r>
    </w:p>
    <w:p w14:paraId="2A0F8A42" w14:textId="77777777" w:rsidR="002A14D7" w:rsidRPr="00A421A0" w:rsidRDefault="002A14D7">
      <w:pPr>
        <w:rPr>
          <w:rFonts w:ascii="Calibri" w:hAnsi="Calibri" w:cs="Calibri"/>
        </w:rPr>
      </w:pPr>
    </w:p>
    <w:p w14:paraId="3137E0CA" w14:textId="2CFB487F" w:rsidR="002A14D7" w:rsidRPr="00D75E35" w:rsidRDefault="00000000" w:rsidP="00D75E3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D75E35">
        <w:rPr>
          <w:rFonts w:ascii="Calibri" w:hAnsi="Calibri" w:cs="Calibri"/>
          <w:b/>
        </w:rPr>
        <w:t>Nazwa szkoły:</w:t>
      </w:r>
    </w:p>
    <w:p w14:paraId="47B784EB" w14:textId="00DB721E" w:rsidR="002A14D7" w:rsidRPr="00A421A0" w:rsidRDefault="00000000">
      <w:pPr>
        <w:spacing w:after="100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............................................................................................................................</w:t>
      </w:r>
      <w:r w:rsidR="00AE0CC4" w:rsidRPr="00A421A0">
        <w:rPr>
          <w:rFonts w:ascii="Calibri" w:hAnsi="Calibri" w:cs="Calibri"/>
        </w:rPr>
        <w:t>......................................</w:t>
      </w:r>
      <w:r w:rsidR="009609D9">
        <w:rPr>
          <w:rFonts w:ascii="Calibri" w:hAnsi="Calibri" w:cs="Calibri"/>
        </w:rPr>
        <w:t>................</w:t>
      </w:r>
      <w:r w:rsidR="00AE0CC4" w:rsidRPr="00A421A0">
        <w:rPr>
          <w:rFonts w:ascii="Calibri" w:hAnsi="Calibri" w:cs="Calibri"/>
        </w:rPr>
        <w:t>.</w:t>
      </w:r>
    </w:p>
    <w:p w14:paraId="6672F58C" w14:textId="305F47CE" w:rsidR="002A14D7" w:rsidRPr="00D75E35" w:rsidRDefault="00000000" w:rsidP="00D75E3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D75E35">
        <w:rPr>
          <w:rFonts w:ascii="Calibri" w:hAnsi="Calibri" w:cs="Calibri"/>
          <w:b/>
        </w:rPr>
        <w:t>Adres szkoły:</w:t>
      </w:r>
    </w:p>
    <w:p w14:paraId="6342F551" w14:textId="35673EE4" w:rsidR="002A14D7" w:rsidRPr="00A421A0" w:rsidRDefault="00000000">
      <w:pPr>
        <w:spacing w:after="100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............................................................................................................................</w:t>
      </w:r>
      <w:r w:rsidR="00AE0CC4" w:rsidRPr="00A421A0">
        <w:rPr>
          <w:rFonts w:ascii="Calibri" w:hAnsi="Calibri" w:cs="Calibri"/>
        </w:rPr>
        <w:t>...................................</w:t>
      </w:r>
      <w:r w:rsidR="009609D9">
        <w:rPr>
          <w:rFonts w:ascii="Calibri" w:hAnsi="Calibri" w:cs="Calibri"/>
        </w:rPr>
        <w:t>................</w:t>
      </w:r>
      <w:r w:rsidR="00AE0CC4" w:rsidRPr="00A421A0">
        <w:rPr>
          <w:rFonts w:ascii="Calibri" w:hAnsi="Calibri" w:cs="Calibri"/>
        </w:rPr>
        <w:t>....</w:t>
      </w:r>
    </w:p>
    <w:p w14:paraId="1ACA0F20" w14:textId="7C687BFC" w:rsidR="002A14D7" w:rsidRPr="00D75E35" w:rsidRDefault="00000000" w:rsidP="00D75E3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D75E35">
        <w:rPr>
          <w:rFonts w:ascii="Calibri" w:hAnsi="Calibri" w:cs="Calibri"/>
          <w:b/>
        </w:rPr>
        <w:t>Telefon</w:t>
      </w:r>
      <w:proofErr w:type="spellEnd"/>
      <w:r w:rsidRPr="00D75E35">
        <w:rPr>
          <w:rFonts w:ascii="Calibri" w:hAnsi="Calibri" w:cs="Calibri"/>
          <w:b/>
        </w:rPr>
        <w:t xml:space="preserve"> i </w:t>
      </w:r>
      <w:proofErr w:type="spellStart"/>
      <w:r w:rsidRPr="00D75E35">
        <w:rPr>
          <w:rFonts w:ascii="Calibri" w:hAnsi="Calibri" w:cs="Calibri"/>
          <w:b/>
        </w:rPr>
        <w:t>adres</w:t>
      </w:r>
      <w:proofErr w:type="spellEnd"/>
      <w:r w:rsidRPr="00D75E35">
        <w:rPr>
          <w:rFonts w:ascii="Calibri" w:hAnsi="Calibri" w:cs="Calibri"/>
          <w:b/>
        </w:rPr>
        <w:t xml:space="preserve"> e-mail </w:t>
      </w:r>
      <w:proofErr w:type="spellStart"/>
      <w:r w:rsidRPr="00D75E35">
        <w:rPr>
          <w:rFonts w:ascii="Calibri" w:hAnsi="Calibri" w:cs="Calibri"/>
          <w:b/>
        </w:rPr>
        <w:t>szkoły</w:t>
      </w:r>
      <w:proofErr w:type="spellEnd"/>
      <w:r w:rsidRPr="00D75E35">
        <w:rPr>
          <w:rFonts w:ascii="Calibri" w:hAnsi="Calibri" w:cs="Calibri"/>
          <w:b/>
        </w:rPr>
        <w:t>:</w:t>
      </w:r>
    </w:p>
    <w:p w14:paraId="54B30B47" w14:textId="0F11315C" w:rsidR="002A14D7" w:rsidRPr="00A421A0" w:rsidRDefault="00000000">
      <w:pPr>
        <w:spacing w:after="100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............................................................................................................................</w:t>
      </w:r>
      <w:r w:rsidR="00AE0CC4" w:rsidRPr="00A421A0">
        <w:rPr>
          <w:rFonts w:ascii="Calibri" w:hAnsi="Calibri" w:cs="Calibri"/>
        </w:rPr>
        <w:t>......................................</w:t>
      </w:r>
      <w:r w:rsidR="009609D9">
        <w:rPr>
          <w:rFonts w:ascii="Calibri" w:hAnsi="Calibri" w:cs="Calibri"/>
        </w:rPr>
        <w:t>................</w:t>
      </w:r>
      <w:r w:rsidR="00AE0CC4" w:rsidRPr="00A421A0">
        <w:rPr>
          <w:rFonts w:ascii="Calibri" w:hAnsi="Calibri" w:cs="Calibri"/>
        </w:rPr>
        <w:t>.</w:t>
      </w:r>
    </w:p>
    <w:p w14:paraId="73C475A9" w14:textId="75605A03" w:rsidR="002A14D7" w:rsidRPr="00D75E35" w:rsidRDefault="00000000" w:rsidP="00D75E35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D75E35">
        <w:rPr>
          <w:rFonts w:ascii="Calibri" w:hAnsi="Calibri" w:cs="Calibri"/>
          <w:b/>
        </w:rPr>
        <w:t>Imię</w:t>
      </w:r>
      <w:proofErr w:type="spellEnd"/>
      <w:r w:rsidRPr="00D75E35">
        <w:rPr>
          <w:rFonts w:ascii="Calibri" w:hAnsi="Calibri" w:cs="Calibri"/>
          <w:b/>
        </w:rPr>
        <w:t xml:space="preserve"> </w:t>
      </w:r>
      <w:proofErr w:type="spellStart"/>
      <w:r w:rsidRPr="00D75E35">
        <w:rPr>
          <w:rFonts w:ascii="Calibri" w:hAnsi="Calibri" w:cs="Calibri"/>
          <w:b/>
        </w:rPr>
        <w:t>i</w:t>
      </w:r>
      <w:proofErr w:type="spellEnd"/>
      <w:r w:rsidRPr="00D75E35">
        <w:rPr>
          <w:rFonts w:ascii="Calibri" w:hAnsi="Calibri" w:cs="Calibri"/>
          <w:b/>
        </w:rPr>
        <w:t xml:space="preserve"> </w:t>
      </w:r>
      <w:proofErr w:type="spellStart"/>
      <w:r w:rsidRPr="00D75E35">
        <w:rPr>
          <w:rFonts w:ascii="Calibri" w:hAnsi="Calibri" w:cs="Calibri"/>
          <w:b/>
        </w:rPr>
        <w:t>nazwisko</w:t>
      </w:r>
      <w:proofErr w:type="spellEnd"/>
      <w:r w:rsidRPr="00D75E35">
        <w:rPr>
          <w:rFonts w:ascii="Calibri" w:hAnsi="Calibri" w:cs="Calibri"/>
          <w:b/>
        </w:rPr>
        <w:t xml:space="preserve"> </w:t>
      </w:r>
      <w:proofErr w:type="spellStart"/>
      <w:r w:rsidRPr="00D75E35">
        <w:rPr>
          <w:rFonts w:ascii="Calibri" w:hAnsi="Calibri" w:cs="Calibri"/>
          <w:b/>
        </w:rPr>
        <w:t>nauczyciela</w:t>
      </w:r>
      <w:proofErr w:type="spellEnd"/>
      <w:r w:rsidR="00804F8A" w:rsidRPr="00D75E35">
        <w:rPr>
          <w:rFonts w:ascii="Calibri" w:hAnsi="Calibri" w:cs="Calibri"/>
          <w:b/>
        </w:rPr>
        <w:t xml:space="preserve"> </w:t>
      </w:r>
      <w:proofErr w:type="spellStart"/>
      <w:r w:rsidR="00804F8A" w:rsidRPr="00D75E35">
        <w:rPr>
          <w:rFonts w:ascii="Calibri" w:hAnsi="Calibri" w:cs="Calibri"/>
          <w:b/>
        </w:rPr>
        <w:t>oraz</w:t>
      </w:r>
      <w:proofErr w:type="spellEnd"/>
      <w:r w:rsidR="00804F8A" w:rsidRPr="00D75E35">
        <w:rPr>
          <w:rFonts w:ascii="Calibri" w:hAnsi="Calibri" w:cs="Calibri"/>
          <w:b/>
        </w:rPr>
        <w:t xml:space="preserve"> specjalność</w:t>
      </w:r>
      <w:r w:rsidRPr="00D75E35">
        <w:rPr>
          <w:rFonts w:ascii="Calibri" w:hAnsi="Calibri" w:cs="Calibri"/>
          <w:b/>
        </w:rPr>
        <w:t>:</w:t>
      </w:r>
    </w:p>
    <w:p w14:paraId="52E2D08D" w14:textId="6A400895" w:rsidR="002A14D7" w:rsidRPr="00A421A0" w:rsidRDefault="00000000">
      <w:pPr>
        <w:spacing w:after="100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............................................................................................................................</w:t>
      </w:r>
      <w:r w:rsidR="00AE0CC4" w:rsidRPr="00A421A0">
        <w:rPr>
          <w:rFonts w:ascii="Calibri" w:hAnsi="Calibri" w:cs="Calibri"/>
        </w:rPr>
        <w:t>..................................</w:t>
      </w:r>
      <w:r w:rsidR="009609D9">
        <w:rPr>
          <w:rFonts w:ascii="Calibri" w:hAnsi="Calibri" w:cs="Calibri"/>
        </w:rPr>
        <w:t>................</w:t>
      </w:r>
      <w:r w:rsidR="00AE0CC4" w:rsidRPr="00A421A0">
        <w:rPr>
          <w:rFonts w:ascii="Calibri" w:hAnsi="Calibri" w:cs="Calibri"/>
        </w:rPr>
        <w:t>.....</w:t>
      </w:r>
    </w:p>
    <w:p w14:paraId="21ABE53F" w14:textId="09E8C26C" w:rsidR="00804F8A" w:rsidRPr="00A421A0" w:rsidRDefault="00804F8A">
      <w:pPr>
        <w:spacing w:after="100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</w:t>
      </w:r>
      <w:r w:rsidR="009609D9">
        <w:rPr>
          <w:rFonts w:ascii="Calibri" w:hAnsi="Calibri" w:cs="Calibri"/>
        </w:rPr>
        <w:t>................</w:t>
      </w:r>
      <w:r w:rsidRPr="00A421A0">
        <w:rPr>
          <w:rFonts w:ascii="Calibri" w:hAnsi="Calibri" w:cs="Calibri"/>
        </w:rPr>
        <w:t>..</w:t>
      </w:r>
    </w:p>
    <w:p w14:paraId="62678A50" w14:textId="7C246709" w:rsidR="002A14D7" w:rsidRPr="00D75E35" w:rsidRDefault="00000000" w:rsidP="00D75E35">
      <w:pPr>
        <w:pStyle w:val="Akapitzlist"/>
        <w:numPr>
          <w:ilvl w:val="0"/>
          <w:numId w:val="11"/>
        </w:numPr>
        <w:rPr>
          <w:rFonts w:ascii="Calibri" w:hAnsi="Calibri" w:cs="Calibri"/>
          <w:b/>
        </w:rPr>
      </w:pPr>
      <w:proofErr w:type="spellStart"/>
      <w:r w:rsidRPr="00D75E35">
        <w:rPr>
          <w:rFonts w:ascii="Calibri" w:hAnsi="Calibri" w:cs="Calibri"/>
          <w:b/>
        </w:rPr>
        <w:t>Uczniowie</w:t>
      </w:r>
      <w:proofErr w:type="spellEnd"/>
      <w:r w:rsidRPr="00D75E35">
        <w:rPr>
          <w:rFonts w:ascii="Calibri" w:hAnsi="Calibri" w:cs="Calibri"/>
          <w:b/>
        </w:rPr>
        <w:t xml:space="preserve"> </w:t>
      </w:r>
      <w:proofErr w:type="spellStart"/>
      <w:r w:rsidRPr="00D75E35">
        <w:rPr>
          <w:rFonts w:ascii="Calibri" w:hAnsi="Calibri" w:cs="Calibri"/>
          <w:b/>
        </w:rPr>
        <w:t>biorący</w:t>
      </w:r>
      <w:proofErr w:type="spellEnd"/>
      <w:r w:rsidRPr="00D75E35">
        <w:rPr>
          <w:rFonts w:ascii="Calibri" w:hAnsi="Calibri" w:cs="Calibri"/>
          <w:b/>
        </w:rPr>
        <w:t xml:space="preserve"> </w:t>
      </w:r>
      <w:proofErr w:type="spellStart"/>
      <w:r w:rsidRPr="00D75E35">
        <w:rPr>
          <w:rFonts w:ascii="Calibri" w:hAnsi="Calibri" w:cs="Calibri"/>
          <w:b/>
        </w:rPr>
        <w:t>udział</w:t>
      </w:r>
      <w:proofErr w:type="spellEnd"/>
      <w:r w:rsidRPr="00D75E35">
        <w:rPr>
          <w:rFonts w:ascii="Calibri" w:hAnsi="Calibri" w:cs="Calibri"/>
          <w:b/>
        </w:rPr>
        <w:t xml:space="preserve"> w </w:t>
      </w:r>
      <w:proofErr w:type="spellStart"/>
      <w:r w:rsidRPr="00D75E35">
        <w:rPr>
          <w:rFonts w:ascii="Calibri" w:hAnsi="Calibri" w:cs="Calibri"/>
          <w:b/>
        </w:rPr>
        <w:t>warsztatach</w:t>
      </w:r>
      <w:proofErr w:type="spellEnd"/>
      <w:r w:rsidRPr="00D75E35">
        <w:rPr>
          <w:rFonts w:ascii="Calibri" w:hAnsi="Calibri" w:cs="Calibri"/>
          <w:b/>
        </w:rPr>
        <w:t>:</w:t>
      </w:r>
    </w:p>
    <w:p w14:paraId="4930BAD6" w14:textId="77777777" w:rsidR="009609D9" w:rsidRPr="00A421A0" w:rsidRDefault="009609D9">
      <w:pPr>
        <w:rPr>
          <w:rFonts w:ascii="Calibri" w:hAnsi="Calibri" w:cs="Calibri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4674"/>
        <w:gridCol w:w="2551"/>
        <w:gridCol w:w="1985"/>
      </w:tblGrid>
      <w:tr w:rsidR="00AE0CC4" w:rsidRPr="00A421A0" w14:paraId="196D1B44" w14:textId="77777777" w:rsidTr="00804F8A">
        <w:trPr>
          <w:jc w:val="center"/>
        </w:trPr>
        <w:tc>
          <w:tcPr>
            <w:tcW w:w="708" w:type="dxa"/>
            <w:shd w:val="clear" w:color="auto" w:fill="EDEDED"/>
            <w:vAlign w:val="center"/>
          </w:tcPr>
          <w:p w14:paraId="3931F7C7" w14:textId="77777777" w:rsidR="00AE0CC4" w:rsidRPr="00A421A0" w:rsidRDefault="00AE0CC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Lp</w:t>
            </w:r>
            <w:proofErr w:type="spellEnd"/>
            <w:r w:rsidRPr="00A421A0">
              <w:rPr>
                <w:rFonts w:ascii="Calibri" w:hAnsi="Calibri" w:cs="Calibri"/>
                <w:b/>
                <w:sz w:val="18"/>
              </w:rPr>
              <w:t>.</w:t>
            </w:r>
          </w:p>
        </w:tc>
        <w:tc>
          <w:tcPr>
            <w:tcW w:w="4674" w:type="dxa"/>
            <w:shd w:val="clear" w:color="auto" w:fill="EDEDED"/>
            <w:vAlign w:val="center"/>
          </w:tcPr>
          <w:p w14:paraId="4CFB6987" w14:textId="77777777" w:rsidR="00AE0CC4" w:rsidRPr="00A421A0" w:rsidRDefault="00AE0CC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Imię</w:t>
            </w:r>
            <w:proofErr w:type="spellEnd"/>
            <w:r w:rsidRPr="00A421A0">
              <w:rPr>
                <w:rFonts w:ascii="Calibri" w:hAnsi="Calibri" w:cs="Calibri"/>
                <w:b/>
                <w:sz w:val="18"/>
              </w:rPr>
              <w:t xml:space="preserve"> </w:t>
            </w: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i</w:t>
            </w:r>
            <w:proofErr w:type="spellEnd"/>
            <w:r w:rsidRPr="00A421A0">
              <w:rPr>
                <w:rFonts w:ascii="Calibri" w:hAnsi="Calibri" w:cs="Calibri"/>
                <w:b/>
                <w:sz w:val="18"/>
              </w:rPr>
              <w:t xml:space="preserve"> </w:t>
            </w: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nazwisko</w:t>
            </w:r>
            <w:proofErr w:type="spellEnd"/>
            <w:r w:rsidRPr="00A421A0">
              <w:rPr>
                <w:rFonts w:ascii="Calibri" w:hAnsi="Calibri" w:cs="Calibri"/>
                <w:b/>
                <w:sz w:val="18"/>
              </w:rPr>
              <w:t xml:space="preserve"> </w:t>
            </w: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ucznia</w:t>
            </w:r>
            <w:proofErr w:type="spellEnd"/>
          </w:p>
        </w:tc>
        <w:tc>
          <w:tcPr>
            <w:tcW w:w="2551" w:type="dxa"/>
            <w:shd w:val="clear" w:color="auto" w:fill="EDEDED"/>
            <w:vAlign w:val="center"/>
          </w:tcPr>
          <w:p w14:paraId="640C50E2" w14:textId="77777777" w:rsidR="00AE0CC4" w:rsidRPr="00A421A0" w:rsidRDefault="00AE0CC4">
            <w:pPr>
              <w:jc w:val="center"/>
              <w:rPr>
                <w:rFonts w:ascii="Calibri" w:hAnsi="Calibri" w:cs="Calibri"/>
              </w:rPr>
            </w:pPr>
            <w:r w:rsidRPr="00A421A0">
              <w:rPr>
                <w:rFonts w:ascii="Calibri" w:hAnsi="Calibri" w:cs="Calibri"/>
                <w:b/>
                <w:sz w:val="18"/>
              </w:rPr>
              <w:t>Instrument</w:t>
            </w:r>
          </w:p>
        </w:tc>
        <w:tc>
          <w:tcPr>
            <w:tcW w:w="1985" w:type="dxa"/>
            <w:shd w:val="clear" w:color="auto" w:fill="EDEDED"/>
            <w:vAlign w:val="center"/>
          </w:tcPr>
          <w:p w14:paraId="4787DD12" w14:textId="77777777" w:rsidR="00AE0CC4" w:rsidRPr="00A421A0" w:rsidRDefault="00AE0CC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A421A0">
              <w:rPr>
                <w:rFonts w:ascii="Calibri" w:hAnsi="Calibri" w:cs="Calibri"/>
                <w:b/>
                <w:sz w:val="18"/>
              </w:rPr>
              <w:t>Klasa</w:t>
            </w:r>
            <w:proofErr w:type="spellEnd"/>
          </w:p>
        </w:tc>
      </w:tr>
      <w:tr w:rsidR="00AE0CC4" w:rsidRPr="00A421A0" w14:paraId="0340FE22" w14:textId="77777777" w:rsidTr="00804F8A">
        <w:trPr>
          <w:jc w:val="center"/>
        </w:trPr>
        <w:tc>
          <w:tcPr>
            <w:tcW w:w="708" w:type="dxa"/>
            <w:vAlign w:val="center"/>
          </w:tcPr>
          <w:p w14:paraId="09BBC47E" w14:textId="5062DC3D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036DBF83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2458BEBC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7B9A0A56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AE0CC4" w:rsidRPr="00A421A0" w14:paraId="3B4D11D9" w14:textId="77777777" w:rsidTr="00804F8A">
        <w:trPr>
          <w:jc w:val="center"/>
        </w:trPr>
        <w:tc>
          <w:tcPr>
            <w:tcW w:w="708" w:type="dxa"/>
            <w:vAlign w:val="center"/>
          </w:tcPr>
          <w:p w14:paraId="6F620B28" w14:textId="7BA7FCBA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1F52EF34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4BAF570F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20ABCAFE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AE0CC4" w:rsidRPr="00A421A0" w14:paraId="53D393B4" w14:textId="77777777" w:rsidTr="00804F8A">
        <w:trPr>
          <w:jc w:val="center"/>
        </w:trPr>
        <w:tc>
          <w:tcPr>
            <w:tcW w:w="708" w:type="dxa"/>
            <w:vAlign w:val="center"/>
          </w:tcPr>
          <w:p w14:paraId="16B27E7D" w14:textId="76977356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58AB2DEB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3A0D662A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2F153246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AE0CC4" w:rsidRPr="00A421A0" w14:paraId="2C35DF1D" w14:textId="77777777" w:rsidTr="00804F8A">
        <w:trPr>
          <w:jc w:val="center"/>
        </w:trPr>
        <w:tc>
          <w:tcPr>
            <w:tcW w:w="708" w:type="dxa"/>
            <w:vAlign w:val="center"/>
          </w:tcPr>
          <w:p w14:paraId="76D650DB" w14:textId="2B30AF8B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16E8D40D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7D1BBF2D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2C8213FD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AE0CC4" w:rsidRPr="00A421A0" w14:paraId="51A6B68A" w14:textId="77777777" w:rsidTr="00804F8A">
        <w:trPr>
          <w:jc w:val="center"/>
        </w:trPr>
        <w:tc>
          <w:tcPr>
            <w:tcW w:w="708" w:type="dxa"/>
            <w:vAlign w:val="center"/>
          </w:tcPr>
          <w:p w14:paraId="29BD2A70" w14:textId="05CB205F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5911C86D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1A42F137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152C88E0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AE0CC4" w:rsidRPr="00A421A0" w14:paraId="141D33CC" w14:textId="77777777" w:rsidTr="00804F8A">
        <w:trPr>
          <w:jc w:val="center"/>
        </w:trPr>
        <w:tc>
          <w:tcPr>
            <w:tcW w:w="708" w:type="dxa"/>
            <w:vAlign w:val="center"/>
          </w:tcPr>
          <w:p w14:paraId="03B5A813" w14:textId="5CA58AD1" w:rsidR="00AE0CC4" w:rsidRPr="00A421A0" w:rsidRDefault="00AE0CC4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6AFD8F81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1C774752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26F7C738" w14:textId="77777777" w:rsidR="00AE0CC4" w:rsidRPr="00A421A0" w:rsidRDefault="00AE0CC4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04F8A" w:rsidRPr="00A421A0" w14:paraId="5D11C87A" w14:textId="77777777" w:rsidTr="00804F8A">
        <w:trPr>
          <w:jc w:val="center"/>
        </w:trPr>
        <w:tc>
          <w:tcPr>
            <w:tcW w:w="708" w:type="dxa"/>
            <w:vAlign w:val="center"/>
          </w:tcPr>
          <w:p w14:paraId="03F54A50" w14:textId="77777777" w:rsidR="00804F8A" w:rsidRPr="00A421A0" w:rsidRDefault="00804F8A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74309E86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083E751E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5F1FABE1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04F8A" w:rsidRPr="00A421A0" w14:paraId="48D938BF" w14:textId="77777777" w:rsidTr="00804F8A">
        <w:trPr>
          <w:jc w:val="center"/>
        </w:trPr>
        <w:tc>
          <w:tcPr>
            <w:tcW w:w="708" w:type="dxa"/>
            <w:vAlign w:val="center"/>
          </w:tcPr>
          <w:p w14:paraId="546E7D2D" w14:textId="77777777" w:rsidR="00804F8A" w:rsidRPr="00A421A0" w:rsidRDefault="00804F8A" w:rsidP="00804F8A">
            <w:pPr>
              <w:pStyle w:val="Akapitzlist"/>
              <w:numPr>
                <w:ilvl w:val="0"/>
                <w:numId w:val="10"/>
              </w:numPr>
              <w:spacing w:after="0"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74" w:type="dxa"/>
            <w:vAlign w:val="center"/>
          </w:tcPr>
          <w:p w14:paraId="2DC4F7F9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551" w:type="dxa"/>
            <w:vAlign w:val="center"/>
          </w:tcPr>
          <w:p w14:paraId="7869D003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985" w:type="dxa"/>
            <w:vAlign w:val="center"/>
          </w:tcPr>
          <w:p w14:paraId="0E5E0B03" w14:textId="77777777" w:rsidR="00804F8A" w:rsidRPr="00A421A0" w:rsidRDefault="00804F8A" w:rsidP="00804F8A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</w:tbl>
    <w:p w14:paraId="6C2E86D1" w14:textId="27EC2F31" w:rsidR="00AE0CC4" w:rsidRPr="00A421A0" w:rsidRDefault="00000000" w:rsidP="00804F8A">
      <w:pPr>
        <w:spacing w:before="160"/>
        <w:rPr>
          <w:rFonts w:ascii="Calibri" w:hAnsi="Calibri" w:cs="Calibri"/>
          <w:sz w:val="20"/>
          <w:szCs w:val="20"/>
        </w:rPr>
      </w:pPr>
      <w:proofErr w:type="spellStart"/>
      <w:r w:rsidRPr="00A421A0">
        <w:rPr>
          <w:rFonts w:ascii="Calibri" w:hAnsi="Calibri" w:cs="Calibri"/>
          <w:b/>
          <w:sz w:val="20"/>
          <w:szCs w:val="20"/>
        </w:rPr>
        <w:t>Kartę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zgłoszenia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prosimy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przesłać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do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dnia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12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października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2026 r. </w:t>
      </w:r>
      <w:proofErr w:type="spellStart"/>
      <w:r w:rsidRPr="00A421A0">
        <w:rPr>
          <w:rFonts w:ascii="Calibri" w:hAnsi="Calibri" w:cs="Calibri"/>
          <w:b/>
          <w:sz w:val="20"/>
          <w:szCs w:val="20"/>
        </w:rPr>
        <w:t>na</w:t>
      </w:r>
      <w:proofErr w:type="spellEnd"/>
      <w:r w:rsidRPr="00A421A0">
        <w:rPr>
          <w:rFonts w:ascii="Calibri" w:hAnsi="Calibri" w:cs="Calibri"/>
          <w:b/>
          <w:sz w:val="20"/>
          <w:szCs w:val="20"/>
        </w:rPr>
        <w:t xml:space="preserve"> adres: </w:t>
      </w:r>
      <w:hyperlink r:id="rId8" w:history="1">
        <w:r w:rsidR="009609D9" w:rsidRPr="003129AE">
          <w:rPr>
            <w:rStyle w:val="Hipercze"/>
            <w:rFonts w:ascii="Calibri" w:hAnsi="Calibri" w:cs="Calibri"/>
            <w:b/>
            <w:sz w:val="20"/>
            <w:szCs w:val="20"/>
          </w:rPr>
          <w:t>sekretariat@psmkoscierzyna.pl</w:t>
        </w:r>
      </w:hyperlink>
      <w:r w:rsidR="009609D9">
        <w:rPr>
          <w:rFonts w:ascii="Calibri" w:hAnsi="Calibri" w:cs="Calibri"/>
          <w:b/>
          <w:sz w:val="20"/>
          <w:szCs w:val="20"/>
        </w:rPr>
        <w:t xml:space="preserve"> </w:t>
      </w:r>
    </w:p>
    <w:p w14:paraId="1A166424" w14:textId="77777777" w:rsidR="00AE0CC4" w:rsidRPr="00A421A0" w:rsidRDefault="00AE0CC4" w:rsidP="00804F8A">
      <w:pPr>
        <w:rPr>
          <w:rFonts w:ascii="Calibri" w:hAnsi="Calibri" w:cs="Calibri"/>
        </w:rPr>
      </w:pPr>
    </w:p>
    <w:p w14:paraId="3F1D9BB9" w14:textId="77777777" w:rsidR="00AE0CC4" w:rsidRPr="00A421A0" w:rsidRDefault="00AE0CC4" w:rsidP="00AE0CC4">
      <w:pPr>
        <w:jc w:val="right"/>
        <w:rPr>
          <w:rFonts w:ascii="Calibri" w:hAnsi="Calibri" w:cs="Calibri"/>
        </w:rPr>
      </w:pPr>
    </w:p>
    <w:p w14:paraId="6CBC78ED" w14:textId="6DEBEFD5" w:rsidR="00AE0CC4" w:rsidRPr="00A421A0" w:rsidRDefault="00000000" w:rsidP="00A421A0">
      <w:pPr>
        <w:spacing w:after="0"/>
        <w:jc w:val="right"/>
        <w:rPr>
          <w:rFonts w:ascii="Calibri" w:hAnsi="Calibri" w:cs="Calibri"/>
        </w:rPr>
      </w:pPr>
      <w:r w:rsidRPr="00A421A0">
        <w:rPr>
          <w:rFonts w:ascii="Calibri" w:hAnsi="Calibri" w:cs="Calibri"/>
        </w:rPr>
        <w:t>........................................................</w:t>
      </w:r>
    </w:p>
    <w:p w14:paraId="07688606" w14:textId="403E4F85" w:rsidR="002A14D7" w:rsidRPr="00A421A0" w:rsidRDefault="00AE0CC4" w:rsidP="00A421A0">
      <w:pPr>
        <w:spacing w:after="0"/>
        <w:jc w:val="center"/>
        <w:rPr>
          <w:rFonts w:ascii="Calibri" w:hAnsi="Calibri" w:cs="Calibri"/>
          <w:sz w:val="20"/>
          <w:szCs w:val="20"/>
        </w:rPr>
      </w:pPr>
      <w:r w:rsidRPr="00A421A0">
        <w:rPr>
          <w:rFonts w:ascii="Calibri" w:hAnsi="Calibri" w:cs="Calibri"/>
        </w:rPr>
        <w:t xml:space="preserve">                                                                                                          </w:t>
      </w:r>
      <w:r w:rsidR="00A421A0">
        <w:rPr>
          <w:rFonts w:ascii="Calibri" w:hAnsi="Calibri" w:cs="Calibri"/>
        </w:rPr>
        <w:t xml:space="preserve">                        </w:t>
      </w:r>
      <w:r w:rsidRPr="00A421A0">
        <w:rPr>
          <w:rFonts w:ascii="Calibri" w:hAnsi="Calibri" w:cs="Calibri"/>
        </w:rPr>
        <w:t xml:space="preserve">        </w:t>
      </w:r>
      <w:proofErr w:type="spellStart"/>
      <w:r w:rsidRPr="00A421A0">
        <w:rPr>
          <w:rFonts w:ascii="Calibri" w:hAnsi="Calibri" w:cs="Calibri"/>
          <w:i/>
          <w:sz w:val="20"/>
          <w:szCs w:val="20"/>
        </w:rPr>
        <w:t>podpis</w:t>
      </w:r>
      <w:proofErr w:type="spellEnd"/>
      <w:r w:rsidRPr="00A421A0">
        <w:rPr>
          <w:rFonts w:ascii="Calibri" w:hAnsi="Calibri" w:cs="Calibri"/>
          <w:i/>
          <w:sz w:val="20"/>
          <w:szCs w:val="20"/>
        </w:rPr>
        <w:t xml:space="preserve"> </w:t>
      </w:r>
      <w:proofErr w:type="spellStart"/>
      <w:r w:rsidRPr="00A421A0">
        <w:rPr>
          <w:rFonts w:ascii="Calibri" w:hAnsi="Calibri" w:cs="Calibri"/>
          <w:i/>
          <w:sz w:val="20"/>
          <w:szCs w:val="20"/>
        </w:rPr>
        <w:t>dyrektora</w:t>
      </w:r>
      <w:proofErr w:type="spellEnd"/>
      <w:r w:rsidR="00A421A0">
        <w:rPr>
          <w:rFonts w:ascii="Calibri" w:hAnsi="Calibri" w:cs="Calibri"/>
          <w:i/>
          <w:sz w:val="20"/>
          <w:szCs w:val="20"/>
        </w:rPr>
        <w:t>/</w:t>
      </w:r>
      <w:proofErr w:type="spellStart"/>
      <w:r w:rsidR="00A421A0">
        <w:rPr>
          <w:rFonts w:ascii="Calibri" w:hAnsi="Calibri" w:cs="Calibri"/>
          <w:i/>
          <w:sz w:val="20"/>
          <w:szCs w:val="20"/>
        </w:rPr>
        <w:t>osoby</w:t>
      </w:r>
      <w:proofErr w:type="spellEnd"/>
      <w:r w:rsidR="00A421A0">
        <w:rPr>
          <w:rFonts w:ascii="Calibri" w:hAnsi="Calibri" w:cs="Calibri"/>
          <w:i/>
          <w:sz w:val="20"/>
          <w:szCs w:val="20"/>
        </w:rPr>
        <w:t xml:space="preserve"> </w:t>
      </w:r>
      <w:proofErr w:type="spellStart"/>
      <w:r w:rsidR="00A421A0">
        <w:rPr>
          <w:rFonts w:ascii="Calibri" w:hAnsi="Calibri" w:cs="Calibri"/>
          <w:i/>
          <w:sz w:val="20"/>
          <w:szCs w:val="20"/>
        </w:rPr>
        <w:t>upoważnionej</w:t>
      </w:r>
      <w:proofErr w:type="spellEnd"/>
      <w:r w:rsidRPr="00A421A0">
        <w:rPr>
          <w:rFonts w:ascii="Calibri" w:hAnsi="Calibri" w:cs="Calibri"/>
          <w:i/>
          <w:sz w:val="20"/>
          <w:szCs w:val="20"/>
        </w:rPr>
        <w:t xml:space="preserve"> </w:t>
      </w:r>
    </w:p>
    <w:sectPr w:rsidR="002A14D7" w:rsidRPr="00A421A0" w:rsidSect="009609D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2C7535"/>
    <w:multiLevelType w:val="hybridMultilevel"/>
    <w:tmpl w:val="9398B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1F4B40"/>
    <w:multiLevelType w:val="hybridMultilevel"/>
    <w:tmpl w:val="A2A6598C"/>
    <w:lvl w:ilvl="0" w:tplc="BFA6CF5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5504968">
    <w:abstractNumId w:val="8"/>
  </w:num>
  <w:num w:numId="2" w16cid:durableId="741221239">
    <w:abstractNumId w:val="6"/>
  </w:num>
  <w:num w:numId="3" w16cid:durableId="1883245000">
    <w:abstractNumId w:val="5"/>
  </w:num>
  <w:num w:numId="4" w16cid:durableId="1741782559">
    <w:abstractNumId w:val="4"/>
  </w:num>
  <w:num w:numId="5" w16cid:durableId="1923643941">
    <w:abstractNumId w:val="7"/>
  </w:num>
  <w:num w:numId="6" w16cid:durableId="1337534056">
    <w:abstractNumId w:val="3"/>
  </w:num>
  <w:num w:numId="7" w16cid:durableId="869954466">
    <w:abstractNumId w:val="2"/>
  </w:num>
  <w:num w:numId="8" w16cid:durableId="470221261">
    <w:abstractNumId w:val="1"/>
  </w:num>
  <w:num w:numId="9" w16cid:durableId="133957785">
    <w:abstractNumId w:val="0"/>
  </w:num>
  <w:num w:numId="10" w16cid:durableId="252320724">
    <w:abstractNumId w:val="9"/>
  </w:num>
  <w:num w:numId="11" w16cid:durableId="14689345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B0A"/>
    <w:rsid w:val="0015074B"/>
    <w:rsid w:val="0029639D"/>
    <w:rsid w:val="002A14D7"/>
    <w:rsid w:val="00326F90"/>
    <w:rsid w:val="004C7BFF"/>
    <w:rsid w:val="00804F8A"/>
    <w:rsid w:val="009609D9"/>
    <w:rsid w:val="00A421A0"/>
    <w:rsid w:val="00A978D4"/>
    <w:rsid w:val="00AA1D8D"/>
    <w:rsid w:val="00AE0CC4"/>
    <w:rsid w:val="00B47730"/>
    <w:rsid w:val="00CB0664"/>
    <w:rsid w:val="00D75E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22A39"/>
  <w14:defaultImageDpi w14:val="300"/>
  <w15:docId w15:val="{C386C3DB-E62D-4037-B0E7-A74279B4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609D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smkoscierzyna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2026-09-24T12:37:00Z</dcterms:created>
  <dcterms:modified xsi:type="dcterms:W3CDTF">2026-09-24T17:01:00Z</dcterms:modified>
  <cp:category/>
</cp:coreProperties>
</file>