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CE3C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Załącznik nr 2. Wzór formularza ofertowego</w:t>
      </w:r>
    </w:p>
    <w:p w14:paraId="6971C8AF" w14:textId="77777777" w:rsidR="00C05F1F" w:rsidRPr="00957F7D" w:rsidRDefault="001C3885" w:rsidP="00957F7D">
      <w:pPr>
        <w:pStyle w:val="Akapitzlist"/>
        <w:spacing w:before="160" w:after="80"/>
        <w:ind w:left="0"/>
        <w:rPr>
          <w:lang w:val="pl-PL"/>
        </w:rPr>
      </w:pPr>
      <w:r w:rsidRPr="00957F7D">
        <w:rPr>
          <w:b/>
          <w:lang w:val="pl-PL"/>
        </w:rPr>
        <w:t>Informacje o Wykonawcy</w:t>
      </w:r>
    </w:p>
    <w:p w14:paraId="4D2CD796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Nazwa Wykonawcy:</w:t>
      </w:r>
    </w:p>
    <w:p w14:paraId="4C57728D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Adres:</w:t>
      </w:r>
    </w:p>
    <w:p w14:paraId="51D27BFD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NIP/REGON/KRS:</w:t>
      </w:r>
    </w:p>
    <w:p w14:paraId="12EB80EA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Osoba do kontaktu:</w:t>
      </w:r>
    </w:p>
    <w:p w14:paraId="6FBD48FA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tel.</w:t>
      </w:r>
    </w:p>
    <w:p w14:paraId="4BA592F5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e-mail:</w:t>
      </w:r>
    </w:p>
    <w:p w14:paraId="2A03AFD3" w14:textId="507487A6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 xml:space="preserve">W odpowiedzi na zaproszenie do składania ofert na przeprowadzenie </w:t>
      </w:r>
      <w:r w:rsidR="00957F7D" w:rsidRPr="00957F7D">
        <w:rPr>
          <w:lang w:val="pl-PL"/>
        </w:rPr>
        <w:t>śródokresowej ewaluacji procesu realizacji Krajowego Programu Działań na rzecz Równego Traktowania na lata 2022-2030, obejmującego okres od 2022 r. do 2026 r., wraz z opracowaniem raportu końcowego, składamy ofertę na realizację całości </w:t>
      </w:r>
      <w:r w:rsidRPr="00957F7D">
        <w:rPr>
          <w:lang w:val="pl-PL"/>
        </w:rPr>
        <w:t>zamówienia.</w:t>
      </w:r>
    </w:p>
    <w:p w14:paraId="6A7CFDED" w14:textId="77777777" w:rsidR="00C05F1F" w:rsidRPr="00957F7D" w:rsidRDefault="001C3885" w:rsidP="00957F7D">
      <w:pPr>
        <w:pStyle w:val="Akapitzlist"/>
        <w:spacing w:before="160" w:after="80"/>
        <w:ind w:left="0"/>
        <w:rPr>
          <w:lang w:val="pl-PL"/>
        </w:rPr>
      </w:pPr>
      <w:r w:rsidRPr="00957F7D">
        <w:rPr>
          <w:b/>
          <w:lang w:val="pl-PL"/>
        </w:rPr>
        <w:t>Opis koncepcji realizacji zamówienia</w:t>
      </w:r>
    </w:p>
    <w:p w14:paraId="582669DA" w14:textId="19A8163C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 xml:space="preserve">Prosimy opisać syntetycznie koncepcję realizacji zamówienia, w tym rozumienie celu ewaluacji, proponowane podejście badawcze, sposób zapewnienia praktycznego </w:t>
      </w:r>
      <w:r w:rsidR="00426A19" w:rsidRPr="00957F7D">
        <w:rPr>
          <w:lang w:val="pl-PL"/>
        </w:rPr>
        <w:t xml:space="preserve">i wdrożeniowego </w:t>
      </w:r>
      <w:r w:rsidRPr="00957F7D">
        <w:rPr>
          <w:lang w:val="pl-PL"/>
        </w:rPr>
        <w:t>charakteru wniosków i rekomendacji oraz sposób współpracy z Zama</w:t>
      </w:r>
      <w:r w:rsidR="002F52CD" w:rsidRPr="00957F7D">
        <w:rPr>
          <w:lang w:val="pl-PL"/>
        </w:rPr>
        <w:t>wiającym. Maksymalna objętość: 3 strony A4 (łącznie z opisem matrycy ewaluacji i metodologii).</w:t>
      </w:r>
    </w:p>
    <w:p w14:paraId="54B7BA98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77E305D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F121CC7" w14:textId="2AA5C2D0" w:rsidR="00C05F1F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42F70A4" w14:textId="1B011D92" w:rsidR="00C650BD" w:rsidRPr="00957F7D" w:rsidRDefault="00C650BD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64E6D296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6957AD7A" w14:textId="77777777" w:rsidR="00C05F1F" w:rsidRPr="00957F7D" w:rsidRDefault="001C3885" w:rsidP="00957F7D">
      <w:pPr>
        <w:pStyle w:val="Akapitzlist"/>
        <w:spacing w:before="160" w:after="80"/>
        <w:ind w:left="0"/>
        <w:rPr>
          <w:lang w:val="pl-PL"/>
        </w:rPr>
      </w:pPr>
      <w:r w:rsidRPr="00957F7D">
        <w:rPr>
          <w:b/>
          <w:lang w:val="pl-PL"/>
        </w:rPr>
        <w:t>Matryca ewaluacji i metodologia</w:t>
      </w:r>
    </w:p>
    <w:p w14:paraId="63A71801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Prosimy wskazać proponowane kryteria ewaluacyjne, pytania badawcze, źródła danych, metody badawcze oraz sposób analizy danych. Poniższą tabelę można rozbudować.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24"/>
        <w:gridCol w:w="2580"/>
        <w:gridCol w:w="1800"/>
        <w:gridCol w:w="1807"/>
        <w:gridCol w:w="2051"/>
      </w:tblGrid>
      <w:tr w:rsidR="00C05F1F" w:rsidRPr="00957F7D" w14:paraId="55B4DACA" w14:textId="77777777" w:rsidTr="00957F7D">
        <w:trPr>
          <w:tblHeader/>
          <w:jc w:val="center"/>
        </w:trPr>
        <w:tc>
          <w:tcPr>
            <w:tcW w:w="1724" w:type="dxa"/>
            <w:shd w:val="clear" w:color="auto" w:fill="D9EAF7"/>
          </w:tcPr>
          <w:p w14:paraId="1C50D3C7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Kryterium / obszar</w:t>
            </w:r>
          </w:p>
        </w:tc>
        <w:tc>
          <w:tcPr>
            <w:tcW w:w="2580" w:type="dxa"/>
            <w:shd w:val="clear" w:color="auto" w:fill="D9EAF7"/>
          </w:tcPr>
          <w:p w14:paraId="63D944F8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Pytanie ewaluacyjne</w:t>
            </w:r>
          </w:p>
        </w:tc>
        <w:tc>
          <w:tcPr>
            <w:tcW w:w="1800" w:type="dxa"/>
            <w:shd w:val="clear" w:color="auto" w:fill="D9EAF7"/>
          </w:tcPr>
          <w:p w14:paraId="2137C978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Źródła danych</w:t>
            </w:r>
          </w:p>
        </w:tc>
        <w:tc>
          <w:tcPr>
            <w:tcW w:w="1807" w:type="dxa"/>
            <w:shd w:val="clear" w:color="auto" w:fill="D9EAF7"/>
          </w:tcPr>
          <w:p w14:paraId="7438BF3B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Metody i techniki</w:t>
            </w:r>
          </w:p>
        </w:tc>
        <w:tc>
          <w:tcPr>
            <w:tcW w:w="2051" w:type="dxa"/>
            <w:shd w:val="clear" w:color="auto" w:fill="D9EAF7"/>
          </w:tcPr>
          <w:p w14:paraId="400D34F1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Sposób analizy / produkt</w:t>
            </w:r>
          </w:p>
        </w:tc>
      </w:tr>
      <w:tr w:rsidR="00C05F1F" w:rsidRPr="00957F7D" w14:paraId="4F0BB3C6" w14:textId="77777777" w:rsidTr="00957F7D">
        <w:trPr>
          <w:jc w:val="center"/>
        </w:trPr>
        <w:tc>
          <w:tcPr>
            <w:tcW w:w="1724" w:type="dxa"/>
          </w:tcPr>
          <w:p w14:paraId="163A5E0A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Trafność</w:t>
            </w:r>
          </w:p>
        </w:tc>
        <w:tc>
          <w:tcPr>
            <w:tcW w:w="2580" w:type="dxa"/>
          </w:tcPr>
          <w:p w14:paraId="5836534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0" w:type="dxa"/>
          </w:tcPr>
          <w:p w14:paraId="372522EF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7" w:type="dxa"/>
          </w:tcPr>
          <w:p w14:paraId="26B9EC6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051" w:type="dxa"/>
          </w:tcPr>
          <w:p w14:paraId="45AE695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1C7E4CD8" w14:textId="77777777" w:rsidTr="00957F7D">
        <w:trPr>
          <w:jc w:val="center"/>
        </w:trPr>
        <w:tc>
          <w:tcPr>
            <w:tcW w:w="1724" w:type="dxa"/>
          </w:tcPr>
          <w:p w14:paraId="0EFCA13A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Skuteczność</w:t>
            </w:r>
          </w:p>
        </w:tc>
        <w:tc>
          <w:tcPr>
            <w:tcW w:w="2580" w:type="dxa"/>
          </w:tcPr>
          <w:p w14:paraId="0CC1EFF0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0" w:type="dxa"/>
          </w:tcPr>
          <w:p w14:paraId="071E70B4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7" w:type="dxa"/>
          </w:tcPr>
          <w:p w14:paraId="35D66AC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051" w:type="dxa"/>
          </w:tcPr>
          <w:p w14:paraId="7DCC2A4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3D901F3C" w14:textId="77777777" w:rsidTr="00957F7D">
        <w:trPr>
          <w:jc w:val="center"/>
        </w:trPr>
        <w:tc>
          <w:tcPr>
            <w:tcW w:w="1724" w:type="dxa"/>
          </w:tcPr>
          <w:p w14:paraId="3456C1BA" w14:textId="5109F76D" w:rsidR="00C05F1F" w:rsidRPr="00957F7D" w:rsidRDefault="00957F7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Sprawność systemu realizacji</w:t>
            </w:r>
          </w:p>
        </w:tc>
        <w:tc>
          <w:tcPr>
            <w:tcW w:w="2580" w:type="dxa"/>
          </w:tcPr>
          <w:p w14:paraId="7F52CC71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0" w:type="dxa"/>
          </w:tcPr>
          <w:p w14:paraId="2679FD0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7" w:type="dxa"/>
          </w:tcPr>
          <w:p w14:paraId="30EC66EF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051" w:type="dxa"/>
          </w:tcPr>
          <w:p w14:paraId="7835A88D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1790D1DE" w14:textId="77777777" w:rsidTr="00957F7D">
        <w:trPr>
          <w:jc w:val="center"/>
        </w:trPr>
        <w:tc>
          <w:tcPr>
            <w:tcW w:w="1724" w:type="dxa"/>
          </w:tcPr>
          <w:p w14:paraId="5D0B1DEE" w14:textId="65C5C08C" w:rsidR="00C05F1F" w:rsidRPr="00957F7D" w:rsidRDefault="00957F7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Potencjał wdrożeniowy rekomendacji</w:t>
            </w:r>
          </w:p>
        </w:tc>
        <w:tc>
          <w:tcPr>
            <w:tcW w:w="2580" w:type="dxa"/>
          </w:tcPr>
          <w:p w14:paraId="0E882B3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0" w:type="dxa"/>
          </w:tcPr>
          <w:p w14:paraId="18EE010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807" w:type="dxa"/>
          </w:tcPr>
          <w:p w14:paraId="7DAAE1B4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051" w:type="dxa"/>
          </w:tcPr>
          <w:p w14:paraId="1FA1A70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</w:tbl>
    <w:p w14:paraId="273BD112" w14:textId="7A194337" w:rsidR="00C05F1F" w:rsidRPr="00957F7D" w:rsidRDefault="00957F7D" w:rsidP="00957F7D">
      <w:pPr>
        <w:spacing w:before="120"/>
        <w:rPr>
          <w:lang w:val="pl-PL"/>
        </w:rPr>
      </w:pPr>
      <w:r w:rsidRPr="00957F7D">
        <w:rPr>
          <w:lang w:val="pl-PL"/>
        </w:rPr>
        <w:t>Prosimy opisać i</w:t>
      </w:r>
      <w:r w:rsidR="00426A19" w:rsidRPr="00957F7D">
        <w:rPr>
          <w:lang w:val="pl-PL"/>
        </w:rPr>
        <w:t xml:space="preserve">nformacje nt. </w:t>
      </w:r>
      <w:r w:rsidRPr="00957F7D">
        <w:rPr>
          <w:lang w:val="pl-PL"/>
        </w:rPr>
        <w:t xml:space="preserve">planowanej </w:t>
      </w:r>
      <w:r w:rsidR="00426A19" w:rsidRPr="00957F7D">
        <w:rPr>
          <w:lang w:val="pl-PL"/>
        </w:rPr>
        <w:t>metodologii.</w:t>
      </w:r>
    </w:p>
    <w:p w14:paraId="3B81D0FA" w14:textId="77777777" w:rsidR="00426A19" w:rsidRPr="00957F7D" w:rsidRDefault="00426A19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E3ACA07" w14:textId="77777777" w:rsidR="00426A19" w:rsidRPr="00957F7D" w:rsidRDefault="00426A19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0656C20" w14:textId="77777777" w:rsidR="00426A19" w:rsidRPr="00957F7D" w:rsidRDefault="00426A19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DF1CB96" w14:textId="3B607648" w:rsidR="00426A19" w:rsidRDefault="00426A19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EA68909" w14:textId="55E41927" w:rsidR="00C650BD" w:rsidRPr="00957F7D" w:rsidRDefault="00C650BD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CD05FC1" w14:textId="36347E41" w:rsidR="00C05F1F" w:rsidRPr="00957F7D" w:rsidRDefault="001C3885" w:rsidP="00957F7D">
      <w:pPr>
        <w:pStyle w:val="Akapitzlist"/>
        <w:spacing w:before="160"/>
        <w:ind w:left="0"/>
        <w:contextualSpacing w:val="0"/>
        <w:rPr>
          <w:lang w:val="pl-PL"/>
        </w:rPr>
      </w:pPr>
      <w:r w:rsidRPr="00957F7D">
        <w:rPr>
          <w:b/>
          <w:lang w:val="pl-PL"/>
        </w:rPr>
        <w:lastRenderedPageBreak/>
        <w:t>Harmonogram realizacji zamówienia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402"/>
        <w:gridCol w:w="2268"/>
        <w:gridCol w:w="3402"/>
      </w:tblGrid>
      <w:tr w:rsidR="00C05F1F" w:rsidRPr="00957F7D" w14:paraId="2BD02DCE" w14:textId="77777777">
        <w:trPr>
          <w:tblHeader/>
          <w:jc w:val="center"/>
        </w:trPr>
        <w:tc>
          <w:tcPr>
            <w:tcW w:w="567" w:type="dxa"/>
            <w:shd w:val="clear" w:color="auto" w:fill="D9EAF7"/>
          </w:tcPr>
          <w:p w14:paraId="20F63C24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Etap</w:t>
            </w:r>
          </w:p>
        </w:tc>
        <w:tc>
          <w:tcPr>
            <w:tcW w:w="3402" w:type="dxa"/>
            <w:shd w:val="clear" w:color="auto" w:fill="D9EAF7"/>
          </w:tcPr>
          <w:p w14:paraId="216E006E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Zakres prac</w:t>
            </w:r>
          </w:p>
        </w:tc>
        <w:tc>
          <w:tcPr>
            <w:tcW w:w="2268" w:type="dxa"/>
            <w:shd w:val="clear" w:color="auto" w:fill="D9EAF7"/>
          </w:tcPr>
          <w:p w14:paraId="14133D27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Termin realizacji</w:t>
            </w:r>
          </w:p>
        </w:tc>
        <w:tc>
          <w:tcPr>
            <w:tcW w:w="3402" w:type="dxa"/>
            <w:shd w:val="clear" w:color="auto" w:fill="D9EAF7"/>
          </w:tcPr>
          <w:p w14:paraId="411DB5B1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Produkt / efekt</w:t>
            </w:r>
          </w:p>
        </w:tc>
      </w:tr>
      <w:tr w:rsidR="00C05F1F" w:rsidRPr="00957F7D" w14:paraId="17E81275" w14:textId="77777777">
        <w:trPr>
          <w:jc w:val="center"/>
        </w:trPr>
        <w:tc>
          <w:tcPr>
            <w:tcW w:w="567" w:type="dxa"/>
          </w:tcPr>
          <w:p w14:paraId="6C79FDE4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1.</w:t>
            </w:r>
          </w:p>
        </w:tc>
        <w:tc>
          <w:tcPr>
            <w:tcW w:w="3402" w:type="dxa"/>
          </w:tcPr>
          <w:p w14:paraId="1F0E0DAA" w14:textId="0929E74C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 xml:space="preserve">Koncepcja i metodologia </w:t>
            </w:r>
            <w:r w:rsidR="00106DEE" w:rsidRPr="00957F7D">
              <w:rPr>
                <w:sz w:val="16"/>
                <w:lang w:val="pl-PL"/>
              </w:rPr>
              <w:t>ewaluacji</w:t>
            </w:r>
          </w:p>
        </w:tc>
        <w:tc>
          <w:tcPr>
            <w:tcW w:w="2268" w:type="dxa"/>
          </w:tcPr>
          <w:p w14:paraId="792EF3B8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1948C631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55A7B04C" w14:textId="77777777">
        <w:trPr>
          <w:jc w:val="center"/>
        </w:trPr>
        <w:tc>
          <w:tcPr>
            <w:tcW w:w="567" w:type="dxa"/>
          </w:tcPr>
          <w:p w14:paraId="3D18BF03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2.</w:t>
            </w:r>
          </w:p>
        </w:tc>
        <w:tc>
          <w:tcPr>
            <w:tcW w:w="3402" w:type="dxa"/>
          </w:tcPr>
          <w:p w14:paraId="7964ABE1" w14:textId="33DC340A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Analiza dokumentów</w:t>
            </w:r>
            <w:r w:rsidR="00106DEE" w:rsidRPr="00957F7D">
              <w:rPr>
                <w:sz w:val="16"/>
                <w:lang w:val="pl-PL"/>
              </w:rPr>
              <w:t xml:space="preserve"> i materiałów źródłowych</w:t>
            </w:r>
          </w:p>
        </w:tc>
        <w:tc>
          <w:tcPr>
            <w:tcW w:w="2268" w:type="dxa"/>
          </w:tcPr>
          <w:p w14:paraId="2622D61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217D0EA6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12F69FF8" w14:textId="77777777">
        <w:trPr>
          <w:jc w:val="center"/>
        </w:trPr>
        <w:tc>
          <w:tcPr>
            <w:tcW w:w="567" w:type="dxa"/>
          </w:tcPr>
          <w:p w14:paraId="1D234414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3.</w:t>
            </w:r>
          </w:p>
        </w:tc>
        <w:tc>
          <w:tcPr>
            <w:tcW w:w="3402" w:type="dxa"/>
          </w:tcPr>
          <w:p w14:paraId="6CF77F64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Przygotowanie narzędzi i rekrutacja uczestników</w:t>
            </w:r>
          </w:p>
        </w:tc>
        <w:tc>
          <w:tcPr>
            <w:tcW w:w="2268" w:type="dxa"/>
          </w:tcPr>
          <w:p w14:paraId="6DDF0E2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212E942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013F0878" w14:textId="77777777">
        <w:trPr>
          <w:jc w:val="center"/>
        </w:trPr>
        <w:tc>
          <w:tcPr>
            <w:tcW w:w="567" w:type="dxa"/>
          </w:tcPr>
          <w:p w14:paraId="1A63B3FB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4.</w:t>
            </w:r>
          </w:p>
        </w:tc>
        <w:tc>
          <w:tcPr>
            <w:tcW w:w="3402" w:type="dxa"/>
          </w:tcPr>
          <w:p w14:paraId="7DFC5136" w14:textId="4FAF9C31" w:rsidR="00C05F1F" w:rsidRPr="00957F7D" w:rsidRDefault="00106DEE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 xml:space="preserve">Realizacja </w:t>
            </w:r>
            <w:r w:rsidR="001C3885" w:rsidRPr="00957F7D">
              <w:rPr>
                <w:sz w:val="16"/>
                <w:lang w:val="pl-PL"/>
              </w:rPr>
              <w:t>spotkań warsztatowo-badawczych</w:t>
            </w:r>
            <w:r w:rsidRPr="00957F7D">
              <w:rPr>
                <w:sz w:val="16"/>
                <w:lang w:val="pl-PL"/>
              </w:rPr>
              <w:t xml:space="preserve"> oraz indywidualnych wywiadów pogłębionych (IDI)</w:t>
            </w:r>
          </w:p>
        </w:tc>
        <w:tc>
          <w:tcPr>
            <w:tcW w:w="2268" w:type="dxa"/>
          </w:tcPr>
          <w:p w14:paraId="53C48B30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361C92F8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3D55945E" w14:textId="77777777">
        <w:trPr>
          <w:jc w:val="center"/>
        </w:trPr>
        <w:tc>
          <w:tcPr>
            <w:tcW w:w="567" w:type="dxa"/>
          </w:tcPr>
          <w:p w14:paraId="6A3484EF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5.</w:t>
            </w:r>
          </w:p>
        </w:tc>
        <w:tc>
          <w:tcPr>
            <w:tcW w:w="3402" w:type="dxa"/>
          </w:tcPr>
          <w:p w14:paraId="7BDCBE81" w14:textId="290371FA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 xml:space="preserve">Analiza materiału </w:t>
            </w:r>
            <w:r w:rsidR="00106DEE" w:rsidRPr="00957F7D">
              <w:rPr>
                <w:sz w:val="16"/>
                <w:lang w:val="pl-PL"/>
              </w:rPr>
              <w:t>zebranego</w:t>
            </w:r>
          </w:p>
        </w:tc>
        <w:tc>
          <w:tcPr>
            <w:tcW w:w="2268" w:type="dxa"/>
          </w:tcPr>
          <w:p w14:paraId="5E8565E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3EA43A1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075BD6A7" w14:textId="77777777">
        <w:trPr>
          <w:jc w:val="center"/>
        </w:trPr>
        <w:tc>
          <w:tcPr>
            <w:tcW w:w="567" w:type="dxa"/>
          </w:tcPr>
          <w:p w14:paraId="1729B856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6.</w:t>
            </w:r>
          </w:p>
        </w:tc>
        <w:tc>
          <w:tcPr>
            <w:tcW w:w="3402" w:type="dxa"/>
          </w:tcPr>
          <w:p w14:paraId="36917B15" w14:textId="1D583DC6" w:rsidR="00C05F1F" w:rsidRPr="00957F7D" w:rsidRDefault="00106DEE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Proje</w:t>
            </w:r>
            <w:r w:rsidR="00957F7D" w:rsidRPr="00957F7D">
              <w:rPr>
                <w:sz w:val="16"/>
                <w:lang w:val="pl-PL"/>
              </w:rPr>
              <w:t>kt raportu, wprowadzanie uwag i </w:t>
            </w:r>
            <w:r w:rsidRPr="00957F7D">
              <w:rPr>
                <w:sz w:val="16"/>
                <w:lang w:val="pl-PL"/>
              </w:rPr>
              <w:t xml:space="preserve">przygotowanie </w:t>
            </w:r>
            <w:r w:rsidR="001C3885" w:rsidRPr="00957F7D">
              <w:rPr>
                <w:sz w:val="16"/>
                <w:lang w:val="pl-PL"/>
              </w:rPr>
              <w:t>raport</w:t>
            </w:r>
            <w:r w:rsidRPr="00957F7D">
              <w:rPr>
                <w:sz w:val="16"/>
                <w:lang w:val="pl-PL"/>
              </w:rPr>
              <w:t>u końcowego</w:t>
            </w:r>
          </w:p>
        </w:tc>
        <w:tc>
          <w:tcPr>
            <w:tcW w:w="2268" w:type="dxa"/>
          </w:tcPr>
          <w:p w14:paraId="062BA52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536C934D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</w:tbl>
    <w:p w14:paraId="511153FC" w14:textId="77777777" w:rsidR="002F52CD" w:rsidRPr="00957F7D" w:rsidRDefault="002F52CD" w:rsidP="00957F7D">
      <w:pPr>
        <w:pStyle w:val="Akapitzlist"/>
        <w:spacing w:before="160" w:after="80"/>
        <w:ind w:left="0"/>
        <w:rPr>
          <w:lang w:val="pl-PL"/>
        </w:rPr>
      </w:pPr>
      <w:bookmarkStart w:id="0" w:name="_Hlk239688105"/>
      <w:r w:rsidRPr="00957F7D">
        <w:rPr>
          <w:b/>
          <w:lang w:val="pl-PL"/>
        </w:rPr>
        <w:t>Skład zespołu realizującego zamówienie</w:t>
      </w:r>
      <w:bookmarkEnd w:id="0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76"/>
        <w:gridCol w:w="2468"/>
        <w:gridCol w:w="3408"/>
        <w:gridCol w:w="2110"/>
      </w:tblGrid>
      <w:tr w:rsidR="002F52CD" w:rsidRPr="00E953C4" w14:paraId="50E4AE9A" w14:textId="77777777" w:rsidTr="007A0AED">
        <w:trPr>
          <w:tblHeader/>
          <w:jc w:val="center"/>
        </w:trPr>
        <w:tc>
          <w:tcPr>
            <w:tcW w:w="2268" w:type="dxa"/>
            <w:shd w:val="clear" w:color="auto" w:fill="D9EAF7"/>
          </w:tcPr>
          <w:p w14:paraId="20CFDC5D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Imię i nazwisko / funkcja</w:t>
            </w:r>
          </w:p>
        </w:tc>
        <w:tc>
          <w:tcPr>
            <w:tcW w:w="2835" w:type="dxa"/>
            <w:shd w:val="clear" w:color="auto" w:fill="D9EAF7"/>
          </w:tcPr>
          <w:p w14:paraId="6145B240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Zakres zadań w zamówieniu</w:t>
            </w:r>
          </w:p>
        </w:tc>
        <w:tc>
          <w:tcPr>
            <w:tcW w:w="3969" w:type="dxa"/>
            <w:shd w:val="clear" w:color="auto" w:fill="D9EAF7"/>
          </w:tcPr>
          <w:p w14:paraId="49D4329E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Doświadczenie istotne dla zamówienia</w:t>
            </w:r>
          </w:p>
        </w:tc>
        <w:tc>
          <w:tcPr>
            <w:tcW w:w="2268" w:type="dxa"/>
            <w:shd w:val="clear" w:color="auto" w:fill="D9EAF7"/>
          </w:tcPr>
          <w:p w14:paraId="6CA6AA6B" w14:textId="03B1787B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Podstawa dysponowania osobą</w:t>
            </w:r>
            <w:r w:rsidR="00957F7D">
              <w:rPr>
                <w:b/>
                <w:sz w:val="16"/>
                <w:lang w:val="pl-PL"/>
              </w:rPr>
              <w:t xml:space="preserve"> (</w:t>
            </w:r>
            <w:r w:rsidR="004E532A">
              <w:rPr>
                <w:b/>
                <w:sz w:val="16"/>
                <w:lang w:val="pl-PL"/>
              </w:rPr>
              <w:t xml:space="preserve">tj. </w:t>
            </w:r>
            <w:r w:rsidR="00957F7D">
              <w:rPr>
                <w:b/>
                <w:sz w:val="16"/>
                <w:lang w:val="pl-PL"/>
              </w:rPr>
              <w:t>umowa o pracę, o dzieło, zlecenie, podwykonawstwo)</w:t>
            </w:r>
          </w:p>
        </w:tc>
      </w:tr>
      <w:tr w:rsidR="002F52CD" w:rsidRPr="00957F7D" w14:paraId="0B9D243F" w14:textId="77777777" w:rsidTr="007A0AED">
        <w:trPr>
          <w:jc w:val="center"/>
        </w:trPr>
        <w:tc>
          <w:tcPr>
            <w:tcW w:w="2268" w:type="dxa"/>
          </w:tcPr>
          <w:p w14:paraId="700B1ACA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1.</w:t>
            </w:r>
          </w:p>
        </w:tc>
        <w:tc>
          <w:tcPr>
            <w:tcW w:w="2835" w:type="dxa"/>
          </w:tcPr>
          <w:p w14:paraId="750FB735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969" w:type="dxa"/>
          </w:tcPr>
          <w:p w14:paraId="76F467F5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19451E03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2F52CD" w:rsidRPr="00957F7D" w14:paraId="2CC3A9C1" w14:textId="77777777" w:rsidTr="007A0AED">
        <w:trPr>
          <w:jc w:val="center"/>
        </w:trPr>
        <w:tc>
          <w:tcPr>
            <w:tcW w:w="2268" w:type="dxa"/>
          </w:tcPr>
          <w:p w14:paraId="26843F7C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2.</w:t>
            </w:r>
          </w:p>
        </w:tc>
        <w:tc>
          <w:tcPr>
            <w:tcW w:w="2835" w:type="dxa"/>
          </w:tcPr>
          <w:p w14:paraId="3A842D2C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969" w:type="dxa"/>
          </w:tcPr>
          <w:p w14:paraId="7BC5C281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6CC3C0AD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2F52CD" w:rsidRPr="00957F7D" w14:paraId="027C0D88" w14:textId="77777777" w:rsidTr="007A0AED">
        <w:trPr>
          <w:jc w:val="center"/>
        </w:trPr>
        <w:tc>
          <w:tcPr>
            <w:tcW w:w="2268" w:type="dxa"/>
          </w:tcPr>
          <w:p w14:paraId="69542328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3.</w:t>
            </w:r>
          </w:p>
        </w:tc>
        <w:tc>
          <w:tcPr>
            <w:tcW w:w="2835" w:type="dxa"/>
          </w:tcPr>
          <w:p w14:paraId="5BD5B1C3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969" w:type="dxa"/>
          </w:tcPr>
          <w:p w14:paraId="301165D3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267C1D48" w14:textId="77777777" w:rsidR="002F52CD" w:rsidRPr="00957F7D" w:rsidRDefault="002F52CD" w:rsidP="00957F7D">
            <w:pPr>
              <w:spacing w:after="0" w:line="240" w:lineRule="auto"/>
              <w:rPr>
                <w:lang w:val="pl-PL"/>
              </w:rPr>
            </w:pPr>
          </w:p>
        </w:tc>
      </w:tr>
    </w:tbl>
    <w:p w14:paraId="5247B4E9" w14:textId="3491B11C" w:rsidR="00C05F1F" w:rsidRPr="00957F7D" w:rsidRDefault="002F52CD" w:rsidP="00957F7D">
      <w:pPr>
        <w:pStyle w:val="Akapitzlist"/>
        <w:spacing w:before="160" w:after="80"/>
        <w:ind w:left="0"/>
        <w:rPr>
          <w:lang w:val="pl-PL"/>
        </w:rPr>
      </w:pPr>
      <w:r w:rsidRPr="00957F7D">
        <w:rPr>
          <w:b/>
          <w:lang w:val="pl-PL"/>
        </w:rPr>
        <w:t>Syntetyczny o</w:t>
      </w:r>
      <w:r w:rsidR="001C3885" w:rsidRPr="00957F7D">
        <w:rPr>
          <w:b/>
          <w:lang w:val="pl-PL"/>
        </w:rPr>
        <w:t>pis doświadczenia osób przewidzianych do realizacji zamówienia</w:t>
      </w:r>
    </w:p>
    <w:p w14:paraId="23F431B4" w14:textId="1A0088A6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 xml:space="preserve">Prosimy opisać doświadczenie osób przewidzianych do realizacji zamówienia, </w:t>
      </w:r>
      <w:bookmarkStart w:id="1" w:name="_Hlk239691281"/>
      <w:r w:rsidRPr="00957F7D">
        <w:rPr>
          <w:lang w:val="pl-PL"/>
        </w:rPr>
        <w:t xml:space="preserve">w szczególności w zakresie ewaluacji </w:t>
      </w:r>
      <w:bookmarkEnd w:id="1"/>
      <w:r w:rsidR="00C650BD" w:rsidRPr="00C650BD">
        <w:rPr>
          <w:lang w:val="pl-PL"/>
        </w:rPr>
        <w:t>dokumentów strategicznych, w tym programów, polityk, strateg</w:t>
      </w:r>
      <w:r w:rsidR="00C650BD">
        <w:rPr>
          <w:lang w:val="pl-PL"/>
        </w:rPr>
        <w:t>ii, lub projektów/procesów, lub </w:t>
      </w:r>
      <w:r w:rsidR="00C650BD" w:rsidRPr="00C650BD">
        <w:rPr>
          <w:lang w:val="pl-PL"/>
        </w:rPr>
        <w:t>prowadzenia badań jakościowych</w:t>
      </w:r>
      <w:r w:rsidR="00C650BD">
        <w:rPr>
          <w:lang w:val="pl-PL"/>
        </w:rPr>
        <w:t xml:space="preserve">, w tym </w:t>
      </w:r>
      <w:r w:rsidR="00C650BD" w:rsidRPr="00C650BD">
        <w:rPr>
          <w:lang w:val="pl-PL"/>
        </w:rPr>
        <w:t>realizowanych na rzecz administracji publicznej, instytucji publicznej lub organizacji realizującej zadanie publiczne na rzecz administracji publicznej lub instytucji publicznej</w:t>
      </w:r>
      <w:r w:rsidR="00C650BD">
        <w:rPr>
          <w:lang w:val="pl-PL"/>
        </w:rPr>
        <w:t>.</w:t>
      </w:r>
      <w:r w:rsidRPr="00957F7D">
        <w:rPr>
          <w:lang w:val="pl-PL"/>
        </w:rPr>
        <w:t xml:space="preserve"> Maksymalna objętość: </w:t>
      </w:r>
      <w:r w:rsidR="002F52CD" w:rsidRPr="00957F7D">
        <w:rPr>
          <w:lang w:val="pl-PL"/>
        </w:rPr>
        <w:t>1 strona</w:t>
      </w:r>
      <w:r w:rsidRPr="00957F7D">
        <w:rPr>
          <w:lang w:val="pl-PL"/>
        </w:rPr>
        <w:t xml:space="preserve"> A4</w:t>
      </w:r>
      <w:r w:rsidR="002F52CD" w:rsidRPr="00957F7D">
        <w:rPr>
          <w:lang w:val="pl-PL"/>
        </w:rPr>
        <w:t xml:space="preserve"> (wraz z wykazem usług)</w:t>
      </w:r>
      <w:r w:rsidRPr="00957F7D">
        <w:rPr>
          <w:lang w:val="pl-PL"/>
        </w:rPr>
        <w:t>.</w:t>
      </w:r>
    </w:p>
    <w:p w14:paraId="6A237ECF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6EC4C2C8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0D716EF7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53BABA65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A8E3365" w14:textId="77777777" w:rsidR="00C05F1F" w:rsidRPr="00957F7D" w:rsidRDefault="001C3885" w:rsidP="00957F7D">
      <w:pPr>
        <w:pStyle w:val="Akapitzlist"/>
        <w:spacing w:before="160" w:after="80"/>
        <w:ind w:left="0"/>
        <w:rPr>
          <w:lang w:val="pl-PL"/>
        </w:rPr>
      </w:pPr>
      <w:r w:rsidRPr="00957F7D">
        <w:rPr>
          <w:b/>
          <w:lang w:val="pl-PL"/>
        </w:rPr>
        <w:t>Wykaz usług potwierdzających spełnianie warunków udziału w postępowaniu</w:t>
      </w:r>
    </w:p>
    <w:p w14:paraId="3C56AE3D" w14:textId="63CED308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Do wykazu można dołączyć referencje, protokoły odbioru albo inne dokumenty potwierdzające należyte wykonanie usług. Zamawiający może wezwać Wykonawcę do przedstawienia dokumentów potwierdzających informacje wskazane w wykazie.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8"/>
        <w:gridCol w:w="1648"/>
        <w:gridCol w:w="2467"/>
        <w:gridCol w:w="1378"/>
        <w:gridCol w:w="1763"/>
        <w:gridCol w:w="2198"/>
      </w:tblGrid>
      <w:tr w:rsidR="00C05F1F" w:rsidRPr="00E953C4" w14:paraId="279E95D5" w14:textId="77777777">
        <w:trPr>
          <w:tblHeader/>
          <w:jc w:val="center"/>
        </w:trPr>
        <w:tc>
          <w:tcPr>
            <w:tcW w:w="567" w:type="dxa"/>
            <w:shd w:val="clear" w:color="auto" w:fill="D9EAF7"/>
          </w:tcPr>
          <w:p w14:paraId="6467406F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4"/>
                <w:lang w:val="pl-PL"/>
              </w:rPr>
              <w:t>Lp.</w:t>
            </w:r>
          </w:p>
        </w:tc>
        <w:tc>
          <w:tcPr>
            <w:tcW w:w="1984" w:type="dxa"/>
            <w:shd w:val="clear" w:color="auto" w:fill="D9EAF7"/>
          </w:tcPr>
          <w:p w14:paraId="681FE034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4"/>
                <w:lang w:val="pl-PL"/>
              </w:rPr>
              <w:t>Zamawiający / odbiorca</w:t>
            </w:r>
          </w:p>
        </w:tc>
        <w:tc>
          <w:tcPr>
            <w:tcW w:w="3402" w:type="dxa"/>
            <w:shd w:val="clear" w:color="auto" w:fill="D9EAF7"/>
          </w:tcPr>
          <w:p w14:paraId="29E90ABA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4"/>
                <w:lang w:val="pl-PL"/>
              </w:rPr>
              <w:t>Temat i zakres usługi</w:t>
            </w:r>
          </w:p>
        </w:tc>
        <w:tc>
          <w:tcPr>
            <w:tcW w:w="1701" w:type="dxa"/>
            <w:shd w:val="clear" w:color="auto" w:fill="D9EAF7"/>
          </w:tcPr>
          <w:p w14:paraId="6C4D4142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4"/>
                <w:lang w:val="pl-PL"/>
              </w:rPr>
              <w:t>Termin realizacji</w:t>
            </w:r>
          </w:p>
        </w:tc>
        <w:tc>
          <w:tcPr>
            <w:tcW w:w="2268" w:type="dxa"/>
            <w:shd w:val="clear" w:color="auto" w:fill="D9EAF7"/>
          </w:tcPr>
          <w:p w14:paraId="6ACD69F3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4"/>
                <w:lang w:val="pl-PL"/>
              </w:rPr>
              <w:t>Metody / produkty</w:t>
            </w:r>
          </w:p>
        </w:tc>
        <w:tc>
          <w:tcPr>
            <w:tcW w:w="2835" w:type="dxa"/>
            <w:shd w:val="clear" w:color="auto" w:fill="D9EAF7"/>
          </w:tcPr>
          <w:p w14:paraId="65667B8C" w14:textId="63948C72" w:rsidR="00C05F1F" w:rsidRPr="00957F7D" w:rsidRDefault="001C3885" w:rsidP="00C650B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4"/>
                <w:lang w:val="pl-PL"/>
              </w:rPr>
              <w:t>Rola</w:t>
            </w:r>
            <w:r w:rsidR="00C650BD">
              <w:rPr>
                <w:b/>
                <w:sz w:val="14"/>
                <w:lang w:val="pl-PL"/>
              </w:rPr>
              <w:t xml:space="preserve"> osoby wskazanej do </w:t>
            </w:r>
            <w:r w:rsidRPr="00957F7D">
              <w:rPr>
                <w:b/>
                <w:sz w:val="14"/>
                <w:lang w:val="pl-PL"/>
              </w:rPr>
              <w:t>realizacji zamówienia</w:t>
            </w:r>
          </w:p>
        </w:tc>
      </w:tr>
      <w:tr w:rsidR="00C05F1F" w:rsidRPr="00957F7D" w14:paraId="07F1C830" w14:textId="77777777">
        <w:trPr>
          <w:jc w:val="center"/>
        </w:trPr>
        <w:tc>
          <w:tcPr>
            <w:tcW w:w="567" w:type="dxa"/>
          </w:tcPr>
          <w:p w14:paraId="09E6DC68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4"/>
                <w:lang w:val="pl-PL"/>
              </w:rPr>
              <w:t>1.</w:t>
            </w:r>
          </w:p>
        </w:tc>
        <w:tc>
          <w:tcPr>
            <w:tcW w:w="1984" w:type="dxa"/>
          </w:tcPr>
          <w:p w14:paraId="78A234F4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01D6772B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1BA6704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5B2E54D2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835" w:type="dxa"/>
          </w:tcPr>
          <w:p w14:paraId="1B78E4E4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59AB1D59" w14:textId="77777777">
        <w:trPr>
          <w:jc w:val="center"/>
        </w:trPr>
        <w:tc>
          <w:tcPr>
            <w:tcW w:w="567" w:type="dxa"/>
          </w:tcPr>
          <w:p w14:paraId="6199863E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4"/>
                <w:lang w:val="pl-PL"/>
              </w:rPr>
              <w:t>2.</w:t>
            </w:r>
          </w:p>
        </w:tc>
        <w:tc>
          <w:tcPr>
            <w:tcW w:w="1984" w:type="dxa"/>
          </w:tcPr>
          <w:p w14:paraId="59BFEA30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3288225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2B99EA20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4AB79FE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835" w:type="dxa"/>
          </w:tcPr>
          <w:p w14:paraId="017DFEF8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1EFD1274" w14:textId="77777777">
        <w:trPr>
          <w:jc w:val="center"/>
        </w:trPr>
        <w:tc>
          <w:tcPr>
            <w:tcW w:w="567" w:type="dxa"/>
          </w:tcPr>
          <w:p w14:paraId="1491D473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4"/>
                <w:lang w:val="pl-PL"/>
              </w:rPr>
              <w:t>3.</w:t>
            </w:r>
          </w:p>
        </w:tc>
        <w:tc>
          <w:tcPr>
            <w:tcW w:w="1984" w:type="dxa"/>
          </w:tcPr>
          <w:p w14:paraId="398FFB0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639EC8D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5D8B8C8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4D9B58F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835" w:type="dxa"/>
          </w:tcPr>
          <w:p w14:paraId="5BB08C2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5323674E" w14:textId="77777777">
        <w:trPr>
          <w:jc w:val="center"/>
        </w:trPr>
        <w:tc>
          <w:tcPr>
            <w:tcW w:w="567" w:type="dxa"/>
          </w:tcPr>
          <w:p w14:paraId="6DB9A9A7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4"/>
                <w:lang w:val="pl-PL"/>
              </w:rPr>
              <w:t>4.</w:t>
            </w:r>
          </w:p>
        </w:tc>
        <w:tc>
          <w:tcPr>
            <w:tcW w:w="1984" w:type="dxa"/>
          </w:tcPr>
          <w:p w14:paraId="06AE70BF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6D27F346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30ACC4D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6F08EC48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835" w:type="dxa"/>
          </w:tcPr>
          <w:p w14:paraId="445D877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33C6B519" w14:textId="77777777">
        <w:trPr>
          <w:jc w:val="center"/>
        </w:trPr>
        <w:tc>
          <w:tcPr>
            <w:tcW w:w="567" w:type="dxa"/>
          </w:tcPr>
          <w:p w14:paraId="103EEB36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4"/>
                <w:lang w:val="pl-PL"/>
              </w:rPr>
              <w:t>5.</w:t>
            </w:r>
          </w:p>
        </w:tc>
        <w:tc>
          <w:tcPr>
            <w:tcW w:w="1984" w:type="dxa"/>
          </w:tcPr>
          <w:p w14:paraId="58D24238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154342C0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50648283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3AEFAF5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835" w:type="dxa"/>
          </w:tcPr>
          <w:p w14:paraId="1827391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957F7D" w14:paraId="4C9188E1" w14:textId="77777777">
        <w:trPr>
          <w:jc w:val="center"/>
        </w:trPr>
        <w:tc>
          <w:tcPr>
            <w:tcW w:w="567" w:type="dxa"/>
          </w:tcPr>
          <w:p w14:paraId="691E5653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4"/>
                <w:lang w:val="pl-PL"/>
              </w:rPr>
              <w:t>6.</w:t>
            </w:r>
          </w:p>
        </w:tc>
        <w:tc>
          <w:tcPr>
            <w:tcW w:w="1984" w:type="dxa"/>
          </w:tcPr>
          <w:p w14:paraId="4BE28A9D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402" w:type="dxa"/>
          </w:tcPr>
          <w:p w14:paraId="4CEC886B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293A537A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268" w:type="dxa"/>
          </w:tcPr>
          <w:p w14:paraId="3DA14AA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2835" w:type="dxa"/>
          </w:tcPr>
          <w:p w14:paraId="6FB9F8FA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</w:tbl>
    <w:p w14:paraId="55617714" w14:textId="77777777" w:rsidR="001C3885" w:rsidRPr="00957F7D" w:rsidRDefault="001C3885" w:rsidP="00957F7D">
      <w:pPr>
        <w:spacing w:before="120"/>
        <w:rPr>
          <w:b/>
          <w:lang w:val="pl-PL"/>
        </w:rPr>
      </w:pPr>
      <w:r w:rsidRPr="00957F7D">
        <w:rPr>
          <w:b/>
          <w:lang w:val="pl-PL"/>
        </w:rPr>
        <w:t>Informacje dotyczące podwykonawstwa</w:t>
      </w:r>
    </w:p>
    <w:p w14:paraId="17222DBC" w14:textId="77777777" w:rsidR="001C3885" w:rsidRPr="00957F7D" w:rsidRDefault="001C3885" w:rsidP="00957F7D">
      <w:pPr>
        <w:rPr>
          <w:lang w:val="pl-PL"/>
        </w:rPr>
      </w:pPr>
      <w:r w:rsidRPr="00957F7D">
        <w:rPr>
          <w:lang w:val="pl-PL"/>
        </w:rPr>
        <w:t>Czy Wykonawca zamierza powierzyć część zamówienia podwykonawcy: TAK / NIE</w:t>
      </w:r>
    </w:p>
    <w:p w14:paraId="15413541" w14:textId="77777777" w:rsidR="001C3885" w:rsidRPr="00957F7D" w:rsidRDefault="001C3885" w:rsidP="00957F7D">
      <w:pPr>
        <w:rPr>
          <w:lang w:val="pl-PL"/>
        </w:rPr>
      </w:pPr>
      <w:r w:rsidRPr="00957F7D">
        <w:rPr>
          <w:lang w:val="pl-PL"/>
        </w:rPr>
        <w:t>Zakres części zamówienia powierzanej podwykonawcy oraz dane podwykonawcy, jeżeli są znane:</w:t>
      </w:r>
    </w:p>
    <w:p w14:paraId="01A4BBAF" w14:textId="33AD5136" w:rsidR="001C3885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...............................................................................................................................................................................</w:t>
      </w:r>
    </w:p>
    <w:p w14:paraId="6BAD96C2" w14:textId="129AA484" w:rsidR="001C3885" w:rsidRDefault="001C3885" w:rsidP="00957F7D">
      <w:pPr>
        <w:rPr>
          <w:lang w:val="pl-PL"/>
        </w:rPr>
      </w:pPr>
      <w:r w:rsidRPr="00957F7D">
        <w:rPr>
          <w:lang w:val="pl-PL"/>
        </w:rPr>
        <w:lastRenderedPageBreak/>
        <w:t>...............................................................................................................................................................................</w:t>
      </w:r>
    </w:p>
    <w:p w14:paraId="69716EBA" w14:textId="77777777" w:rsidR="00C650BD" w:rsidRPr="00957F7D" w:rsidRDefault="00C650BD" w:rsidP="00C650B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...............................................................................................................................................................................</w:t>
      </w:r>
    </w:p>
    <w:p w14:paraId="3FB1CA29" w14:textId="77777777" w:rsidR="00C650BD" w:rsidRPr="00957F7D" w:rsidRDefault="00C650BD" w:rsidP="00C650B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...............................................................................................................................................................................</w:t>
      </w:r>
    </w:p>
    <w:p w14:paraId="6BA43B6B" w14:textId="77777777" w:rsidR="00C05F1F" w:rsidRPr="00957F7D" w:rsidRDefault="001C3885" w:rsidP="00957F7D">
      <w:pPr>
        <w:pStyle w:val="Akapitzlist"/>
        <w:spacing w:before="160" w:after="80"/>
        <w:ind w:left="0"/>
        <w:rPr>
          <w:lang w:val="pl-PL"/>
        </w:rPr>
      </w:pPr>
      <w:r w:rsidRPr="00957F7D">
        <w:rPr>
          <w:b/>
          <w:lang w:val="pl-PL"/>
        </w:rPr>
        <w:t>Kosztorys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38"/>
        <w:gridCol w:w="1532"/>
        <w:gridCol w:w="1309"/>
        <w:gridCol w:w="1542"/>
        <w:gridCol w:w="1541"/>
      </w:tblGrid>
      <w:tr w:rsidR="00C05F1F" w:rsidRPr="00957F7D" w14:paraId="5D47B011" w14:textId="77777777">
        <w:trPr>
          <w:tblHeader/>
          <w:jc w:val="center"/>
        </w:trPr>
        <w:tc>
          <w:tcPr>
            <w:tcW w:w="4536" w:type="dxa"/>
            <w:shd w:val="clear" w:color="auto" w:fill="D9EAF7"/>
          </w:tcPr>
          <w:p w14:paraId="16886FFC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Element zamówienia</w:t>
            </w:r>
          </w:p>
        </w:tc>
        <w:tc>
          <w:tcPr>
            <w:tcW w:w="1701" w:type="dxa"/>
            <w:shd w:val="clear" w:color="auto" w:fill="D9EAF7"/>
          </w:tcPr>
          <w:p w14:paraId="0B3CD09F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Cena netto</w:t>
            </w:r>
          </w:p>
        </w:tc>
        <w:tc>
          <w:tcPr>
            <w:tcW w:w="1417" w:type="dxa"/>
            <w:shd w:val="clear" w:color="auto" w:fill="D9EAF7"/>
          </w:tcPr>
          <w:p w14:paraId="371C0E79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Stawka VAT</w:t>
            </w:r>
          </w:p>
        </w:tc>
        <w:tc>
          <w:tcPr>
            <w:tcW w:w="1701" w:type="dxa"/>
            <w:shd w:val="clear" w:color="auto" w:fill="D9EAF7"/>
          </w:tcPr>
          <w:p w14:paraId="4A63FFF6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Kwota VAT</w:t>
            </w:r>
          </w:p>
        </w:tc>
        <w:tc>
          <w:tcPr>
            <w:tcW w:w="1701" w:type="dxa"/>
            <w:shd w:val="clear" w:color="auto" w:fill="D9EAF7"/>
          </w:tcPr>
          <w:p w14:paraId="795F6F8F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Cena brutto</w:t>
            </w:r>
          </w:p>
        </w:tc>
      </w:tr>
      <w:tr w:rsidR="00C05F1F" w:rsidRPr="00E953C4" w14:paraId="2BF2B4BF" w14:textId="77777777">
        <w:trPr>
          <w:jc w:val="center"/>
        </w:trPr>
        <w:tc>
          <w:tcPr>
            <w:tcW w:w="4536" w:type="dxa"/>
          </w:tcPr>
          <w:p w14:paraId="223A6467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bookmarkStart w:id="2" w:name="_Hlk239692458"/>
            <w:r w:rsidRPr="00957F7D">
              <w:rPr>
                <w:sz w:val="16"/>
                <w:lang w:val="pl-PL"/>
              </w:rPr>
              <w:t>Opracowanie koncepcji i metodologii ewaluacji wraz z matrycą ewaluacji</w:t>
            </w:r>
          </w:p>
        </w:tc>
        <w:tc>
          <w:tcPr>
            <w:tcW w:w="1701" w:type="dxa"/>
          </w:tcPr>
          <w:p w14:paraId="352A904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417" w:type="dxa"/>
          </w:tcPr>
          <w:p w14:paraId="3CEE7506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230C309D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25B1AAD0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2DE04AD9" w14:textId="77777777">
        <w:trPr>
          <w:jc w:val="center"/>
        </w:trPr>
        <w:tc>
          <w:tcPr>
            <w:tcW w:w="4536" w:type="dxa"/>
          </w:tcPr>
          <w:p w14:paraId="190CCC4B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Analiza dokumentów i materiałów źródłowych</w:t>
            </w:r>
          </w:p>
        </w:tc>
        <w:tc>
          <w:tcPr>
            <w:tcW w:w="1701" w:type="dxa"/>
          </w:tcPr>
          <w:p w14:paraId="1B0628F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417" w:type="dxa"/>
          </w:tcPr>
          <w:p w14:paraId="565E961F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05B20FE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1B191FA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37A83108" w14:textId="77777777">
        <w:trPr>
          <w:jc w:val="center"/>
        </w:trPr>
        <w:tc>
          <w:tcPr>
            <w:tcW w:w="4536" w:type="dxa"/>
          </w:tcPr>
          <w:p w14:paraId="10A42001" w14:textId="5D009B0D" w:rsidR="00C05F1F" w:rsidRPr="00957F7D" w:rsidRDefault="00AA7324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R</w:t>
            </w:r>
            <w:r w:rsidR="001C3885" w:rsidRPr="00957F7D">
              <w:rPr>
                <w:sz w:val="16"/>
                <w:lang w:val="pl-PL"/>
              </w:rPr>
              <w:t>ealizacja spotkań warsztatowo-badawczych</w:t>
            </w:r>
            <w:r w:rsidRPr="00957F7D">
              <w:rPr>
                <w:sz w:val="16"/>
                <w:lang w:val="pl-PL"/>
              </w:rPr>
              <w:t>, indywidualnych wywiadów pogłębionych (IDI) oraz ankiet</w:t>
            </w:r>
          </w:p>
        </w:tc>
        <w:tc>
          <w:tcPr>
            <w:tcW w:w="1701" w:type="dxa"/>
          </w:tcPr>
          <w:p w14:paraId="036C908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417" w:type="dxa"/>
          </w:tcPr>
          <w:p w14:paraId="76F1F797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3BB4468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0E03823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187D1BC6" w14:textId="77777777">
        <w:trPr>
          <w:jc w:val="center"/>
        </w:trPr>
        <w:tc>
          <w:tcPr>
            <w:tcW w:w="4536" w:type="dxa"/>
          </w:tcPr>
          <w:p w14:paraId="4A6DD5B3" w14:textId="7B491929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Opracowanie raportu końcowego</w:t>
            </w:r>
            <w:r w:rsidR="00AA7324" w:rsidRPr="00957F7D">
              <w:rPr>
                <w:sz w:val="16"/>
                <w:lang w:val="pl-PL"/>
              </w:rPr>
              <w:t xml:space="preserve"> wraz z tabelą rekomendacji</w:t>
            </w:r>
          </w:p>
        </w:tc>
        <w:tc>
          <w:tcPr>
            <w:tcW w:w="1701" w:type="dxa"/>
          </w:tcPr>
          <w:p w14:paraId="72AC0D0A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417" w:type="dxa"/>
          </w:tcPr>
          <w:p w14:paraId="4D7D30B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56C3C975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30145E94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tr w:rsidR="00C05F1F" w:rsidRPr="00E953C4" w14:paraId="10C93FEC" w14:textId="77777777">
        <w:trPr>
          <w:jc w:val="center"/>
        </w:trPr>
        <w:tc>
          <w:tcPr>
            <w:tcW w:w="4536" w:type="dxa"/>
          </w:tcPr>
          <w:p w14:paraId="129F43C3" w14:textId="77777777" w:rsidR="00C05F1F" w:rsidRPr="00957F7D" w:rsidRDefault="001C3885" w:rsidP="00957F7D">
            <w:pPr>
              <w:spacing w:after="0" w:line="240" w:lineRule="auto"/>
              <w:rPr>
                <w:lang w:val="pl-PL"/>
              </w:rPr>
            </w:pPr>
            <w:r w:rsidRPr="00957F7D">
              <w:rPr>
                <w:sz w:val="16"/>
                <w:lang w:val="pl-PL"/>
              </w:rPr>
              <w:t>Opracowanie tabeli rekomendacji i uwzględnienie uwag Zamawiającego</w:t>
            </w:r>
          </w:p>
        </w:tc>
        <w:tc>
          <w:tcPr>
            <w:tcW w:w="1701" w:type="dxa"/>
          </w:tcPr>
          <w:p w14:paraId="02F75899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417" w:type="dxa"/>
          </w:tcPr>
          <w:p w14:paraId="660EA75E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5B37AD6C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0204E4C6" w14:textId="77777777" w:rsidR="00C05F1F" w:rsidRPr="00957F7D" w:rsidRDefault="00C05F1F" w:rsidP="00957F7D">
            <w:pPr>
              <w:spacing w:after="0" w:line="240" w:lineRule="auto"/>
              <w:rPr>
                <w:lang w:val="pl-PL"/>
              </w:rPr>
            </w:pPr>
          </w:p>
        </w:tc>
      </w:tr>
      <w:bookmarkEnd w:id="2"/>
      <w:tr w:rsidR="00C05F1F" w:rsidRPr="00957F7D" w14:paraId="1BB12D7B" w14:textId="77777777">
        <w:trPr>
          <w:jc w:val="center"/>
        </w:trPr>
        <w:tc>
          <w:tcPr>
            <w:tcW w:w="4536" w:type="dxa"/>
          </w:tcPr>
          <w:p w14:paraId="13A5F8DC" w14:textId="77777777" w:rsidR="00C05F1F" w:rsidRPr="00957F7D" w:rsidRDefault="001C3885" w:rsidP="00957F7D">
            <w:pPr>
              <w:spacing w:after="0" w:line="240" w:lineRule="auto"/>
              <w:rPr>
                <w:b/>
                <w:lang w:val="pl-PL"/>
              </w:rPr>
            </w:pPr>
            <w:r w:rsidRPr="00957F7D">
              <w:rPr>
                <w:b/>
                <w:sz w:val="16"/>
                <w:lang w:val="pl-PL"/>
              </w:rPr>
              <w:t>Łączna cena oferty</w:t>
            </w:r>
          </w:p>
        </w:tc>
        <w:tc>
          <w:tcPr>
            <w:tcW w:w="1701" w:type="dxa"/>
          </w:tcPr>
          <w:p w14:paraId="6148DC46" w14:textId="77777777" w:rsidR="00C05F1F" w:rsidRPr="00957F7D" w:rsidRDefault="00C05F1F" w:rsidP="00957F7D">
            <w:pPr>
              <w:spacing w:after="0" w:line="240" w:lineRule="auto"/>
              <w:rPr>
                <w:b/>
                <w:lang w:val="pl-PL"/>
              </w:rPr>
            </w:pPr>
          </w:p>
        </w:tc>
        <w:tc>
          <w:tcPr>
            <w:tcW w:w="1417" w:type="dxa"/>
          </w:tcPr>
          <w:p w14:paraId="433746CA" w14:textId="77777777" w:rsidR="00C05F1F" w:rsidRPr="00957F7D" w:rsidRDefault="00C05F1F" w:rsidP="00957F7D">
            <w:pPr>
              <w:spacing w:after="0" w:line="240" w:lineRule="auto"/>
              <w:rPr>
                <w:b/>
                <w:lang w:val="pl-PL"/>
              </w:rPr>
            </w:pPr>
          </w:p>
        </w:tc>
        <w:tc>
          <w:tcPr>
            <w:tcW w:w="1701" w:type="dxa"/>
          </w:tcPr>
          <w:p w14:paraId="3AA399A9" w14:textId="77777777" w:rsidR="00C05F1F" w:rsidRPr="00957F7D" w:rsidRDefault="00C05F1F" w:rsidP="00957F7D">
            <w:pPr>
              <w:spacing w:after="0" w:line="240" w:lineRule="auto"/>
              <w:rPr>
                <w:b/>
                <w:lang w:val="pl-PL"/>
              </w:rPr>
            </w:pPr>
          </w:p>
        </w:tc>
        <w:tc>
          <w:tcPr>
            <w:tcW w:w="1701" w:type="dxa"/>
          </w:tcPr>
          <w:p w14:paraId="314ABFE9" w14:textId="77777777" w:rsidR="00C05F1F" w:rsidRPr="00957F7D" w:rsidRDefault="00C05F1F" w:rsidP="00957F7D">
            <w:pPr>
              <w:spacing w:after="0" w:line="240" w:lineRule="auto"/>
              <w:rPr>
                <w:b/>
                <w:lang w:val="pl-PL"/>
              </w:rPr>
            </w:pPr>
          </w:p>
        </w:tc>
      </w:tr>
    </w:tbl>
    <w:p w14:paraId="3598307D" w14:textId="3A7D5850" w:rsidR="00C05F1F" w:rsidRPr="00957F7D" w:rsidRDefault="001C3885" w:rsidP="00C650BD">
      <w:pPr>
        <w:spacing w:before="240" w:after="240"/>
        <w:rPr>
          <w:lang w:val="pl-PL"/>
        </w:rPr>
      </w:pPr>
      <w:r w:rsidRPr="00957F7D">
        <w:rPr>
          <w:lang w:val="pl-PL"/>
        </w:rPr>
        <w:t>Termin ważności oferty:</w:t>
      </w:r>
      <w:r w:rsidR="00C650BD">
        <w:rPr>
          <w:lang w:val="pl-PL"/>
        </w:rPr>
        <w:t xml:space="preserve"> </w:t>
      </w:r>
      <w:r w:rsidR="00C650BD" w:rsidRPr="00957F7D">
        <w:rPr>
          <w:lang w:val="pl-PL"/>
        </w:rPr>
        <w:t>.......................................</w:t>
      </w:r>
    </w:p>
    <w:p w14:paraId="6FF4118D" w14:textId="77777777" w:rsidR="0040014A" w:rsidRPr="00957F7D" w:rsidRDefault="0040014A" w:rsidP="00957F7D">
      <w:pPr>
        <w:rPr>
          <w:lang w:val="pl-PL"/>
        </w:rPr>
      </w:pPr>
      <w:r w:rsidRPr="00957F7D">
        <w:rPr>
          <w:lang w:val="pl-PL"/>
        </w:rPr>
        <w:t>Oświadczamy, że:</w:t>
      </w:r>
    </w:p>
    <w:p w14:paraId="01523ED8" w14:textId="77777777" w:rsidR="0040014A" w:rsidRPr="00957F7D" w:rsidRDefault="0040014A" w:rsidP="00957F7D">
      <w:pPr>
        <w:numPr>
          <w:ilvl w:val="0"/>
          <w:numId w:val="10"/>
        </w:numPr>
        <w:rPr>
          <w:lang w:val="pl-PL"/>
        </w:rPr>
      </w:pPr>
      <w:r w:rsidRPr="00957F7D">
        <w:rPr>
          <w:lang w:val="pl-PL"/>
        </w:rPr>
        <w:t>zapoznaliśmy się z treścią zaproszenia i akceptujemy warunki realizacji zamówienia;</w:t>
      </w:r>
    </w:p>
    <w:p w14:paraId="4B41983E" w14:textId="77777777" w:rsidR="0040014A" w:rsidRPr="00957F7D" w:rsidRDefault="0040014A" w:rsidP="00957F7D">
      <w:pPr>
        <w:numPr>
          <w:ilvl w:val="0"/>
          <w:numId w:val="10"/>
        </w:numPr>
        <w:rPr>
          <w:lang w:val="pl-PL"/>
        </w:rPr>
      </w:pPr>
      <w:r w:rsidRPr="00957F7D">
        <w:rPr>
          <w:lang w:val="pl-PL"/>
        </w:rPr>
        <w:t>spełniamy warunki udziału w postępowaniu określone w zaproszeniu do składania ofert, w szczególności posiadamy doświadczenie, osoby zdolne do wykonania zamówienia oraz kompetencje niezbędne do przygotowania i przeprowadzenia seminariów oraz opracowania dokumentu w formie kompendium wiedzy;</w:t>
      </w:r>
    </w:p>
    <w:p w14:paraId="2E7A7012" w14:textId="77777777" w:rsidR="0040014A" w:rsidRPr="00957F7D" w:rsidRDefault="0040014A" w:rsidP="00957F7D">
      <w:pPr>
        <w:numPr>
          <w:ilvl w:val="0"/>
          <w:numId w:val="10"/>
        </w:numPr>
        <w:rPr>
          <w:lang w:val="pl-PL"/>
        </w:rPr>
      </w:pPr>
      <w:r w:rsidRPr="00957F7D">
        <w:rPr>
          <w:lang w:val="pl-PL"/>
        </w:rPr>
        <w:t>nie podlegamy wykluczeniu na podstawie powszechnie obowiązujących przepisów prawa, w zakresie, w jakim mają zastosowanie do niniejszego postępowania;</w:t>
      </w:r>
    </w:p>
    <w:p w14:paraId="2A2A36E9" w14:textId="77777777" w:rsidR="0040014A" w:rsidRPr="00957F7D" w:rsidRDefault="0040014A" w:rsidP="00C650BD">
      <w:pPr>
        <w:numPr>
          <w:ilvl w:val="0"/>
          <w:numId w:val="10"/>
        </w:numPr>
        <w:spacing w:after="240"/>
        <w:ind w:left="714" w:hanging="357"/>
        <w:rPr>
          <w:lang w:val="pl-PL"/>
        </w:rPr>
      </w:pPr>
      <w:r w:rsidRPr="00957F7D">
        <w:rPr>
          <w:lang w:val="pl-PL"/>
        </w:rPr>
        <w:t>nie jesteśmy powiązani osobowo lub kapitałowo z Zamawiającym w sposób mogący budzić wątpliwości co do bezstronności postępowania, w szczególności przez uczestnictwo w spółce jako wspólnik, posiadanie udziałów lub akcji, pełnienie funkcji członka organu nadzorczego lub zarządzającego, prokurenta, pełnomocnika albo pozostawanie w związku małżeńskim, stosunku pokrewieństwa, powinowactwa lub innym stosunku faktycznym mogącym budzić uzasadnione wątpliwości co do bezstronności.</w:t>
      </w:r>
    </w:p>
    <w:p w14:paraId="629E9C52" w14:textId="75B1D2DF" w:rsidR="00C05F1F" w:rsidRPr="00957F7D" w:rsidRDefault="001C3885" w:rsidP="00C650BD">
      <w:pPr>
        <w:spacing w:after="720"/>
        <w:rPr>
          <w:lang w:val="pl-PL"/>
        </w:rPr>
      </w:pPr>
      <w:r w:rsidRPr="00957F7D">
        <w:rPr>
          <w:lang w:val="pl-PL"/>
        </w:rPr>
        <w:t>Data i podpis osoby uprawnionej do reprezentowania Wykonawcy:</w:t>
      </w:r>
    </w:p>
    <w:p w14:paraId="79DFE534" w14:textId="77777777" w:rsidR="00C05F1F" w:rsidRPr="00957F7D" w:rsidRDefault="001C3885" w:rsidP="00957F7D">
      <w:pPr>
        <w:rPr>
          <w:lang w:val="pl-PL"/>
        </w:rPr>
      </w:pPr>
      <w:r w:rsidRPr="00957F7D">
        <w:rPr>
          <w:lang w:val="pl-PL"/>
        </w:rPr>
        <w:t>........................................................................................................</w:t>
      </w:r>
    </w:p>
    <w:sectPr w:rsidR="00C05F1F" w:rsidRPr="00957F7D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57E77" w14:textId="77777777" w:rsidR="00834C40" w:rsidRDefault="00834C40" w:rsidP="00106DEE">
      <w:pPr>
        <w:spacing w:after="0" w:line="240" w:lineRule="auto"/>
      </w:pPr>
      <w:r>
        <w:separator/>
      </w:r>
    </w:p>
  </w:endnote>
  <w:endnote w:type="continuationSeparator" w:id="0">
    <w:p w14:paraId="6879244E" w14:textId="77777777" w:rsidR="00834C40" w:rsidRDefault="00834C40" w:rsidP="00106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466F7" w14:textId="77777777" w:rsidR="00834C40" w:rsidRDefault="00834C40" w:rsidP="00106DEE">
      <w:pPr>
        <w:spacing w:after="0" w:line="240" w:lineRule="auto"/>
      </w:pPr>
      <w:r>
        <w:separator/>
      </w:r>
    </w:p>
  </w:footnote>
  <w:footnote w:type="continuationSeparator" w:id="0">
    <w:p w14:paraId="440EE931" w14:textId="77777777" w:rsidR="00834C40" w:rsidRDefault="00834C40" w:rsidP="00106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AB39E0"/>
    <w:multiLevelType w:val="hybridMultilevel"/>
    <w:tmpl w:val="10BA0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72103">
    <w:abstractNumId w:val="8"/>
  </w:num>
  <w:num w:numId="2" w16cid:durableId="2029872851">
    <w:abstractNumId w:val="6"/>
  </w:num>
  <w:num w:numId="3" w16cid:durableId="1780832735">
    <w:abstractNumId w:val="5"/>
  </w:num>
  <w:num w:numId="4" w16cid:durableId="1051271659">
    <w:abstractNumId w:val="4"/>
  </w:num>
  <w:num w:numId="5" w16cid:durableId="228809230">
    <w:abstractNumId w:val="7"/>
  </w:num>
  <w:num w:numId="6" w16cid:durableId="1744840763">
    <w:abstractNumId w:val="3"/>
  </w:num>
  <w:num w:numId="7" w16cid:durableId="570308982">
    <w:abstractNumId w:val="2"/>
  </w:num>
  <w:num w:numId="8" w16cid:durableId="493568027">
    <w:abstractNumId w:val="1"/>
  </w:num>
  <w:num w:numId="9" w16cid:durableId="1649743310">
    <w:abstractNumId w:val="0"/>
  </w:num>
  <w:num w:numId="10" w16cid:durableId="16756903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D88"/>
    <w:rsid w:val="0006063C"/>
    <w:rsid w:val="00106DEE"/>
    <w:rsid w:val="0015074B"/>
    <w:rsid w:val="001C3885"/>
    <w:rsid w:val="0029639D"/>
    <w:rsid w:val="002F52CD"/>
    <w:rsid w:val="00326F90"/>
    <w:rsid w:val="003857A1"/>
    <w:rsid w:val="0040014A"/>
    <w:rsid w:val="00426A19"/>
    <w:rsid w:val="004E532A"/>
    <w:rsid w:val="00686447"/>
    <w:rsid w:val="0069630B"/>
    <w:rsid w:val="00834C40"/>
    <w:rsid w:val="00955DB1"/>
    <w:rsid w:val="00957F7D"/>
    <w:rsid w:val="00A021CB"/>
    <w:rsid w:val="00AA1D8D"/>
    <w:rsid w:val="00AA7324"/>
    <w:rsid w:val="00B47730"/>
    <w:rsid w:val="00C05F1F"/>
    <w:rsid w:val="00C650BD"/>
    <w:rsid w:val="00CB0664"/>
    <w:rsid w:val="00E627E2"/>
    <w:rsid w:val="00E953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5B631"/>
  <w14:defaultImageDpi w14:val="300"/>
  <w15:docId w15:val="{733ADAED-020D-43F9-A36C-46909174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2" w:lineRule="auto"/>
    </w:pPr>
    <w:rPr>
      <w:rFonts w:ascii="Calibri" w:eastAsia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6D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6DEE"/>
    <w:rPr>
      <w:rFonts w:ascii="Calibri" w:eastAsia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6D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12C390-88FB-49E2-8C2B-7972F35FC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1136</Words>
  <Characters>6822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Piotr.Rowicki@kprm.gov.pl</dc:creator>
  <cp:keywords/>
  <dc:description>generated by python-docx</dc:description>
  <cp:lastModifiedBy>Rowicki Piotr</cp:lastModifiedBy>
  <cp:revision>8</cp:revision>
  <dcterms:created xsi:type="dcterms:W3CDTF">2013-12-23T23:15:00Z</dcterms:created>
  <dcterms:modified xsi:type="dcterms:W3CDTF">2026-09-08T07:36:00Z</dcterms:modified>
  <cp:category/>
</cp:coreProperties>
</file>