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F60D2" w14:textId="77777777" w:rsidR="00D42523" w:rsidRPr="00D42523" w:rsidRDefault="00D42523" w:rsidP="00D42523">
      <w:pPr>
        <w:spacing w:after="135" w:line="259" w:lineRule="auto"/>
        <w:ind w:right="86"/>
        <w:jc w:val="center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i/>
          <w:color w:val="000000"/>
          <w:kern w:val="2"/>
          <w:sz w:val="16"/>
          <w:szCs w:val="24"/>
          <w:lang w:val="pl-PL" w:eastAsia="pl-PL"/>
          <w14:ligatures w14:val="standardContextual"/>
        </w:rPr>
        <w:t>Wypełnia Administrator Danych Osobowych (dalej: Administrator</w:t>
      </w:r>
      <w:r w:rsidRPr="00D42523">
        <w:rPr>
          <w:rFonts w:ascii="Times New Roman" w:eastAsia="Calibri" w:hAnsi="Times New Roman" w:cs="Times New Roman"/>
          <w:color w:val="000000"/>
          <w:kern w:val="2"/>
          <w:sz w:val="16"/>
          <w:szCs w:val="24"/>
          <w:lang w:val="pl-PL" w:eastAsia="pl-PL"/>
          <w14:ligatures w14:val="standardContextual"/>
        </w:rPr>
        <w:t xml:space="preserve">) </w:t>
      </w:r>
    </w:p>
    <w:tbl>
      <w:tblPr>
        <w:tblStyle w:val="TableGrid"/>
        <w:tblpPr w:vertAnchor="text" w:tblpX="5862" w:tblpYSpec="top"/>
        <w:tblOverlap w:val="never"/>
        <w:tblW w:w="782" w:type="dxa"/>
        <w:tblInd w:w="0" w:type="dxa"/>
        <w:tblCellMar>
          <w:top w:w="32" w:type="dxa"/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782"/>
      </w:tblGrid>
      <w:tr w:rsidR="00D42523" w:rsidRPr="00D42523" w14:paraId="14D6003B" w14:textId="77777777" w:rsidTr="001F6423">
        <w:trPr>
          <w:trHeight w:val="20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214D5" w14:textId="77777777" w:rsidR="00D42523" w:rsidRPr="00D42523" w:rsidRDefault="00D42523" w:rsidP="00D42523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proofErr w:type="gramStart"/>
            <w:r w:rsidRPr="00D42523">
              <w:rPr>
                <w:rFonts w:ascii="Times New Roman" w:eastAsia="Calibri" w:hAnsi="Times New Roman" w:cs="Times New Roman"/>
                <w:color w:val="D0CECE"/>
                <w:sz w:val="10"/>
              </w:rPr>
              <w:t>DD  –</w:t>
            </w:r>
            <w:proofErr w:type="gramEnd"/>
            <w:r w:rsidRPr="00D42523">
              <w:rPr>
                <w:rFonts w:ascii="Times New Roman" w:eastAsia="Calibri" w:hAnsi="Times New Roman" w:cs="Times New Roman"/>
                <w:color w:val="D0CECE"/>
                <w:sz w:val="10"/>
              </w:rPr>
              <w:t xml:space="preserve">  </w:t>
            </w:r>
            <w:proofErr w:type="gramStart"/>
            <w:r w:rsidRPr="00D42523">
              <w:rPr>
                <w:rFonts w:ascii="Times New Roman" w:eastAsia="Calibri" w:hAnsi="Times New Roman" w:cs="Times New Roman"/>
                <w:color w:val="D0CECE"/>
                <w:sz w:val="10"/>
              </w:rPr>
              <w:t>MM  -</w:t>
            </w:r>
            <w:proofErr w:type="gramEnd"/>
            <w:r w:rsidRPr="00D42523">
              <w:rPr>
                <w:rFonts w:ascii="Times New Roman" w:eastAsia="Calibri" w:hAnsi="Times New Roman" w:cs="Times New Roman"/>
                <w:color w:val="D0CECE"/>
                <w:sz w:val="10"/>
              </w:rPr>
              <w:t xml:space="preserve">  RRRR</w:t>
            </w:r>
          </w:p>
        </w:tc>
      </w:tr>
    </w:tbl>
    <w:p w14:paraId="70D38A88" w14:textId="5A9EBF87" w:rsidR="00D42523" w:rsidRPr="00D42523" w:rsidRDefault="00D42523" w:rsidP="00D42523">
      <w:pPr>
        <w:spacing w:after="385" w:line="265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Numer wniosku  </w:t>
      </w:r>
      <w:r w:rsidRPr="00D42523">
        <w:rPr>
          <w:rFonts w:ascii="Times New Roman" w:eastAsia="Calibri" w:hAnsi="Times New Roman" w:cs="Times New Roman"/>
          <w:noProof/>
          <w:color w:val="000000"/>
          <w:kern w:val="2"/>
          <w:szCs w:val="24"/>
          <w:lang w:val="pl-PL" w:eastAsia="pl-PL"/>
          <w14:ligatures w14:val="standardContextual"/>
        </w:rPr>
        <mc:AlternateContent>
          <mc:Choice Requires="wpg">
            <w:drawing>
              <wp:inline distT="0" distB="0" distL="0" distR="0" wp14:anchorId="50B18AD6" wp14:editId="46281646">
                <wp:extent cx="316865" cy="90805"/>
                <wp:effectExtent l="0" t="0" r="0" b="0"/>
                <wp:docPr id="7806" name="Group 7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65" cy="90805"/>
                          <a:chOff x="0" y="0"/>
                          <a:chExt cx="316865" cy="90805"/>
                        </a:xfrm>
                      </wpg:grpSpPr>
                      <wps:wsp>
                        <wps:cNvPr id="265" name="Shape 265"/>
                        <wps:cNvSpPr/>
                        <wps:spPr>
                          <a:xfrm>
                            <a:off x="0" y="0"/>
                            <a:ext cx="31686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65" h="90805">
                                <a:moveTo>
                                  <a:pt x="0" y="90805"/>
                                </a:moveTo>
                                <a:lnTo>
                                  <a:pt x="316865" y="90805"/>
                                </a:lnTo>
                                <a:lnTo>
                                  <a:pt x="316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00A146" id="Group 7806" o:spid="_x0000_s1026" style="width:24.95pt;height:7.15pt;mso-position-horizontal-relative:char;mso-position-vertical-relative:line" coordsize="31686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">
                <v:shape id="Shape 265" o:spid="_x0000_s1027" style="position:absolute;width:316865;height:90805;visibility:visible;mso-wrap-style:square;v-text-anchor:top" coordsize="31686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" path="m,90805r316865,l316865,,,,,90805xe" filled="f" strokeweight=".25pt">
                  <v:stroke miterlimit="83231f" joinstyle="miter"/>
                  <v:path arrowok="t" textboxrect="0,0,316865,90805"/>
                </v:shape>
                <w10:anchorlock/>
              </v:group>
            </w:pict>
          </mc:Fallback>
        </mc:AlternateConten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Data wpłynięcia wniosku </w: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ab/>
      </w:r>
      <w:r w:rsidRPr="00D42523">
        <w:rPr>
          <w:rFonts w:ascii="Times New Roman" w:eastAsia="Calibri" w:hAnsi="Times New Roman" w:cs="Times New Roman"/>
          <w:color w:val="000000"/>
          <w:kern w:val="2"/>
          <w:sz w:val="16"/>
          <w:szCs w:val="24"/>
          <w:vertAlign w:val="superscript"/>
          <w:lang w:val="pl-PL" w:eastAsia="pl-PL"/>
          <w14:ligatures w14:val="standardContextual"/>
        </w:rPr>
        <w:t xml:space="preserve">                     </w:t>
      </w: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 xml:space="preserve"> </w:t>
      </w:r>
    </w:p>
    <w:p w14:paraId="7E767EF6" w14:textId="43703EB6" w:rsidR="00D42523" w:rsidRPr="00D42523" w:rsidRDefault="00D42523" w:rsidP="00D42523">
      <w:pPr>
        <w:spacing w:after="0" w:line="265" w:lineRule="auto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val="pl-PL" w:eastAsia="pl-PL"/>
          <w14:ligatures w14:val="standardContextual"/>
        </w:rPr>
      </w:pPr>
      <w:r w:rsidRPr="00D42523">
        <w:rPr>
          <w:rFonts w:ascii="Times New Roman" w:eastAsia="Calibri" w:hAnsi="Times New Roman" w:cs="Times New Roman"/>
          <w:color w:val="000000"/>
          <w:kern w:val="2"/>
          <w:sz w:val="21"/>
          <w:szCs w:val="24"/>
          <w:lang w:val="pl-PL" w:eastAsia="pl-PL"/>
          <w14:ligatures w14:val="standardContextual"/>
        </w:rPr>
        <w:t>Miejscowość: .....................................................  Data: ............................................................................</w:t>
      </w:r>
    </w:p>
    <w:p w14:paraId="6C64AE37" w14:textId="77777777" w:rsidR="00D42523" w:rsidRDefault="00D42523" w:rsidP="00D42523">
      <w:pPr>
        <w:keepNext/>
        <w:keepLines/>
        <w:spacing w:after="106" w:line="259" w:lineRule="auto"/>
        <w:ind w:left="358" w:right="434" w:hanging="10"/>
        <w:jc w:val="center"/>
        <w:outlineLvl w:val="0"/>
        <w:rPr>
          <w:rFonts w:ascii="Calibri" w:eastAsia="Calibri" w:hAnsi="Calibri" w:cs="Calibri"/>
          <w:color w:val="000000"/>
          <w:kern w:val="2"/>
          <w:sz w:val="24"/>
          <w:szCs w:val="24"/>
          <w:lang w:val="pl-PL" w:eastAsia="pl-PL"/>
          <w14:ligatures w14:val="standardContextual"/>
        </w:rPr>
      </w:pPr>
    </w:p>
    <w:p w14:paraId="28654916" w14:textId="2025FCEC" w:rsidR="00D42523" w:rsidRPr="00D42523" w:rsidRDefault="00D42523" w:rsidP="00D42523">
      <w:pPr>
        <w:keepNext/>
        <w:keepLines/>
        <w:spacing w:after="106" w:line="259" w:lineRule="auto"/>
        <w:ind w:left="358" w:right="434" w:hanging="10"/>
        <w:jc w:val="center"/>
        <w:outlineLvl w:val="0"/>
        <w:rPr>
          <w:rFonts w:ascii="Calibri" w:eastAsia="Calibri" w:hAnsi="Calibri" w:cs="Calibri"/>
          <w:b/>
          <w:color w:val="000000"/>
          <w:kern w:val="2"/>
          <w:sz w:val="28"/>
          <w:szCs w:val="24"/>
          <w:lang w:val="pl-PL" w:eastAsia="pl-PL"/>
          <w14:ligatures w14:val="standardContextual"/>
        </w:rPr>
      </w:pPr>
      <w:r w:rsidRPr="00D42523">
        <w:rPr>
          <w:rFonts w:ascii="Calibri" w:eastAsia="Calibri" w:hAnsi="Calibri" w:cs="Calibri"/>
          <w:b/>
          <w:color w:val="000000"/>
          <w:kern w:val="2"/>
          <w:sz w:val="28"/>
          <w:szCs w:val="24"/>
          <w:lang w:val="pl-PL" w:eastAsia="pl-PL"/>
          <w14:ligatures w14:val="standardContextual"/>
        </w:rPr>
        <w:t xml:space="preserve">WNIOSEK OSOBY FIZYCZNEJ O REALIZACJĘ PRAWA </w:t>
      </w:r>
    </w:p>
    <w:p w14:paraId="3D8D5149" w14:textId="77777777" w:rsidR="007E1A93" w:rsidRPr="003939D2" w:rsidRDefault="007E1A93">
      <w:pPr>
        <w:rPr>
          <w:rFonts w:ascii="Times New Roman" w:hAnsi="Times New Roman" w:cs="Times New Roman"/>
          <w:sz w:val="24"/>
          <w:szCs w:val="24"/>
        </w:rPr>
      </w:pPr>
    </w:p>
    <w:p w14:paraId="348D0434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proofErr w:type="spellStart"/>
      <w:r w:rsidRPr="00D42523">
        <w:t>Dostępu</w:t>
      </w:r>
      <w:proofErr w:type="spellEnd"/>
      <w:r w:rsidRPr="00D42523">
        <w:t xml:space="preserve"> do </w:t>
      </w:r>
      <w:proofErr w:type="spellStart"/>
      <w:r w:rsidRPr="00D42523">
        <w:t>danych</w:t>
      </w:r>
      <w:proofErr w:type="spellEnd"/>
      <w:r w:rsidRPr="00D42523">
        <w:t xml:space="preserve"> </w:t>
      </w:r>
      <w:proofErr w:type="spellStart"/>
      <w:r w:rsidRPr="00D42523">
        <w:t>oraz</w:t>
      </w:r>
      <w:proofErr w:type="spellEnd"/>
      <w:r w:rsidRPr="00D42523">
        <w:t xml:space="preserve"> </w:t>
      </w:r>
      <w:proofErr w:type="spellStart"/>
      <w:r w:rsidRPr="00D42523">
        <w:t>uzyskania</w:t>
      </w:r>
      <w:proofErr w:type="spellEnd"/>
      <w:r w:rsidRPr="00D42523">
        <w:t xml:space="preserve"> </w:t>
      </w:r>
      <w:proofErr w:type="spellStart"/>
      <w:r w:rsidRPr="00D42523">
        <w:t>informacji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15 RODO)</w:t>
      </w:r>
      <w:r w:rsidRPr="00D42523">
        <w:rPr>
          <w:vertAlign w:val="superscript"/>
        </w:rPr>
        <w:t>1</w:t>
      </w:r>
      <w:r w:rsidRPr="00D42523">
        <w:t xml:space="preserve"> </w:t>
      </w:r>
    </w:p>
    <w:p w14:paraId="20E7185B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sprostowania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16 RODO)</w:t>
      </w:r>
      <w:r w:rsidRPr="00D42523">
        <w:rPr>
          <w:vertAlign w:val="superscript"/>
        </w:rPr>
        <w:t>2</w:t>
      </w:r>
      <w:r w:rsidRPr="00D42523">
        <w:t xml:space="preserve"> </w:t>
      </w:r>
    </w:p>
    <w:p w14:paraId="5C9E3040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usunięcia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(„</w:t>
      </w:r>
      <w:proofErr w:type="spellStart"/>
      <w:r w:rsidRPr="00D42523">
        <w:t>prawo</w:t>
      </w:r>
      <w:proofErr w:type="spellEnd"/>
      <w:r w:rsidRPr="00D42523">
        <w:t xml:space="preserve"> do </w:t>
      </w:r>
      <w:proofErr w:type="spellStart"/>
      <w:r w:rsidRPr="00D42523">
        <w:t>bycia</w:t>
      </w:r>
      <w:proofErr w:type="spellEnd"/>
      <w:r w:rsidRPr="00D42523">
        <w:t xml:space="preserve"> </w:t>
      </w:r>
      <w:proofErr w:type="spellStart"/>
      <w:r w:rsidRPr="00D42523">
        <w:t>zapomnianym</w:t>
      </w:r>
      <w:proofErr w:type="spellEnd"/>
      <w:r w:rsidRPr="00D42523">
        <w:t>”)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17 RODO)</w:t>
      </w:r>
      <w:r w:rsidRPr="00D42523">
        <w:rPr>
          <w:vertAlign w:val="superscript"/>
        </w:rPr>
        <w:t>3</w:t>
      </w:r>
      <w:r w:rsidRPr="00D42523">
        <w:t xml:space="preserve"> </w:t>
      </w:r>
    </w:p>
    <w:p w14:paraId="3BADF53F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ograniczenia</w:t>
      </w:r>
      <w:proofErr w:type="spellEnd"/>
      <w:r w:rsidRPr="00D42523">
        <w:t xml:space="preserve"> </w:t>
      </w:r>
      <w:proofErr w:type="spellStart"/>
      <w:r w:rsidRPr="00D42523">
        <w:t>przetwarzania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18 RODO)</w:t>
      </w:r>
      <w:r w:rsidRPr="00D42523">
        <w:rPr>
          <w:vertAlign w:val="superscript"/>
        </w:rPr>
        <w:t>4</w:t>
      </w:r>
      <w:r w:rsidRPr="00D42523">
        <w:t xml:space="preserve"> </w:t>
      </w:r>
    </w:p>
    <w:p w14:paraId="1BA63E3E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przenoszenia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do </w:t>
      </w:r>
      <w:proofErr w:type="spellStart"/>
      <w:r w:rsidRPr="00D42523">
        <w:t>innego</w:t>
      </w:r>
      <w:proofErr w:type="spellEnd"/>
      <w:r w:rsidRPr="00D42523">
        <w:t xml:space="preserve"> </w:t>
      </w:r>
      <w:proofErr w:type="spellStart"/>
      <w:r w:rsidRPr="00D42523">
        <w:t>Administratora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20 RODO)</w:t>
      </w:r>
      <w:r w:rsidRPr="00D42523">
        <w:rPr>
          <w:vertAlign w:val="superscript"/>
        </w:rPr>
        <w:t>5</w:t>
      </w:r>
      <w:r w:rsidRPr="00D42523">
        <w:t xml:space="preserve"> </w:t>
      </w:r>
    </w:p>
    <w:p w14:paraId="53AE8785" w14:textId="77777777" w:rsidR="00D42523" w:rsidRPr="00D42523" w:rsidRDefault="00D42523" w:rsidP="00D42523">
      <w:pPr>
        <w:spacing w:after="115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sprzeciwu</w:t>
      </w:r>
      <w:proofErr w:type="spellEnd"/>
      <w:r w:rsidRPr="00D42523">
        <w:t xml:space="preserve"> </w:t>
      </w:r>
      <w:proofErr w:type="spellStart"/>
      <w:r w:rsidRPr="00D42523">
        <w:t>wobec</w:t>
      </w:r>
      <w:proofErr w:type="spellEnd"/>
      <w:r w:rsidRPr="00D42523">
        <w:t xml:space="preserve"> </w:t>
      </w:r>
      <w:proofErr w:type="spellStart"/>
      <w:r w:rsidRPr="00D42523">
        <w:t>przetwarzania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art.21 RODO)</w:t>
      </w:r>
      <w:r w:rsidRPr="00D42523">
        <w:rPr>
          <w:vertAlign w:val="superscript"/>
        </w:rPr>
        <w:t>6</w:t>
      </w:r>
      <w:r w:rsidRPr="00D42523">
        <w:t xml:space="preserve"> </w:t>
      </w:r>
    </w:p>
    <w:p w14:paraId="6991DF97" w14:textId="77777777" w:rsidR="00D42523" w:rsidRPr="00D42523" w:rsidRDefault="00D42523" w:rsidP="00D42523">
      <w:pPr>
        <w:spacing w:after="252" w:line="259" w:lineRule="auto"/>
        <w:ind w:right="1360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niepodlegania</w:t>
      </w:r>
      <w:proofErr w:type="spellEnd"/>
      <w:r w:rsidRPr="00D42523">
        <w:t xml:space="preserve"> pod </w:t>
      </w:r>
      <w:proofErr w:type="spellStart"/>
      <w:r w:rsidRPr="00D42523">
        <w:t>decyzje</w:t>
      </w:r>
      <w:proofErr w:type="spellEnd"/>
      <w:r w:rsidRPr="00D42523">
        <w:t xml:space="preserve"> </w:t>
      </w:r>
      <w:proofErr w:type="spellStart"/>
      <w:r w:rsidRPr="00D42523">
        <w:t>oparte</w:t>
      </w:r>
      <w:proofErr w:type="spellEnd"/>
      <w:r w:rsidRPr="00D42523">
        <w:t xml:space="preserve"> 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zautomatyzowanym</w:t>
      </w:r>
      <w:proofErr w:type="spellEnd"/>
      <w:r w:rsidRPr="00D42523">
        <w:t xml:space="preserve"> </w:t>
      </w:r>
      <w:proofErr w:type="spellStart"/>
      <w:r w:rsidRPr="00D42523">
        <w:t>przetwarzaniu</w:t>
      </w:r>
      <w:proofErr w:type="spellEnd"/>
      <w:r w:rsidRPr="00D42523">
        <w:t xml:space="preserve"> w </w:t>
      </w:r>
      <w:proofErr w:type="spellStart"/>
      <w:r w:rsidRPr="00D42523">
        <w:t>tym</w:t>
      </w:r>
      <w:proofErr w:type="spellEnd"/>
      <w:r w:rsidRPr="00D42523">
        <w:t xml:space="preserve"> </w:t>
      </w:r>
      <w:proofErr w:type="spellStart"/>
      <w:proofErr w:type="gramStart"/>
      <w:r w:rsidRPr="00D42523">
        <w:t>profilowaniu</w:t>
      </w:r>
      <w:proofErr w:type="spellEnd"/>
      <w:r w:rsidRPr="00D42523">
        <w:t xml:space="preserve">  (</w:t>
      </w:r>
      <w:proofErr w:type="spellStart"/>
      <w:proofErr w:type="gramEnd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22 RODO)</w:t>
      </w:r>
      <w:r w:rsidRPr="00D42523">
        <w:rPr>
          <w:vertAlign w:val="superscript"/>
        </w:rPr>
        <w:t>7</w:t>
      </w:r>
      <w:r w:rsidRPr="00D42523">
        <w:t xml:space="preserve"> </w:t>
      </w:r>
    </w:p>
    <w:p w14:paraId="1C3BA1BD" w14:textId="77777777" w:rsidR="00D42523" w:rsidRPr="00D42523" w:rsidRDefault="00D42523" w:rsidP="00D42523">
      <w:pPr>
        <w:spacing w:after="33" w:line="259" w:lineRule="auto"/>
        <w:ind w:right="12"/>
      </w:pPr>
      <w:r w:rsidRPr="00D42523">
        <w:t>□</w:t>
      </w:r>
      <w:r w:rsidRPr="00D42523">
        <w:rPr>
          <w:rFonts w:ascii="Arial" w:eastAsia="Arial" w:hAnsi="Arial" w:cs="Arial"/>
        </w:rPr>
        <w:t xml:space="preserve"> </w:t>
      </w:r>
      <w:r w:rsidRPr="00D42523">
        <w:t xml:space="preserve">Do </w:t>
      </w:r>
      <w:proofErr w:type="spellStart"/>
      <w:r w:rsidRPr="00D42523">
        <w:t>uzyskania</w:t>
      </w:r>
      <w:proofErr w:type="spellEnd"/>
      <w:r w:rsidRPr="00D42523">
        <w:t xml:space="preserve"> </w:t>
      </w:r>
      <w:proofErr w:type="spellStart"/>
      <w:r w:rsidRPr="00D42523">
        <w:t>kopii</w:t>
      </w:r>
      <w:proofErr w:type="spellEnd"/>
      <w:r w:rsidRPr="00D42523">
        <w:t xml:space="preserve"> </w:t>
      </w:r>
      <w:proofErr w:type="spellStart"/>
      <w:r w:rsidRPr="00D42523">
        <w:t>danych</w:t>
      </w:r>
      <w:proofErr w:type="spellEnd"/>
      <w:r w:rsidRPr="00D42523">
        <w:t xml:space="preserve"> (</w:t>
      </w:r>
      <w:proofErr w:type="spellStart"/>
      <w:r w:rsidRPr="00D42523">
        <w:t>na</w:t>
      </w:r>
      <w:proofErr w:type="spellEnd"/>
      <w:r w:rsidRPr="00D42523">
        <w:t xml:space="preserve"> </w:t>
      </w:r>
      <w:proofErr w:type="spellStart"/>
      <w:r w:rsidRPr="00D42523">
        <w:t>podstawie</w:t>
      </w:r>
      <w:proofErr w:type="spellEnd"/>
      <w:r w:rsidRPr="00D42523">
        <w:t xml:space="preserve"> art. 15 RODO)</w:t>
      </w:r>
      <w:r w:rsidRPr="00D42523">
        <w:rPr>
          <w:vertAlign w:val="superscript"/>
        </w:rPr>
        <w:t>8</w:t>
      </w:r>
      <w:r w:rsidRPr="00D42523">
        <w:t xml:space="preserve"> </w:t>
      </w:r>
    </w:p>
    <w:p w14:paraId="12529E1F" w14:textId="77777777" w:rsidR="00D42523" w:rsidRDefault="00D42523" w:rsidP="00D42523">
      <w:pPr>
        <w:spacing w:after="9" w:line="259" w:lineRule="auto"/>
        <w:ind w:left="1573" w:firstLine="587"/>
        <w:rPr>
          <w:sz w:val="21"/>
        </w:rPr>
      </w:pPr>
    </w:p>
    <w:p w14:paraId="43926586" w14:textId="1B687B65" w:rsidR="003939D2" w:rsidRPr="00D42523" w:rsidRDefault="00D42523" w:rsidP="006D00D4">
      <w:pPr>
        <w:spacing w:after="9" w:line="259" w:lineRule="auto"/>
        <w:ind w:left="720" w:firstLine="720"/>
        <w:rPr>
          <w:rFonts w:ascii="Times New Roman" w:hAnsi="Times New Roman" w:cs="Times New Roman"/>
        </w:rPr>
      </w:pPr>
      <w:proofErr w:type="spellStart"/>
      <w:r w:rsidRPr="00D42523">
        <w:rPr>
          <w:rFonts w:ascii="Times New Roman" w:hAnsi="Times New Roman" w:cs="Times New Roman"/>
        </w:rPr>
        <w:t>Podmiot</w:t>
      </w:r>
      <w:proofErr w:type="spellEnd"/>
      <w:r w:rsidRPr="00D42523">
        <w:rPr>
          <w:rFonts w:ascii="Times New Roman" w:hAnsi="Times New Roman" w:cs="Times New Roman"/>
        </w:rPr>
        <w:t xml:space="preserve">, do </w:t>
      </w:r>
      <w:proofErr w:type="spellStart"/>
      <w:r w:rsidRPr="00D42523">
        <w:rPr>
          <w:rFonts w:ascii="Times New Roman" w:hAnsi="Times New Roman" w:cs="Times New Roman"/>
        </w:rPr>
        <w:t>którego</w:t>
      </w:r>
      <w:proofErr w:type="spellEnd"/>
      <w:r w:rsidRPr="00D42523">
        <w:rPr>
          <w:rFonts w:ascii="Times New Roman" w:hAnsi="Times New Roman" w:cs="Times New Roman"/>
        </w:rPr>
        <w:t xml:space="preserve"> </w:t>
      </w:r>
      <w:proofErr w:type="spellStart"/>
      <w:r w:rsidRPr="00D42523">
        <w:rPr>
          <w:rFonts w:ascii="Times New Roman" w:hAnsi="Times New Roman" w:cs="Times New Roman"/>
        </w:rPr>
        <w:t>składany</w:t>
      </w:r>
      <w:proofErr w:type="spellEnd"/>
      <w:r w:rsidRPr="00D42523">
        <w:rPr>
          <w:rFonts w:ascii="Times New Roman" w:hAnsi="Times New Roman" w:cs="Times New Roman"/>
        </w:rPr>
        <w:t xml:space="preserve"> jest </w:t>
      </w:r>
      <w:proofErr w:type="spellStart"/>
      <w:r w:rsidRPr="00D42523">
        <w:rPr>
          <w:rFonts w:ascii="Times New Roman" w:hAnsi="Times New Roman" w:cs="Times New Roman"/>
        </w:rPr>
        <w:t>wniosek</w:t>
      </w:r>
      <w:proofErr w:type="spellEnd"/>
      <w:r w:rsidRPr="00D42523">
        <w:rPr>
          <w:rFonts w:ascii="Times New Roman" w:hAnsi="Times New Roman" w:cs="Times New Roman"/>
        </w:rPr>
        <w:t xml:space="preserve">: </w:t>
      </w:r>
    </w:p>
    <w:p w14:paraId="747BA3FD" w14:textId="09F417B0" w:rsidR="00D42523" w:rsidRPr="00D42523" w:rsidRDefault="00D42523" w:rsidP="006D00D4">
      <w:pPr>
        <w:pStyle w:val="Nagwek2"/>
        <w:spacing w:before="0" w:line="343" w:lineRule="auto"/>
        <w:ind w:left="144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297EE9">
        <w:rPr>
          <w:rFonts w:ascii="Times New Roman" w:eastAsia="Calibri" w:hAnsi="Times New Roman" w:cs="Times New Roman"/>
          <w:bCs w:val="0"/>
          <w:color w:val="auto"/>
          <w:sz w:val="24"/>
          <w:szCs w:val="24"/>
        </w:rPr>
        <w:t>Nazwa:</w:t>
      </w:r>
      <w:r w:rsidR="006D00D4" w:rsidRPr="00297EE9">
        <w:rPr>
          <w:rFonts w:ascii="Times New Roman" w:eastAsia="Calibri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="00BF2B48" w:rsidRPr="00297EE9">
        <w:rPr>
          <w:rFonts w:ascii="Times New Roman" w:eastAsia="Calibri" w:hAnsi="Times New Roman" w:cs="Times New Roman"/>
          <w:bCs w:val="0"/>
          <w:color w:val="auto"/>
          <w:sz w:val="24"/>
          <w:szCs w:val="24"/>
        </w:rPr>
        <w:t>Komendant</w:t>
      </w:r>
      <w:proofErr w:type="spellEnd"/>
      <w:r w:rsidR="00BF2B48" w:rsidRPr="00297EE9">
        <w:rPr>
          <w:rFonts w:ascii="Times New Roman" w:eastAsia="Calibri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="00BF2B48" w:rsidRPr="00297EE9">
        <w:rPr>
          <w:rFonts w:ascii="Times New Roman" w:eastAsia="Calibri" w:hAnsi="Times New Roman" w:cs="Times New Roman"/>
          <w:bCs w:val="0"/>
          <w:color w:val="auto"/>
          <w:sz w:val="24"/>
          <w:szCs w:val="24"/>
        </w:rPr>
        <w:t>Powiatowy</w:t>
      </w:r>
      <w:proofErr w:type="spellEnd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Państwowej</w:t>
      </w:r>
      <w:proofErr w:type="spellEnd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Straży</w:t>
      </w:r>
      <w:proofErr w:type="spellEnd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proofErr w:type="spellStart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Pożarnej</w:t>
      </w:r>
      <w:proofErr w:type="spellEnd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w </w:t>
      </w:r>
      <w:proofErr w:type="spellStart"/>
      <w:r w:rsidR="00BF2B48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Świdnicy</w:t>
      </w:r>
      <w:proofErr w:type="spellEnd"/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; </w:t>
      </w:r>
      <w:r w:rsidR="00BF2B48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Al</w:t>
      </w:r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. </w:t>
      </w:r>
      <w:proofErr w:type="spellStart"/>
      <w:r w:rsidR="00BF2B48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Niepodległości</w:t>
      </w:r>
      <w:proofErr w:type="spellEnd"/>
      <w:r w:rsidR="00BF2B48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8-10</w:t>
      </w:r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, 5</w:t>
      </w:r>
      <w:r w:rsidR="00BF2B48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8</w:t>
      </w:r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-</w:t>
      </w:r>
      <w:r w:rsidR="00BF2B48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100</w:t>
      </w:r>
      <w:r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  <w:r w:rsidR="00BF2B48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Świdnica</w:t>
      </w:r>
      <w:r w:rsidR="006D00D4" w:rsidRPr="00297EE9">
        <w:rPr>
          <w:rFonts w:ascii="Times New Roman" w:hAnsi="Times New Roman" w:cs="Times New Roman"/>
          <w:bCs w:val="0"/>
          <w:color w:val="auto"/>
          <w:sz w:val="24"/>
          <w:szCs w:val="24"/>
        </w:rPr>
        <w:t>.</w:t>
      </w:r>
    </w:p>
    <w:p w14:paraId="223F90CE" w14:textId="0602C34A" w:rsidR="00D42523" w:rsidRPr="00D42523" w:rsidRDefault="00D42523" w:rsidP="00D42523">
      <w:pPr>
        <w:pStyle w:val="Nagwek2"/>
        <w:spacing w:after="31" w:line="343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Na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podstawie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artykułu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12-22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Rozporządzenia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Parlamentu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Europejskiego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Rady (UE) 2016/679 z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dnia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27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kwietnia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2016r. (RODO) 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sprawie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ochrony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osób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fizycznych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br/>
      </w:r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związku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z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przetwarzaniem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danych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osobowych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i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sprawie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swobodnego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przepływu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takich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danych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,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proszę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realizację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praw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związku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z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przetwarzaniem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moich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danych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osobowych</w:t>
      </w:r>
      <w:proofErr w:type="spellEnd"/>
      <w:r w:rsidRPr="00D4252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. </w:t>
      </w:r>
    </w:p>
    <w:p w14:paraId="2D18E46D" w14:textId="77777777" w:rsidR="00D42523" w:rsidRPr="00D42523" w:rsidRDefault="00D42523" w:rsidP="00D42523">
      <w:pPr>
        <w:numPr>
          <w:ilvl w:val="0"/>
          <w:numId w:val="10"/>
        </w:numPr>
        <w:spacing w:after="77" w:line="2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 xml:space="preserve">Dane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osoby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wnioskującej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niezbędne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identyfikacji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zbiorach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0316894" w14:textId="77777777" w:rsidR="00D42523" w:rsidRDefault="00D42523" w:rsidP="00D42523">
      <w:pPr>
        <w:spacing w:after="32" w:line="33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Imię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Nazwisko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..............................................</w:t>
      </w:r>
    </w:p>
    <w:p w14:paraId="2EFFE22B" w14:textId="6E6ADEB1" w:rsidR="00D42523" w:rsidRDefault="00D42523" w:rsidP="00D42523">
      <w:pPr>
        <w:spacing w:after="32" w:line="33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Adres e-mail/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numer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telefonu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</w:t>
      </w:r>
      <w:r w:rsidRPr="00D42523"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7468A00" w14:textId="77777777" w:rsidR="00D42523" w:rsidRPr="00D42523" w:rsidRDefault="00D42523" w:rsidP="00D42523">
      <w:pPr>
        <w:spacing w:after="32" w:line="335" w:lineRule="auto"/>
        <w:rPr>
          <w:rFonts w:ascii="Times New Roman" w:hAnsi="Times New Roman" w:cs="Times New Roman"/>
          <w:sz w:val="24"/>
          <w:szCs w:val="24"/>
        </w:rPr>
      </w:pPr>
    </w:p>
    <w:p w14:paraId="29946AC8" w14:textId="77777777" w:rsidR="00D42523" w:rsidRPr="00D42523" w:rsidRDefault="00D42523" w:rsidP="00D42523">
      <w:pPr>
        <w:numPr>
          <w:ilvl w:val="0"/>
          <w:numId w:val="10"/>
        </w:numPr>
        <w:spacing w:after="90" w:line="2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t>Dodatkowe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informacje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umożliwiające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identyfikację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osoby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przez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DD1485B" w14:textId="311A5346" w:rsid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…………………………..</w:t>
      </w:r>
      <w:r w:rsidRPr="00D42523">
        <w:rPr>
          <w:rFonts w:ascii="Times New Roman" w:hAnsi="Times New Roman" w:cs="Times New Roman"/>
          <w:sz w:val="24"/>
          <w:szCs w:val="24"/>
        </w:rPr>
        <w:t xml:space="preserve">….. </w:t>
      </w:r>
    </w:p>
    <w:p w14:paraId="3A363416" w14:textId="77777777" w:rsid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</w:p>
    <w:p w14:paraId="5883F8AE" w14:textId="77777777" w:rsidR="00D42523" w:rsidRPr="00D42523" w:rsidRDefault="00D42523" w:rsidP="00D42523">
      <w:pPr>
        <w:tabs>
          <w:tab w:val="center" w:pos="379"/>
          <w:tab w:val="center" w:pos="5517"/>
        </w:tabs>
        <w:spacing w:after="0" w:line="265" w:lineRule="auto"/>
        <w:rPr>
          <w:rFonts w:ascii="Times New Roman" w:hAnsi="Times New Roman" w:cs="Times New Roman"/>
          <w:sz w:val="24"/>
          <w:szCs w:val="24"/>
        </w:rPr>
      </w:pPr>
    </w:p>
    <w:p w14:paraId="20D1B2C3" w14:textId="77777777" w:rsidR="00D42523" w:rsidRPr="00D42523" w:rsidRDefault="00D42523" w:rsidP="00D42523">
      <w:pPr>
        <w:numPr>
          <w:ilvl w:val="0"/>
          <w:numId w:val="10"/>
        </w:numPr>
        <w:spacing w:after="0" w:line="265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lastRenderedPageBreak/>
        <w:t>Uzasadnienie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7C3A54E" w14:textId="689A2C9C" w:rsidR="00D42523" w:rsidRPr="00D42523" w:rsidRDefault="00D42523" w:rsidP="00D42523">
      <w:pPr>
        <w:tabs>
          <w:tab w:val="center" w:pos="379"/>
          <w:tab w:val="center" w:pos="5517"/>
        </w:tabs>
        <w:spacing w:after="72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</w:rPr>
        <w:tab/>
      </w:r>
      <w:r>
        <w:rPr>
          <w:sz w:val="21"/>
        </w:rPr>
        <w:t xml:space="preserve"> </w:t>
      </w:r>
      <w:r w:rsidRPr="00D42523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</w:t>
      </w:r>
    </w:p>
    <w:p w14:paraId="17A9593C" w14:textId="77777777" w:rsidR="00D42523" w:rsidRDefault="00D42523" w:rsidP="00D42523">
      <w:pPr>
        <w:numPr>
          <w:ilvl w:val="0"/>
          <w:numId w:val="10"/>
        </w:numPr>
        <w:spacing w:after="256" w:line="265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spellStart"/>
      <w:r w:rsidRPr="00D42523">
        <w:rPr>
          <w:rFonts w:ascii="Times New Roman" w:hAnsi="Times New Roman" w:cs="Times New Roman"/>
          <w:sz w:val="24"/>
          <w:szCs w:val="24"/>
        </w:rPr>
        <w:t>Wnioskowany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sposób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odbioru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F2CF2C" w14:textId="77777777" w:rsidR="00D42523" w:rsidRPr="00D42523" w:rsidRDefault="00D42523" w:rsidP="00D42523">
      <w:pPr>
        <w:spacing w:after="7" w:line="323" w:lineRule="auto"/>
        <w:ind w:right="843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Osobiście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siedzibie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6AA7BA" w14:textId="4923B0DA" w:rsidR="00D42523" w:rsidRPr="00D42523" w:rsidRDefault="00D42523" w:rsidP="00D42523">
      <w:pPr>
        <w:spacing w:after="7" w:line="323" w:lineRule="auto"/>
        <w:ind w:right="843"/>
        <w:rPr>
          <w:rFonts w:ascii="Times New Roman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Listownie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adres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>: ……………………………………….</w:t>
      </w:r>
      <w:r w:rsidRPr="00D42523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43B13DAC" w14:textId="67DDD833" w:rsidR="00D42523" w:rsidRDefault="00D42523" w:rsidP="00D42523">
      <w:pPr>
        <w:spacing w:after="0" w:line="259" w:lineRule="auto"/>
        <w:ind w:right="12"/>
        <w:rPr>
          <w:rFonts w:ascii="Times New Roman" w:eastAsia="Microsoft Sans Serif" w:hAnsi="Times New Roman" w:cs="Times New Roman"/>
          <w:sz w:val="24"/>
          <w:szCs w:val="24"/>
        </w:rPr>
      </w:pPr>
      <w:r w:rsidRPr="00D42523">
        <w:rPr>
          <w:rFonts w:ascii="Times New Roman" w:hAnsi="Times New Roman" w:cs="Times New Roman"/>
          <w:sz w:val="24"/>
          <w:szCs w:val="24"/>
        </w:rPr>
        <w:t>□</w:t>
      </w:r>
      <w:r w:rsidRPr="00D42523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Pocztą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elektroniczną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podany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24"/>
          <w:szCs w:val="24"/>
        </w:rPr>
        <w:t>adres</w:t>
      </w:r>
      <w:proofErr w:type="spellEnd"/>
      <w:r w:rsidRPr="00D42523">
        <w:rPr>
          <w:rFonts w:ascii="Times New Roman" w:hAnsi="Times New Roman" w:cs="Times New Roman"/>
          <w:sz w:val="24"/>
          <w:szCs w:val="24"/>
        </w:rPr>
        <w:t xml:space="preserve"> e-mail:</w:t>
      </w:r>
      <w:r w:rsidRPr="00D42523">
        <w:rPr>
          <w:rFonts w:ascii="Times New Roman" w:eastAsia="Microsoft Sans Serif" w:hAnsi="Times New Roman" w:cs="Times New Roman"/>
          <w:sz w:val="24"/>
          <w:szCs w:val="24"/>
        </w:rPr>
        <w:t xml:space="preserve"> ………………………………</w:t>
      </w:r>
    </w:p>
    <w:p w14:paraId="130E297E" w14:textId="77777777" w:rsidR="00D42523" w:rsidRPr="00D42523" w:rsidRDefault="00D42523" w:rsidP="00D42523">
      <w:pPr>
        <w:spacing w:after="0" w:line="259" w:lineRule="auto"/>
        <w:ind w:right="12"/>
        <w:rPr>
          <w:rFonts w:ascii="Times New Roman" w:hAnsi="Times New Roman" w:cs="Times New Roman"/>
          <w:sz w:val="24"/>
          <w:szCs w:val="24"/>
        </w:rPr>
      </w:pPr>
    </w:p>
    <w:p w14:paraId="1A911182" w14:textId="164D7429" w:rsidR="00D42523" w:rsidRPr="00D42523" w:rsidRDefault="00D42523" w:rsidP="00D42523">
      <w:pPr>
        <w:spacing w:after="0" w:line="240" w:lineRule="auto"/>
        <w:ind w:left="4820" w:right="12"/>
      </w:pPr>
      <w:r w:rsidRPr="00D42523">
        <w:rPr>
          <w:sz w:val="19"/>
        </w:rPr>
        <w:t>……………………………………………</w:t>
      </w:r>
      <w:r>
        <w:rPr>
          <w:sz w:val="19"/>
        </w:rPr>
        <w:t>..</w:t>
      </w:r>
      <w:r w:rsidRPr="00D42523">
        <w:rPr>
          <w:sz w:val="19"/>
        </w:rPr>
        <w:t xml:space="preserve">…………………… </w:t>
      </w:r>
    </w:p>
    <w:p w14:paraId="73FE9454" w14:textId="77777777" w:rsidR="00D42523" w:rsidRDefault="00D42523" w:rsidP="00D42523">
      <w:pPr>
        <w:spacing w:after="1000" w:line="240" w:lineRule="auto"/>
        <w:ind w:left="5245" w:right="12" w:hanging="283"/>
        <w:rPr>
          <w:rFonts w:ascii="Times New Roman" w:hAnsi="Times New Roman" w:cs="Times New Roman"/>
          <w:sz w:val="19"/>
        </w:rPr>
      </w:pPr>
      <w:proofErr w:type="spellStart"/>
      <w:r w:rsidRPr="00D42523">
        <w:rPr>
          <w:rFonts w:ascii="Times New Roman" w:hAnsi="Times New Roman" w:cs="Times New Roman"/>
          <w:sz w:val="19"/>
        </w:rPr>
        <w:t>Czytelny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podpis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osoby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składającej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9"/>
        </w:rPr>
        <w:t>wniosek</w:t>
      </w:r>
      <w:proofErr w:type="spellEnd"/>
      <w:r w:rsidRPr="00D42523">
        <w:rPr>
          <w:rFonts w:ascii="Times New Roman" w:hAnsi="Times New Roman" w:cs="Times New Roman"/>
          <w:sz w:val="19"/>
        </w:rPr>
        <w:t xml:space="preserve"> </w:t>
      </w:r>
    </w:p>
    <w:p w14:paraId="3F978F11" w14:textId="3FB73F27" w:rsidR="00D42523" w:rsidRPr="00D42523" w:rsidRDefault="00D42523" w:rsidP="00D42523">
      <w:pPr>
        <w:spacing w:after="0" w:line="240" w:lineRule="auto"/>
        <w:ind w:right="12"/>
        <w:rPr>
          <w:rFonts w:ascii="Times New Roman" w:hAnsi="Times New Roman" w:cs="Times New Roman"/>
          <w:sz w:val="19"/>
        </w:rPr>
      </w:pPr>
      <w:proofErr w:type="spellStart"/>
      <w:r w:rsidRPr="00D42523">
        <w:rPr>
          <w:rFonts w:ascii="Times New Roman" w:eastAsia="Calibri" w:hAnsi="Times New Roman" w:cs="Times New Roman"/>
          <w:b/>
          <w:sz w:val="18"/>
          <w:szCs w:val="18"/>
        </w:rPr>
        <w:t>Wyjaśnienia</w:t>
      </w:r>
      <w:proofErr w:type="spellEnd"/>
      <w:r w:rsidRPr="00D42523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</w:p>
    <w:p w14:paraId="34585D23" w14:textId="77777777" w:rsidR="00D42523" w:rsidRPr="00D42523" w:rsidRDefault="00D42523" w:rsidP="00D42523">
      <w:pPr>
        <w:numPr>
          <w:ilvl w:val="1"/>
          <w:numId w:val="11"/>
        </w:numPr>
        <w:spacing w:after="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Prosimy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czytelne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wypełnienie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formularza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DRUKOWANYMI LITERAMI. </w:t>
      </w:r>
    </w:p>
    <w:p w14:paraId="3CF9D903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Administrator ma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prawo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odmówić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przekazania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danych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lub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zmienić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formę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odbioru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sytuacji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kiedy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jest 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stanie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prawidłowo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zidentyfikować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wnioskującej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58072500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Na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potrzeby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rozpatrzenia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jego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dalszej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realizacji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być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wymagane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podanie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dodatkowych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danych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Pani/Pana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identyfikujących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252353D5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sytuacji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kiedy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żądania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zostaną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uznane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za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nadmierne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lub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nieuzasadnione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Administrator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pobrać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stosowną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kosztów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odpowiedzi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informując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wcześniej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wnioskującą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wysokości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5753DC42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Szczegółowe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informacje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temat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odpowiedzi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uzyskać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poprzez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kontakt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z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naszym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Inspektorem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Ochrony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Danych. </w:t>
      </w:r>
    </w:p>
    <w:p w14:paraId="4735AD90" w14:textId="77777777" w:rsidR="00D42523" w:rsidRPr="00D42523" w:rsidRDefault="00D42523" w:rsidP="00D42523">
      <w:pPr>
        <w:numPr>
          <w:ilvl w:val="1"/>
          <w:numId w:val="11"/>
        </w:numPr>
        <w:spacing w:after="7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D42523">
        <w:rPr>
          <w:rFonts w:ascii="Times New Roman" w:hAnsi="Times New Roman" w:cs="Times New Roman"/>
          <w:sz w:val="18"/>
          <w:szCs w:val="18"/>
        </w:rPr>
        <w:t xml:space="preserve">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sytuacji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kiedy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żądania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zostaną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uznane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za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nadmierne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lub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nieuzasadnione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Administrator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może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pobrać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stosowną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do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kosztów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odpowiedzi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informując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wcześniej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wnioskującą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wysokości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opłaty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71504221" w14:textId="3064E704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Odpowiedź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zgłoszenie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zostanie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udzielona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niezwłocznie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później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niż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wciągu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miesiąca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jego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otrzymania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  <w:r w:rsidR="00CC3817">
        <w:rPr>
          <w:rFonts w:ascii="Times New Roman" w:hAnsi="Times New Roman" w:cs="Times New Roman"/>
          <w:sz w:val="18"/>
          <w:szCs w:val="18"/>
        </w:rPr>
        <w:br/>
      </w:r>
      <w:r w:rsidRPr="00D42523">
        <w:rPr>
          <w:rFonts w:ascii="Times New Roman" w:hAnsi="Times New Roman" w:cs="Times New Roman"/>
          <w:sz w:val="18"/>
          <w:szCs w:val="18"/>
        </w:rPr>
        <w:t xml:space="preserve">W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razie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konieczności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przedłużenia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terminu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, Administrator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poinformuje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osobę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składającą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wniosek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o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przyczynach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takiego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przedłużenia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2F05DD82" w14:textId="77777777" w:rsidR="00D42523" w:rsidRPr="00D42523" w:rsidRDefault="00D42523" w:rsidP="00D42523">
      <w:pPr>
        <w:numPr>
          <w:ilvl w:val="1"/>
          <w:numId w:val="11"/>
        </w:numPr>
        <w:spacing w:after="30" w:line="248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Odpowiedź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będzie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udzielana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zgodnie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wybraną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opcją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określoną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we </w:t>
      </w:r>
      <w:proofErr w:type="spellStart"/>
      <w:r w:rsidRPr="00D42523">
        <w:rPr>
          <w:rFonts w:ascii="Times New Roman" w:hAnsi="Times New Roman" w:cs="Times New Roman"/>
          <w:sz w:val="18"/>
          <w:szCs w:val="18"/>
        </w:rPr>
        <w:t>wniosku</w:t>
      </w:r>
      <w:proofErr w:type="spellEnd"/>
      <w:r w:rsidRPr="00D42523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0F28287" w14:textId="77777777" w:rsidR="00D42523" w:rsidRPr="00D42523" w:rsidRDefault="00D42523" w:rsidP="00D42523">
      <w:pPr>
        <w:spacing w:after="1000" w:line="240" w:lineRule="auto"/>
        <w:ind w:right="12"/>
      </w:pPr>
    </w:p>
    <w:p w14:paraId="359E2088" w14:textId="09377224" w:rsidR="00D42523" w:rsidRDefault="00CC3817" w:rsidP="00CC3817">
      <w:pPr>
        <w:spacing w:after="256" w:line="265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E3479D" wp14:editId="2D574D26">
            <wp:extent cx="5486400" cy="8099561"/>
            <wp:effectExtent l="0" t="0" r="0" b="0"/>
            <wp:docPr id="8369" name="Picture 8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" name="Picture 83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9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81783" w14:textId="675A5C0B" w:rsidR="003939D2" w:rsidRPr="00695E7F" w:rsidRDefault="003939D2" w:rsidP="003939D2">
      <w:pPr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695E7F">
        <w:rPr>
          <w:rFonts w:ascii="Times New Roman" w:hAnsi="Times New Roman" w:cs="Times New Roman"/>
          <w:b/>
          <w:bCs/>
          <w:sz w:val="24"/>
          <w:szCs w:val="24"/>
        </w:rPr>
        <w:lastRenderedPageBreak/>
        <w:t>KLAUZULA INFORMACYJNA O PRZETWARZANIU DANYCH OSOBOWYCH</w:t>
      </w:r>
      <w:r w:rsidR="00F854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5442">
        <w:rPr>
          <w:rFonts w:ascii="Times New Roman" w:hAnsi="Times New Roman" w:cs="Times New Roman"/>
          <w:b/>
          <w:bCs/>
          <w:sz w:val="24"/>
          <w:szCs w:val="24"/>
        </w:rPr>
        <w:t>dla</w:t>
      </w:r>
      <w:proofErr w:type="spellEnd"/>
      <w:r w:rsidR="00F854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5442">
        <w:rPr>
          <w:rFonts w:ascii="Times New Roman" w:hAnsi="Times New Roman" w:cs="Times New Roman"/>
          <w:b/>
          <w:bCs/>
          <w:sz w:val="24"/>
          <w:szCs w:val="24"/>
        </w:rPr>
        <w:t>osób</w:t>
      </w:r>
      <w:proofErr w:type="spellEnd"/>
      <w:r w:rsidR="00F854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5442">
        <w:rPr>
          <w:rFonts w:ascii="Times New Roman" w:hAnsi="Times New Roman" w:cs="Times New Roman"/>
          <w:b/>
          <w:bCs/>
          <w:sz w:val="24"/>
          <w:szCs w:val="24"/>
        </w:rPr>
        <w:t>realizujących</w:t>
      </w:r>
      <w:proofErr w:type="spellEnd"/>
      <w:r w:rsidR="00F854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85442">
        <w:rPr>
          <w:rFonts w:ascii="Times New Roman" w:hAnsi="Times New Roman" w:cs="Times New Roman"/>
          <w:b/>
          <w:bCs/>
          <w:sz w:val="24"/>
          <w:szCs w:val="24"/>
        </w:rPr>
        <w:t>wniosek</w:t>
      </w:r>
      <w:proofErr w:type="spellEnd"/>
    </w:p>
    <w:p w14:paraId="626368F9" w14:textId="77777777" w:rsidR="003939D2" w:rsidRPr="00695E7F" w:rsidRDefault="003939D2" w:rsidP="003939D2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(art. 13 </w:t>
      </w:r>
      <w:proofErr w:type="spellStart"/>
      <w:r w:rsidRPr="00695E7F">
        <w:rPr>
          <w:rFonts w:ascii="Times New Roman" w:hAnsi="Times New Roman" w:cs="Times New Roman"/>
          <w:i/>
          <w:iCs/>
          <w:sz w:val="24"/>
          <w:szCs w:val="24"/>
        </w:rPr>
        <w:t>ust</w:t>
      </w:r>
      <w:proofErr w:type="spellEnd"/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. 1 </w:t>
      </w:r>
      <w:proofErr w:type="spellStart"/>
      <w:r w:rsidRPr="00695E7F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r w:rsidRPr="00695E7F">
        <w:rPr>
          <w:rFonts w:ascii="Times New Roman" w:hAnsi="Times New Roman" w:cs="Times New Roman"/>
          <w:i/>
          <w:iCs/>
          <w:sz w:val="24"/>
          <w:szCs w:val="24"/>
        </w:rPr>
        <w:t xml:space="preserve"> 2 RODO*)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939D2" w:rsidRPr="002F5379" w14:paraId="2B875217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BEF9F1" w14:textId="77777777" w:rsidR="003939D2" w:rsidRPr="002F5379" w:rsidRDefault="003939D2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Administrator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kontakt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1E3F4BC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51766" w14:textId="7B39353A" w:rsidR="003939D2" w:rsidRPr="002F5379" w:rsidRDefault="001823D6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97E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Komendant</w:t>
            </w:r>
            <w:proofErr w:type="spellEnd"/>
            <w:r w:rsidRPr="00297E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97EE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Powiatowy</w:t>
            </w:r>
            <w:proofErr w:type="spellEnd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>Państwowej</w:t>
            </w:r>
            <w:proofErr w:type="spellEnd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>Straży</w:t>
            </w:r>
            <w:proofErr w:type="spellEnd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>Pożarnej</w:t>
            </w:r>
            <w:proofErr w:type="spellEnd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 xml:space="preserve"> w </w:t>
            </w:r>
            <w:proofErr w:type="spellStart"/>
            <w:r w:rsidRPr="00297EE9">
              <w:rPr>
                <w:rFonts w:ascii="Times New Roman" w:hAnsi="Times New Roman" w:cs="Times New Roman"/>
                <w:bCs/>
                <w:sz w:val="24"/>
                <w:szCs w:val="24"/>
              </w:rPr>
              <w:t>Świdnicy</w:t>
            </w:r>
            <w:proofErr w:type="spellEnd"/>
            <w:r w:rsidRPr="00297EE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97EE9">
              <w:rPr>
                <w:rFonts w:ascii="Times New Roman" w:hAnsi="Times New Roman" w:cs="Times New Roman"/>
                <w:bCs/>
                <w:sz w:val="24"/>
                <w:szCs w:val="24"/>
              </w:rPr>
              <w:t>Al</w:t>
            </w:r>
            <w:r w:rsidRPr="00297E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97EE9">
              <w:rPr>
                <w:rFonts w:ascii="Times New Roman" w:hAnsi="Times New Roman" w:cs="Times New Roman"/>
                <w:bCs/>
                <w:sz w:val="24"/>
                <w:szCs w:val="24"/>
              </w:rPr>
              <w:t>Niepodległości</w:t>
            </w:r>
            <w:proofErr w:type="spellEnd"/>
            <w:r w:rsidRPr="00297E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8-10</w:t>
            </w:r>
            <w:r w:rsidRPr="00297EE9">
              <w:rPr>
                <w:rFonts w:ascii="Times New Roman" w:hAnsi="Times New Roman" w:cs="Times New Roman"/>
                <w:sz w:val="24"/>
                <w:szCs w:val="24"/>
              </w:rPr>
              <w:t>, 5</w:t>
            </w:r>
            <w:r w:rsidRPr="00297EE9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297E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97EE9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  <w:r w:rsidRPr="00297E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7EE9">
              <w:rPr>
                <w:rFonts w:ascii="Times New Roman" w:hAnsi="Times New Roman" w:cs="Times New Roman"/>
                <w:bCs/>
                <w:sz w:val="24"/>
                <w:szCs w:val="24"/>
              </w:rPr>
              <w:t>Świdnica</w:t>
            </w:r>
            <w:r w:rsidRPr="00297E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39D2" w:rsidRPr="00297EE9">
              <w:rPr>
                <w:rFonts w:ascii="Times New Roman" w:hAnsi="Times New Roman" w:cs="Times New Roman"/>
                <w:sz w:val="20"/>
                <w:szCs w:val="20"/>
              </w:rPr>
              <w:t>tel. 7</w:t>
            </w:r>
            <w:r w:rsidRPr="00297EE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3939D2" w:rsidRPr="00297EE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97EE9">
              <w:rPr>
                <w:rFonts w:ascii="Times New Roman" w:hAnsi="Times New Roman" w:cs="Times New Roman"/>
                <w:sz w:val="20"/>
                <w:szCs w:val="20"/>
              </w:rPr>
              <w:t>8518888</w:t>
            </w:r>
            <w:r w:rsidR="003939D2" w:rsidRPr="00297EE9">
              <w:rPr>
                <w:rFonts w:ascii="Times New Roman" w:hAnsi="Times New Roman" w:cs="Times New Roman"/>
                <w:sz w:val="20"/>
                <w:szCs w:val="20"/>
              </w:rPr>
              <w:t xml:space="preserve">, e-mail: </w:t>
            </w:r>
            <w:hyperlink r:id="rId7" w:history="1">
              <w:r w:rsidRPr="00297EE9">
                <w:rPr>
                  <w:rStyle w:val="Hipercze"/>
                </w:rPr>
                <w:t>swidnica</w:t>
              </w:r>
              <w:r w:rsidRPr="00297EE9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@kwpsp.wroc.pl</w:t>
              </w:r>
            </w:hyperlink>
          </w:p>
        </w:tc>
      </w:tr>
      <w:tr w:rsidR="003939D2" w:rsidRPr="002F5379" w14:paraId="2E78C95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4A8261" w14:textId="77777777" w:rsidR="003939D2" w:rsidRPr="002F5379" w:rsidRDefault="003939D2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Dane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kontaktowe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Inspektora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Ochrony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Danych:</w:t>
            </w:r>
          </w:p>
        </w:tc>
      </w:tr>
      <w:tr w:rsidR="003939D2" w:rsidRPr="002F5379" w14:paraId="51D855F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03D9B" w14:textId="0FC72ACB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celu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zapewnienia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bezpieczeństwa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oraz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ułatwienia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kontaktu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osób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których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dotyczą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Pani/Pan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skontaktować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się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wyznaczonym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Administratora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Inspektorem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Ochrony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Danych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telefonicznie</w:t>
            </w:r>
            <w:proofErr w:type="spellEnd"/>
            <w:proofErr w:type="gram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pod nr tel. 71 3682213, e-mail: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8" w:history="1">
              <w:r w:rsidRPr="0072113F">
                <w:rPr>
                  <w:rStyle w:val="Hipercze"/>
                  <w:rFonts w:ascii="Times New Roman" w:hAnsi="Times New Roman" w:cs="Times New Roman"/>
                  <w:sz w:val="20"/>
                  <w:szCs w:val="20"/>
                </w:rPr>
                <w:t>iod@kwpsp.wroc.pl</w:t>
              </w:r>
            </w:hyperlink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listownie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adres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: Komenda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Wojewódzka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PSP we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Wrocławiu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ul. Borowska 138, 50-552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Wrocław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939D2" w:rsidRPr="002F5379" w14:paraId="302C4743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6621D1" w14:textId="77777777" w:rsidR="003939D2" w:rsidRPr="002F5379" w:rsidRDefault="003939D2" w:rsidP="001F64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Cele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podstawy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prawne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2B4F7DBD" w14:textId="77777777" w:rsidTr="00CC3817">
        <w:trPr>
          <w:trHeight w:val="722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5C01" w14:textId="658646CC" w:rsidR="003939D2" w:rsidRPr="003939D2" w:rsidRDefault="003939D2" w:rsidP="00CC38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Pani/Pana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będą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przetwarzane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celu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dotyczącego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wykonywania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praw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osoby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której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dotyczą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85442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="00F85442" w:rsidRPr="00F85442">
              <w:rPr>
                <w:rFonts w:ascii="Times New Roman" w:hAnsi="Times New Roman" w:cs="Times New Roman"/>
                <w:sz w:val="20"/>
                <w:szCs w:val="20"/>
              </w:rPr>
              <w:t>związku</w:t>
            </w:r>
            <w:proofErr w:type="spellEnd"/>
            <w:r w:rsidR="00F85442"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z art. 15, art., 16, art. 17, art. 18, art. 20, art. 21, art. 22 RODO</w:t>
            </w:r>
            <w:r w:rsidR="00F8544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8544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</w:t>
            </w:r>
            <w:proofErr w:type="spellStart"/>
            <w:r w:rsidR="00F85442">
              <w:rPr>
                <w:rFonts w:ascii="Times New Roman" w:hAnsi="Times New Roman" w:cs="Times New Roman"/>
                <w:sz w:val="20"/>
                <w:szCs w:val="20"/>
              </w:rPr>
              <w:t>myśl</w:t>
            </w:r>
            <w:proofErr w:type="spellEnd"/>
            <w:r w:rsid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F85442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art. 6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ust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. 1 lit. 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e</w:t>
            </w:r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RODO,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art. 9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ust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. 2 lit. g RODO (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jeżeli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dotyczy</w:t>
            </w:r>
            <w:proofErr w:type="spellEnd"/>
            <w:r w:rsidRPr="003939D2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3939D2" w:rsidRPr="002F5379" w14:paraId="053BB01F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977A4D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Odbiorcy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00396D80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04810" w14:textId="6AD1DEDE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Dane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możemy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przekazywać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udostępniać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wyłącznie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uprawnionym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podstawie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obowiązujących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nimi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m.in.: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e-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doręczeń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Poczta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Polska S.A.,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jako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dostawca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publiczny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oraz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ministrowi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właściwemu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spraw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cyfryzacji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związku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zamieszczeniem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bazie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adresów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elektronicznych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komercyjnym</w:t>
            </w:r>
            <w:proofErr w:type="spellEnd"/>
            <w:proofErr w:type="gram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dostawcom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niepublicznym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wpisanym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rejestru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prowadzonego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Ministra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Cyfryzacji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pozostałym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świadczącym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usługi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pocztowe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telekomunikacyjne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bankowe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oraz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publicznym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gdy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wystąpią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takim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żądaniem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oczywiście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oparciu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stosowną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podstawę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prawną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Państwa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możemy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przekazywać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które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przetwarzają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je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zlecenie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Administratora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tzw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podmiotom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przetwarzającym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nimi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np.: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podmioty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świadczące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dla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administratora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usługi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wsparcia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teleinformatycznym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np.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zakresie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fizycznego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wybrakowania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zniszczenia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dokumentów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firma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zapewniająca</w:t>
            </w:r>
            <w:proofErr w:type="spellEnd"/>
            <w:proofErr w:type="gram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wsparcie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techniczne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IT.</w:t>
            </w:r>
          </w:p>
        </w:tc>
      </w:tr>
      <w:tr w:rsidR="003939D2" w:rsidRPr="002F5379" w14:paraId="167A7D79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62A7941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Obowiązek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podania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3CFA6A67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95C65" w14:textId="0D01A340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Podanie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Panią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/Pana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jest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dobrowolne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ale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niezbędne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rozpatrzenia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Konsekwencją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niepodania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będzie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brak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możliwości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rozpatrzenia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</w:p>
        </w:tc>
      </w:tr>
      <w:tr w:rsidR="003939D2" w:rsidRPr="002F5379" w14:paraId="7FF55EEB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D0D7D8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Prawa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związane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z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przetwarzaniem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638D25C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75B7B" w14:textId="473AE78D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Posiada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Pani/Pan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żądania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dostępu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treści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swoich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ich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sprostowania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poprawiania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bookmarkStart w:id="0" w:name="__DdeLink__4297_275676422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żądania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usunięcia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ograniczenia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przenoszenia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wniesienia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sprzeciwu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także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wniesienia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skargi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organu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nadzorczego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Prezesa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UODO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Wymienione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mogą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być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ograniczone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bookmarkEnd w:id="0"/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kiedy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Administrator jest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zobowiązany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prawnie </w:t>
            </w:r>
            <w:r w:rsidR="00CC3817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do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celu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obowiązku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ustawowego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występują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inne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nadrzędne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prawne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podstawy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F5379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</w:p>
        </w:tc>
      </w:tr>
      <w:tr w:rsidR="003939D2" w:rsidRPr="002F5379" w14:paraId="3DC3A2B0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EED73A" w14:textId="77777777" w:rsidR="003939D2" w:rsidRPr="002F5379" w:rsidRDefault="003939D2" w:rsidP="001F642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hi-IN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sprzeciwu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15F20C85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512E1" w14:textId="39D1E23E" w:rsidR="003939D2" w:rsidRPr="002F5379" w:rsidRDefault="003939D2" w:rsidP="001F6423">
            <w:pPr>
              <w:jc w:val="both"/>
              <w:rPr>
                <w:rFonts w:ascii="Times New Roman" w:eastAsiaTheme="minorHAnsi" w:hAnsi="Times New Roman" w:cs="Times New Roman"/>
                <w:color w:val="000000"/>
                <w:kern w:val="2"/>
                <w:sz w:val="20"/>
                <w:szCs w:val="20"/>
                <w14:ligatures w14:val="standardContextual"/>
              </w:rPr>
            </w:pPr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każdej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chwili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przysługuje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Pani/Panu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prawo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do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wniesienia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sprzeciwu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wobec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przetwarzania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Przestaniemy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przetwarzać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celach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chyba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będziemy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stanie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wykazać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stosunku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do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istnieją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dla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nas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ważne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prawnie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uzasadnione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podstawy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które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są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nadrzędne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wobec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interesów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praw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wolności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Pani/Pana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dane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będą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nam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niezbędne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C38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do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ewentualnego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ustalenia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dochodzenia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lub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obrony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roszczeń</w:t>
            </w:r>
            <w:proofErr w:type="spellEnd"/>
            <w:r w:rsidRPr="002F53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3939D2" w:rsidRPr="002F5379" w14:paraId="316B540E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1D70870" w14:textId="77777777" w:rsidR="003939D2" w:rsidRPr="002F5379" w:rsidRDefault="003939D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Okres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przechowywania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danych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osobowych</w:t>
            </w:r>
            <w:proofErr w:type="spellEnd"/>
            <w:r w:rsidRPr="002F53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</w:tr>
      <w:tr w:rsidR="003939D2" w:rsidRPr="002F5379" w14:paraId="5C4C5C5C" w14:textId="77777777" w:rsidTr="001F6423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46CBC" w14:textId="501BC496" w:rsidR="003939D2" w:rsidRPr="002F5379" w:rsidRDefault="00F85442" w:rsidP="001F642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Dane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osobowe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będą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przechowywane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okres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niezbędny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do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realizacji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wniosku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, a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następnie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przez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czas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wynikający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prawa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, w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szczególności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przepisów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 xml:space="preserve"> o </w:t>
            </w:r>
            <w:proofErr w:type="spellStart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archiwizacji</w:t>
            </w:r>
            <w:proofErr w:type="spellEnd"/>
            <w:r w:rsidRPr="00F8544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496E4C9" w14:textId="43E12C14" w:rsidR="007E1A93" w:rsidRPr="00CC3817" w:rsidRDefault="003939D2" w:rsidP="00CC3817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2"/>
          <w:sz w:val="20"/>
          <w:szCs w:val="20"/>
          <w14:ligatures w14:val="standardContextual"/>
        </w:rPr>
      </w:pPr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*RODO -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rozporządzenie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Parlamentu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Europejskiego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Rady (UE) 2016/679 z 27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kwietnia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2016 r. </w:t>
      </w:r>
      <w:r w:rsidR="00F85442">
        <w:rPr>
          <w:rFonts w:ascii="Times New Roman" w:hAnsi="Times New Roman" w:cs="Times New Roman"/>
          <w:i/>
          <w:iCs/>
          <w:sz w:val="20"/>
          <w:szCs w:val="20"/>
        </w:rPr>
        <w:br/>
      </w:r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w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sprawie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ochrony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osób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fizycznych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w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związku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z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przetwarzaniem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danych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osobowych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i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w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sprawie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swobodnego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przepływu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takich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danych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oraz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uchylenia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dyrektywy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95/46/WE (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ogólne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rozporządzenie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o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ochronie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F85442">
        <w:rPr>
          <w:rFonts w:ascii="Times New Roman" w:hAnsi="Times New Roman" w:cs="Times New Roman"/>
          <w:i/>
          <w:iCs/>
          <w:sz w:val="20"/>
          <w:szCs w:val="20"/>
        </w:rPr>
        <w:t>danych</w:t>
      </w:r>
      <w:proofErr w:type="spellEnd"/>
      <w:r w:rsidRPr="00F85442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09252BEF" w14:textId="77777777" w:rsidR="007E1A93" w:rsidRPr="003939D2" w:rsidRDefault="007E1A93">
      <w:pPr>
        <w:rPr>
          <w:rFonts w:ascii="Times New Roman" w:hAnsi="Times New Roman" w:cs="Times New Roman"/>
          <w:sz w:val="24"/>
          <w:szCs w:val="24"/>
        </w:rPr>
      </w:pPr>
    </w:p>
    <w:sectPr w:rsidR="007E1A93" w:rsidRPr="003939D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DE6E64"/>
    <w:multiLevelType w:val="hybridMultilevel"/>
    <w:tmpl w:val="42D2C68A"/>
    <w:lvl w:ilvl="0" w:tplc="382202DE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B6CE7E">
      <w:start w:val="1"/>
      <w:numFmt w:val="decimal"/>
      <w:lvlText w:val="%2."/>
      <w:lvlJc w:val="left"/>
      <w:pPr>
        <w:ind w:left="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6B406CE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D6C53F4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624B00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B834D0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09C2656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0E6BE16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C0A19E0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FC1740"/>
    <w:multiLevelType w:val="hybridMultilevel"/>
    <w:tmpl w:val="0812D518"/>
    <w:lvl w:ilvl="0" w:tplc="FFFFFFFF">
      <w:start w:val="1"/>
      <w:numFmt w:val="upperRoman"/>
      <w:lvlText w:val="%1."/>
      <w:lvlJc w:val="left"/>
      <w:pPr>
        <w:ind w:left="1027"/>
      </w:pPr>
      <w:rPr>
        <w:rFonts w:ascii="Times New Roman" w:eastAsia="Calibri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F">
      <w:start w:val="1"/>
      <w:numFmt w:val="decimal"/>
      <w:lvlText w:val="%2."/>
      <w:lvlJc w:val="left"/>
      <w:pPr>
        <w:ind w:left="1200" w:hanging="360"/>
      </w:pPr>
    </w:lvl>
    <w:lvl w:ilvl="2" w:tplc="FFFFFFFF">
      <w:start w:val="1"/>
      <w:numFmt w:val="lowerRoman"/>
      <w:lvlText w:val="%3"/>
      <w:lvlJc w:val="left"/>
      <w:pPr>
        <w:ind w:left="1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5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16603377">
    <w:abstractNumId w:val="8"/>
  </w:num>
  <w:num w:numId="2" w16cid:durableId="127284553">
    <w:abstractNumId w:val="6"/>
  </w:num>
  <w:num w:numId="3" w16cid:durableId="932203930">
    <w:abstractNumId w:val="5"/>
  </w:num>
  <w:num w:numId="4" w16cid:durableId="1897430714">
    <w:abstractNumId w:val="4"/>
  </w:num>
  <w:num w:numId="5" w16cid:durableId="389043278">
    <w:abstractNumId w:val="7"/>
  </w:num>
  <w:num w:numId="6" w16cid:durableId="1542356397">
    <w:abstractNumId w:val="3"/>
  </w:num>
  <w:num w:numId="7" w16cid:durableId="444739763">
    <w:abstractNumId w:val="2"/>
  </w:num>
  <w:num w:numId="8" w16cid:durableId="1790314354">
    <w:abstractNumId w:val="1"/>
  </w:num>
  <w:num w:numId="9" w16cid:durableId="1495563594">
    <w:abstractNumId w:val="0"/>
  </w:num>
  <w:num w:numId="10" w16cid:durableId="798449902">
    <w:abstractNumId w:val="9"/>
  </w:num>
  <w:num w:numId="11" w16cid:durableId="8614793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823D6"/>
    <w:rsid w:val="0029639D"/>
    <w:rsid w:val="00297EE9"/>
    <w:rsid w:val="00326F90"/>
    <w:rsid w:val="003939D2"/>
    <w:rsid w:val="00501953"/>
    <w:rsid w:val="005C0AD0"/>
    <w:rsid w:val="006D00D4"/>
    <w:rsid w:val="007E1A93"/>
    <w:rsid w:val="00912E7C"/>
    <w:rsid w:val="00AA1D8D"/>
    <w:rsid w:val="00B47730"/>
    <w:rsid w:val="00BF2B48"/>
    <w:rsid w:val="00C363A6"/>
    <w:rsid w:val="00CB0664"/>
    <w:rsid w:val="00CC3817"/>
    <w:rsid w:val="00D42523"/>
    <w:rsid w:val="00E0663D"/>
    <w:rsid w:val="00F8544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08E73C"/>
  <w14:defaultImageDpi w14:val="330"/>
  <w15:docId w15:val="{427D19E8-80BE-4F5C-A084-765403860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cze">
    <w:name w:val="Hyperlink"/>
    <w:basedOn w:val="Domylnaczcionkaakapitu"/>
    <w:uiPriority w:val="99"/>
    <w:unhideWhenUsed/>
    <w:rsid w:val="003939D2"/>
    <w:rPr>
      <w:color w:val="0000FF" w:themeColor="hyperlink"/>
      <w:u w:val="single"/>
    </w:rPr>
  </w:style>
  <w:style w:type="table" w:customStyle="1" w:styleId="TableGrid">
    <w:name w:val="TableGrid"/>
    <w:rsid w:val="00D42523"/>
    <w:pPr>
      <w:spacing w:after="0" w:line="240" w:lineRule="auto"/>
    </w:pPr>
    <w:rPr>
      <w:kern w:val="2"/>
      <w:sz w:val="24"/>
      <w:szCs w:val="24"/>
      <w:lang w:val="pl-PL"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1823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kwpsp.wroc.pl" TargetMode="External"/><Relationship Id="rId3" Type="http://schemas.openxmlformats.org/officeDocument/2006/relationships/styles" Target="styles.xml"/><Relationship Id="rId7" Type="http://schemas.openxmlformats.org/officeDocument/2006/relationships/hyperlink" Target="mailto:swidnica@kwpsp.wroc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1058</Words>
  <Characters>6350</Characters>
  <Application>Microsoft Office Word</Application>
  <DocSecurity>0</DocSecurity>
  <Lines>52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subskrypcja@strazswidnica.pl</cp:lastModifiedBy>
  <cp:revision>10</cp:revision>
  <dcterms:created xsi:type="dcterms:W3CDTF">2026-04-15T10:20:00Z</dcterms:created>
  <dcterms:modified xsi:type="dcterms:W3CDTF">2026-05-11T14:34:00Z</dcterms:modified>
  <cp:category/>
</cp:coreProperties>
</file>