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F60D2" w14:textId="77777777" w:rsidR="00D42523" w:rsidRPr="00D42523" w:rsidRDefault="00D42523" w:rsidP="00D42523">
      <w:pPr>
        <w:spacing w:after="135" w:line="259" w:lineRule="auto"/>
        <w:ind w:right="86"/>
        <w:jc w:val="center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i/>
          <w:color w:val="000000"/>
          <w:kern w:val="2"/>
          <w:sz w:val="16"/>
          <w:szCs w:val="24"/>
          <w:lang w:val="pl-PL" w:eastAsia="pl-PL"/>
          <w14:ligatures w14:val="standardContextual"/>
        </w:rPr>
        <w:t>Wypełnia Administrator Danych Osobowych (dalej: Administrator</w:t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lang w:val="pl-PL" w:eastAsia="pl-PL"/>
          <w14:ligatures w14:val="standardContextual"/>
        </w:rPr>
        <w:t xml:space="preserve">) </w:t>
      </w:r>
    </w:p>
    <w:tbl>
      <w:tblPr>
        <w:tblStyle w:val="TableGrid"/>
        <w:tblpPr w:vertAnchor="text" w:tblpX="5862" w:tblpYSpec="top"/>
        <w:tblOverlap w:val="never"/>
        <w:tblW w:w="782" w:type="dxa"/>
        <w:tblInd w:w="0" w:type="dxa"/>
        <w:tblCellMar>
          <w:top w:w="32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82"/>
      </w:tblGrid>
      <w:tr w:rsidR="00D42523" w:rsidRPr="00D42523" w14:paraId="14D6003B" w14:textId="77777777" w:rsidTr="001F6423">
        <w:trPr>
          <w:trHeight w:val="20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14D5" w14:textId="77777777" w:rsidR="00D42523" w:rsidRPr="00D42523" w:rsidRDefault="00D42523" w:rsidP="00D42523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>DD  –  MM  -  RRRR</w:t>
            </w:r>
          </w:p>
        </w:tc>
      </w:tr>
    </w:tbl>
    <w:p w14:paraId="70D38A88" w14:textId="5A9EBF87" w:rsidR="00D42523" w:rsidRPr="00D42523" w:rsidRDefault="00D42523" w:rsidP="00D42523">
      <w:pPr>
        <w:spacing w:after="385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Numer wniosku  </w:t>
      </w:r>
      <w:r w:rsidRPr="00D42523">
        <w:rPr>
          <w:rFonts w:ascii="Times New Roman" w:eastAsia="Calibri" w:hAnsi="Times New Roman" w:cs="Times New Roman"/>
          <w:noProof/>
          <w:color w:val="000000"/>
          <w:kern w:val="2"/>
          <w:szCs w:val="24"/>
          <w:lang w:val="pl-PL" w:eastAsia="pl-PL"/>
          <w14:ligatures w14:val="standardContextual"/>
        </w:rPr>
        <mc:AlternateContent>
          <mc:Choice Requires="wpg">
            <w:drawing>
              <wp:inline distT="0" distB="0" distL="0" distR="0" wp14:anchorId="50B18AD6" wp14:editId="46281646">
                <wp:extent cx="316865" cy="90805"/>
                <wp:effectExtent l="0" t="0" r="0" b="0"/>
                <wp:docPr id="7806" name="Group 7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90805"/>
                          <a:chOff x="0" y="0"/>
                          <a:chExt cx="316865" cy="90805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316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90805">
                                <a:moveTo>
                                  <a:pt x="0" y="90805"/>
                                </a:moveTo>
                                <a:lnTo>
                                  <a:pt x="316865" y="90805"/>
                                </a:ln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00A146" id="Group 7806" o:spid="_x0000_s1026" style="width:24.95pt;height:7.15pt;mso-position-horizontal-relative:char;mso-position-vertical-relative:line" coordsize="31686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">
                <v:shape id="Shape 265" o:spid="_x0000_s1027" style="position:absolute;width:316865;height:90805;visibility:visible;mso-wrap-style:square;v-text-anchor:top" coordsize="3168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" path="m,90805r316865,l316865,,,,,90805xe" filled="f" strokeweight=".25pt">
                  <v:stroke miterlimit="83231f" joinstyle="miter"/>
                  <v:path arrowok="t" textboxrect="0,0,316865,90805"/>
                </v:shape>
                <w10:anchorlock/>
              </v:group>
            </w:pict>
          </mc:Fallback>
        </mc:AlternateConten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Data wpłynięcia wniosku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vertAlign w:val="superscript"/>
          <w:lang w:val="pl-PL" w:eastAsia="pl-PL"/>
          <w14:ligatures w14:val="standardContextual"/>
        </w:rPr>
        <w:t xml:space="preserve">                    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 </w:t>
      </w:r>
    </w:p>
    <w:p w14:paraId="7E767EF6" w14:textId="43703EB6" w:rsidR="00D42523" w:rsidRPr="00D42523" w:rsidRDefault="00D42523" w:rsidP="00D42523">
      <w:pPr>
        <w:spacing w:after="0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>Miejscowość: .....................................................  Data: ............................................................................</w:t>
      </w:r>
    </w:p>
    <w:p w14:paraId="6C64AE37" w14:textId="77777777" w:rsid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color w:val="000000"/>
          <w:kern w:val="2"/>
          <w:sz w:val="24"/>
          <w:szCs w:val="24"/>
          <w:lang w:val="pl-PL" w:eastAsia="pl-PL"/>
          <w14:ligatures w14:val="standardContextual"/>
        </w:rPr>
      </w:pPr>
    </w:p>
    <w:p w14:paraId="28654916" w14:textId="2025FCEC" w:rsidR="00D42523" w:rsidRP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</w:pPr>
      <w:r w:rsidRPr="00D42523"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  <w:t xml:space="preserve">WNIOSEK OSOBY FIZYCZNEJ O REALIZACJĘ PRAWA </w:t>
      </w:r>
    </w:p>
    <w:p w14:paraId="3D8D5149" w14:textId="77777777" w:rsidR="007E1A93" w:rsidRPr="001D41D7" w:rsidRDefault="007E1A93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48D0434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Dostępu do danych oraz uzyskania informacji (na podstawie art. 15 RODO)</w:t>
      </w:r>
      <w:r w:rsidRPr="001D41D7">
        <w:rPr>
          <w:vertAlign w:val="superscript"/>
          <w:lang w:val="pl-PL"/>
        </w:rPr>
        <w:t>1</w:t>
      </w:r>
      <w:r w:rsidRPr="001D41D7">
        <w:rPr>
          <w:lang w:val="pl-PL"/>
        </w:rPr>
        <w:t xml:space="preserve"> </w:t>
      </w:r>
    </w:p>
    <w:p w14:paraId="20E7185B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sprostowania danych (na podstawie art. 16 RODO)</w:t>
      </w:r>
      <w:r w:rsidRPr="001D41D7">
        <w:rPr>
          <w:vertAlign w:val="superscript"/>
          <w:lang w:val="pl-PL"/>
        </w:rPr>
        <w:t>2</w:t>
      </w:r>
      <w:r w:rsidRPr="001D41D7">
        <w:rPr>
          <w:lang w:val="pl-PL"/>
        </w:rPr>
        <w:t xml:space="preserve"> </w:t>
      </w:r>
    </w:p>
    <w:p w14:paraId="5C9E3040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usunięcia danych („prawo do bycia zapomnianym”) (na podstawie art. 17 RODO)</w:t>
      </w:r>
      <w:r w:rsidRPr="001D41D7">
        <w:rPr>
          <w:vertAlign w:val="superscript"/>
          <w:lang w:val="pl-PL"/>
        </w:rPr>
        <w:t>3</w:t>
      </w:r>
      <w:r w:rsidRPr="001D41D7">
        <w:rPr>
          <w:lang w:val="pl-PL"/>
        </w:rPr>
        <w:t xml:space="preserve"> </w:t>
      </w:r>
    </w:p>
    <w:p w14:paraId="3BADF53F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ograniczenia przetwarzania (na podstawie art. 18 RODO)</w:t>
      </w:r>
      <w:r w:rsidRPr="001D41D7">
        <w:rPr>
          <w:vertAlign w:val="superscript"/>
          <w:lang w:val="pl-PL"/>
        </w:rPr>
        <w:t>4</w:t>
      </w:r>
      <w:r w:rsidRPr="001D41D7">
        <w:rPr>
          <w:lang w:val="pl-PL"/>
        </w:rPr>
        <w:t xml:space="preserve"> </w:t>
      </w:r>
    </w:p>
    <w:p w14:paraId="1BA63E3E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przenoszenia danych do innego Administratora (na podstawie 20 RODO)</w:t>
      </w:r>
      <w:r w:rsidRPr="001D41D7">
        <w:rPr>
          <w:vertAlign w:val="superscript"/>
          <w:lang w:val="pl-PL"/>
        </w:rPr>
        <w:t>5</w:t>
      </w:r>
      <w:r w:rsidRPr="001D41D7">
        <w:rPr>
          <w:lang w:val="pl-PL"/>
        </w:rPr>
        <w:t xml:space="preserve"> </w:t>
      </w:r>
    </w:p>
    <w:p w14:paraId="53AE8785" w14:textId="77777777" w:rsidR="00D42523" w:rsidRPr="001D41D7" w:rsidRDefault="00D42523" w:rsidP="00D42523">
      <w:pPr>
        <w:spacing w:after="115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sprzeciwu wobec przetwarzania danych (na podstawie art.21 RODO)</w:t>
      </w:r>
      <w:r w:rsidRPr="001D41D7">
        <w:rPr>
          <w:vertAlign w:val="superscript"/>
          <w:lang w:val="pl-PL"/>
        </w:rPr>
        <w:t>6</w:t>
      </w:r>
      <w:r w:rsidRPr="001D41D7">
        <w:rPr>
          <w:lang w:val="pl-PL"/>
        </w:rPr>
        <w:t xml:space="preserve"> </w:t>
      </w:r>
    </w:p>
    <w:p w14:paraId="6991DF97" w14:textId="77777777" w:rsidR="00D42523" w:rsidRPr="001D41D7" w:rsidRDefault="00D42523" w:rsidP="00D42523">
      <w:pPr>
        <w:spacing w:after="252" w:line="259" w:lineRule="auto"/>
        <w:ind w:right="1360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niepodlegania pod decyzje oparte na zautomatyzowanym przetwarzaniu w tym profilowaniu  (na podstawie art. 22 RODO)</w:t>
      </w:r>
      <w:r w:rsidRPr="001D41D7">
        <w:rPr>
          <w:vertAlign w:val="superscript"/>
          <w:lang w:val="pl-PL"/>
        </w:rPr>
        <w:t>7</w:t>
      </w:r>
      <w:r w:rsidRPr="001D41D7">
        <w:rPr>
          <w:lang w:val="pl-PL"/>
        </w:rPr>
        <w:t xml:space="preserve"> </w:t>
      </w:r>
    </w:p>
    <w:p w14:paraId="1C3BA1BD" w14:textId="77777777" w:rsidR="00D42523" w:rsidRPr="001D41D7" w:rsidRDefault="00D42523" w:rsidP="00D42523">
      <w:pPr>
        <w:spacing w:after="33" w:line="259" w:lineRule="auto"/>
        <w:ind w:right="12"/>
        <w:rPr>
          <w:lang w:val="pl-PL"/>
        </w:rPr>
      </w:pPr>
      <w:r w:rsidRPr="001D41D7">
        <w:rPr>
          <w:lang w:val="pl-PL"/>
        </w:rPr>
        <w:t>□</w:t>
      </w:r>
      <w:r w:rsidRPr="001D41D7">
        <w:rPr>
          <w:rFonts w:ascii="Arial" w:eastAsia="Arial" w:hAnsi="Arial" w:cs="Arial"/>
          <w:lang w:val="pl-PL"/>
        </w:rPr>
        <w:t xml:space="preserve"> </w:t>
      </w:r>
      <w:r w:rsidRPr="001D41D7">
        <w:rPr>
          <w:lang w:val="pl-PL"/>
        </w:rPr>
        <w:t>Do uzyskania kopii danych (na podstawie art. 15 RODO)</w:t>
      </w:r>
      <w:r w:rsidRPr="001D41D7">
        <w:rPr>
          <w:vertAlign w:val="superscript"/>
          <w:lang w:val="pl-PL"/>
        </w:rPr>
        <w:t>8</w:t>
      </w:r>
      <w:r w:rsidRPr="001D41D7">
        <w:rPr>
          <w:lang w:val="pl-PL"/>
        </w:rPr>
        <w:t xml:space="preserve"> </w:t>
      </w:r>
      <w:bookmarkStart w:id="0" w:name="_GoBack"/>
      <w:bookmarkEnd w:id="0"/>
    </w:p>
    <w:p w14:paraId="12529E1F" w14:textId="77777777" w:rsidR="00D42523" w:rsidRPr="001D41D7" w:rsidRDefault="00D42523" w:rsidP="00D42523">
      <w:pPr>
        <w:spacing w:after="9" w:line="259" w:lineRule="auto"/>
        <w:ind w:left="1573" w:firstLine="587"/>
        <w:rPr>
          <w:sz w:val="21"/>
          <w:lang w:val="pl-PL"/>
        </w:rPr>
      </w:pPr>
    </w:p>
    <w:p w14:paraId="43926586" w14:textId="1B687B65" w:rsidR="003939D2" w:rsidRPr="001D41D7" w:rsidRDefault="00D42523" w:rsidP="006D00D4">
      <w:pPr>
        <w:spacing w:after="9" w:line="259" w:lineRule="auto"/>
        <w:ind w:left="720" w:firstLine="720"/>
        <w:rPr>
          <w:rFonts w:ascii="Times New Roman" w:hAnsi="Times New Roman" w:cs="Times New Roman"/>
          <w:lang w:val="pl-PL"/>
        </w:rPr>
      </w:pPr>
      <w:r w:rsidRPr="001D41D7">
        <w:rPr>
          <w:rFonts w:ascii="Times New Roman" w:hAnsi="Times New Roman" w:cs="Times New Roman"/>
          <w:lang w:val="pl-PL"/>
        </w:rPr>
        <w:t xml:space="preserve">Podmiot, do którego składany jest wniosek: </w:t>
      </w:r>
    </w:p>
    <w:p w14:paraId="747BA3FD" w14:textId="53579164" w:rsidR="00D42523" w:rsidRPr="001D41D7" w:rsidRDefault="00D42523" w:rsidP="006D00D4">
      <w:pPr>
        <w:pStyle w:val="Nagwek2"/>
        <w:spacing w:before="0" w:line="343" w:lineRule="auto"/>
        <w:ind w:left="1440"/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</w:pPr>
      <w:r w:rsidRPr="001D41D7">
        <w:rPr>
          <w:rFonts w:ascii="Times New Roman" w:eastAsia="Calibri" w:hAnsi="Times New Roman" w:cs="Times New Roman"/>
          <w:bCs w:val="0"/>
          <w:color w:val="auto"/>
          <w:sz w:val="24"/>
          <w:szCs w:val="24"/>
          <w:lang w:val="pl-PL"/>
        </w:rPr>
        <w:t>Nazwa:</w:t>
      </w:r>
      <w:r w:rsidR="006D00D4" w:rsidRPr="001D41D7">
        <w:rPr>
          <w:rFonts w:ascii="Times New Roman" w:eastAsia="Calibri" w:hAnsi="Times New Roman" w:cs="Times New Roman"/>
          <w:bCs w:val="0"/>
          <w:color w:val="auto"/>
          <w:sz w:val="24"/>
          <w:szCs w:val="24"/>
          <w:lang w:val="pl-PL"/>
        </w:rPr>
        <w:t xml:space="preserve"> </w:t>
      </w:r>
      <w:r w:rsidR="001D41D7"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>Komendant Powiatowy</w:t>
      </w:r>
      <w:r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 xml:space="preserve"> Państwo</w:t>
      </w:r>
      <w:r w:rsidR="001D41D7"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 xml:space="preserve">wej Straży Pożarnej </w:t>
      </w:r>
      <w:r w:rsidR="001D41D7"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br/>
        <w:t>w Złotoryi</w:t>
      </w:r>
      <w:r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 xml:space="preserve">; ul. </w:t>
      </w:r>
      <w:r w:rsidR="001D41D7"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>Legnicka 49, 59- 500 Złotoryja</w:t>
      </w:r>
      <w:r w:rsidR="006D00D4" w:rsidRPr="001D41D7">
        <w:rPr>
          <w:rFonts w:ascii="Times New Roman" w:hAnsi="Times New Roman" w:cs="Times New Roman"/>
          <w:bCs w:val="0"/>
          <w:color w:val="auto"/>
          <w:sz w:val="24"/>
          <w:szCs w:val="24"/>
          <w:lang w:val="pl-PL"/>
        </w:rPr>
        <w:t>.</w:t>
      </w:r>
    </w:p>
    <w:p w14:paraId="223F90CE" w14:textId="0602C34A" w:rsidR="00D42523" w:rsidRPr="001D41D7" w:rsidRDefault="00D42523" w:rsidP="00D42523">
      <w:pPr>
        <w:pStyle w:val="Nagwek2"/>
        <w:spacing w:after="31" w:line="343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pl-PL"/>
        </w:rPr>
        <w:t xml:space="preserve">Na podstawie artykułu 12-22 Rozporządzenia Parlamentu Europejskiego i Rady (UE) 2016/679 z dnia 27 kwietnia 2016r. (RODO) w sprawie ochrony osób fizycznych </w:t>
      </w:r>
      <w:r w:rsidRPr="001D41D7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pl-PL"/>
        </w:rPr>
        <w:br/>
        <w:t xml:space="preserve">w związku z przetwarzaniem danych osobowych i w sprawie swobodnego przepływu takich danych, proszę o realizację praw w związku z przetwarzaniem moich danych osobowych. </w:t>
      </w:r>
    </w:p>
    <w:p w14:paraId="2D18E46D" w14:textId="77777777" w:rsidR="00D42523" w:rsidRPr="001D41D7" w:rsidRDefault="00D42523" w:rsidP="00D42523">
      <w:pPr>
        <w:numPr>
          <w:ilvl w:val="0"/>
          <w:numId w:val="10"/>
        </w:numPr>
        <w:spacing w:after="77" w:line="265" w:lineRule="auto"/>
        <w:ind w:left="284" w:hanging="284"/>
        <w:rPr>
          <w:rFonts w:ascii="Times New Roman" w:hAnsi="Times New Roman" w:cs="Times New Roman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 xml:space="preserve">Dane osoby wnioskującej niezbędne do identyfikacji w zbiorach Administratora: </w:t>
      </w:r>
    </w:p>
    <w:p w14:paraId="70316894" w14:textId="77777777" w:rsidR="00D42523" w:rsidRPr="001D41D7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>Imię ....................................................................... Nazwisko ..............................................</w:t>
      </w:r>
    </w:p>
    <w:p w14:paraId="2EFFE22B" w14:textId="6E6ADEB1" w:rsidR="00D42523" w:rsidRPr="001D41D7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>Adres e-mail/numer telefonu ................................................................................................</w:t>
      </w:r>
    </w:p>
    <w:p w14:paraId="77468A00" w14:textId="77777777" w:rsidR="00D42523" w:rsidRPr="001D41D7" w:rsidRDefault="00D42523" w:rsidP="00D42523">
      <w:pPr>
        <w:spacing w:after="32" w:line="335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29946AC8" w14:textId="77777777" w:rsidR="00D42523" w:rsidRPr="001D41D7" w:rsidRDefault="00D42523" w:rsidP="00D42523">
      <w:pPr>
        <w:numPr>
          <w:ilvl w:val="0"/>
          <w:numId w:val="10"/>
        </w:numPr>
        <w:spacing w:after="90" w:line="265" w:lineRule="auto"/>
        <w:ind w:left="284" w:hanging="284"/>
        <w:rPr>
          <w:rFonts w:ascii="Times New Roman" w:hAnsi="Times New Roman" w:cs="Times New Roman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 xml:space="preserve">Dodatkowe informacje umożliwiające identyfikację osoby przez Administratora: </w:t>
      </w:r>
    </w:p>
    <w:p w14:paraId="3DD1485B" w14:textId="311A5346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D425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D42523">
        <w:rPr>
          <w:rFonts w:ascii="Times New Roman" w:hAnsi="Times New Roman" w:cs="Times New Roman"/>
          <w:sz w:val="24"/>
          <w:szCs w:val="24"/>
        </w:rPr>
        <w:t xml:space="preserve">….. </w:t>
      </w:r>
    </w:p>
    <w:p w14:paraId="3A363416" w14:textId="77777777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5883F8AE" w14:textId="77777777" w:rsidR="00D42523" w:rsidRP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20D1B2C3" w14:textId="77777777" w:rsidR="00D42523" w:rsidRPr="00D42523" w:rsidRDefault="00D42523" w:rsidP="00D42523">
      <w:pPr>
        <w:numPr>
          <w:ilvl w:val="0"/>
          <w:numId w:val="10"/>
        </w:numPr>
        <w:spacing w:after="0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lastRenderedPageBreak/>
        <w:t>Uzasadnienie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C3A54E" w14:textId="689A2C9C" w:rsidR="00D42523" w:rsidRPr="00D42523" w:rsidRDefault="00D42523" w:rsidP="00D42523">
      <w:pPr>
        <w:tabs>
          <w:tab w:val="center" w:pos="379"/>
          <w:tab w:val="center" w:pos="5517"/>
        </w:tabs>
        <w:spacing w:after="72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sz w:val="21"/>
        </w:rPr>
        <w:t xml:space="preserve"> </w:t>
      </w:r>
      <w:r w:rsidRPr="00D42523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</w:p>
    <w:p w14:paraId="17A9593C" w14:textId="77777777" w:rsidR="00D42523" w:rsidRDefault="00D42523" w:rsidP="00D42523">
      <w:pPr>
        <w:numPr>
          <w:ilvl w:val="0"/>
          <w:numId w:val="10"/>
        </w:numPr>
        <w:spacing w:after="256" w:line="265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Wnioskowany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sposób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odbioru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2CF2C" w14:textId="77777777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Osobiście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siedzibie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AA7BA" w14:textId="4923B0DA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Listownie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>: ……………………………………….</w:t>
      </w:r>
      <w:r w:rsidRPr="00D425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3B13DAC" w14:textId="67DDD833" w:rsidR="00D42523" w:rsidRPr="001D41D7" w:rsidRDefault="00D42523" w:rsidP="00D42523">
      <w:pPr>
        <w:spacing w:after="0" w:line="259" w:lineRule="auto"/>
        <w:ind w:right="12"/>
        <w:rPr>
          <w:rFonts w:ascii="Times New Roman" w:eastAsia="Microsoft Sans Serif" w:hAnsi="Times New Roman" w:cs="Times New Roman"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sz w:val="24"/>
          <w:szCs w:val="24"/>
          <w:lang w:val="pl-PL"/>
        </w:rPr>
        <w:t>□</w:t>
      </w:r>
      <w:r w:rsidRPr="001D41D7">
        <w:rPr>
          <w:rFonts w:ascii="Times New Roman" w:eastAsia="Arial" w:hAnsi="Times New Roman" w:cs="Times New Roman"/>
          <w:sz w:val="24"/>
          <w:szCs w:val="24"/>
          <w:lang w:val="pl-PL"/>
        </w:rPr>
        <w:t xml:space="preserve"> </w:t>
      </w:r>
      <w:r w:rsidRPr="001D41D7">
        <w:rPr>
          <w:rFonts w:ascii="Times New Roman" w:hAnsi="Times New Roman" w:cs="Times New Roman"/>
          <w:sz w:val="24"/>
          <w:szCs w:val="24"/>
          <w:lang w:val="pl-PL"/>
        </w:rPr>
        <w:t>Pocztą elektroniczną na podany adres e-mail:</w:t>
      </w:r>
      <w:r w:rsidRPr="001D41D7">
        <w:rPr>
          <w:rFonts w:ascii="Times New Roman" w:eastAsia="Microsoft Sans Serif" w:hAnsi="Times New Roman" w:cs="Times New Roman"/>
          <w:sz w:val="24"/>
          <w:szCs w:val="24"/>
          <w:lang w:val="pl-PL"/>
        </w:rPr>
        <w:t xml:space="preserve"> ………………………………</w:t>
      </w:r>
    </w:p>
    <w:p w14:paraId="130E297E" w14:textId="77777777" w:rsidR="00D42523" w:rsidRPr="001D41D7" w:rsidRDefault="00D42523" w:rsidP="00D42523">
      <w:pPr>
        <w:spacing w:after="0" w:line="259" w:lineRule="auto"/>
        <w:ind w:right="12"/>
        <w:rPr>
          <w:rFonts w:ascii="Times New Roman" w:hAnsi="Times New Roman" w:cs="Times New Roman"/>
          <w:sz w:val="24"/>
          <w:szCs w:val="24"/>
          <w:lang w:val="pl-PL"/>
        </w:rPr>
      </w:pPr>
    </w:p>
    <w:p w14:paraId="1A911182" w14:textId="164D7429" w:rsidR="00D42523" w:rsidRPr="001D41D7" w:rsidRDefault="00D42523" w:rsidP="00D42523">
      <w:pPr>
        <w:spacing w:after="0" w:line="240" w:lineRule="auto"/>
        <w:ind w:left="4820" w:right="12"/>
        <w:rPr>
          <w:lang w:val="pl-PL"/>
        </w:rPr>
      </w:pPr>
      <w:r w:rsidRPr="001D41D7">
        <w:rPr>
          <w:sz w:val="19"/>
          <w:lang w:val="pl-PL"/>
        </w:rPr>
        <w:t xml:space="preserve">……………………………………………..…………………… </w:t>
      </w:r>
    </w:p>
    <w:p w14:paraId="73FE9454" w14:textId="77777777" w:rsidR="00D42523" w:rsidRPr="001D41D7" w:rsidRDefault="00D42523" w:rsidP="00D42523">
      <w:pPr>
        <w:spacing w:after="1000" w:line="240" w:lineRule="auto"/>
        <w:ind w:left="5245" w:right="12" w:hanging="283"/>
        <w:rPr>
          <w:rFonts w:ascii="Times New Roman" w:hAnsi="Times New Roman" w:cs="Times New Roman"/>
          <w:sz w:val="19"/>
          <w:lang w:val="pl-PL"/>
        </w:rPr>
      </w:pPr>
      <w:r w:rsidRPr="001D41D7">
        <w:rPr>
          <w:rFonts w:ascii="Times New Roman" w:hAnsi="Times New Roman" w:cs="Times New Roman"/>
          <w:sz w:val="19"/>
          <w:lang w:val="pl-PL"/>
        </w:rPr>
        <w:t xml:space="preserve">Czytelny podpis osoby składającej wniosek </w:t>
      </w:r>
    </w:p>
    <w:p w14:paraId="3F978F11" w14:textId="3FB73F27" w:rsidR="00D42523" w:rsidRPr="001D41D7" w:rsidRDefault="00D42523" w:rsidP="00D42523">
      <w:pPr>
        <w:spacing w:after="0" w:line="240" w:lineRule="auto"/>
        <w:ind w:right="12"/>
        <w:rPr>
          <w:rFonts w:ascii="Times New Roman" w:hAnsi="Times New Roman" w:cs="Times New Roman"/>
          <w:sz w:val="19"/>
          <w:lang w:val="pl-PL"/>
        </w:rPr>
      </w:pPr>
      <w:r w:rsidRPr="001D41D7">
        <w:rPr>
          <w:rFonts w:ascii="Times New Roman" w:eastAsia="Calibri" w:hAnsi="Times New Roman" w:cs="Times New Roman"/>
          <w:b/>
          <w:sz w:val="18"/>
          <w:szCs w:val="18"/>
          <w:lang w:val="pl-PL"/>
        </w:rPr>
        <w:t xml:space="preserve">Wyjaśnienia </w:t>
      </w:r>
    </w:p>
    <w:p w14:paraId="34585D23" w14:textId="77777777" w:rsidR="00D42523" w:rsidRPr="001D41D7" w:rsidRDefault="00D42523" w:rsidP="00D42523">
      <w:pPr>
        <w:numPr>
          <w:ilvl w:val="1"/>
          <w:numId w:val="11"/>
        </w:numPr>
        <w:spacing w:after="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Prosimy o czytelne wypełnienie formularza DRUKOWANYMI LITERAMI. </w:t>
      </w:r>
    </w:p>
    <w:p w14:paraId="3CF9D903" w14:textId="77777777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Administrator ma prawo odmówić przekazania danych lub zmienić formę odbioru w sytuacji, kiedy nie jest w stanie prawidłowo zidentyfikować osoby wnioskującej. </w:t>
      </w:r>
    </w:p>
    <w:p w14:paraId="58072500" w14:textId="77777777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Na potrzeby rozpatrzenia wniosku i jego dalszej realizacji może być wymagane podanie dodatkowych danych Pani/Pana identyfikujących. </w:t>
      </w:r>
    </w:p>
    <w:p w14:paraId="252353D5" w14:textId="77777777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W sytuacji, kiedy żądania osoby zostaną uznane za nadmierne lub nieuzasadnione, Administrator może pobrać opłatę stosowną do kosztów udzielenia odpowiedzi, informując wcześniej osobę wnioskującą o wysokości opłaty. </w:t>
      </w:r>
    </w:p>
    <w:p w14:paraId="5753DC42" w14:textId="77777777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Szczegółowe informacje na temat udzielania odpowiedzi można uzyskać poprzez kontakt z naszym Inspektorem Ochrony Danych. </w:t>
      </w:r>
    </w:p>
    <w:p w14:paraId="4735AD90" w14:textId="77777777" w:rsidR="00D42523" w:rsidRPr="001D41D7" w:rsidRDefault="00D42523" w:rsidP="00D42523">
      <w:pPr>
        <w:numPr>
          <w:ilvl w:val="1"/>
          <w:numId w:val="11"/>
        </w:numPr>
        <w:spacing w:after="7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W sytuacji, kiedy żądania osoby zostaną uznane za nadmierne lub nieuzasadnione, Administrator może pobrać opłatę stosowną do kosztów udzielenia odpowiedzi, informując wcześniej osobę wnioskującą o wysokości opłaty. </w:t>
      </w:r>
    </w:p>
    <w:p w14:paraId="71504221" w14:textId="3064E704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Odpowiedź na zgłoszenie zostanie udzielona niezwłocznie, nie później niż wciągu miesiąca od jego otrzymania. </w:t>
      </w:r>
      <w:r w:rsidR="00CC3817" w:rsidRPr="001D41D7">
        <w:rPr>
          <w:rFonts w:ascii="Times New Roman" w:hAnsi="Times New Roman" w:cs="Times New Roman"/>
          <w:sz w:val="18"/>
          <w:szCs w:val="18"/>
          <w:lang w:val="pl-PL"/>
        </w:rPr>
        <w:br/>
      </w: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W razie konieczności przedłużenia tego terminu, Administrator poinformuje osobę składającą wniosek o przyczynach takiego przedłużenia. </w:t>
      </w:r>
    </w:p>
    <w:p w14:paraId="2F05DD82" w14:textId="77777777" w:rsidR="00D42523" w:rsidRPr="001D41D7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1D41D7">
        <w:rPr>
          <w:rFonts w:ascii="Times New Roman" w:hAnsi="Times New Roman" w:cs="Times New Roman"/>
          <w:sz w:val="18"/>
          <w:szCs w:val="18"/>
          <w:lang w:val="pl-PL"/>
        </w:rPr>
        <w:t xml:space="preserve">Odpowiedź będzie udzielana zgodnie wybraną opcją określoną we wniosku </w:t>
      </w:r>
    </w:p>
    <w:p w14:paraId="40F28287" w14:textId="77777777" w:rsidR="00D42523" w:rsidRPr="001D41D7" w:rsidRDefault="00D42523" w:rsidP="00D42523">
      <w:pPr>
        <w:spacing w:after="1000" w:line="240" w:lineRule="auto"/>
        <w:ind w:right="12"/>
        <w:rPr>
          <w:lang w:val="pl-PL"/>
        </w:rPr>
      </w:pPr>
    </w:p>
    <w:p w14:paraId="359E2088" w14:textId="09377224" w:rsidR="00D42523" w:rsidRDefault="00CC3817" w:rsidP="00CC3817">
      <w:pPr>
        <w:spacing w:after="256" w:line="265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CE3479D" wp14:editId="2D574D26">
            <wp:extent cx="5486400" cy="8099561"/>
            <wp:effectExtent l="0" t="0" r="0" b="0"/>
            <wp:docPr id="8369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1783" w14:textId="675A5C0B" w:rsidR="003939D2" w:rsidRPr="001D41D7" w:rsidRDefault="003939D2" w:rsidP="003939D2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val="pl-PL"/>
        </w:rPr>
      </w:pPr>
      <w:r w:rsidRPr="001D41D7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>KLAUZULA INFORMACYJNA O PRZETWARZANIU DANYCH OSOBOWYCH</w:t>
      </w:r>
      <w:r w:rsidR="00F85442" w:rsidRPr="001D41D7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dla osób realizujących wniosek</w:t>
      </w:r>
    </w:p>
    <w:p w14:paraId="626368F9" w14:textId="77777777" w:rsidR="003939D2" w:rsidRPr="00695E7F" w:rsidRDefault="003939D2" w:rsidP="003939D2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(art. 13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ust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. 1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 2 RODO*)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939D2" w:rsidRPr="001D41D7" w14:paraId="2B87521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BEF9F1" w14:textId="77777777" w:rsidR="003939D2" w:rsidRPr="001D41D7" w:rsidRDefault="003939D2" w:rsidP="001F6423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Administrator Danych Osobowych i kontakt:</w:t>
            </w:r>
          </w:p>
        </w:tc>
      </w:tr>
      <w:tr w:rsidR="003939D2" w:rsidRPr="002F5379" w14:paraId="1E3F4B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1766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highlight w:val="yellow"/>
                <w:lang w:val="pl-PL"/>
              </w:rPr>
              <w:t xml:space="preserve">Dolnośląski Komendant Wojewódzki Państwowej Straży Pożarnej we Wrocławiu; </w:t>
            </w:r>
            <w:r w:rsidRPr="001D41D7">
              <w:rPr>
                <w:rFonts w:ascii="Times New Roman" w:hAnsi="Times New Roman" w:cs="Times New Roman"/>
                <w:sz w:val="20"/>
                <w:szCs w:val="20"/>
                <w:highlight w:val="yellow"/>
                <w:lang w:val="pl-PL"/>
              </w:rPr>
              <w:br/>
              <w:t xml:space="preserve">ul. </w:t>
            </w:r>
            <w:proofErr w:type="spellStart"/>
            <w:r w:rsidRPr="00E0663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Borowska</w:t>
            </w:r>
            <w:proofErr w:type="spellEnd"/>
            <w:r w:rsidRPr="00E0663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138, 50-552 </w:t>
            </w:r>
            <w:proofErr w:type="spellStart"/>
            <w:r w:rsidRPr="00E0663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Wrocław</w:t>
            </w:r>
            <w:proofErr w:type="spellEnd"/>
            <w:r w:rsidRPr="00E0663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, tel. 71 3682100, e-mail: </w:t>
            </w:r>
            <w:hyperlink r:id="rId7" w:history="1">
              <w:r w:rsidRPr="00E0663D">
                <w:rPr>
                  <w:rStyle w:val="Hipercze"/>
                  <w:rFonts w:ascii="Times New Roman" w:hAnsi="Times New Roman" w:cs="Times New Roman"/>
                  <w:sz w:val="20"/>
                  <w:szCs w:val="20"/>
                  <w:highlight w:val="yellow"/>
                </w:rPr>
                <w:t>kw@kwpsp.wroc.pl</w:t>
              </w:r>
            </w:hyperlink>
          </w:p>
        </w:tc>
      </w:tr>
      <w:tr w:rsidR="003939D2" w:rsidRPr="001D41D7" w14:paraId="2E78C95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4A8261" w14:textId="77777777" w:rsidR="003939D2" w:rsidRPr="001D41D7" w:rsidRDefault="003939D2" w:rsidP="001F6423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Dane kontaktowe Inspektora Ochrony Danych:</w:t>
            </w:r>
          </w:p>
        </w:tc>
      </w:tr>
      <w:tr w:rsidR="003939D2" w:rsidRPr="002F5379" w14:paraId="51D855F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3D9B" w14:textId="0FC72ACB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celu zapewnienia bezpieczeństwa przetwarzania danych osobowych oraz ułatwienia kontaktu </w:t>
            </w:r>
            <w:r w:rsidR="00CC3817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zakresie realizacji praw osób, których dane dotyczą może Pani/Pan skontaktować się z wyznaczonym przez Administratora Inspektorem Ochrony Danych  telefonicznie pod nr tel. 71 3682213, e-mail: </w:t>
            </w:r>
            <w:hyperlink r:id="rId8" w:history="1">
              <w:r w:rsidRPr="001D41D7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pl-PL"/>
                </w:rPr>
                <w:t>iod@kwpsp.wroc.pl</w:t>
              </w:r>
            </w:hyperlink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. lub listownie na adres: Komenda Wojewódzka PSP we Wrocławiu, ul.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Borowska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138, 50-552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Wrocław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39D2" w:rsidRPr="001D41D7" w14:paraId="302C474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6621D1" w14:textId="77777777" w:rsidR="003939D2" w:rsidRPr="001D41D7" w:rsidRDefault="003939D2" w:rsidP="001F6423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Cele i podstawy prawne przetwarzania danych osobowych:</w:t>
            </w:r>
          </w:p>
        </w:tc>
      </w:tr>
      <w:tr w:rsidR="003939D2" w:rsidRPr="001D41D7" w14:paraId="2B4F7DBD" w14:textId="77777777" w:rsidTr="00CC3817">
        <w:trPr>
          <w:trHeight w:val="722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5C01" w14:textId="658646CC" w:rsidR="003939D2" w:rsidRPr="001D41D7" w:rsidRDefault="003939D2" w:rsidP="00CC381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Pani/Pana dane osobowe będą przetwarzane w celu realizacji wniosku dotyczącego wykonywania praw osoby, której dane dotyczą, </w:t>
            </w:r>
            <w:r w:rsidR="00F85442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w związku z art. 15, art., 16, art. 17, art. 18, art. 20, art. 21, art. 22 RODO, </w:t>
            </w:r>
            <w:r w:rsidR="00F85442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  <w:t>w myśl przepisów</w:t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art. 6 ust. 1 lit. c, e RODO, art. 9 ust. 2 lit. g RODO (jeżeli dotyczy).</w:t>
            </w:r>
          </w:p>
        </w:tc>
      </w:tr>
      <w:tr w:rsidR="003939D2" w:rsidRPr="002F5379" w14:paraId="053BB01F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977A4D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Odbiorcy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1D41D7" w14:paraId="00396D8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4810" w14:textId="6AD1DEDE" w:rsidR="003939D2" w:rsidRPr="001D41D7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Dane osobowe możemy przekazywać i udostępniać wyłącznie podmiotom uprawnionym na podstawie obowiązujących przepisów prawa. Są nimi m.in.: w zakresie e-doręczeń Poczta Polska S.A., jako dostawca publiczny oraz ministrowi właściwemu do spraw cyfryzacji w związku z zamieszczeniem danych w bazie adresów elektronicznych lub  komercyjnym  dostawcom niepublicznym wpisanym  </w:t>
            </w:r>
            <w:r w:rsidR="00CC3817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do rejestru prowadzonego przez Ministra Cyfryzacji. W pozostałym zakresie innym podmiotom świadczącym usługi pocztowe, telekomunikacyjne, bankowe oraz innym podmiotom publicznym, </w:t>
            </w:r>
            <w:r w:rsidR="00CC3817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gdy wystąpią z takim żądaniem, oczywiście w oparciu o stosowną podstawę prawną. Państwa dane osobowe możemy także przekazywać podmiotom, które przetwarzają je na zlecenie Administratora tzw. podmiotom przetwarzającym, są nimi np.: podmioty świadczące dla administratora usługi wsparcia </w:t>
            </w:r>
            <w:r w:rsidR="00CC3817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w zakresie teleinformatycznym np. w zakresie fizycznego wybrakowania i zniszczenia dokumentów, firma  zapewniająca wsparcie techniczne IT.</w:t>
            </w:r>
          </w:p>
        </w:tc>
      </w:tr>
      <w:tr w:rsidR="003939D2" w:rsidRPr="002F5379" w14:paraId="167A7D79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A7941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Obowiązek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3CFA6A6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5C65" w14:textId="0D01A340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Podanie przez Panią/Pana danych osobowych jest dobrowolne, ale niezbędne do rozpatrzenia wniosku.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Konsekwencją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niepodania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będzie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brak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możliwości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rozpatrzenia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</w:tc>
      </w:tr>
      <w:tr w:rsidR="003939D2" w:rsidRPr="001D41D7" w14:paraId="7FF55EEB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D0D7D8" w14:textId="77777777" w:rsidR="003939D2" w:rsidRPr="001D41D7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Prawa związane z przetwarzaniem danych osobowych:</w:t>
            </w:r>
          </w:p>
        </w:tc>
      </w:tr>
      <w:tr w:rsidR="003939D2" w:rsidRPr="001D41D7" w14:paraId="638D25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5B7B" w14:textId="473AE78D" w:rsidR="003939D2" w:rsidRPr="001D41D7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Posiada Pani/Pan prawo żądania dostępu do treści swoich danych, a także prawo ich sprostowania (poprawiania)</w:t>
            </w:r>
            <w:bookmarkStart w:id="1" w:name="__DdeLink__4297_275676422"/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, żądania usunięcia, ograniczenia przetwarzania, prawo do przenoszenia danych, prawo wniesienia sprzeciwu, a także prawo wniesienia skargi do organu nadzorczego - Prezesa UODO Wymienione prawa mogą być ograniczone, </w:t>
            </w:r>
            <w:bookmarkEnd w:id="1"/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kiedy Administrator jest zobowiązany prawnie </w:t>
            </w:r>
            <w:r w:rsidR="00CC3817"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do przetwarzania danych w celu realizacji obowiązku ustawowego lub występują inne nadrzędne prawne podstawy przetwarzania.</w:t>
            </w:r>
            <w:r w:rsidRPr="001D41D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pl-PL"/>
              </w:rPr>
              <w:t>.</w:t>
            </w:r>
          </w:p>
        </w:tc>
      </w:tr>
      <w:tr w:rsidR="003939D2" w:rsidRPr="002F5379" w14:paraId="3DC3A2B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ED73A" w14:textId="77777777" w:rsidR="003939D2" w:rsidRPr="002F5379" w:rsidRDefault="003939D2" w:rsidP="001F64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1D41D7" w14:paraId="15F20C8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12E1" w14:textId="39D1E23E" w:rsidR="003939D2" w:rsidRPr="001D41D7" w:rsidRDefault="003939D2" w:rsidP="001F6423">
            <w:pPr>
              <w:jc w:val="both"/>
              <w:rPr>
                <w:rFonts w:ascii="Times New Roman" w:eastAsiaTheme="minorHAnsi" w:hAnsi="Times New Roman" w:cs="Times New Roman"/>
                <w:color w:val="000000"/>
                <w:kern w:val="2"/>
                <w:sz w:val="20"/>
                <w:szCs w:val="20"/>
                <w:lang w:val="pl-PL"/>
                <w14:ligatures w14:val="standardContextual"/>
              </w:rPr>
            </w:pPr>
            <w:r w:rsidRPr="001D41D7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W każdej chwili przysługuje Pani/Panu prawo do wniesienia sprzeciwu wobec przetwarzania danych osobowych. Przestaniemy przetwarzać Pani/Pana dane w tych celach, chyba że będziemy w stanie wykazać, że w stosunku do Pani/Pana danych istnieją dla nas ważne prawnie uzasadnione podstawy, które są nadrzędne wobec Pani/Pana interesów, praw i wolności lub Pani/Pana dane będą nam niezbędne </w:t>
            </w:r>
            <w:r w:rsidR="00CC3817" w:rsidRPr="001D41D7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br/>
            </w:r>
            <w:r w:rsidRPr="001D41D7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do ewentualnego ustalenia, dochodzenia lub obrony roszczeń.</w:t>
            </w:r>
          </w:p>
        </w:tc>
      </w:tr>
      <w:tr w:rsidR="003939D2" w:rsidRPr="002F5379" w14:paraId="316B540E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D70870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przechowywania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1D41D7" w14:paraId="5C4C5C5C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6CBC" w14:textId="501BC496" w:rsidR="003939D2" w:rsidRPr="001D41D7" w:rsidRDefault="00F8544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1D41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Dane osobowe będą przechowywane przez okres niezbędny do realizacji wniosku, a następnie przez czas wynikający z przepisów prawa, w szczególności przepisów o archiwizacji.</w:t>
            </w:r>
          </w:p>
        </w:tc>
      </w:tr>
    </w:tbl>
    <w:p w14:paraId="0496E4C9" w14:textId="43E12C14" w:rsidR="007E1A93" w:rsidRPr="001D41D7" w:rsidRDefault="003939D2" w:rsidP="00CC3817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  <w:lang w:val="pl-PL"/>
          <w14:ligatures w14:val="standardContextual"/>
        </w:rPr>
      </w:pPr>
      <w:r w:rsidRPr="001D41D7">
        <w:rPr>
          <w:rFonts w:ascii="Times New Roman" w:hAnsi="Times New Roman" w:cs="Times New Roman"/>
          <w:i/>
          <w:iCs/>
          <w:sz w:val="20"/>
          <w:szCs w:val="20"/>
          <w:lang w:val="pl-PL"/>
        </w:rPr>
        <w:t xml:space="preserve">*RODO - rozporządzenie Parlamentu Europejskiego i Rady (UE) 2016/679 z 27 kwietnia 2016 r. </w:t>
      </w:r>
      <w:r w:rsidR="00F85442" w:rsidRPr="001D41D7">
        <w:rPr>
          <w:rFonts w:ascii="Times New Roman" w:hAnsi="Times New Roman" w:cs="Times New Roman"/>
          <w:i/>
          <w:iCs/>
          <w:sz w:val="20"/>
          <w:szCs w:val="20"/>
          <w:lang w:val="pl-PL"/>
        </w:rPr>
        <w:br/>
      </w:r>
      <w:r w:rsidRPr="001D41D7">
        <w:rPr>
          <w:rFonts w:ascii="Times New Roman" w:hAnsi="Times New Roman" w:cs="Times New Roman"/>
          <w:i/>
          <w:iCs/>
          <w:sz w:val="20"/>
          <w:szCs w:val="20"/>
          <w:lang w:val="pl-PL"/>
        </w:rPr>
        <w:t>w sprawie ochrony osób fizycznych w związku z przetwarzaniem danych osobowych i w sprawie swobodnego przepływu takich danych oraz uchylenia dyrektywy 95/46/WE (ogólne rozporządzenie o ochronie danych)</w:t>
      </w:r>
    </w:p>
    <w:p w14:paraId="09252BEF" w14:textId="77777777" w:rsidR="007E1A93" w:rsidRPr="001D41D7" w:rsidRDefault="007E1A93">
      <w:pPr>
        <w:rPr>
          <w:rFonts w:ascii="Times New Roman" w:hAnsi="Times New Roman" w:cs="Times New Roman"/>
          <w:sz w:val="24"/>
          <w:szCs w:val="24"/>
          <w:lang w:val="pl-PL"/>
        </w:rPr>
      </w:pPr>
    </w:p>
    <w:sectPr w:rsidR="007E1A93" w:rsidRPr="001D41D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DE6E64"/>
    <w:multiLevelType w:val="hybridMultilevel"/>
    <w:tmpl w:val="42D2C68A"/>
    <w:lvl w:ilvl="0" w:tplc="382202DE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B6CE7E">
      <w:start w:val="1"/>
      <w:numFmt w:val="decimal"/>
      <w:lvlText w:val="%2.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B406CE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6C53F4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624B00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B834D0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9C2656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E6BE16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0A19E0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FC1740"/>
    <w:multiLevelType w:val="hybridMultilevel"/>
    <w:tmpl w:val="0812D518"/>
    <w:lvl w:ilvl="0" w:tplc="FFFFFFFF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1200" w:hanging="360"/>
      </w:pPr>
    </w:lvl>
    <w:lvl w:ilvl="2" w:tplc="FFFFFFFF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D41D7"/>
    <w:rsid w:val="0029639D"/>
    <w:rsid w:val="00326F90"/>
    <w:rsid w:val="003939D2"/>
    <w:rsid w:val="00501953"/>
    <w:rsid w:val="006D00D4"/>
    <w:rsid w:val="007E1A93"/>
    <w:rsid w:val="00912E7C"/>
    <w:rsid w:val="00AA1D8D"/>
    <w:rsid w:val="00B47730"/>
    <w:rsid w:val="00C363A6"/>
    <w:rsid w:val="00CB0664"/>
    <w:rsid w:val="00CC3817"/>
    <w:rsid w:val="00D42523"/>
    <w:rsid w:val="00E0663D"/>
    <w:rsid w:val="00F854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8E73C"/>
  <w14:defaultImageDpi w14:val="330"/>
  <w15:docId w15:val="{427D19E8-80BE-4F5C-A084-76540386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3939D2"/>
    <w:rPr>
      <w:color w:val="0000FF" w:themeColor="hyperlink"/>
      <w:u w:val="single"/>
    </w:rPr>
  </w:style>
  <w:style w:type="table" w:customStyle="1" w:styleId="TableGrid">
    <w:name w:val="TableGrid"/>
    <w:rsid w:val="00D42523"/>
    <w:pPr>
      <w:spacing w:after="0" w:line="240" w:lineRule="auto"/>
    </w:pPr>
    <w:rPr>
      <w:kern w:val="2"/>
      <w:sz w:val="24"/>
      <w:szCs w:val="24"/>
      <w:lang w:val="pl-PL"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wpsp.wroc.pl" TargetMode="External"/><Relationship Id="rId3" Type="http://schemas.openxmlformats.org/officeDocument/2006/relationships/styles" Target="styles.xml"/><Relationship Id="rId7" Type="http://schemas.openxmlformats.org/officeDocument/2006/relationships/hyperlink" Target="mailto:kw@kwpsp.wroc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20B973-4E9A-4CBF-BA53-D59C82DD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1057</Words>
  <Characters>6346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M.Grubczyński</cp:lastModifiedBy>
  <cp:revision>8</cp:revision>
  <dcterms:created xsi:type="dcterms:W3CDTF">2026-04-15T10:20:00Z</dcterms:created>
  <dcterms:modified xsi:type="dcterms:W3CDTF">2026-05-05T07:56:00Z</dcterms:modified>
  <cp:category/>
</cp:coreProperties>
</file>