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C7E1" w14:textId="77777777" w:rsidR="008F13C3" w:rsidRPr="006F004B" w:rsidRDefault="008F13C3" w:rsidP="008F13C3">
      <w:pPr>
        <w:spacing w:after="0"/>
        <w:rPr>
          <w:i/>
          <w:sz w:val="18"/>
          <w:lang w:val="pl-PL"/>
        </w:rPr>
      </w:pPr>
      <w:r w:rsidRPr="006F004B">
        <w:rPr>
          <w:i/>
          <w:sz w:val="18"/>
          <w:lang w:val="pl-PL"/>
        </w:rPr>
        <w:t>Załącznik nr 3 do Regulaminu konkursu ofert</w:t>
      </w:r>
      <w:r w:rsidRPr="006F004B">
        <w:rPr>
          <w:i/>
          <w:sz w:val="18"/>
          <w:lang w:val="pl-PL"/>
        </w:rPr>
        <w:br/>
        <w:t>na wybór ajenta prowadzącego stołówkę szkolną i bufet szkolny</w:t>
      </w:r>
    </w:p>
    <w:p w14:paraId="52D1CE6A" w14:textId="77777777" w:rsidR="008F13C3" w:rsidRPr="006F004B" w:rsidRDefault="008F13C3" w:rsidP="008F13C3">
      <w:pPr>
        <w:rPr>
          <w:i/>
          <w:sz w:val="18"/>
          <w:lang w:val="pl-PL"/>
        </w:rPr>
      </w:pPr>
      <w:r w:rsidRPr="006F004B">
        <w:rPr>
          <w:i/>
          <w:sz w:val="18"/>
          <w:lang w:val="pl-PL"/>
        </w:rPr>
        <w:t xml:space="preserve">w OSM I </w:t>
      </w:r>
      <w:proofErr w:type="spellStart"/>
      <w:r w:rsidRPr="006F004B">
        <w:rPr>
          <w:i/>
          <w:sz w:val="18"/>
          <w:lang w:val="pl-PL"/>
        </w:rPr>
        <w:t>i</w:t>
      </w:r>
      <w:proofErr w:type="spellEnd"/>
      <w:r w:rsidRPr="006F004B">
        <w:rPr>
          <w:i/>
          <w:sz w:val="18"/>
          <w:lang w:val="pl-PL"/>
        </w:rPr>
        <w:t xml:space="preserve"> II st. im. Henryka Wieniawskiego w Łodzi</w:t>
      </w:r>
    </w:p>
    <w:p w14:paraId="55E8A3E1" w14:textId="77777777" w:rsidR="0063360F" w:rsidRPr="005B234F" w:rsidRDefault="00A54B29" w:rsidP="009044D8">
      <w:pPr>
        <w:pStyle w:val="Nagwek2"/>
        <w:spacing w:before="0" w:after="240"/>
        <w:jc w:val="center"/>
        <w:rPr>
          <w:color w:val="365F91" w:themeColor="accent1" w:themeShade="BF"/>
          <w:lang w:val="pl-PL"/>
        </w:rPr>
      </w:pPr>
      <w:r w:rsidRPr="005B234F">
        <w:rPr>
          <w:color w:val="365F91" w:themeColor="accent1" w:themeShade="BF"/>
          <w:lang w:val="pl-PL"/>
        </w:rPr>
        <w:t>OŚWIADCZENIA OFERENTA</w:t>
      </w:r>
    </w:p>
    <w:p w14:paraId="58E3D3BE" w14:textId="77777777" w:rsidR="0063360F" w:rsidRPr="006F004B" w:rsidRDefault="00A54B29" w:rsidP="009044D8">
      <w:pPr>
        <w:spacing w:after="0"/>
        <w:jc w:val="center"/>
        <w:rPr>
          <w:b/>
          <w:lang w:val="pl-PL"/>
        </w:rPr>
      </w:pPr>
      <w:r w:rsidRPr="006F004B">
        <w:rPr>
          <w:b/>
          <w:lang w:val="pl-PL"/>
        </w:rPr>
        <w:t>Konkurs ofert na wybór ajenta prowadzącego stołówkę szkolną i bufet szkolny</w:t>
      </w:r>
    </w:p>
    <w:p w14:paraId="373EF42B" w14:textId="77777777" w:rsidR="009044D8" w:rsidRPr="006F004B" w:rsidRDefault="009044D8" w:rsidP="009044D8">
      <w:pPr>
        <w:jc w:val="center"/>
        <w:rPr>
          <w:b/>
          <w:lang w:val="pl-PL"/>
        </w:rPr>
      </w:pPr>
      <w:r w:rsidRPr="006F004B">
        <w:rPr>
          <w:b/>
          <w:lang w:val="pl-PL"/>
        </w:rPr>
        <w:t xml:space="preserve">w Ogólnokształcącej Szkole Muzycznej I </w:t>
      </w:r>
      <w:proofErr w:type="spellStart"/>
      <w:r w:rsidRPr="006F004B">
        <w:rPr>
          <w:b/>
          <w:lang w:val="pl-PL"/>
        </w:rPr>
        <w:t>i</w:t>
      </w:r>
      <w:proofErr w:type="spellEnd"/>
      <w:r w:rsidRPr="006F004B">
        <w:rPr>
          <w:b/>
          <w:lang w:val="pl-PL"/>
        </w:rPr>
        <w:t xml:space="preserve"> II st. im. Henryka Wieniawskiego w Łodzi</w:t>
      </w:r>
    </w:p>
    <w:p w14:paraId="0529EECA" w14:textId="77777777" w:rsidR="0063360F" w:rsidRPr="006F004B" w:rsidRDefault="00A54B29">
      <w:pPr>
        <w:rPr>
          <w:lang w:val="pl-PL"/>
        </w:rPr>
      </w:pPr>
      <w:r w:rsidRPr="006F004B">
        <w:rPr>
          <w:b/>
          <w:lang w:val="pl-PL"/>
        </w:rPr>
        <w:t>Dane oferenta</w:t>
      </w:r>
      <w:r w:rsidRPr="006F004B">
        <w:rPr>
          <w:lang w:val="pl-PL"/>
        </w:rPr>
        <w:t>: …………………………………………………………………………………………………………</w:t>
      </w:r>
      <w:r w:rsidR="009044D8" w:rsidRPr="006F004B">
        <w:rPr>
          <w:lang w:val="pl-PL"/>
        </w:rPr>
        <w:t>…………………………</w:t>
      </w:r>
      <w:r w:rsidR="00010A0D" w:rsidRPr="006F004B">
        <w:rPr>
          <w:lang w:val="pl-PL"/>
        </w:rPr>
        <w:t>…………</w:t>
      </w:r>
      <w:r w:rsidR="009044D8" w:rsidRPr="006F004B">
        <w:rPr>
          <w:lang w:val="pl-PL"/>
        </w:rPr>
        <w:t>…</w:t>
      </w:r>
    </w:p>
    <w:p w14:paraId="34BA74B4" w14:textId="77777777" w:rsidR="005E0C1E" w:rsidRPr="006F004B" w:rsidRDefault="00A54B29" w:rsidP="00010A0D">
      <w:pPr>
        <w:pStyle w:val="Akapitzlist"/>
        <w:numPr>
          <w:ilvl w:val="0"/>
          <w:numId w:val="11"/>
        </w:numPr>
        <w:spacing w:after="0"/>
        <w:ind w:left="426"/>
        <w:rPr>
          <w:lang w:val="pl-PL"/>
        </w:rPr>
      </w:pPr>
      <w:r w:rsidRPr="006F004B">
        <w:rPr>
          <w:lang w:val="pl-PL"/>
        </w:rPr>
        <w:t>Oświadczam, że zapoznałem/</w:t>
      </w:r>
      <w:proofErr w:type="spellStart"/>
      <w:r w:rsidRPr="006F004B">
        <w:rPr>
          <w:lang w:val="pl-PL"/>
        </w:rPr>
        <w:t>am</w:t>
      </w:r>
      <w:proofErr w:type="spellEnd"/>
      <w:r w:rsidR="005E0C1E" w:rsidRPr="006F004B">
        <w:rPr>
          <w:lang w:val="pl-PL"/>
        </w:rPr>
        <w:t>*</w:t>
      </w:r>
      <w:r w:rsidRPr="006F004B">
        <w:rPr>
          <w:lang w:val="pl-PL"/>
        </w:rPr>
        <w:t xml:space="preserve"> się z ogłoszeniem, Regulaminem konkursu, formularzem oferty </w:t>
      </w:r>
    </w:p>
    <w:p w14:paraId="701BF581" w14:textId="77777777" w:rsidR="00010A0D" w:rsidRPr="006F004B" w:rsidRDefault="00010A0D" w:rsidP="00010A0D">
      <w:pPr>
        <w:spacing w:after="0"/>
        <w:ind w:left="426"/>
        <w:rPr>
          <w:lang w:val="pl-PL"/>
        </w:rPr>
      </w:pPr>
    </w:p>
    <w:p w14:paraId="7BA64714" w14:textId="77777777" w:rsidR="0063360F" w:rsidRPr="006F004B" w:rsidRDefault="00A54B29" w:rsidP="00010A0D">
      <w:pPr>
        <w:pStyle w:val="Akapitzlist"/>
        <w:ind w:left="426"/>
        <w:rPr>
          <w:lang w:val="pl-PL"/>
        </w:rPr>
      </w:pPr>
      <w:r w:rsidRPr="006F004B">
        <w:rPr>
          <w:lang w:val="pl-PL"/>
        </w:rPr>
        <w:t>……………………………………………</w:t>
      </w:r>
      <w:r w:rsidR="005E0C1E" w:rsidRPr="006F004B">
        <w:rPr>
          <w:lang w:val="pl-PL"/>
        </w:rPr>
        <w:t>…………………………………………………………………………………………………………………</w:t>
      </w:r>
      <w:r w:rsidR="00010A0D" w:rsidRPr="006F004B">
        <w:rPr>
          <w:lang w:val="pl-PL"/>
        </w:rPr>
        <w:t>…</w:t>
      </w:r>
      <w:r w:rsidR="005E0C1E" w:rsidRPr="006F004B">
        <w:rPr>
          <w:lang w:val="pl-PL"/>
        </w:rPr>
        <w:t>.</w:t>
      </w:r>
      <w:r w:rsidRPr="006F004B">
        <w:rPr>
          <w:lang w:val="pl-PL"/>
        </w:rPr>
        <w:t xml:space="preserve"> .</w:t>
      </w:r>
    </w:p>
    <w:p w14:paraId="3501B5CA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1DA7D309" w14:textId="77777777" w:rsidR="00010A0D" w:rsidRPr="006F004B" w:rsidRDefault="00CF5FC1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zapoznałem(-</w:t>
      </w:r>
      <w:proofErr w:type="spellStart"/>
      <w:r w:rsidRPr="006F004B">
        <w:rPr>
          <w:lang w:val="pl-PL"/>
        </w:rPr>
        <w:t>am</w:t>
      </w:r>
      <w:proofErr w:type="spellEnd"/>
      <w:r w:rsidRPr="006F004B">
        <w:rPr>
          <w:lang w:val="pl-PL"/>
        </w:rPr>
        <w:t>) się ze stanem technicznym pomieszczeń przeznaczonych do prowadzenia stołówki i bufetu szkolnego/zrezygnowałem(-</w:t>
      </w:r>
      <w:proofErr w:type="spellStart"/>
      <w:r w:rsidRPr="006F004B">
        <w:rPr>
          <w:lang w:val="pl-PL"/>
        </w:rPr>
        <w:t>am</w:t>
      </w:r>
      <w:proofErr w:type="spellEnd"/>
      <w:r w:rsidRPr="006F004B">
        <w:rPr>
          <w:lang w:val="pl-PL"/>
        </w:rPr>
        <w:t>) z możliwości dokonania wizji lokalnej*</w:t>
      </w:r>
      <w:r w:rsidR="00010A0D" w:rsidRPr="006F004B">
        <w:rPr>
          <w:lang w:val="pl-PL"/>
        </w:rPr>
        <w:t>.</w:t>
      </w:r>
    </w:p>
    <w:p w14:paraId="4A57D324" w14:textId="77777777" w:rsidR="00CF5FC1" w:rsidRPr="006F004B" w:rsidRDefault="00CF5FC1" w:rsidP="00010A0D">
      <w:pPr>
        <w:pStyle w:val="Akapitzlist"/>
        <w:ind w:left="426"/>
        <w:rPr>
          <w:lang w:val="pl-PL"/>
        </w:rPr>
      </w:pPr>
    </w:p>
    <w:p w14:paraId="264BE1DF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posiadam uprawnienia, wiedzę, doświadczenie, potencjał organizacyjny i techniczny niezbędne do prowadzenia stołówki szkolnej i bufetu szkolnego.</w:t>
      </w:r>
    </w:p>
    <w:p w14:paraId="48250107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4EA53B4A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zobowiązuję się do prowadzenia działalności zgodnie z przepisami sanitarnymi, BHP, przeciwpożarowymi, ustawą o bezpieczeństwie żywności i żywienia oraz aktami wykonawczymi dotyczącymi żywienia dzieci i młodzieży w jednostkach systemu oświaty.</w:t>
      </w:r>
    </w:p>
    <w:p w14:paraId="33E0663E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42BF22A1" w14:textId="77777777" w:rsidR="005E0C1E" w:rsidRPr="006F004B" w:rsidRDefault="00A54B29" w:rsidP="00010A0D">
      <w:pPr>
        <w:pStyle w:val="Akapitzlist"/>
        <w:numPr>
          <w:ilvl w:val="0"/>
          <w:numId w:val="11"/>
        </w:numPr>
        <w:spacing w:after="0"/>
        <w:ind w:left="426"/>
        <w:rPr>
          <w:lang w:val="pl-PL"/>
        </w:rPr>
      </w:pPr>
      <w:r w:rsidRPr="006F004B">
        <w:rPr>
          <w:lang w:val="pl-PL"/>
        </w:rPr>
        <w:t xml:space="preserve">Oświadczam, że najpóźniej od dnia rozpoczęcia działalności zapewnię spełnienie wymagań sanitarnych </w:t>
      </w:r>
    </w:p>
    <w:p w14:paraId="39A0469E" w14:textId="77777777" w:rsidR="0063360F" w:rsidRDefault="00A54B29" w:rsidP="00010A0D">
      <w:pPr>
        <w:pStyle w:val="Akapitzlist"/>
        <w:ind w:left="426"/>
        <w:rPr>
          <w:lang w:val="pl-PL"/>
        </w:rPr>
      </w:pPr>
      <w:r w:rsidRPr="006F004B">
        <w:rPr>
          <w:lang w:val="pl-PL"/>
        </w:rPr>
        <w:t>i higienicznych, w tym stosowanie procedur opartych na zasadach systemu HACCP, jeżeli obowiązek ten wynika z przepisów prawa.</w:t>
      </w:r>
    </w:p>
    <w:p w14:paraId="54C1E3DA" w14:textId="77777777" w:rsidR="00F31C50" w:rsidRPr="006F004B" w:rsidRDefault="00F31C50" w:rsidP="00010A0D">
      <w:pPr>
        <w:pStyle w:val="Akapitzlist"/>
        <w:ind w:left="426"/>
        <w:rPr>
          <w:lang w:val="pl-PL"/>
        </w:rPr>
      </w:pPr>
    </w:p>
    <w:p w14:paraId="2D4F14D6" w14:textId="77777777" w:rsidR="005E0C1E" w:rsidRPr="006F004B" w:rsidRDefault="00A54B29" w:rsidP="00010A0D">
      <w:pPr>
        <w:pStyle w:val="Akapitzlist"/>
        <w:numPr>
          <w:ilvl w:val="0"/>
          <w:numId w:val="11"/>
        </w:numPr>
        <w:spacing w:after="0"/>
        <w:ind w:left="426"/>
        <w:rPr>
          <w:lang w:val="pl-PL"/>
        </w:rPr>
      </w:pPr>
      <w:r w:rsidRPr="006F004B">
        <w:rPr>
          <w:lang w:val="pl-PL"/>
        </w:rPr>
        <w:t xml:space="preserve">Oświadczam, że nie zalegam z uiszczaniem podatków, opłat ani składek na ubezpieczenia społeczne </w:t>
      </w:r>
    </w:p>
    <w:p w14:paraId="4DDF2C22" w14:textId="77777777" w:rsidR="0063360F" w:rsidRPr="006F004B" w:rsidRDefault="00A54B29" w:rsidP="00010A0D">
      <w:pPr>
        <w:pStyle w:val="Akapitzlist"/>
        <w:ind w:left="426"/>
        <w:rPr>
          <w:lang w:val="pl-PL"/>
        </w:rPr>
      </w:pPr>
      <w:r w:rsidRPr="006F004B">
        <w:rPr>
          <w:lang w:val="pl-PL"/>
        </w:rPr>
        <w:t>i zdrowotne, a w przypadku istnienia zaległości posiadam prawem przewidziane zwolnienie, odroczenie, rozłożenie na raty albo wstrzymanie wykonania decyzji.</w:t>
      </w:r>
    </w:p>
    <w:p w14:paraId="05ACFEC1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58B5E2E4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nie otwarto wobec mnie likwidacji ani nie ogłoszono upadłości, chyba że przepisy prawa dopuszczają dalsze prowadzenie działalności i realizację umowy.</w:t>
      </w:r>
    </w:p>
    <w:p w14:paraId="54CE282F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03E8675F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osoby wykonujące czynności przy przygotowywaniu i wydawaniu posiłków będą spełniały wymagania zdrowotne wymagane przepisami prawa.</w:t>
      </w:r>
    </w:p>
    <w:p w14:paraId="05D26841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73F636B0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zobowiązuję się do posiadania aktualnego ubezpieczenia OC z tytułu prowadzonej działalności gospodarczej przez cały okres obowiązywania umowy.</w:t>
      </w:r>
    </w:p>
    <w:p w14:paraId="479CFD2A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6CA91E94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Oświadczam, że wszystkie informacje podane w ofercie są zgodne z prawdą i zostały złożone świadomie.</w:t>
      </w:r>
    </w:p>
    <w:p w14:paraId="2F070A4E" w14:textId="77777777" w:rsidR="00010A0D" w:rsidRPr="006F004B" w:rsidRDefault="00010A0D" w:rsidP="00010A0D">
      <w:pPr>
        <w:pStyle w:val="Akapitzlist"/>
        <w:ind w:left="426"/>
        <w:rPr>
          <w:lang w:val="pl-PL"/>
        </w:rPr>
      </w:pPr>
    </w:p>
    <w:p w14:paraId="3C231399" w14:textId="77777777" w:rsidR="0063360F" w:rsidRPr="006F004B" w:rsidRDefault="00A54B29" w:rsidP="00010A0D">
      <w:pPr>
        <w:pStyle w:val="Akapitzlist"/>
        <w:numPr>
          <w:ilvl w:val="0"/>
          <w:numId w:val="11"/>
        </w:numPr>
        <w:ind w:left="426"/>
        <w:rPr>
          <w:lang w:val="pl-PL"/>
        </w:rPr>
      </w:pPr>
      <w:r w:rsidRPr="006F004B">
        <w:rPr>
          <w:lang w:val="pl-PL"/>
        </w:rPr>
        <w:t>Wyrażam zgodę na przetwarzanie danych osobowych w zakresie niezbędnym do przeprowadzenia konkursu ofert oraz zawarcia i realizacji umowy, zgodnie z przepisami RODO i przepisami krajowymi.</w:t>
      </w:r>
    </w:p>
    <w:p w14:paraId="28B3B671" w14:textId="77777777" w:rsidR="0063360F" w:rsidRPr="006F004B" w:rsidRDefault="00A54B29">
      <w:pPr>
        <w:rPr>
          <w:lang w:val="pl-PL"/>
        </w:rPr>
      </w:pPr>
      <w:r w:rsidRPr="00353CB4">
        <w:rPr>
          <w:b/>
          <w:lang w:val="pl-PL"/>
        </w:rPr>
        <w:t>Miejscowość i data:</w:t>
      </w:r>
      <w:r w:rsidRPr="006F004B">
        <w:rPr>
          <w:lang w:val="pl-PL"/>
        </w:rPr>
        <w:t xml:space="preserve"> …………………………</w:t>
      </w:r>
      <w:r w:rsidR="005959E2">
        <w:rPr>
          <w:lang w:val="pl-PL"/>
        </w:rPr>
        <w:t>………………..</w:t>
      </w:r>
      <w:r w:rsidRPr="006F004B">
        <w:rPr>
          <w:lang w:val="pl-PL"/>
        </w:rPr>
        <w:t>…………………………</w:t>
      </w:r>
    </w:p>
    <w:p w14:paraId="116AC912" w14:textId="77777777" w:rsidR="0063360F" w:rsidRPr="006F004B" w:rsidRDefault="00A54B29" w:rsidP="00CF5FC1">
      <w:pPr>
        <w:pBdr>
          <w:bottom w:val="single" w:sz="12" w:space="1" w:color="auto"/>
        </w:pBdr>
        <w:spacing w:after="0"/>
        <w:rPr>
          <w:lang w:val="pl-PL"/>
        </w:rPr>
      </w:pPr>
      <w:r w:rsidRPr="00353CB4">
        <w:rPr>
          <w:b/>
          <w:lang w:val="pl-PL"/>
        </w:rPr>
        <w:t>Podpis osoby uprawnionej do reprezentacji oferenta:</w:t>
      </w:r>
      <w:r w:rsidRPr="006F004B">
        <w:rPr>
          <w:lang w:val="pl-PL"/>
        </w:rPr>
        <w:t xml:space="preserve"> …………………………………………</w:t>
      </w:r>
      <w:r w:rsidR="005959E2">
        <w:rPr>
          <w:lang w:val="pl-PL"/>
        </w:rPr>
        <w:t>……………..</w:t>
      </w:r>
      <w:r w:rsidRPr="006F004B">
        <w:rPr>
          <w:lang w:val="pl-PL"/>
        </w:rPr>
        <w:t>…………</w:t>
      </w:r>
    </w:p>
    <w:p w14:paraId="48B07DF9" w14:textId="77777777" w:rsidR="001F2F32" w:rsidRPr="006F004B" w:rsidRDefault="001F2F32" w:rsidP="00CF5FC1">
      <w:pPr>
        <w:pBdr>
          <w:bottom w:val="single" w:sz="12" w:space="1" w:color="auto"/>
        </w:pBdr>
        <w:spacing w:after="0"/>
        <w:rPr>
          <w:lang w:val="pl-PL"/>
        </w:rPr>
      </w:pPr>
    </w:p>
    <w:p w14:paraId="35DD8968" w14:textId="77777777" w:rsidR="00CF5FC1" w:rsidRPr="006F004B" w:rsidRDefault="00CF5FC1">
      <w:pPr>
        <w:rPr>
          <w:b/>
          <w:i/>
          <w:lang w:val="pl-PL"/>
        </w:rPr>
      </w:pPr>
      <w:r w:rsidRPr="006F004B">
        <w:rPr>
          <w:b/>
          <w:i/>
          <w:lang w:val="pl-PL"/>
        </w:rPr>
        <w:t>*niepotrzebne skreślić</w:t>
      </w:r>
    </w:p>
    <w:sectPr w:rsidR="00CF5FC1" w:rsidRPr="006F004B" w:rsidSect="00010A0D">
      <w:pgSz w:w="12240" w:h="15840"/>
      <w:pgMar w:top="284" w:right="1134" w:bottom="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C76B" w14:textId="77777777" w:rsidR="007F0C2B" w:rsidRDefault="007F0C2B" w:rsidP="00CF5FC1">
      <w:pPr>
        <w:spacing w:after="0" w:line="240" w:lineRule="auto"/>
      </w:pPr>
      <w:r>
        <w:separator/>
      </w:r>
    </w:p>
  </w:endnote>
  <w:endnote w:type="continuationSeparator" w:id="0">
    <w:p w14:paraId="34A51089" w14:textId="77777777" w:rsidR="007F0C2B" w:rsidRDefault="007F0C2B" w:rsidP="00CF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FFE9" w14:textId="77777777" w:rsidR="007F0C2B" w:rsidRDefault="007F0C2B" w:rsidP="00CF5FC1">
      <w:pPr>
        <w:spacing w:after="0" w:line="240" w:lineRule="auto"/>
      </w:pPr>
      <w:r>
        <w:separator/>
      </w:r>
    </w:p>
  </w:footnote>
  <w:footnote w:type="continuationSeparator" w:id="0">
    <w:p w14:paraId="33099BC1" w14:textId="77777777" w:rsidR="007F0C2B" w:rsidRDefault="007F0C2B" w:rsidP="00CF5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E721FD"/>
    <w:multiLevelType w:val="hybridMultilevel"/>
    <w:tmpl w:val="250C9EDC"/>
    <w:lvl w:ilvl="0" w:tplc="CD245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5239E"/>
    <w:multiLevelType w:val="hybridMultilevel"/>
    <w:tmpl w:val="24F2C8D8"/>
    <w:lvl w:ilvl="0" w:tplc="2A901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17939">
    <w:abstractNumId w:val="8"/>
  </w:num>
  <w:num w:numId="2" w16cid:durableId="1454707957">
    <w:abstractNumId w:val="6"/>
  </w:num>
  <w:num w:numId="3" w16cid:durableId="1276214554">
    <w:abstractNumId w:val="5"/>
  </w:num>
  <w:num w:numId="4" w16cid:durableId="350687095">
    <w:abstractNumId w:val="4"/>
  </w:num>
  <w:num w:numId="5" w16cid:durableId="1469518670">
    <w:abstractNumId w:val="7"/>
  </w:num>
  <w:num w:numId="6" w16cid:durableId="1963488654">
    <w:abstractNumId w:val="3"/>
  </w:num>
  <w:num w:numId="7" w16cid:durableId="58288373">
    <w:abstractNumId w:val="2"/>
  </w:num>
  <w:num w:numId="8" w16cid:durableId="910893009">
    <w:abstractNumId w:val="1"/>
  </w:num>
  <w:num w:numId="9" w16cid:durableId="1467774264">
    <w:abstractNumId w:val="0"/>
  </w:num>
  <w:num w:numId="10" w16cid:durableId="1692099229">
    <w:abstractNumId w:val="9"/>
  </w:num>
  <w:num w:numId="11" w16cid:durableId="2192899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0A0D"/>
    <w:rsid w:val="00034616"/>
    <w:rsid w:val="0006063C"/>
    <w:rsid w:val="000A7B5D"/>
    <w:rsid w:val="000F731A"/>
    <w:rsid w:val="0015074B"/>
    <w:rsid w:val="001F2F32"/>
    <w:rsid w:val="00211A9E"/>
    <w:rsid w:val="00292DAC"/>
    <w:rsid w:val="0029639D"/>
    <w:rsid w:val="00326F90"/>
    <w:rsid w:val="00353CB4"/>
    <w:rsid w:val="00482AF6"/>
    <w:rsid w:val="00553281"/>
    <w:rsid w:val="005959E2"/>
    <w:rsid w:val="005B234F"/>
    <w:rsid w:val="005E0C1E"/>
    <w:rsid w:val="0063360F"/>
    <w:rsid w:val="006F004B"/>
    <w:rsid w:val="007F0C2B"/>
    <w:rsid w:val="00820203"/>
    <w:rsid w:val="008F13C3"/>
    <w:rsid w:val="009044D8"/>
    <w:rsid w:val="00A3639D"/>
    <w:rsid w:val="00A54B29"/>
    <w:rsid w:val="00AA1D8D"/>
    <w:rsid w:val="00B47730"/>
    <w:rsid w:val="00B829F2"/>
    <w:rsid w:val="00CB0664"/>
    <w:rsid w:val="00CF5FC1"/>
    <w:rsid w:val="00F31C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B3B8F"/>
  <w14:defaultImageDpi w14:val="300"/>
  <w15:docId w15:val="{748078E8-FEBC-4E78-A765-8E848B01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F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FC1"/>
    <w:rPr>
      <w:rFonts w:ascii="Calibri" w:eastAsia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52593D-D5BB-4617-B4CF-102DD91C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OŚWIADCZENIA OFERENTA</vt:lpstr>
      <vt:lpstr/>
    </vt:vector>
  </TitlesOfParts>
  <Manager/>
  <Company/>
  <LinksUpToDate>false</LinksUpToDate>
  <CharactersWithSpaces>2565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Kowalczyk Adrian</cp:lastModifiedBy>
  <cp:revision>4</cp:revision>
  <dcterms:created xsi:type="dcterms:W3CDTF">2026-07-15T11:09:00Z</dcterms:created>
  <dcterms:modified xsi:type="dcterms:W3CDTF">2026-07-15T16:35:00Z</dcterms:modified>
  <cp:category/>
</cp:coreProperties>
</file>