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F9BB1" w14:textId="77777777" w:rsidR="004B1499" w:rsidRDefault="004B1499">
      <w:pPr>
        <w:pStyle w:val="Tytu"/>
        <w:jc w:val="center"/>
      </w:pPr>
    </w:p>
    <w:p w14:paraId="56B84F2C" w14:textId="3B0BCFD8" w:rsidR="00FE2D97" w:rsidRDefault="00000000">
      <w:pPr>
        <w:pStyle w:val="Tytu"/>
        <w:jc w:val="center"/>
      </w:pPr>
      <w:proofErr w:type="spellStart"/>
      <w:r>
        <w:t>Formularz</w:t>
      </w:r>
      <w:proofErr w:type="spellEnd"/>
      <w:r>
        <w:t xml:space="preserve"> </w:t>
      </w:r>
      <w:proofErr w:type="spellStart"/>
      <w:r>
        <w:t>zgłoszeniowy</w:t>
      </w:r>
      <w:proofErr w:type="spellEnd"/>
      <w:r>
        <w:t xml:space="preserve"> </w:t>
      </w:r>
    </w:p>
    <w:p w14:paraId="76EC77A9" w14:textId="1E3D83F3" w:rsidR="00044509" w:rsidRDefault="00000000">
      <w:proofErr w:type="spellStart"/>
      <w:r>
        <w:t>Powiatowy</w:t>
      </w:r>
      <w:proofErr w:type="spellEnd"/>
      <w:r>
        <w:t xml:space="preserve"> </w:t>
      </w:r>
      <w:proofErr w:type="spellStart"/>
      <w:r>
        <w:t>Konkurs</w:t>
      </w:r>
      <w:proofErr w:type="spellEnd"/>
      <w:r w:rsidR="00044509">
        <w:t>:</w:t>
      </w:r>
      <w:r>
        <w:t xml:space="preserve"> </w:t>
      </w:r>
      <w:r w:rsidR="00044509">
        <w:t xml:space="preserve"> </w:t>
      </w:r>
      <w:r w:rsidR="004B1499">
        <w:rPr>
          <w:b/>
          <w:bCs/>
        </w:rPr>
        <w:t>“</w:t>
      </w:r>
      <w:proofErr w:type="spellStart"/>
      <w:r w:rsidR="004B1499">
        <w:rPr>
          <w:b/>
          <w:bCs/>
        </w:rPr>
        <w:t>Dzień</w:t>
      </w:r>
      <w:proofErr w:type="spellEnd"/>
      <w:r w:rsidR="004B1499">
        <w:rPr>
          <w:b/>
          <w:bCs/>
        </w:rPr>
        <w:t xml:space="preserve"> z </w:t>
      </w:r>
      <w:proofErr w:type="spellStart"/>
      <w:r w:rsidR="004B1499">
        <w:rPr>
          <w:b/>
          <w:bCs/>
        </w:rPr>
        <w:t>życia</w:t>
      </w:r>
      <w:proofErr w:type="spellEnd"/>
      <w:r w:rsidR="004B1499">
        <w:rPr>
          <w:b/>
          <w:bCs/>
        </w:rPr>
        <w:t xml:space="preserve"> </w:t>
      </w:r>
      <w:proofErr w:type="spellStart"/>
      <w:r w:rsidR="004B1499">
        <w:rPr>
          <w:b/>
          <w:bCs/>
        </w:rPr>
        <w:t>grzyba</w:t>
      </w:r>
      <w:proofErr w:type="spellEnd"/>
      <w:r w:rsidR="004B1499">
        <w:rPr>
          <w:b/>
          <w:bCs/>
        </w:rPr>
        <w:t>”</w:t>
      </w:r>
      <w:r>
        <w:br/>
      </w:r>
      <w:proofErr w:type="spellStart"/>
      <w:r>
        <w:t>dla</w:t>
      </w:r>
      <w:proofErr w:type="spellEnd"/>
      <w:r>
        <w:t xml:space="preserve"> </w:t>
      </w:r>
      <w:proofErr w:type="spellStart"/>
      <w:r>
        <w:t>uczniów</w:t>
      </w:r>
      <w:proofErr w:type="spellEnd"/>
      <w:r>
        <w:t xml:space="preserve"> </w:t>
      </w:r>
      <w:proofErr w:type="spellStart"/>
      <w:r>
        <w:t>szkół</w:t>
      </w:r>
      <w:proofErr w:type="spellEnd"/>
      <w:r>
        <w:t xml:space="preserve"> </w:t>
      </w:r>
      <w:proofErr w:type="spellStart"/>
      <w:r>
        <w:t>ponadpodstawowych</w:t>
      </w:r>
      <w:proofErr w:type="spellEnd"/>
      <w:r>
        <w:br/>
      </w:r>
      <w:proofErr w:type="spellStart"/>
      <w:r>
        <w:t>Organizator</w:t>
      </w:r>
      <w:proofErr w:type="spellEnd"/>
      <w:r>
        <w:t xml:space="preserve">: </w:t>
      </w:r>
      <w:proofErr w:type="spellStart"/>
      <w:r>
        <w:t>Powiatowa</w:t>
      </w:r>
      <w:proofErr w:type="spellEnd"/>
      <w:r>
        <w:t xml:space="preserve"> </w:t>
      </w:r>
      <w:proofErr w:type="spellStart"/>
      <w:r>
        <w:t>Stacja</w:t>
      </w:r>
      <w:proofErr w:type="spellEnd"/>
      <w:r>
        <w:t xml:space="preserve"> </w:t>
      </w:r>
      <w:proofErr w:type="spellStart"/>
      <w:r>
        <w:t>Sanitarno-Epidemiologiczna</w:t>
      </w:r>
      <w:proofErr w:type="spellEnd"/>
      <w:r>
        <w:t xml:space="preserve"> w </w:t>
      </w:r>
      <w:proofErr w:type="spellStart"/>
      <w:r>
        <w:t>Jeleniej</w:t>
      </w:r>
      <w:proofErr w:type="spellEnd"/>
      <w:r>
        <w:t xml:space="preserve"> </w:t>
      </w:r>
      <w:proofErr w:type="spellStart"/>
      <w:r>
        <w:t>Górze</w:t>
      </w:r>
      <w:proofErr w:type="spellEnd"/>
      <w:r w:rsidR="00044509">
        <w:t xml:space="preserve"> </w:t>
      </w:r>
      <w:proofErr w:type="spellStart"/>
      <w:r w:rsidR="00044509">
        <w:t>Współorganizator</w:t>
      </w:r>
      <w:proofErr w:type="spellEnd"/>
      <w:r w:rsidR="00044509">
        <w:t xml:space="preserve">: </w:t>
      </w:r>
      <w:proofErr w:type="spellStart"/>
      <w:r w:rsidR="00044509">
        <w:t>Książnica</w:t>
      </w:r>
      <w:proofErr w:type="spellEnd"/>
      <w:r w:rsidR="00044509">
        <w:t xml:space="preserve"> </w:t>
      </w:r>
      <w:proofErr w:type="spellStart"/>
      <w:r w:rsidR="00044509">
        <w:t>Karkonoska</w:t>
      </w:r>
      <w:proofErr w:type="spellEnd"/>
      <w:r w:rsidR="00044509">
        <w:t xml:space="preserve"> w </w:t>
      </w:r>
      <w:proofErr w:type="spellStart"/>
      <w:r w:rsidR="00044509">
        <w:t>Jeleniej</w:t>
      </w:r>
      <w:proofErr w:type="spellEnd"/>
      <w:r w:rsidR="00044509">
        <w:t xml:space="preserve"> </w:t>
      </w:r>
      <w:proofErr w:type="spellStart"/>
      <w:r w:rsidR="00044509">
        <w:t>Górze</w:t>
      </w:r>
      <w:proofErr w:type="spellEnd"/>
    </w:p>
    <w:p w14:paraId="6E33C283" w14:textId="77777777" w:rsidR="00FE2D97" w:rsidRDefault="00000000">
      <w:pPr>
        <w:pStyle w:val="Nagwek2"/>
      </w:pPr>
      <w:r>
        <w:t xml:space="preserve">Dane </w:t>
      </w:r>
      <w:proofErr w:type="spellStart"/>
      <w:r>
        <w:t>szkoły</w:t>
      </w:r>
      <w:proofErr w:type="spellEnd"/>
      <w: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B1499" w14:paraId="65286F84" w14:textId="77777777">
        <w:tc>
          <w:tcPr>
            <w:tcW w:w="4315" w:type="dxa"/>
          </w:tcPr>
          <w:p w14:paraId="2E204D45" w14:textId="4F3E5810" w:rsidR="004B1499" w:rsidRPr="004B1499" w:rsidRDefault="004B1499">
            <w:pPr>
              <w:pStyle w:val="Nagwek2"/>
              <w:rPr>
                <w:color w:val="auto"/>
                <w:sz w:val="24"/>
                <w:szCs w:val="24"/>
              </w:rPr>
            </w:pPr>
            <w:proofErr w:type="spellStart"/>
            <w:r w:rsidRPr="004B1499">
              <w:rPr>
                <w:color w:val="auto"/>
                <w:sz w:val="24"/>
                <w:szCs w:val="24"/>
              </w:rPr>
              <w:t>Pełna</w:t>
            </w:r>
            <w:proofErr w:type="spellEnd"/>
            <w:r w:rsidRPr="004B1499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B1499">
              <w:rPr>
                <w:color w:val="auto"/>
                <w:sz w:val="24"/>
                <w:szCs w:val="24"/>
              </w:rPr>
              <w:t>nazwa</w:t>
            </w:r>
            <w:proofErr w:type="spellEnd"/>
            <w:r w:rsidRPr="004B1499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B1499">
              <w:rPr>
                <w:color w:val="auto"/>
                <w:sz w:val="24"/>
                <w:szCs w:val="24"/>
              </w:rPr>
              <w:t>szkoły</w:t>
            </w:r>
            <w:proofErr w:type="spellEnd"/>
            <w:r w:rsidRPr="004B1499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B1499">
              <w:rPr>
                <w:color w:val="auto"/>
                <w:sz w:val="24"/>
                <w:szCs w:val="24"/>
              </w:rPr>
              <w:t>biorącej</w:t>
            </w:r>
            <w:proofErr w:type="spellEnd"/>
            <w:r w:rsidRPr="004B1499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B1499">
              <w:rPr>
                <w:color w:val="auto"/>
                <w:sz w:val="24"/>
                <w:szCs w:val="24"/>
              </w:rPr>
              <w:t>udział</w:t>
            </w:r>
            <w:proofErr w:type="spellEnd"/>
            <w:r w:rsidRPr="004B1499">
              <w:rPr>
                <w:color w:val="auto"/>
                <w:sz w:val="24"/>
                <w:szCs w:val="24"/>
              </w:rPr>
              <w:t xml:space="preserve"> w Konkursie</w:t>
            </w:r>
          </w:p>
        </w:tc>
        <w:tc>
          <w:tcPr>
            <w:tcW w:w="4315" w:type="dxa"/>
          </w:tcPr>
          <w:p w14:paraId="28411DFE" w14:textId="77777777" w:rsidR="004B1499" w:rsidRDefault="004B1499">
            <w:pPr>
              <w:pStyle w:val="Nagwek2"/>
            </w:pPr>
          </w:p>
        </w:tc>
      </w:tr>
      <w:tr w:rsidR="004B1499" w14:paraId="087E1970" w14:textId="77777777">
        <w:tc>
          <w:tcPr>
            <w:tcW w:w="4315" w:type="dxa"/>
          </w:tcPr>
          <w:p w14:paraId="5B4AF76A" w14:textId="3C66F244" w:rsidR="004B1499" w:rsidRPr="004B1499" w:rsidRDefault="004B1499">
            <w:pPr>
              <w:pStyle w:val="Nagwek2"/>
              <w:rPr>
                <w:color w:val="auto"/>
                <w:sz w:val="24"/>
                <w:szCs w:val="24"/>
              </w:rPr>
            </w:pPr>
            <w:r w:rsidRPr="004B1499">
              <w:rPr>
                <w:color w:val="auto"/>
                <w:sz w:val="24"/>
                <w:szCs w:val="24"/>
              </w:rPr>
              <w:t xml:space="preserve">Adres </w:t>
            </w:r>
            <w:proofErr w:type="spellStart"/>
            <w:r w:rsidRPr="004B1499">
              <w:rPr>
                <w:color w:val="auto"/>
                <w:sz w:val="24"/>
                <w:szCs w:val="24"/>
              </w:rPr>
              <w:t>szkoły</w:t>
            </w:r>
            <w:proofErr w:type="spellEnd"/>
            <w:r w:rsidRPr="004B1499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4B1499">
              <w:rPr>
                <w:color w:val="auto"/>
                <w:sz w:val="24"/>
                <w:szCs w:val="24"/>
              </w:rPr>
              <w:t>ulica</w:t>
            </w:r>
            <w:proofErr w:type="spellEnd"/>
            <w:r w:rsidRPr="004B1499">
              <w:rPr>
                <w:color w:val="auto"/>
                <w:sz w:val="24"/>
                <w:szCs w:val="24"/>
              </w:rPr>
              <w:t xml:space="preserve"> i </w:t>
            </w:r>
            <w:proofErr w:type="spellStart"/>
            <w:r w:rsidRPr="004B1499">
              <w:rPr>
                <w:color w:val="auto"/>
                <w:sz w:val="24"/>
                <w:szCs w:val="24"/>
              </w:rPr>
              <w:t>numer</w:t>
            </w:r>
            <w:proofErr w:type="spellEnd"/>
            <w:r w:rsidRPr="004B1499">
              <w:rPr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4B1499">
              <w:rPr>
                <w:color w:val="auto"/>
                <w:sz w:val="24"/>
                <w:szCs w:val="24"/>
              </w:rPr>
              <w:t>kod</w:t>
            </w:r>
            <w:proofErr w:type="spellEnd"/>
            <w:r w:rsidRPr="004B1499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B1499">
              <w:rPr>
                <w:color w:val="auto"/>
                <w:sz w:val="24"/>
                <w:szCs w:val="24"/>
              </w:rPr>
              <w:t>pocztowy</w:t>
            </w:r>
            <w:proofErr w:type="spellEnd"/>
            <w:r w:rsidRPr="004B1499">
              <w:rPr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4B1499">
              <w:rPr>
                <w:color w:val="auto"/>
                <w:sz w:val="24"/>
                <w:szCs w:val="24"/>
              </w:rPr>
              <w:t>miejscowość</w:t>
            </w:r>
            <w:proofErr w:type="spellEnd"/>
            <w:r w:rsidRPr="004B1499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4315" w:type="dxa"/>
          </w:tcPr>
          <w:p w14:paraId="66027CE4" w14:textId="77777777" w:rsidR="004B1499" w:rsidRDefault="004B1499">
            <w:pPr>
              <w:pStyle w:val="Nagwek2"/>
            </w:pPr>
          </w:p>
        </w:tc>
      </w:tr>
      <w:tr w:rsidR="004B1499" w14:paraId="407ACEAA" w14:textId="77777777">
        <w:tc>
          <w:tcPr>
            <w:tcW w:w="4315" w:type="dxa"/>
          </w:tcPr>
          <w:p w14:paraId="68A292A9" w14:textId="74598AB9" w:rsidR="004B1499" w:rsidRPr="004B1499" w:rsidRDefault="004B1499">
            <w:pPr>
              <w:pStyle w:val="Nagwek2"/>
              <w:rPr>
                <w:color w:val="auto"/>
                <w:sz w:val="24"/>
                <w:szCs w:val="24"/>
              </w:rPr>
            </w:pPr>
            <w:proofErr w:type="spellStart"/>
            <w:r w:rsidRPr="004B1499">
              <w:rPr>
                <w:color w:val="auto"/>
                <w:sz w:val="24"/>
                <w:szCs w:val="24"/>
              </w:rPr>
              <w:t>Numer</w:t>
            </w:r>
            <w:proofErr w:type="spellEnd"/>
            <w:r w:rsidRPr="004B1499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B1499">
              <w:rPr>
                <w:color w:val="auto"/>
                <w:sz w:val="24"/>
                <w:szCs w:val="24"/>
              </w:rPr>
              <w:t>telefonu</w:t>
            </w:r>
            <w:proofErr w:type="spellEnd"/>
            <w:r w:rsidRPr="004B1499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B1499">
              <w:rPr>
                <w:color w:val="auto"/>
                <w:sz w:val="24"/>
                <w:szCs w:val="24"/>
              </w:rPr>
              <w:t>placówki</w:t>
            </w:r>
            <w:proofErr w:type="spellEnd"/>
          </w:p>
        </w:tc>
        <w:tc>
          <w:tcPr>
            <w:tcW w:w="4315" w:type="dxa"/>
          </w:tcPr>
          <w:p w14:paraId="3FE14758" w14:textId="77777777" w:rsidR="004B1499" w:rsidRDefault="004B1499">
            <w:pPr>
              <w:pStyle w:val="Nagwek2"/>
            </w:pPr>
          </w:p>
        </w:tc>
      </w:tr>
      <w:tr w:rsidR="004B1499" w14:paraId="1B006B05" w14:textId="77777777">
        <w:tc>
          <w:tcPr>
            <w:tcW w:w="4315" w:type="dxa"/>
          </w:tcPr>
          <w:p w14:paraId="4257257A" w14:textId="316FA234" w:rsidR="004B1499" w:rsidRPr="004B1499" w:rsidRDefault="004B1499">
            <w:pPr>
              <w:pStyle w:val="Nagwek2"/>
              <w:rPr>
                <w:color w:val="auto"/>
                <w:sz w:val="24"/>
                <w:szCs w:val="24"/>
              </w:rPr>
            </w:pPr>
            <w:r w:rsidRPr="004B1499">
              <w:rPr>
                <w:color w:val="auto"/>
                <w:sz w:val="24"/>
                <w:szCs w:val="24"/>
              </w:rPr>
              <w:t xml:space="preserve">Adres </w:t>
            </w:r>
            <w:proofErr w:type="spellStart"/>
            <w:r w:rsidRPr="004B1499">
              <w:rPr>
                <w:color w:val="auto"/>
                <w:sz w:val="24"/>
                <w:szCs w:val="24"/>
              </w:rPr>
              <w:t>poczty</w:t>
            </w:r>
            <w:proofErr w:type="spellEnd"/>
            <w:r w:rsidRPr="004B1499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B1499">
              <w:rPr>
                <w:color w:val="auto"/>
                <w:sz w:val="24"/>
                <w:szCs w:val="24"/>
              </w:rPr>
              <w:t>elektronicznej</w:t>
            </w:r>
            <w:proofErr w:type="spellEnd"/>
            <w:r w:rsidRPr="004B1499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4B1499">
              <w:rPr>
                <w:color w:val="auto"/>
                <w:sz w:val="24"/>
                <w:szCs w:val="24"/>
              </w:rPr>
              <w:t>szkoły</w:t>
            </w:r>
            <w:proofErr w:type="spellEnd"/>
          </w:p>
        </w:tc>
        <w:tc>
          <w:tcPr>
            <w:tcW w:w="4315" w:type="dxa"/>
          </w:tcPr>
          <w:p w14:paraId="24458B5E" w14:textId="77777777" w:rsidR="004B1499" w:rsidRDefault="004B1499">
            <w:pPr>
              <w:pStyle w:val="Nagwek2"/>
            </w:pPr>
          </w:p>
        </w:tc>
      </w:tr>
    </w:tbl>
    <w:p w14:paraId="37FD5764" w14:textId="77777777" w:rsidR="004B1499" w:rsidRDefault="004B1499">
      <w:pPr>
        <w:pStyle w:val="Nagwek2"/>
      </w:pPr>
    </w:p>
    <w:p w14:paraId="4D6B12ED" w14:textId="4ADA6910" w:rsidR="00FE2D97" w:rsidRDefault="00000000">
      <w:pPr>
        <w:pStyle w:val="Nagwek2"/>
      </w:pPr>
      <w:r>
        <w:t xml:space="preserve">Dane </w:t>
      </w:r>
      <w:proofErr w:type="spellStart"/>
      <w:r>
        <w:t>uczestników</w:t>
      </w:r>
      <w:proofErr w:type="spellEnd"/>
      <w:r>
        <w:t>:</w:t>
      </w:r>
    </w:p>
    <w:p w14:paraId="69ED1E5F" w14:textId="77777777" w:rsidR="00626306" w:rsidRDefault="0062630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B1499" w14:paraId="71CB4E35" w14:textId="77777777">
        <w:tc>
          <w:tcPr>
            <w:tcW w:w="4315" w:type="dxa"/>
          </w:tcPr>
          <w:p w14:paraId="0998D2B6" w14:textId="1EFAC496" w:rsidR="004B1499" w:rsidRPr="004C44B1" w:rsidRDefault="004B1499">
            <w:pPr>
              <w:rPr>
                <w:b/>
                <w:bCs/>
              </w:rPr>
            </w:pPr>
            <w:proofErr w:type="spellStart"/>
            <w:r w:rsidRPr="004C44B1">
              <w:rPr>
                <w:b/>
                <w:bCs/>
              </w:rPr>
              <w:t>Imię</w:t>
            </w:r>
            <w:proofErr w:type="spellEnd"/>
            <w:r w:rsidRPr="004C44B1">
              <w:rPr>
                <w:b/>
                <w:bCs/>
              </w:rPr>
              <w:t xml:space="preserve"> i </w:t>
            </w:r>
            <w:proofErr w:type="spellStart"/>
            <w:r w:rsidRPr="004C44B1">
              <w:rPr>
                <w:b/>
                <w:bCs/>
              </w:rPr>
              <w:t>nazwisko</w:t>
            </w:r>
            <w:proofErr w:type="spellEnd"/>
            <w:r w:rsidRPr="004C44B1">
              <w:rPr>
                <w:b/>
                <w:bCs/>
              </w:rPr>
              <w:t xml:space="preserve"> </w:t>
            </w:r>
            <w:proofErr w:type="spellStart"/>
            <w:r w:rsidRPr="004C44B1">
              <w:rPr>
                <w:b/>
                <w:bCs/>
              </w:rPr>
              <w:t>nauczyciela</w:t>
            </w:r>
            <w:proofErr w:type="spellEnd"/>
            <w:r w:rsidRPr="004C44B1">
              <w:rPr>
                <w:b/>
                <w:bCs/>
              </w:rPr>
              <w:t xml:space="preserve"> - </w:t>
            </w:r>
            <w:proofErr w:type="spellStart"/>
            <w:r w:rsidRPr="004C44B1">
              <w:rPr>
                <w:b/>
                <w:bCs/>
              </w:rPr>
              <w:t>koordynatora</w:t>
            </w:r>
            <w:proofErr w:type="spellEnd"/>
            <w:r w:rsidRPr="004C44B1">
              <w:rPr>
                <w:b/>
                <w:bCs/>
              </w:rPr>
              <w:t xml:space="preserve"> </w:t>
            </w:r>
            <w:proofErr w:type="spellStart"/>
            <w:r w:rsidRPr="004C44B1">
              <w:rPr>
                <w:b/>
                <w:bCs/>
              </w:rPr>
              <w:t>Konkursu</w:t>
            </w:r>
            <w:proofErr w:type="spellEnd"/>
          </w:p>
        </w:tc>
        <w:tc>
          <w:tcPr>
            <w:tcW w:w="4315" w:type="dxa"/>
          </w:tcPr>
          <w:p w14:paraId="46D84491" w14:textId="77777777" w:rsidR="004B1499" w:rsidRDefault="004B1499"/>
        </w:tc>
      </w:tr>
      <w:tr w:rsidR="004B1499" w14:paraId="4F465554" w14:textId="77777777">
        <w:tc>
          <w:tcPr>
            <w:tcW w:w="4315" w:type="dxa"/>
          </w:tcPr>
          <w:p w14:paraId="1442132B" w14:textId="77777777" w:rsidR="004B1499" w:rsidRPr="004C44B1" w:rsidRDefault="004B1499" w:rsidP="004B1499">
            <w:pPr>
              <w:rPr>
                <w:b/>
                <w:bCs/>
              </w:rPr>
            </w:pPr>
            <w:r w:rsidRPr="004C44B1">
              <w:rPr>
                <w:b/>
                <w:bCs/>
              </w:rPr>
              <w:t xml:space="preserve">Adres </w:t>
            </w:r>
            <w:proofErr w:type="spellStart"/>
            <w:r w:rsidRPr="004C44B1">
              <w:rPr>
                <w:b/>
                <w:bCs/>
              </w:rPr>
              <w:t>poczty</w:t>
            </w:r>
            <w:proofErr w:type="spellEnd"/>
            <w:r w:rsidRPr="004C44B1">
              <w:rPr>
                <w:b/>
                <w:bCs/>
              </w:rPr>
              <w:t xml:space="preserve"> </w:t>
            </w:r>
            <w:proofErr w:type="spellStart"/>
            <w:r w:rsidRPr="004C44B1">
              <w:rPr>
                <w:b/>
                <w:bCs/>
              </w:rPr>
              <w:t>elektronicznej</w:t>
            </w:r>
            <w:proofErr w:type="spellEnd"/>
            <w:r w:rsidRPr="004C44B1">
              <w:rPr>
                <w:b/>
                <w:bCs/>
              </w:rPr>
              <w:t xml:space="preserve"> </w:t>
            </w:r>
          </w:p>
          <w:p w14:paraId="1F8437CC" w14:textId="45E61CF5" w:rsidR="004B1499" w:rsidRPr="004C44B1" w:rsidRDefault="004B1499" w:rsidP="004B1499">
            <w:pPr>
              <w:rPr>
                <w:b/>
                <w:bCs/>
              </w:rPr>
            </w:pPr>
            <w:proofErr w:type="spellStart"/>
            <w:r w:rsidRPr="004C44B1">
              <w:rPr>
                <w:b/>
                <w:bCs/>
              </w:rPr>
              <w:t>koordynatora</w:t>
            </w:r>
            <w:proofErr w:type="spellEnd"/>
            <w:r w:rsidRPr="004C44B1">
              <w:rPr>
                <w:b/>
                <w:bCs/>
              </w:rPr>
              <w:t xml:space="preserve"> </w:t>
            </w:r>
            <w:proofErr w:type="spellStart"/>
            <w:r w:rsidRPr="004C44B1">
              <w:rPr>
                <w:b/>
                <w:bCs/>
              </w:rPr>
              <w:t>Konkursu</w:t>
            </w:r>
            <w:proofErr w:type="spellEnd"/>
          </w:p>
        </w:tc>
        <w:tc>
          <w:tcPr>
            <w:tcW w:w="4315" w:type="dxa"/>
          </w:tcPr>
          <w:p w14:paraId="2E5D605B" w14:textId="77777777" w:rsidR="004B1499" w:rsidRDefault="004B1499"/>
        </w:tc>
      </w:tr>
      <w:tr w:rsidR="004B1499" w14:paraId="6797179C" w14:textId="77777777" w:rsidTr="008226E2">
        <w:trPr>
          <w:trHeight w:val="440"/>
        </w:trPr>
        <w:tc>
          <w:tcPr>
            <w:tcW w:w="4315" w:type="dxa"/>
          </w:tcPr>
          <w:p w14:paraId="5844624A" w14:textId="3296FFC9" w:rsidR="004B1499" w:rsidRPr="004C44B1" w:rsidRDefault="004B1499">
            <w:pPr>
              <w:rPr>
                <w:b/>
                <w:bCs/>
              </w:rPr>
            </w:pPr>
            <w:proofErr w:type="spellStart"/>
            <w:r w:rsidRPr="004C44B1">
              <w:rPr>
                <w:b/>
                <w:bCs/>
              </w:rPr>
              <w:t>Numer</w:t>
            </w:r>
            <w:proofErr w:type="spellEnd"/>
            <w:r w:rsidRPr="004C44B1">
              <w:rPr>
                <w:b/>
                <w:bCs/>
              </w:rPr>
              <w:t xml:space="preserve"> </w:t>
            </w:r>
            <w:proofErr w:type="spellStart"/>
            <w:r w:rsidRPr="004C44B1">
              <w:rPr>
                <w:b/>
                <w:bCs/>
              </w:rPr>
              <w:t>telefonu</w:t>
            </w:r>
            <w:proofErr w:type="spellEnd"/>
            <w:r w:rsidRPr="004C44B1">
              <w:rPr>
                <w:b/>
                <w:bCs/>
              </w:rPr>
              <w:t xml:space="preserve"> </w:t>
            </w:r>
            <w:proofErr w:type="spellStart"/>
            <w:r w:rsidRPr="004C44B1">
              <w:rPr>
                <w:b/>
                <w:bCs/>
              </w:rPr>
              <w:t>koordynatora</w:t>
            </w:r>
            <w:proofErr w:type="spellEnd"/>
            <w:r w:rsidRPr="004C44B1">
              <w:rPr>
                <w:b/>
                <w:bCs/>
              </w:rPr>
              <w:t xml:space="preserve"> </w:t>
            </w:r>
            <w:proofErr w:type="spellStart"/>
            <w:r w:rsidRPr="004C44B1">
              <w:rPr>
                <w:b/>
                <w:bCs/>
              </w:rPr>
              <w:t>Konkursu</w:t>
            </w:r>
            <w:proofErr w:type="spellEnd"/>
          </w:p>
        </w:tc>
        <w:tc>
          <w:tcPr>
            <w:tcW w:w="4315" w:type="dxa"/>
          </w:tcPr>
          <w:p w14:paraId="527B8481" w14:textId="77777777" w:rsidR="004B1499" w:rsidRDefault="004B1499"/>
        </w:tc>
      </w:tr>
      <w:tr w:rsidR="004B1499" w14:paraId="117B2B1C" w14:textId="77777777">
        <w:tc>
          <w:tcPr>
            <w:tcW w:w="4315" w:type="dxa"/>
          </w:tcPr>
          <w:p w14:paraId="2A71B834" w14:textId="3D3CF800" w:rsidR="004B1499" w:rsidRPr="004C44B1" w:rsidRDefault="004B1499" w:rsidP="004B1499">
            <w:pPr>
              <w:rPr>
                <w:b/>
                <w:bCs/>
              </w:rPr>
            </w:pPr>
            <w:proofErr w:type="spellStart"/>
            <w:r w:rsidRPr="004C44B1">
              <w:rPr>
                <w:b/>
                <w:bCs/>
              </w:rPr>
              <w:t>Imię</w:t>
            </w:r>
            <w:proofErr w:type="spellEnd"/>
            <w:r w:rsidRPr="004C44B1">
              <w:rPr>
                <w:b/>
                <w:bCs/>
              </w:rPr>
              <w:t>/</w:t>
            </w:r>
            <w:proofErr w:type="spellStart"/>
            <w:r w:rsidRPr="004C44B1">
              <w:rPr>
                <w:b/>
                <w:bCs/>
              </w:rPr>
              <w:t>imiona</w:t>
            </w:r>
            <w:proofErr w:type="spellEnd"/>
            <w:r w:rsidRPr="004C44B1">
              <w:rPr>
                <w:b/>
                <w:bCs/>
              </w:rPr>
              <w:t xml:space="preserve"> i </w:t>
            </w:r>
            <w:proofErr w:type="spellStart"/>
            <w:r w:rsidRPr="004C44B1">
              <w:rPr>
                <w:b/>
                <w:bCs/>
              </w:rPr>
              <w:t>nazwisko</w:t>
            </w:r>
            <w:proofErr w:type="spellEnd"/>
            <w:r w:rsidRPr="004C44B1">
              <w:rPr>
                <w:b/>
                <w:bCs/>
              </w:rPr>
              <w:t>/</w:t>
            </w:r>
            <w:proofErr w:type="spellStart"/>
            <w:r w:rsidRPr="004C44B1">
              <w:rPr>
                <w:b/>
                <w:bCs/>
              </w:rPr>
              <w:t>nazwiska</w:t>
            </w:r>
            <w:proofErr w:type="spellEnd"/>
            <w:r w:rsidRPr="004C44B1">
              <w:rPr>
                <w:b/>
                <w:bCs/>
              </w:rPr>
              <w:t xml:space="preserve"> </w:t>
            </w:r>
            <w:proofErr w:type="spellStart"/>
            <w:r w:rsidRPr="004C44B1">
              <w:rPr>
                <w:b/>
                <w:bCs/>
              </w:rPr>
              <w:t>ucznia</w:t>
            </w:r>
            <w:proofErr w:type="spellEnd"/>
            <w:r w:rsidRPr="004C44B1">
              <w:rPr>
                <w:b/>
                <w:bCs/>
              </w:rPr>
              <w:t>/</w:t>
            </w:r>
            <w:proofErr w:type="spellStart"/>
            <w:r w:rsidRPr="004C44B1">
              <w:rPr>
                <w:b/>
                <w:bCs/>
              </w:rPr>
              <w:t>uczniów</w:t>
            </w:r>
            <w:proofErr w:type="spellEnd"/>
            <w:r w:rsidRPr="004C44B1">
              <w:rPr>
                <w:b/>
                <w:bCs/>
              </w:rPr>
              <w:t xml:space="preserve"> </w:t>
            </w:r>
          </w:p>
        </w:tc>
        <w:tc>
          <w:tcPr>
            <w:tcW w:w="4315" w:type="dxa"/>
          </w:tcPr>
          <w:p w14:paraId="2C975BF4" w14:textId="77777777" w:rsidR="004B1499" w:rsidRDefault="004B1499">
            <w:r>
              <w:t>1…………………………………………………….</w:t>
            </w:r>
          </w:p>
          <w:p w14:paraId="4867ED6F" w14:textId="77777777" w:rsidR="004B1499" w:rsidRDefault="004B1499">
            <w:r>
              <w:t>2…………………………………………………….</w:t>
            </w:r>
          </w:p>
          <w:p w14:paraId="1767931A" w14:textId="77777777" w:rsidR="004B1499" w:rsidRDefault="004B1499">
            <w:r>
              <w:t>3…………………………………………………….</w:t>
            </w:r>
          </w:p>
          <w:p w14:paraId="67B47862" w14:textId="37BDB799" w:rsidR="004B1499" w:rsidRDefault="004B1499">
            <w:r>
              <w:t>4…………………………………………………….</w:t>
            </w:r>
          </w:p>
        </w:tc>
      </w:tr>
    </w:tbl>
    <w:p w14:paraId="2708FDD0" w14:textId="77777777" w:rsidR="004B1499" w:rsidRDefault="004B1499"/>
    <w:p w14:paraId="5EA587A1" w14:textId="04E529C5" w:rsidR="00FE2D97" w:rsidRPr="00B44310" w:rsidRDefault="00626306">
      <w:pPr>
        <w:rPr>
          <w:b/>
          <w:bCs/>
        </w:rPr>
      </w:pPr>
      <w:r>
        <w:t xml:space="preserve">Termin </w:t>
      </w:r>
      <w:proofErr w:type="spellStart"/>
      <w:r>
        <w:t>składania</w:t>
      </w:r>
      <w:proofErr w:type="spellEnd"/>
      <w:r>
        <w:t xml:space="preserve"> </w:t>
      </w:r>
      <w:proofErr w:type="spellStart"/>
      <w:r>
        <w:t>formularz</w:t>
      </w:r>
      <w:r w:rsidR="00001707">
        <w:t>a</w:t>
      </w:r>
      <w:proofErr w:type="spellEnd"/>
      <w:r>
        <w:t xml:space="preserve">: </w:t>
      </w:r>
      <w:r w:rsidR="001036FF">
        <w:rPr>
          <w:b/>
          <w:bCs/>
        </w:rPr>
        <w:t xml:space="preserve">7 </w:t>
      </w:r>
      <w:proofErr w:type="spellStart"/>
      <w:r w:rsidR="001036FF">
        <w:rPr>
          <w:b/>
          <w:bCs/>
        </w:rPr>
        <w:t>października</w:t>
      </w:r>
      <w:proofErr w:type="spellEnd"/>
      <w:r w:rsidRPr="00B44310">
        <w:rPr>
          <w:b/>
          <w:bCs/>
        </w:rPr>
        <w:t xml:space="preserve"> </w:t>
      </w:r>
      <w:r w:rsidR="00001707">
        <w:rPr>
          <w:b/>
          <w:bCs/>
        </w:rPr>
        <w:t>202</w:t>
      </w:r>
      <w:r w:rsidR="00144EFB">
        <w:rPr>
          <w:b/>
          <w:bCs/>
        </w:rPr>
        <w:t>6</w:t>
      </w:r>
    </w:p>
    <w:sectPr w:rsidR="00FE2D97" w:rsidRPr="00B44310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90501" w14:textId="77777777" w:rsidR="00863946" w:rsidRDefault="00863946" w:rsidP="004B1499">
      <w:pPr>
        <w:spacing w:after="0" w:line="240" w:lineRule="auto"/>
      </w:pPr>
      <w:r>
        <w:separator/>
      </w:r>
    </w:p>
  </w:endnote>
  <w:endnote w:type="continuationSeparator" w:id="0">
    <w:p w14:paraId="73B63DEC" w14:textId="77777777" w:rsidR="00863946" w:rsidRDefault="00863946" w:rsidP="004B1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ADB09" w14:textId="77777777" w:rsidR="00863946" w:rsidRDefault="00863946" w:rsidP="004B1499">
      <w:pPr>
        <w:spacing w:after="0" w:line="240" w:lineRule="auto"/>
      </w:pPr>
      <w:r>
        <w:separator/>
      </w:r>
    </w:p>
  </w:footnote>
  <w:footnote w:type="continuationSeparator" w:id="0">
    <w:p w14:paraId="644B95C0" w14:textId="77777777" w:rsidR="00863946" w:rsidRDefault="00863946" w:rsidP="004B1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C50E6" w14:textId="0526C2CC" w:rsidR="004B1499" w:rsidRDefault="004B1499">
    <w:pPr>
      <w:pStyle w:val="Nagwek"/>
    </w:pPr>
    <w:bookmarkStart w:id="0" w:name="_Hlk207197951"/>
    <w:bookmarkStart w:id="1" w:name="_Hlk207197952"/>
    <w:bookmarkStart w:id="2" w:name="_Hlk207197953"/>
    <w:bookmarkStart w:id="3" w:name="_Hlk207197954"/>
    <w:bookmarkStart w:id="4" w:name="_Hlk207197985"/>
    <w:bookmarkStart w:id="5" w:name="_Hlk207197986"/>
    <w:bookmarkStart w:id="6" w:name="_Hlk207197987"/>
    <w:bookmarkStart w:id="7" w:name="_Hlk207197988"/>
    <w:bookmarkStart w:id="8" w:name="_Hlk207197989"/>
    <w:bookmarkStart w:id="9" w:name="_Hlk207197990"/>
    <w:bookmarkStart w:id="10" w:name="_Hlk207197991"/>
    <w:bookmarkStart w:id="11" w:name="_Hlk207197992"/>
    <w:proofErr w:type="spellStart"/>
    <w:r w:rsidRPr="004B1499">
      <w:t>Załącznik</w:t>
    </w:r>
    <w:proofErr w:type="spellEnd"/>
    <w:r w:rsidRPr="004B1499">
      <w:t xml:space="preserve"> nr 1 do </w:t>
    </w:r>
    <w:proofErr w:type="spellStart"/>
    <w:r w:rsidRPr="004B1499">
      <w:t>Regulaminu</w:t>
    </w:r>
    <w:proofErr w:type="spellEnd"/>
    <w:r w:rsidRPr="004B1499">
      <w:t xml:space="preserve">. </w:t>
    </w:r>
    <w:proofErr w:type="spellStart"/>
    <w:r w:rsidRPr="004B1499">
      <w:t>Formularz</w:t>
    </w:r>
    <w:proofErr w:type="spellEnd"/>
    <w:r w:rsidRPr="004B1499">
      <w:t xml:space="preserve"> </w:t>
    </w:r>
    <w:proofErr w:type="spellStart"/>
    <w:r w:rsidRPr="004B1499">
      <w:t>zgłoszeniowy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1720012">
    <w:abstractNumId w:val="8"/>
  </w:num>
  <w:num w:numId="2" w16cid:durableId="523861149">
    <w:abstractNumId w:val="6"/>
  </w:num>
  <w:num w:numId="3" w16cid:durableId="1373650163">
    <w:abstractNumId w:val="5"/>
  </w:num>
  <w:num w:numId="4" w16cid:durableId="775633182">
    <w:abstractNumId w:val="4"/>
  </w:num>
  <w:num w:numId="5" w16cid:durableId="1400129096">
    <w:abstractNumId w:val="7"/>
  </w:num>
  <w:num w:numId="6" w16cid:durableId="432895454">
    <w:abstractNumId w:val="3"/>
  </w:num>
  <w:num w:numId="7" w16cid:durableId="289701865">
    <w:abstractNumId w:val="2"/>
  </w:num>
  <w:num w:numId="8" w16cid:durableId="1835679600">
    <w:abstractNumId w:val="1"/>
  </w:num>
  <w:num w:numId="9" w16cid:durableId="144469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707"/>
    <w:rsid w:val="00034616"/>
    <w:rsid w:val="00044509"/>
    <w:rsid w:val="0006063C"/>
    <w:rsid w:val="001036FF"/>
    <w:rsid w:val="00144EFB"/>
    <w:rsid w:val="0015074B"/>
    <w:rsid w:val="001E1CE8"/>
    <w:rsid w:val="00251C2A"/>
    <w:rsid w:val="0029639D"/>
    <w:rsid w:val="002F6161"/>
    <w:rsid w:val="00300D7F"/>
    <w:rsid w:val="00326F90"/>
    <w:rsid w:val="004B1499"/>
    <w:rsid w:val="004C44B1"/>
    <w:rsid w:val="00626306"/>
    <w:rsid w:val="0068351A"/>
    <w:rsid w:val="006C3764"/>
    <w:rsid w:val="006D501A"/>
    <w:rsid w:val="006F4964"/>
    <w:rsid w:val="008226E2"/>
    <w:rsid w:val="00863946"/>
    <w:rsid w:val="00930FA6"/>
    <w:rsid w:val="00930FCA"/>
    <w:rsid w:val="00AA1D8D"/>
    <w:rsid w:val="00B44310"/>
    <w:rsid w:val="00B47730"/>
    <w:rsid w:val="00C21145"/>
    <w:rsid w:val="00CB0664"/>
    <w:rsid w:val="00D32987"/>
    <w:rsid w:val="00DD154C"/>
    <w:rsid w:val="00F701B9"/>
    <w:rsid w:val="00FC693F"/>
    <w:rsid w:val="00FE2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AE7BE5"/>
  <w14:defaultImageDpi w14:val="300"/>
  <w15:docId w15:val="{1422A5F3-415C-483D-9124-C4FEFE63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PSSE Jelenia Góra - JOANNA PAWIŁOJĆ</cp:lastModifiedBy>
  <cp:revision>2</cp:revision>
  <cp:lastPrinted>2025-08-19T12:40:00Z</cp:lastPrinted>
  <dcterms:created xsi:type="dcterms:W3CDTF">2026-10-01T07:16:00Z</dcterms:created>
  <dcterms:modified xsi:type="dcterms:W3CDTF">2026-10-01T07:16:00Z</dcterms:modified>
  <cp:category/>
</cp:coreProperties>
</file>