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REGULAMIN INTERNATU</w:t>
      </w:r>
    </w:p>
    <w:p w:rsidR="00495B65" w:rsidRPr="00B274FA" w:rsidRDefault="0021410A" w:rsidP="001C0326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 xml:space="preserve">Zespołu Szkół Centrum Kształcenia Rolniczego </w:t>
      </w:r>
      <w:r w:rsidR="001C03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                                                                                      </w:t>
      </w: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w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Żarnowcu</w:t>
      </w:r>
    </w:p>
    <w:p w:rsidR="00495B65" w:rsidRPr="001C0326" w:rsidRDefault="001C0326" w:rsidP="001C0326">
      <w:pPr>
        <w:jc w:val="center"/>
        <w:rPr>
          <w:rFonts w:ascii="Times New Roman" w:hAnsi="Times New Roman" w:cs="Times New Roman"/>
          <w:i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i/>
          <w:sz w:val="20"/>
          <w:szCs w:val="20"/>
          <w:lang w:val="pl-PL"/>
        </w:rPr>
        <w:t>o</w:t>
      </w:r>
      <w:r w:rsidR="0021410A" w:rsidRPr="001C0326">
        <w:rPr>
          <w:rFonts w:ascii="Times New Roman" w:hAnsi="Times New Roman" w:cs="Times New Roman"/>
          <w:b/>
          <w:i/>
          <w:sz w:val="20"/>
          <w:szCs w:val="20"/>
          <w:lang w:val="pl-PL"/>
        </w:rPr>
        <w:t>bowiązujący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 xml:space="preserve"> </w:t>
      </w:r>
      <w:r w:rsidR="0021410A" w:rsidRPr="001C0326">
        <w:rPr>
          <w:rFonts w:ascii="Times New Roman" w:hAnsi="Times New Roman" w:cs="Times New Roman"/>
          <w:b/>
          <w:i/>
          <w:sz w:val="20"/>
          <w:szCs w:val="20"/>
          <w:lang w:val="pl-PL"/>
        </w:rPr>
        <w:t>od dnia 1 września 2026 r.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Rozdział 1</w:t>
      </w:r>
    </w:p>
    <w:p w:rsidR="00495B65" w:rsidRPr="001C0326" w:rsidRDefault="0021410A" w:rsidP="001C0326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b/>
          <w:sz w:val="24"/>
          <w:szCs w:val="24"/>
          <w:lang w:val="pl-PL"/>
        </w:rPr>
        <w:t>Postanowienia ogólne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1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Internat jest integralną</w:t>
      </w:r>
      <w:r w:rsidR="00CA3917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częścią Zespołu Szkół Centrum Kształcenia Rolniczego w Żarnowcu, zwanego dalej „szkołą”.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Internat jest placówką</w:t>
      </w:r>
      <w:r w:rsidR="00CA3917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zapewniającą uczniom zakwaterowanie, wyżywienie oraz opiekę wychowawczą w</w:t>
      </w:r>
      <w:r w:rsidR="00CA3917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okresie pobierania nauki poza miejscem stałego zamieszkania.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Internat jest placówką</w:t>
      </w:r>
      <w:r w:rsidR="00CA3917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koedukacyjną.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Regulamin określa zasady</w:t>
      </w:r>
      <w:r w:rsidR="00CA3917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przyjmowania i pobytu wychowanków w internacie, ich prawa i obowiązki, zasady organizacji życia w internacie, bezpieczeństwa, odpowiedzialności</w:t>
      </w:r>
      <w:r w:rsidR="00CA3917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 mienie oraz odpłatności za pobyt i wyżywienie.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Regulamin ma na celu</w:t>
      </w:r>
      <w:r w:rsidR="00CA3917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zapewnienie wychowankom bezpiecznych i higienicznych warunków pobytu,</w:t>
      </w:r>
      <w:r w:rsidR="00CA3917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właściwej organizacji nauki i wypoczynku oraz stworzenie warunków do</w:t>
      </w:r>
      <w:r w:rsidR="00CA3917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rozwoju samodzielności, odpowiedzialności i samorządności.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6. Regulamin stosuje się z</w:t>
      </w:r>
      <w:r w:rsidR="00CA3917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uwzględnieniem: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statutu szkoły;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obowiązujących przepisów prawa;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Standardów Ochrony Małoletnich</w:t>
      </w:r>
      <w:r w:rsidR="00CA3917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obowiązujących w szkole;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zarządzeń dyrektora szkoły;</w:t>
      </w:r>
    </w:p>
    <w:p w:rsidR="00495B65" w:rsidRPr="00B274FA" w:rsidRDefault="00B274F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5. procedur i instrukcji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obowiązujących w internacie.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7. R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egulamin jest udostępniany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wychowankom i ich rodzicom lub opiekuno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m prawnym oraz podawany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publicznej wiadomości w sposób przyjęty w szkole, w tym na stronie      internetowej szkoły.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2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Do po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dstawowych zadań internatu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należy w szczególności:</w:t>
      </w:r>
    </w:p>
    <w:p w:rsidR="00495B65" w:rsidRPr="00B274FA" w:rsidRDefault="00B274F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zapewnienie wychowankom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bezpiecznych i higienicznych warunków zakwaterowania;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zapewn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>ienie wyżywienia na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zasadach określonych w odrębnych przepisa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ch i zasadach organizacji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żywienia;</w:t>
      </w:r>
    </w:p>
    <w:p w:rsidR="00495B65" w:rsidRPr="00B274FA" w:rsidRDefault="00B274F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3. zapewnienie opieki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wychowawczej w czasie pobytu wychowanków w internacie;</w:t>
      </w:r>
    </w:p>
    <w:p w:rsidR="00495B65" w:rsidRPr="00B274FA" w:rsidRDefault="00B274F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4. wspieranie prawidłowej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realizacji obowiązku nauki;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5. 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tworzenie warunków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sprzyjających nauce i wyrównywaniu szans edukacyjnych;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lastRenderedPageBreak/>
        <w:t>6. wspi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eranie rodziny i szkoły 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realizacji zadań opiekuńczo-wychowawczych;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7. kszt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ałtowanie samodzielności,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odpowiedzialności i zaradności życiowej;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8. rozwijanie 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zainteresowań,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uzdolnień i aktywności wychowanków;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9. r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ozwijanie samorządności 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współodpowiedzialności za funkcjonowanie internatu;</w:t>
      </w:r>
    </w:p>
    <w:p w:rsidR="00495B65" w:rsidRPr="00B274FA" w:rsidRDefault="00B274F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10. kształtowanie postaw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wzajemnego szacunku, życzliwości, tolerancji i odpowiedzialności;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11. promowanie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zdrowego stylu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życia i aktywności fizycznej;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12.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kształtowanie właściwych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nawyków higienicznych i porządkowych;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13. prz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ygotowanie wychowanków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odpowiedzialnego uczestniczenia w życiu społecznym i rodzinnym;</w:t>
      </w:r>
    </w:p>
    <w:p w:rsidR="00495B65" w:rsidRPr="00B274FA" w:rsidRDefault="00B274F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14. rozwijanie szacunku dla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przyrody, dziedzictwa kulturowego i tradycji.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3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Int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>ernat funkcjonuje w okresie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zajęć dydaktyczno-wychowawczych szkoły,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zgodnie z organizacją roku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szkolnego i organizacją pracy ustaloną przez dyrektora szkoły.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Internat co do zasady z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apewnia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opiekę wychowawczą od niedzieli od godziny 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18.00 do piątku do godziny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16.00, z uwzględnieniem organizacji pracy i harmonogramu dyżurów.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3. 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>W uzasadnionych przypadkach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dyrektor szkoły może ustalić inną organizację funkcjonowania internatu.</w:t>
      </w:r>
    </w:p>
    <w:p w:rsidR="00495B65" w:rsidRPr="00B274FA" w:rsidRDefault="00B274F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4. Szczegółowe godziny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funkcjonowania internatu, rozkład dnia oraz org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anizację dyżurów określają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odpowiednie dokumenty organizacyjne szkoły i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W i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nternacie tworzy się grupy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wychowawcze. Liczbę grup oraz liczbę wychowanków </w:t>
      </w:r>
      <w:r w:rsidR="00B274F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w grupach ustala się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zgodnie z obowiązującymi przepisami oraz organizacją pracy szkoły.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6. Pracą internatu kieruje 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>nauczyciel- wychowawca, któremu dyrektor powierzył obowiązki kierownika, zwany dalej kierownikiem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7.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 Kierownik internatu podlega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bezpośrednio dyrektorowi szkoły.</w:t>
      </w:r>
    </w:p>
    <w:p w:rsidR="00495B65" w:rsidRPr="00B274FA" w:rsidRDefault="00B274F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8. Pracownicy pedagogiczni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internatu tworzą Radę Wychowawczą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9. 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Rada Wychowawcza Internatu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współuczestniczy w planowaniu i organizowaniu pracy      opiekuńczo-wychowawczej, analizuje jej przebieg oraz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 formułuje wnioski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służące podnoszeniu jakości pracy internatu.</w:t>
      </w:r>
    </w:p>
    <w:p w:rsidR="00495B65" w:rsidRPr="00B274FA" w:rsidRDefault="00B274F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10. Przewodniczącym Rady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Wychowawczej Internatu jest kierownik int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ernatu, a w przypadku jego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nieobecności osoba wyznaczona przez dyrektora szkoły.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11. Rada Wychowawcza Internatu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odbywa posiedzenia zgodnie z potrzebami oraz ustalonym harmonogramem.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4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 in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ternacie może funkcjonować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monitoring wizyjny, stosowany wyłączni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e w zakresie i na zasadach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określonych w przepisach prawa oraz w obowiązujących w szkole zasadach      funkcjonowania monitoringu.</w:t>
      </w:r>
    </w:p>
    <w:p w:rsidR="00495B65" w:rsidRPr="00B274FA" w:rsidRDefault="00B274F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lastRenderedPageBreak/>
        <w:t>2. Celem monitoringu jest w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szczególności zapewnienie bezpieczeństwa wych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owanków i pracowników oraz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ochrona mienia.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Monit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oring stanowi uzupełnienie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systemu dyżurów i innych działań podejmowanych w celu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 zapewnienia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bezpieczeństwa.</w:t>
      </w:r>
    </w:p>
    <w:p w:rsidR="00495B65" w:rsidRPr="00B274FA" w:rsidRDefault="00B274F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4. Monitoring nie obejmuje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pomieszczeń, w których jego stosowanie jest ni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edopuszczalne na podstawie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przepisów prawa.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Inf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ormacje dotyczące obszarów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objętych monitoringiem, zasad jego funkcjonowania oraz 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okresu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przechowywania nagrań są udostępniane zgodnie z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 obowiązującymi przepisami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 zasadami ochrony danych osobowych.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5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 Podstawą realizacji zadań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opiekuńczo-wychowawczych internatu jest roczny plan pracy      opiekuńczo-wychowawczej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Ro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czny plan pracy opracowuje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kierownik internatu lub osoby przez niego w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yznaczone, po zasięgnięciu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opinii Rady Wychowawczej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Ro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czny plan pracy zatwierdza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dyrektor szkoły.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Pr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aca opiekuńczo-wychowawcza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prowadzona jest z uwzględnieniem potrzeb i moż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liwości wychowanków oraz 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zachowaniem ich godności, prywatności i praw.</w:t>
      </w:r>
    </w:p>
    <w:p w:rsidR="00B274FA" w:rsidRDefault="00B274FA" w:rsidP="00CB28F3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Rozdział 2</w:t>
      </w:r>
    </w:p>
    <w:p w:rsidR="00495B65" w:rsidRPr="001C0326" w:rsidRDefault="0021410A" w:rsidP="001C0326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b/>
          <w:sz w:val="24"/>
          <w:szCs w:val="24"/>
          <w:lang w:val="pl-PL"/>
        </w:rPr>
        <w:t>Zasady przyjęcia i pobytu w internacie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6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O p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rzyjęcie do internatu może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ubiegać się uczeń uczący się poza miejscem stałeg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o zamieszkania, na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zasadach określonych w obowiązujących przepisach prawa oraz zasadach      rekrutacji do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 W pierwszej kolejności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internatu przyjmowani są uczniowie szkoły.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W p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rzypadku wolnych miejsc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internatu mogą być przyjmowani uczniowie in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nych szkół, jeżeli jest to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zgodne z obowiązującymi przepisami i zasadami organizacji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W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 przypadku większej liczby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kandydatów niż liczba wolnych miejsc stosuj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e się odpowiednio przepisy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dotyczące rekrutacji określone w ustawie – Prawo oświatowe oraz kryteria      przyjęte dla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Pr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zy ustalaniu pierwszeństwa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przyjęcia uwzględnia się kryteria wynikające 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z obowiązujących przepisów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oraz przyjętych zasad rekrutacji.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6. Podanie o przyjęcie do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internatu składa się w terminie i w sposób określony przez dyrektora      szkoły.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7.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 Postępowanie rekrutacyjne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przeprowadza komisja rekrutacyjna powołana prz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>ez dyrektora szkoły, jeżeli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obowiązujące przepisy lub organizacja rekrutacji przewidują jej powołanie.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lastRenderedPageBreak/>
        <w:t>8. Kan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dydatowi, który nie został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przyjęty do internatu, przysługują uprawnienia 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>wynikające z obowiązujących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przepisów prawa oraz przyjętych zasad rekrutacji.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7</w:t>
      </w:r>
    </w:p>
    <w:p w:rsidR="00495B65" w:rsidRPr="00B274FA" w:rsidRDefault="00B274F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1. Przyjęcie wychowanka do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internatu oznacza możliwość korzystania z za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kwaterowania, wyżywienia i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opieki wychowawczej na zasadach określonych w niniejszym regulaminie.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Przy zakwaterowaniu wychowanek: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z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>apoznaje się z regulaminem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internatu;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zos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taje zapoznany z zasadami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bezpieczeństwa i ochrony przeciwpożarowej;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. zostaje poinformowany 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organizacji dnia i tygodnia;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otr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zymuje przydział pokoju 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miejsca zakwaterowania;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zos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taje zapoznany z zasadami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korzystania z wyposażenia i pomieszczeń wspólnych.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Wychowanek o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raz, w przypadku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wychowanka niepełnoletniego, jego rodzic lub opi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ekun prawny są zobowiązani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do przestrzegania zasad określonych w regulaminie oraz innych dokumentach      obowiązujących w internacie.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8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Pr</w:t>
      </w:r>
      <w:r w:rsidR="00B274FA">
        <w:rPr>
          <w:rFonts w:ascii="Times New Roman" w:hAnsi="Times New Roman" w:cs="Times New Roman"/>
          <w:sz w:val="24"/>
          <w:szCs w:val="24"/>
          <w:lang w:val="pl-PL"/>
        </w:rPr>
        <w:t xml:space="preserve">zydział pokoi mieszkalnych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dokonuje kierownik internatu, uwzględniając w szczególności:</w:t>
      </w:r>
    </w:p>
    <w:p w:rsidR="00CB28F3" w:rsidRDefault="00CB28F3" w:rsidP="00CB28F3">
      <w:pPr>
        <w:pStyle w:val="Akapitzlist"/>
        <w:numPr>
          <w:ilvl w:val="0"/>
          <w:numId w:val="1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organizację pracy internatu;</w:t>
      </w:r>
    </w:p>
    <w:p w:rsidR="00CB28F3" w:rsidRDefault="0021410A" w:rsidP="00CB28F3">
      <w:pPr>
        <w:pStyle w:val="Akapitzlist"/>
        <w:numPr>
          <w:ilvl w:val="0"/>
          <w:numId w:val="1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liczbę wolnych miejsc;</w:t>
      </w:r>
    </w:p>
    <w:p w:rsidR="00CB28F3" w:rsidRDefault="0021410A" w:rsidP="00CB28F3">
      <w:pPr>
        <w:pStyle w:val="Akapitzlist"/>
        <w:numPr>
          <w:ilvl w:val="0"/>
          <w:numId w:val="1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możliwości lokalowe;</w:t>
      </w:r>
    </w:p>
    <w:p w:rsidR="00CB28F3" w:rsidRDefault="0021410A" w:rsidP="00CB28F3">
      <w:pPr>
        <w:pStyle w:val="Akapitzlist"/>
        <w:numPr>
          <w:ilvl w:val="0"/>
          <w:numId w:val="1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wiek wychowanków;</w:t>
      </w:r>
    </w:p>
    <w:p w:rsidR="00CB28F3" w:rsidRDefault="0021410A" w:rsidP="00CB28F3">
      <w:pPr>
        <w:pStyle w:val="Akapitzlist"/>
        <w:numPr>
          <w:ilvl w:val="0"/>
          <w:numId w:val="1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płeć wychowanków;</w:t>
      </w:r>
    </w:p>
    <w:p w:rsidR="00CB28F3" w:rsidRDefault="0021410A" w:rsidP="00CB28F3">
      <w:pPr>
        <w:pStyle w:val="Akapitzlist"/>
        <w:numPr>
          <w:ilvl w:val="0"/>
          <w:numId w:val="1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potrzeby wychowawcze;</w:t>
      </w:r>
    </w:p>
    <w:p w:rsidR="00CB28F3" w:rsidRDefault="0021410A" w:rsidP="00CB28F3">
      <w:pPr>
        <w:pStyle w:val="Akapitzlist"/>
        <w:numPr>
          <w:ilvl w:val="0"/>
          <w:numId w:val="1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bezpieczeństwo wychowanków;</w:t>
      </w:r>
    </w:p>
    <w:p w:rsidR="00495B65" w:rsidRPr="00CB28F3" w:rsidRDefault="00CB28F3" w:rsidP="00CB28F3">
      <w:pPr>
        <w:pStyle w:val="Akapitzlist"/>
        <w:numPr>
          <w:ilvl w:val="0"/>
          <w:numId w:val="1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uzasadnione okoliczności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dotyczące wspólnego zamieszkiwania.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Wyc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>howanek korzysta z pokoju i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miejsca zakwaterowania przydzielonego przez kierownika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Zm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iana przydzielonego pokoju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może nastąpić za zgodą kierownika internatu, 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w szczególności z przyczyn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organizacyjnych, wychowawczych, zdrowotnych lub w przypadku wystąpienia      uzasadnionych trudności we wspólnym zamieszkiwaniu.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Samowolna zmian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a pokoju lub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miejsca zakwaterowania jest niedopuszczalna.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Wych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owanek jest zobowiązany do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dbania o wyposażenie pokoju oraz zgłas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zania wychowawcy wszelkich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uszkodzeń, usterek lub braków w wyposażeniu.</w:t>
      </w:r>
    </w:p>
    <w:p w:rsidR="00495B65" w:rsidRPr="00B274FA" w:rsidRDefault="00CB28F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6. Przy zakwaterowaniu i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wykwaterowaniu wychowanek zobowiązany jest do sprawdzenia stanu      wyposażenia pokoju.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7. Przy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 wykwaterowaniu wychowanek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pozostawia pokój w stanie uporządkowanym, z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 uwzględnieniem normalnego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zużycia wynikającego z prawidłowego użytkowania.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8. Wychowanek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 zobowiązany jest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zwrotu kluczy oraz powierzonego wyposażenia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lastRenderedPageBreak/>
        <w:t>9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. W przypadku stwierdzenia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uszkodzeń lub braków w wyposażeniu sporządza się odpowiednią dokumentację.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9</w:t>
      </w:r>
    </w:p>
    <w:p w:rsidR="00495B65" w:rsidRPr="00B274FA" w:rsidRDefault="00CB28F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1. Wychowanek korzysta z 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pomieszczeń, urządzeń i wyposażenia internatu zg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odnie z ich przeznaczeniem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oraz zasadami bezpieczeństwa.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 Korzystanie z pomieszczeń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wspólnych odbywa się z poszanowaniem prawa in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nych wychowanków do nauki,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odpoczynku i prywatności.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Szcz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egółowe zasady korzystania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 poszczególnych pomieszczeń mogą być określon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e w odrębnych instrukcjach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lub ustaleniach kierownika internatu.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10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. W internacie funkcjonuje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Młodzieżowa Rada Internatu, reprezentująca ogół wychowanków.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Młodz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ieżowa Rada Internatu jest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wybierana w demokratycznych wyborach spośró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d mieszkańców internatu, na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zasadach ustalonych przez wychowanków i zaakce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ptowanych przez kierownika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3. 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Kadencja Młodzieżowej Rady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Internatu trwa jeden rok szkolny.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Skład Rady może zostać uzupełniony w trakcie kadencji w przypadku ustąpienia członka lub      powstania wakatu.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O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piekę nad Młodzieżową Radą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Internatu sprawuje wychowawca wybrany przez w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ychowanków i zaakceptowany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przez kierownika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6. Młodzieżowa Rada I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>nternatu może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przedstawiać kierownikowi internatu, Radz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>ie Wychowawczej Internatu i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dyrektorowi szkoły wnioski i opinie dotyczące życia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7. 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Do zadań Młodzieżowej Rady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Internatu należy w szczególności:</w:t>
      </w:r>
    </w:p>
    <w:p w:rsidR="00495B65" w:rsidRPr="00B274FA" w:rsidRDefault="00CB28F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1. reprezentowanie interesów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wychowanków;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 przedstawianie potrzeb i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propozycji mieszkańców;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ws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półudział w organizowaniu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życia kulturalnego, sportowego i społecznego;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współpraca z wychowawcami;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ws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półudział w organizowaniu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uroczystości i przedsięwzięć internackich;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6. ws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pieranie zasad współżycia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społecznego.</w:t>
      </w:r>
    </w:p>
    <w:p w:rsidR="00CB28F3" w:rsidRDefault="00CB28F3" w:rsidP="00CB28F3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Rozdział 3</w:t>
      </w:r>
    </w:p>
    <w:p w:rsidR="00495B65" w:rsidRPr="001C0326" w:rsidRDefault="0021410A" w:rsidP="001C0326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b/>
          <w:sz w:val="24"/>
          <w:szCs w:val="24"/>
          <w:lang w:val="pl-PL"/>
        </w:rPr>
        <w:t>Prawa wychowanka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11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Wychowanek ma prawo do:</w:t>
      </w:r>
    </w:p>
    <w:p w:rsidR="00CB28F3" w:rsidRDefault="00CB28F3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poszanowania godności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osobistej;</w:t>
      </w:r>
    </w:p>
    <w:p w:rsidR="00CB28F3" w:rsidRDefault="0021410A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p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oszanowania prywatności i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>życia osobistego;</w:t>
      </w:r>
    </w:p>
    <w:p w:rsidR="00CB28F3" w:rsidRDefault="00CB28F3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ochrony przed przemocą,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 xml:space="preserve">agresją, dyskryminacją, poniżaniem i innymi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zachowaniami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naruszającymi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 xml:space="preserve"> jego godność;</w:t>
      </w:r>
    </w:p>
    <w:p w:rsidR="00CB28F3" w:rsidRDefault="0021410A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bez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piecznych i higienicznych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>warunków pobytu;</w:t>
      </w:r>
    </w:p>
    <w:p w:rsidR="00CB28F3" w:rsidRDefault="0021410A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k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orzystania z pomieszczeń,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>urządzeń i wyposażenia internatu zgodnie z ich przeznaczeniem;</w:t>
      </w:r>
    </w:p>
    <w:p w:rsidR="00CB28F3" w:rsidRDefault="0021410A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warunków sprzyjających nauce;</w:t>
      </w:r>
    </w:p>
    <w:p w:rsidR="00CB28F3" w:rsidRDefault="00CB28F3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wypoczynku i kulturalnego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spędzania czasu wolnego;</w:t>
      </w:r>
    </w:p>
    <w:p w:rsidR="00CB28F3" w:rsidRDefault="0021410A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ucz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estniczenia w zajęciach i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>przedsięwzięciach organizowanych w internacie;</w:t>
      </w:r>
    </w:p>
    <w:p w:rsidR="00CB28F3" w:rsidRDefault="0021410A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r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ozwijania zainteresowań i 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>uzdolnień;</w:t>
      </w:r>
    </w:p>
    <w:p w:rsidR="00CB28F3" w:rsidRDefault="00CB28F3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korzystania z pomocy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wychowawców w rozwiązywaniu problemów związanych z pobytem w internacie;</w:t>
      </w:r>
    </w:p>
    <w:p w:rsidR="00CB28F3" w:rsidRDefault="00CB28F3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korzystania, w miarę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możliwości, z pomocy pedagoga, p</w:t>
      </w:r>
      <w:r>
        <w:rPr>
          <w:rFonts w:ascii="Times New Roman" w:hAnsi="Times New Roman" w:cs="Times New Roman"/>
          <w:sz w:val="24"/>
          <w:szCs w:val="24"/>
          <w:lang w:val="pl-PL"/>
        </w:rPr>
        <w:t>sychologa i innych specjalistów</w:t>
      </w:r>
    </w:p>
    <w:p w:rsidR="00CB28F3" w:rsidRDefault="0021410A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prze</w:t>
      </w:r>
      <w:r w:rsidR="00CB28F3" w:rsidRPr="00CB28F3">
        <w:rPr>
          <w:rFonts w:ascii="Times New Roman" w:hAnsi="Times New Roman" w:cs="Times New Roman"/>
          <w:sz w:val="24"/>
          <w:szCs w:val="24"/>
          <w:lang w:val="pl-PL"/>
        </w:rPr>
        <w:t xml:space="preserve">dstawiania swoich opinii,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>potrzeb i propozy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>cji dotyczących życia internatu;</w:t>
      </w:r>
    </w:p>
    <w:p w:rsidR="00CB28F3" w:rsidRDefault="0021410A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 xml:space="preserve"> współucze</w:t>
      </w:r>
      <w:r w:rsidR="00CB28F3" w:rsidRPr="00CB28F3">
        <w:rPr>
          <w:rFonts w:ascii="Times New Roman" w:hAnsi="Times New Roman" w:cs="Times New Roman"/>
          <w:sz w:val="24"/>
          <w:szCs w:val="24"/>
          <w:lang w:val="pl-PL"/>
        </w:rPr>
        <w:t xml:space="preserve">stniczenia poprzez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 xml:space="preserve"> przedstawicielstwo wychowanków w sprawach 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>dotyczących funkcjonowania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 xml:space="preserve"> internatu;</w:t>
      </w:r>
    </w:p>
    <w:p w:rsidR="00CB28F3" w:rsidRDefault="00CB28F3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przyjmowania osób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odwiedzających na zasadach określonych w regulaminie;</w:t>
      </w:r>
    </w:p>
    <w:p w:rsidR="00CB28F3" w:rsidRDefault="0021410A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opusz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czania internatu w czasie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>wolnym na zasadach określonych w regulaminie;</w:t>
      </w:r>
    </w:p>
    <w:p w:rsidR="00CB28F3" w:rsidRDefault="00CB28F3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poszanowania przekonań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religijnych i światopoglądowych, z zachowani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em praw i godności innych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osób;</w:t>
      </w:r>
    </w:p>
    <w:p w:rsidR="00CB28F3" w:rsidRDefault="00CB28F3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 xml:space="preserve">kontaktu z rodzicami,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opiekunami prawnymi i innymi osobami, zgodnie z obowiązującymi zasadami;</w:t>
      </w:r>
    </w:p>
    <w:p w:rsidR="00CB28F3" w:rsidRDefault="0021410A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składani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a skarg, wniosków i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>uwag dotyczących funkcjonowania internatu;</w:t>
      </w:r>
    </w:p>
    <w:p w:rsidR="00495B65" w:rsidRPr="00CB28F3" w:rsidRDefault="00CB28F3" w:rsidP="00CB28F3">
      <w:pPr>
        <w:pStyle w:val="Akapitzlist"/>
        <w:numPr>
          <w:ilvl w:val="0"/>
          <w:numId w:val="1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kultywowania i tworzenia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 xml:space="preserve"> tradycji internatu.</w:t>
      </w:r>
    </w:p>
    <w:p w:rsidR="00495B65" w:rsidRPr="00B274FA" w:rsidRDefault="00CB28F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2. Korzystanie z praw przez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wychowanka nie może naruszać praw, godności, p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rywatności, bezpieczeństwa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ani spokoju innych osób.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Rozdział 4</w:t>
      </w:r>
    </w:p>
    <w:p w:rsidR="00495B65" w:rsidRPr="001C0326" w:rsidRDefault="0021410A" w:rsidP="001C0326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b/>
          <w:sz w:val="24"/>
          <w:szCs w:val="24"/>
          <w:lang w:val="pl-PL"/>
        </w:rPr>
        <w:t>Obowiązki wychowanka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12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Wych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owanek jest zobowiązany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przestrzegania:</w:t>
      </w:r>
    </w:p>
    <w:p w:rsidR="00CB28F3" w:rsidRDefault="0021410A" w:rsidP="00CB28F3">
      <w:pPr>
        <w:pStyle w:val="Akapitzlist"/>
        <w:numPr>
          <w:ilvl w:val="0"/>
          <w:numId w:val="12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przepisów prawa;</w:t>
      </w:r>
    </w:p>
    <w:p w:rsidR="00CB28F3" w:rsidRDefault="0021410A" w:rsidP="00CB28F3">
      <w:pPr>
        <w:pStyle w:val="Akapitzlist"/>
        <w:numPr>
          <w:ilvl w:val="0"/>
          <w:numId w:val="12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statutu szkoły;</w:t>
      </w:r>
    </w:p>
    <w:p w:rsidR="00CB28F3" w:rsidRDefault="0021410A" w:rsidP="00CB28F3">
      <w:pPr>
        <w:pStyle w:val="Akapitzlist"/>
        <w:numPr>
          <w:ilvl w:val="0"/>
          <w:numId w:val="12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 xml:space="preserve"> niniejszego regulaminu;</w:t>
      </w:r>
    </w:p>
    <w:p w:rsidR="00CB28F3" w:rsidRDefault="0021410A" w:rsidP="00CB28F3">
      <w:pPr>
        <w:pStyle w:val="Akapitzlist"/>
        <w:numPr>
          <w:ilvl w:val="0"/>
          <w:numId w:val="12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Stand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ardów Ochrony Małoletnich,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>obowiązujących w szkole;</w:t>
      </w:r>
    </w:p>
    <w:p w:rsidR="00CB28F3" w:rsidRDefault="0021410A" w:rsidP="00CB28F3">
      <w:pPr>
        <w:pStyle w:val="Akapitzlist"/>
        <w:numPr>
          <w:ilvl w:val="0"/>
          <w:numId w:val="12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zarządzeń dyrektora szkoły;</w:t>
      </w:r>
    </w:p>
    <w:p w:rsidR="00495B65" w:rsidRPr="00CB28F3" w:rsidRDefault="00CB28F3" w:rsidP="00CB28F3">
      <w:pPr>
        <w:pStyle w:val="Akapitzlist"/>
        <w:numPr>
          <w:ilvl w:val="0"/>
          <w:numId w:val="12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ustaleń organizacyjnych i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procedur obowiązujących w internacie.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Wyc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howanek jest zobowiązany 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szczególności do:</w:t>
      </w:r>
    </w:p>
    <w:p w:rsidR="00CB28F3" w:rsidRDefault="00CB28F3" w:rsidP="00CB28F3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przestrzegania zasad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współżycia społecznego;</w:t>
      </w:r>
    </w:p>
    <w:p w:rsidR="00CB28F3" w:rsidRDefault="0021410A" w:rsidP="00CB28F3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odnos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zenia się z szacunkiem do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>innych wychowanków, pracowników szkoły i osób odwiedzających;</w:t>
      </w:r>
    </w:p>
    <w:p w:rsidR="00CB28F3" w:rsidRDefault="00CB28F3" w:rsidP="00CB28F3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przestrzegania ustalonego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rozkładu dnia i tygodnia;</w:t>
      </w:r>
    </w:p>
    <w:p w:rsidR="00CB28F3" w:rsidRDefault="0021410A" w:rsidP="00CB28F3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 sys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>tematycznego uczenia się i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 xml:space="preserve"> wykorzystywania warunków stworzonych do nauki;</w:t>
      </w:r>
    </w:p>
    <w:p w:rsidR="00CB28F3" w:rsidRDefault="0021410A" w:rsidP="00CB28F3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u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czestniczenia w zajęciach,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>wynikających z organizacji pracy internatu;</w:t>
      </w:r>
    </w:p>
    <w:p w:rsidR="00CB28F3" w:rsidRDefault="0021410A" w:rsidP="00CB28F3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CB28F3">
        <w:rPr>
          <w:rFonts w:ascii="Times New Roman" w:hAnsi="Times New Roman" w:cs="Times New Roman"/>
          <w:sz w:val="24"/>
          <w:szCs w:val="24"/>
          <w:lang w:val="pl-PL"/>
        </w:rPr>
        <w:t>prz</w:t>
      </w:r>
      <w:r w:rsidR="00CB28F3">
        <w:rPr>
          <w:rFonts w:ascii="Times New Roman" w:hAnsi="Times New Roman" w:cs="Times New Roman"/>
          <w:sz w:val="24"/>
          <w:szCs w:val="24"/>
          <w:lang w:val="pl-PL"/>
        </w:rPr>
        <w:t xml:space="preserve">estrzegania ciszy podczas </w:t>
      </w:r>
      <w:r w:rsidRPr="00CB28F3">
        <w:rPr>
          <w:rFonts w:ascii="Times New Roman" w:hAnsi="Times New Roman" w:cs="Times New Roman"/>
          <w:sz w:val="24"/>
          <w:szCs w:val="24"/>
          <w:lang w:val="pl-PL"/>
        </w:rPr>
        <w:t>nauki własnej i w porze nocnej;</w:t>
      </w:r>
    </w:p>
    <w:p w:rsidR="00CB28F3" w:rsidRDefault="00CB28F3" w:rsidP="00CB28F3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utrzymywania higieny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 xml:space="preserve"> osobistej;</w:t>
      </w:r>
    </w:p>
    <w:p w:rsidR="00BD630F" w:rsidRDefault="00BD630F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utrzymywania porządku i </w:t>
      </w:r>
      <w:r w:rsidR="0021410A" w:rsidRPr="00CB28F3">
        <w:rPr>
          <w:rFonts w:ascii="Times New Roman" w:hAnsi="Times New Roman" w:cs="Times New Roman"/>
          <w:sz w:val="24"/>
          <w:szCs w:val="24"/>
          <w:lang w:val="pl-PL"/>
        </w:rPr>
        <w:t>estetyki pokoju oraz pomieszczeń wspólnych;</w:t>
      </w:r>
    </w:p>
    <w:p w:rsidR="00BD630F" w:rsidRDefault="00BD630F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dbania o wspólne mienie i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wyposażenie internatu;</w:t>
      </w:r>
    </w:p>
    <w:p w:rsidR="00BD630F" w:rsidRDefault="0021410A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oszc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zędnego korzystania z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wody, energii elektrycznej i innych mediów;</w:t>
      </w:r>
    </w:p>
    <w:p w:rsidR="00BD630F" w:rsidRDefault="00BD630F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przestrzegania zasad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bezpieczeństwa, BHP i ochrony przeciwpożarowej;</w:t>
      </w:r>
    </w:p>
    <w:p w:rsidR="00BD630F" w:rsidRDefault="0021410A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wy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konywania uzasadnionych i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bezpiecznych czynności porządkowych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 związanych z funkcjonowaniem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internatu;</w:t>
      </w:r>
    </w:p>
    <w:p w:rsidR="00BD630F" w:rsidRDefault="00BD630F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rzetelnego pełnienia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uzgodnionych dyżurów porządkowych;</w:t>
      </w:r>
    </w:p>
    <w:p w:rsidR="00BD630F" w:rsidRDefault="0021410A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wyko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nywania zgodnych z prawem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i regulaminem poleceń wychowawcy oraz kierownik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a internatu, wydawanych w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związku z zapewnieniem bezpieczeństwa, porządku i prawid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>łową organizacją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 pobytu;</w:t>
      </w:r>
    </w:p>
    <w:p w:rsidR="00BD630F" w:rsidRDefault="00BD630F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dbania o własne zdrowie i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 bezpieczeństwo;</w:t>
      </w:r>
    </w:p>
    <w:p w:rsidR="00BD630F" w:rsidRDefault="0021410A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n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iezwłocznego informowania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wychowawcy o złym samopoczuciu, chorobi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e, urazie, zagrożeniu lub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konieczności skorzystania z pomocy;</w:t>
      </w:r>
    </w:p>
    <w:p w:rsidR="00BD630F" w:rsidRDefault="0021410A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zgłaszania wychowawcy wyj</w:t>
      </w:r>
      <w:r w:rsidR="00BD630F"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ść,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wyjazdów i powrotów zgodnie z obowiązującym sposobem dokumentowania;</w:t>
      </w:r>
    </w:p>
    <w:p w:rsidR="00BD630F" w:rsidRDefault="0021410A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 ter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minowego uiszczania opłat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związanych z pobytem i wyżywieniem;</w:t>
      </w:r>
    </w:p>
    <w:p w:rsidR="00BD630F" w:rsidRDefault="0021410A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posza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nowania mienia własnego i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innych osób;</w:t>
      </w:r>
    </w:p>
    <w:p w:rsidR="00BD630F" w:rsidRDefault="0021410A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prz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estrzegania zasad kultury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osobistej i savoir-vivre;</w:t>
      </w:r>
    </w:p>
    <w:p w:rsidR="00495B65" w:rsidRPr="00BD630F" w:rsidRDefault="0021410A" w:rsidP="00BD630F">
      <w:pPr>
        <w:pStyle w:val="Akapitzlist"/>
        <w:numPr>
          <w:ilvl w:val="0"/>
          <w:numId w:val="1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ws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półdziałania w realizacji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zadań grupy wychowawczej i samorządu internatu.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13</w:t>
      </w:r>
    </w:p>
    <w:p w:rsidR="00BD630F" w:rsidRPr="00BD630F" w:rsidRDefault="00BD630F" w:rsidP="00BD630F">
      <w:p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1.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Wych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owanek jest zobowiązany do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utrzymywania porządku i właściwych warunków hig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ienicznych w szczególności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poprzez:</w:t>
      </w:r>
    </w:p>
    <w:p w:rsidR="00BD630F" w:rsidRDefault="0021410A" w:rsidP="00BD630F">
      <w:pPr>
        <w:pStyle w:val="Akapitzlist"/>
        <w:numPr>
          <w:ilvl w:val="0"/>
          <w:numId w:val="1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utrzymywanie czyst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ości pokoju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i pomieszczeń wspólnych;</w:t>
      </w:r>
    </w:p>
    <w:p w:rsidR="00BD630F" w:rsidRDefault="0021410A" w:rsidP="00BD630F">
      <w:pPr>
        <w:pStyle w:val="Akapitzlist"/>
        <w:numPr>
          <w:ilvl w:val="0"/>
          <w:numId w:val="1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właściwe ścielenie łóżka;</w:t>
      </w:r>
    </w:p>
    <w:p w:rsidR="00BD630F" w:rsidRDefault="00BD630F" w:rsidP="00BD630F">
      <w:pPr>
        <w:pStyle w:val="Akapitzlist"/>
        <w:numPr>
          <w:ilvl w:val="0"/>
          <w:numId w:val="1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przechowywanie rzeczy w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 miejscach do tego przeznaczonych;</w:t>
      </w:r>
    </w:p>
    <w:p w:rsidR="00BD630F" w:rsidRDefault="00BD630F" w:rsidP="00BD630F">
      <w:pPr>
        <w:pStyle w:val="Akapitzlist"/>
        <w:numPr>
          <w:ilvl w:val="0"/>
          <w:numId w:val="1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utrzymywanie porządku w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szafach ubraniowych i szafkach nocnych;</w:t>
      </w:r>
    </w:p>
    <w:p w:rsidR="00BD630F" w:rsidRDefault="00BD630F" w:rsidP="00BD630F">
      <w:pPr>
        <w:pStyle w:val="Akapitzlist"/>
        <w:numPr>
          <w:ilvl w:val="0"/>
          <w:numId w:val="1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przechowywanie żywności i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 innych rzeczy w wyznaczonych miejscach;</w:t>
      </w:r>
    </w:p>
    <w:p w:rsidR="00BD630F" w:rsidRDefault="00BD630F" w:rsidP="00BD630F">
      <w:pPr>
        <w:pStyle w:val="Akapitzlist"/>
        <w:numPr>
          <w:ilvl w:val="0"/>
          <w:numId w:val="1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regularne i bezpieczne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wietrzenie pomieszczeń;</w:t>
      </w:r>
    </w:p>
    <w:p w:rsidR="00BD630F" w:rsidRDefault="0021410A" w:rsidP="00BD630F">
      <w:pPr>
        <w:pStyle w:val="Akapitzlist"/>
        <w:numPr>
          <w:ilvl w:val="0"/>
          <w:numId w:val="1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d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banie o estetyczny wygląd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pokoju i wspólnej przestrzeni;</w:t>
      </w:r>
    </w:p>
    <w:p w:rsidR="00BD630F" w:rsidRDefault="00BD630F" w:rsidP="00BD630F">
      <w:pPr>
        <w:pStyle w:val="Akapitzlist"/>
        <w:numPr>
          <w:ilvl w:val="0"/>
          <w:numId w:val="1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stosowanie obuwia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odpowiedniego do warunków panujących w internacie;</w:t>
      </w:r>
    </w:p>
    <w:p w:rsidR="00495B65" w:rsidRPr="00BD630F" w:rsidRDefault="0021410A" w:rsidP="00BD630F">
      <w:pPr>
        <w:pStyle w:val="Akapitzlist"/>
        <w:numPr>
          <w:ilvl w:val="0"/>
          <w:numId w:val="1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dbanie o porządek wok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>ół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 budynku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Wyc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howanek nie może wykonywać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samodzielnie napraw instalacji, urządzeń ani wyposażenia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 Każdą awarię, usterkę lub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uszkodzenie wychowanek zgłasza niezwłocznie wychowawcy.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14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Wychowanek powinien sumi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>ennie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realizować obowiązki szkolne.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lastRenderedPageBreak/>
        <w:t>2. W szc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zególności wychowanek jest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zobowiązany do:</w:t>
      </w:r>
    </w:p>
    <w:p w:rsidR="00BD630F" w:rsidRDefault="0021410A" w:rsidP="00BD630F">
      <w:pPr>
        <w:pStyle w:val="Akapitzlist"/>
        <w:numPr>
          <w:ilvl w:val="0"/>
          <w:numId w:val="16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sys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tematycznego uczęszczania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na zajęcia szkolne;</w:t>
      </w:r>
    </w:p>
    <w:p w:rsidR="00BD630F" w:rsidRDefault="0021410A" w:rsidP="00BD630F">
      <w:pPr>
        <w:pStyle w:val="Akapitzlist"/>
        <w:numPr>
          <w:ilvl w:val="0"/>
          <w:numId w:val="16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przygotowywania się do zajęć;</w:t>
      </w:r>
    </w:p>
    <w:p w:rsidR="00BD630F" w:rsidRDefault="00BD630F" w:rsidP="00BD630F">
      <w:pPr>
        <w:pStyle w:val="Akapitzlist"/>
        <w:numPr>
          <w:ilvl w:val="0"/>
          <w:numId w:val="16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zgłaszania wychowawcy tr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udności w nauce;</w:t>
      </w:r>
    </w:p>
    <w:p w:rsidR="00BD630F" w:rsidRDefault="0021410A" w:rsidP="00BD630F">
      <w:pPr>
        <w:pStyle w:val="Akapitzlist"/>
        <w:numPr>
          <w:ilvl w:val="0"/>
          <w:numId w:val="16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korzystania z d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ostępnej pomocy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w przypadku trudności edukacyjnych;</w:t>
      </w:r>
    </w:p>
    <w:p w:rsidR="00BD630F" w:rsidRDefault="0021410A" w:rsidP="00BD630F">
      <w:pPr>
        <w:pStyle w:val="Akapitzlist"/>
        <w:numPr>
          <w:ilvl w:val="0"/>
          <w:numId w:val="16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d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bania o książki, zeszyty,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przybory i inne materiały szkolne;</w:t>
      </w:r>
    </w:p>
    <w:p w:rsidR="00495B65" w:rsidRPr="00BD630F" w:rsidRDefault="00BD630F" w:rsidP="00BD630F">
      <w:pPr>
        <w:pStyle w:val="Akapitzlist"/>
        <w:numPr>
          <w:ilvl w:val="0"/>
          <w:numId w:val="16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korzystania z warunków do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nauki zapewnionych przez internat.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15</w:t>
      </w:r>
    </w:p>
    <w:p w:rsidR="00495B65" w:rsidRPr="00B274FA" w:rsidRDefault="0021410A" w:rsidP="00BD630F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Przed opuszczeniem internatu na      dni wolne wychowanek jest zobowiązany w szczególności do: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zamknięcia okien;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 wyłączenia urządzeń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elektrycznych;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zgaszenia światła;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usun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ięcia pozostawionej przez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siebie żyw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ności z ogólnodostępnej lodówki,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pozostawienia pokoju w       należytym porządku.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2. 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Wychowanek powinien unikać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przechowywania w internacie większych sum pi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eniędzy oraz przedmiotów 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znacznej wartości.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Odp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owiedzialność internatu za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utratę lub uszkodzenie mienia wychowanka ustala się zgodnie z      obowiązującymi przepisami prawa.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Rozdział 5</w:t>
      </w:r>
    </w:p>
    <w:p w:rsidR="00495B65" w:rsidRPr="001C0326" w:rsidRDefault="0021410A" w:rsidP="001C0326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b/>
          <w:sz w:val="24"/>
          <w:szCs w:val="24"/>
          <w:lang w:val="pl-PL"/>
        </w:rPr>
        <w:t>Zasady bezpieczeństwa i odpowiedzialność za mienie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16</w:t>
      </w:r>
    </w:p>
    <w:p w:rsidR="00495B65" w:rsidRPr="00B274FA" w:rsidRDefault="00BD630F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1. Każdy wychowanek jest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zobowiązany do przestrzegania zasad bezpi</w:t>
      </w:r>
      <w:r>
        <w:rPr>
          <w:rFonts w:ascii="Times New Roman" w:hAnsi="Times New Roman" w:cs="Times New Roman"/>
          <w:sz w:val="24"/>
          <w:szCs w:val="24"/>
          <w:lang w:val="pl-PL"/>
        </w:rPr>
        <w:t>eczeństwa obowiązujących na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terenie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W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ychowanek zobowiązany jest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niezwłocznie zgłosić wychowawcy:</w:t>
      </w:r>
    </w:p>
    <w:p w:rsidR="00BD630F" w:rsidRDefault="0021410A" w:rsidP="00BD630F">
      <w:pPr>
        <w:pStyle w:val="Akapitzlist"/>
        <w:numPr>
          <w:ilvl w:val="0"/>
          <w:numId w:val="1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z</w:t>
      </w:r>
      <w:r w:rsidR="00BD630F"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agrożenie dla zdrowia lub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życia;</w:t>
      </w:r>
    </w:p>
    <w:p w:rsidR="00BD630F" w:rsidRDefault="0021410A" w:rsidP="00BD630F">
      <w:pPr>
        <w:pStyle w:val="Akapitzlist"/>
        <w:numPr>
          <w:ilvl w:val="0"/>
          <w:numId w:val="1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pożar lub zadymienie;</w:t>
      </w:r>
    </w:p>
    <w:p w:rsidR="00BD630F" w:rsidRDefault="0021410A" w:rsidP="00BD630F">
      <w:pPr>
        <w:pStyle w:val="Akapitzlist"/>
        <w:numPr>
          <w:ilvl w:val="0"/>
          <w:numId w:val="1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 awarię instalacji;</w:t>
      </w:r>
    </w:p>
    <w:p w:rsidR="00BD630F" w:rsidRDefault="0021410A" w:rsidP="00BD630F">
      <w:pPr>
        <w:pStyle w:val="Akapitzlist"/>
        <w:numPr>
          <w:ilvl w:val="0"/>
          <w:numId w:val="1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u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szkodzenie urządzenia lub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wyposażenia;</w:t>
      </w:r>
    </w:p>
    <w:p w:rsidR="00BD630F" w:rsidRDefault="0021410A" w:rsidP="00BD630F">
      <w:pPr>
        <w:pStyle w:val="Akapitzlist"/>
        <w:numPr>
          <w:ilvl w:val="0"/>
          <w:numId w:val="1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zac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>howanie innej osoby mogące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 stwarzać zagrożenie;</w:t>
      </w:r>
    </w:p>
    <w:p w:rsidR="00495B65" w:rsidRPr="00BD630F" w:rsidRDefault="0021410A" w:rsidP="00BD630F">
      <w:pPr>
        <w:pStyle w:val="Akapitzlist"/>
        <w:numPr>
          <w:ilvl w:val="0"/>
          <w:numId w:val="1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inne zdarzenie mogące zagraż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ać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bezpieczeństwu osób lub mienia.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. W przypadku zagrożenia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wychowanek jest zobowiązany wykonywać polecenia 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pracowników internatu oraz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stosować się do zasad ewakuacji i innych procedur bezpieczeństwa.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17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Zabrania się:</w:t>
      </w:r>
    </w:p>
    <w:p w:rsidR="00495B65" w:rsidRPr="00BD630F" w:rsidRDefault="0021410A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posiadania, w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noszenia i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spożywania alkoholu na terenie internatu o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>raz przebywania na terenie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 internatu w stanie wskazującym na spożycie alkoholu;</w:t>
      </w:r>
    </w:p>
    <w:p w:rsidR="00495B65" w:rsidRPr="00BD630F" w:rsidRDefault="00BD630F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posiadania, używania,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udostępniania lub rozprowadzania środków lub substancji, których       posiadanie lub używanie jest zabronione przepisami prawa;</w:t>
      </w:r>
    </w:p>
    <w:p w:rsidR="00495B65" w:rsidRPr="00BD630F" w:rsidRDefault="00BD630F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przebywania na terenie 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internatu w stanie wskazującym na użycie niedozwolonych substancji;</w:t>
      </w:r>
    </w:p>
    <w:p w:rsidR="00495B65" w:rsidRPr="00BD630F" w:rsidRDefault="0021410A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lastRenderedPageBreak/>
        <w:t>pale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nia wyrobów tytoniowych i 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używania papierosów elektronicznych w miejscach, w których jest to  zabronione przepisami prawa;</w:t>
      </w:r>
    </w:p>
    <w:p w:rsidR="00495B65" w:rsidRPr="00BD630F" w:rsidRDefault="00BD630F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przywłaszczania cudzego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mienia;</w:t>
      </w:r>
    </w:p>
    <w:p w:rsidR="00495B65" w:rsidRPr="00BD630F" w:rsidRDefault="00BD630F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umyślnego niszczenia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wyposażenia internatu;</w:t>
      </w:r>
    </w:p>
    <w:p w:rsidR="00495B65" w:rsidRPr="00BD630F" w:rsidRDefault="00BD630F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manipulowania przy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instalacjach elektrycznych, wodociągowych i innych instalacjach       technicznych;</w:t>
      </w:r>
    </w:p>
    <w:p w:rsidR="00495B65" w:rsidRPr="00BD630F" w:rsidRDefault="0021410A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samodzielnego</w:t>
      </w:r>
      <w:r w:rsidR="00BD630F">
        <w:rPr>
          <w:rFonts w:ascii="Times New Roman" w:hAnsi="Times New Roman" w:cs="Times New Roman"/>
          <w:sz w:val="24"/>
          <w:szCs w:val="24"/>
          <w:lang w:val="pl-PL"/>
        </w:rPr>
        <w:t xml:space="preserve"> wykonywania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napraw urządzeń lub instalacji;</w:t>
      </w:r>
    </w:p>
    <w:p w:rsidR="00495B65" w:rsidRPr="00BD630F" w:rsidRDefault="00BD630F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siadania na parapetach i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wychylania się przez okna;</w:t>
      </w:r>
    </w:p>
    <w:p w:rsidR="00BD630F" w:rsidRDefault="00BD630F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używania otwartego ognia w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pomieszczeniach internatu;</w:t>
      </w:r>
    </w:p>
    <w:p w:rsidR="00BD630F" w:rsidRDefault="0021410A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zak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ładania na źródła światła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osłon z materiałów łatwopalnych;</w:t>
      </w:r>
    </w:p>
    <w:p w:rsidR="00495B65" w:rsidRPr="00BD630F" w:rsidRDefault="0021410A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korz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ystania z uszkodzonych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urządzeń lub instalacji elektrycznych;</w:t>
      </w:r>
    </w:p>
    <w:p w:rsidR="00495B65" w:rsidRPr="00BD630F" w:rsidRDefault="00EF5FEE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pozostawiania bez nadzoru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włączonych urządzeń elektrycznych, jeżeli może to stwarzać zagrożenie;</w:t>
      </w:r>
    </w:p>
    <w:p w:rsidR="00495B65" w:rsidRPr="00BD630F" w:rsidRDefault="00EF5FEE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nieuprawnionego używania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 sprzętu gaśniczego, hydrantów, rozdzielni elektr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ycznych i innych urządzeń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bezpieczeństwa;</w:t>
      </w:r>
    </w:p>
    <w:p w:rsidR="00495B65" w:rsidRPr="00BD630F" w:rsidRDefault="0021410A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samowolnego przenoszenia       sprzętu i wyposażenia pomiędzy pomieszczeniami;</w:t>
      </w:r>
    </w:p>
    <w:p w:rsidR="00495B65" w:rsidRPr="00BD630F" w:rsidRDefault="0021410A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wyn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oszenia naczyń kuchennych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ze stołówki lub aneksu kuchennego bez zgody osoby odpowiedzialnej;</w:t>
      </w:r>
    </w:p>
    <w:p w:rsidR="00495B65" w:rsidRPr="00BD630F" w:rsidRDefault="0021410A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samowolnego m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ocowania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dekoracji w sposób mogący uszkodzić ściany lub instalacje;</w:t>
      </w:r>
    </w:p>
    <w:p w:rsidR="00495B65" w:rsidRPr="00BD630F" w:rsidRDefault="0021410A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p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rzetrzymywania zwierząt na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terenie internatu, z wyjątkiem przypadków wynik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ających z przepisów prawa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lub uzgodnionych z dyrektorem szkoły;</w:t>
      </w:r>
    </w:p>
    <w:p w:rsidR="00495B65" w:rsidRPr="00BD630F" w:rsidRDefault="00EF5FEE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używania sprzętu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nagłaśniającego w sposób zakłócający spokój innych mieszkańców;</w:t>
      </w:r>
    </w:p>
    <w:p w:rsidR="00EF5FEE" w:rsidRDefault="00EF5FEE" w:rsidP="00EF5FEE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zachowania zagrażającego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zdrowiu, życiu lub bezpieczeństwu innych osób;</w:t>
      </w:r>
    </w:p>
    <w:p w:rsidR="00495B65" w:rsidRPr="00EF5FEE" w:rsidRDefault="00EF5FEE" w:rsidP="00EF5FEE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używania wulgarnego, </w:t>
      </w:r>
      <w:r w:rsidR="0021410A" w:rsidRPr="00EF5FEE">
        <w:rPr>
          <w:rFonts w:ascii="Times New Roman" w:hAnsi="Times New Roman" w:cs="Times New Roman"/>
          <w:sz w:val="24"/>
          <w:szCs w:val="24"/>
          <w:lang w:val="pl-PL"/>
        </w:rPr>
        <w:t>obraźliwego lub poniżającego słownictwa wobec innych osób;</w:t>
      </w:r>
    </w:p>
    <w:p w:rsidR="00495B65" w:rsidRPr="00BD630F" w:rsidRDefault="0021410A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D630F">
        <w:rPr>
          <w:rFonts w:ascii="Times New Roman" w:hAnsi="Times New Roman" w:cs="Times New Roman"/>
          <w:sz w:val="24"/>
          <w:szCs w:val="24"/>
          <w:lang w:val="pl-PL"/>
        </w:rPr>
        <w:t>stosowania przem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ocy fizycznej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lub psychicznej, gróźb, zastraszania, nę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kania lub innych </w:t>
      </w:r>
      <w:proofErr w:type="spellStart"/>
      <w:r w:rsidR="00EF5FEE">
        <w:rPr>
          <w:rFonts w:ascii="Times New Roman" w:hAnsi="Times New Roman" w:cs="Times New Roman"/>
          <w:sz w:val="24"/>
          <w:szCs w:val="24"/>
          <w:lang w:val="pl-PL"/>
        </w:rPr>
        <w:t>zachowań</w:t>
      </w:r>
      <w:proofErr w:type="spellEnd"/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D630F">
        <w:rPr>
          <w:rFonts w:ascii="Times New Roman" w:hAnsi="Times New Roman" w:cs="Times New Roman"/>
          <w:sz w:val="24"/>
          <w:szCs w:val="24"/>
          <w:lang w:val="pl-PL"/>
        </w:rPr>
        <w:t>naruszających godność innych osób;</w:t>
      </w:r>
    </w:p>
    <w:p w:rsidR="00495B65" w:rsidRPr="00BD630F" w:rsidRDefault="00EF5FEE" w:rsidP="00BD630F">
      <w:pPr>
        <w:pStyle w:val="Akapitzlist"/>
        <w:numPr>
          <w:ilvl w:val="0"/>
          <w:numId w:val="18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ukrywania lub zatajania </w:t>
      </w:r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informacji o </w:t>
      </w:r>
      <w:proofErr w:type="spellStart"/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zachowaniach</w:t>
      </w:r>
      <w:proofErr w:type="spellEnd"/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 xml:space="preserve"> mogących zagrażać życiu, zdrowiu,       bezpieczeństwu mieszkańców lub mieni</w:t>
      </w:r>
      <w:bookmarkStart w:id="0" w:name="_GoBack"/>
      <w:bookmarkEnd w:id="0"/>
      <w:r w:rsidR="0021410A" w:rsidRPr="00BD630F">
        <w:rPr>
          <w:rFonts w:ascii="Times New Roman" w:hAnsi="Times New Roman" w:cs="Times New Roman"/>
          <w:sz w:val="24"/>
          <w:szCs w:val="24"/>
          <w:lang w:val="pl-PL"/>
        </w:rPr>
        <w:t>u.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18</w:t>
      </w:r>
    </w:p>
    <w:p w:rsidR="00495B65" w:rsidRPr="00B274FA" w:rsidRDefault="0021410A" w:rsidP="00EF5FEE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1. Na 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terenie internatu zabrania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się rejestrowania i rozpowszechniania obrazu lub dźwięku innych osób w      sposób naruszający ich prywatność, godność, bezpieczeństwo lub      obowiązujące przepisy prawa.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Zab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rania się przywłaszczania,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niszczenia lub naruszania cudzej własności oraz 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utrudniania jej zgodnego 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prawem użytkowania.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Zabrania się sa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mowolnego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zamykania drzwi lub stosowania zabezpieczeń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 w sposób uniemożliwiający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skuteczną reakcję w sytuacji zagrożenia, z zacho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waniem prawa wychowanka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prywatności.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19</w:t>
      </w:r>
    </w:p>
    <w:p w:rsidR="00495B65" w:rsidRPr="00B274FA" w:rsidRDefault="00EF5FEE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1. Wychowanek ponosi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odpowiedzialność za szkody wyrządzone z jego wi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ny na zasadach określonych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w obowiązujących przepisach prawa.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lastRenderedPageBreak/>
        <w:t>2. Każd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e uszkodzenie, zniszczenie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lub zaginięcie wyposażenia wychowanek jes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t zobowiązany niezwłocznie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zgłosić wychowawcy.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W prz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ypadku stwierdzenia szkody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ustala się okoliczności jej powstania oraz zak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res uszkodzenia, a w razie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potrzeby sporządza się dokumentację zdarzenia.</w:t>
      </w:r>
    </w:p>
    <w:p w:rsidR="00495B65" w:rsidRPr="00B274FA" w:rsidRDefault="00EF5FEE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4. W przypadku wychowanka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niepełnoletniego o stwierdzonej szkodzie informuje się rodzica lub      opiekuna prawnego.</w:t>
      </w:r>
    </w:p>
    <w:p w:rsidR="00495B65" w:rsidRPr="00B274FA" w:rsidRDefault="00EF5FEE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5. Przy ustalaniu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odpowiedzialności uwzględnia się w szczególności wiek wychowanka,      okoliczności zdarzenia, zakres szkody oraz obowiązujące przepisy prawa.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20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>. W przypadku uzasadnionego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podejrzenia posiadania przez wychowanka 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przedmiotów lub substancji,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których posiadanie na terenie internatu j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est zabronione, wychowawca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postępuje zgodnie z obowiązującymi procedurami bezpieczeństwa.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W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ychowanek może dobrowolnie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wydać posiadany przedmiot lub substancję.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3. 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W przypadku odmowy wydania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przedmiotu lub substancji albo gdy zachodzi pod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ejrzenie popełnienia czynu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zabronionego wychowawca niezwłocznie powiadami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a kierownika internatu lub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dyrektora szkoły oraz, stosownie do okoliczności, rodzica lub opiekuna      prawnego wychowanka niepełnoletniego i właściwe służby.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C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>zynności przeszukania osoby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lub jej rzeczy mogą wykonywać wyłącznie uprawnione organy.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>. Przedmioty lub substancje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dobrowolnie przekazane wychowawcy zabezpiecza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 się w sposób zapewniający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bezpieczeństwo oraz dokumentuje ich przekazanie.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6. O dal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szym sposobie postępowania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 zabezpieczonym przedmiotem lub substan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cją decyduje się zgodnie 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przepisami prawa i obowiązującymi procedurami.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21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 W przypadku uzasadnionego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podejrzenia, że wychowanek znajduje się pod 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wpływem alkoholu lub innej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substancji psychoaktywnej, podejmuje się 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przede wszystkim działania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służące zapewnieniu bezpieczeństwa.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. O zdarzeniu niezwłocznie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informuje się kierownika internatu lub dyrektora szkoły.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W przypad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ku wychowanka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niepełnoletniego informuje się rodzica lub opiekuna prawnego.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Jeże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li stan zdrowia wychowanka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tego wymaga, wzywa się odpowiednią pomoc medyczną.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Dals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ze działania podejmuje się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zgodnie z obowiązującymi procedurami oraz z uwz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ględnieniem bezpieczeństwa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wychowanka i innych osób.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22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1. 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Wychowankowie korzystający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podczas pobytu w internacie z własnych samochodów osobowych lub motocykl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są zobowiązani do przestrzegania przepisów 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ruchu drogowego oraz zasad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organizacji ruchu obowiązujących na terenie szkoły i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Zabrania się w szczególności:</w:t>
      </w:r>
    </w:p>
    <w:p w:rsidR="00EF5FEE" w:rsidRDefault="0021410A" w:rsidP="00EF5FEE">
      <w:pPr>
        <w:pStyle w:val="Akapitzlist"/>
        <w:numPr>
          <w:ilvl w:val="0"/>
          <w:numId w:val="19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EF5FEE">
        <w:rPr>
          <w:rFonts w:ascii="Times New Roman" w:hAnsi="Times New Roman" w:cs="Times New Roman"/>
          <w:sz w:val="24"/>
          <w:szCs w:val="24"/>
          <w:lang w:val="pl-PL"/>
        </w:rPr>
        <w:t>parko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wania na placu manewrowym </w:t>
      </w:r>
      <w:r w:rsidRPr="00EF5FEE">
        <w:rPr>
          <w:rFonts w:ascii="Times New Roman" w:hAnsi="Times New Roman" w:cs="Times New Roman"/>
          <w:sz w:val="24"/>
          <w:szCs w:val="24"/>
          <w:lang w:val="pl-PL"/>
        </w:rPr>
        <w:t>przeznaczonym do nauki jazdy;</w:t>
      </w:r>
    </w:p>
    <w:p w:rsidR="00EF5FEE" w:rsidRDefault="0021410A" w:rsidP="00EF5FEE">
      <w:pPr>
        <w:pStyle w:val="Akapitzlist"/>
        <w:numPr>
          <w:ilvl w:val="0"/>
          <w:numId w:val="19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EF5FEE">
        <w:rPr>
          <w:rFonts w:ascii="Times New Roman" w:hAnsi="Times New Roman" w:cs="Times New Roman"/>
          <w:sz w:val="24"/>
          <w:szCs w:val="24"/>
          <w:lang w:val="pl-PL"/>
        </w:rPr>
        <w:lastRenderedPageBreak/>
        <w:t>parkowania na trawnikach;</w:t>
      </w:r>
    </w:p>
    <w:p w:rsidR="00EF5FEE" w:rsidRDefault="00EF5FEE" w:rsidP="00EF5FEE">
      <w:pPr>
        <w:pStyle w:val="Akapitzlist"/>
        <w:numPr>
          <w:ilvl w:val="0"/>
          <w:numId w:val="19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blokowania ciągów </w:t>
      </w:r>
      <w:r w:rsidR="0021410A" w:rsidRPr="00EF5FEE">
        <w:rPr>
          <w:rFonts w:ascii="Times New Roman" w:hAnsi="Times New Roman" w:cs="Times New Roman"/>
          <w:sz w:val="24"/>
          <w:szCs w:val="24"/>
          <w:lang w:val="pl-PL"/>
        </w:rPr>
        <w:t>komunikacyjnych;</w:t>
      </w:r>
    </w:p>
    <w:p w:rsidR="00495B65" w:rsidRPr="00EF5FEE" w:rsidRDefault="00EF5FEE" w:rsidP="00EF5FEE">
      <w:pPr>
        <w:pStyle w:val="Akapitzlist"/>
        <w:numPr>
          <w:ilvl w:val="0"/>
          <w:numId w:val="19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parkowania w miejscach </w:t>
      </w:r>
      <w:r w:rsidR="0021410A" w:rsidRPr="00EF5FEE">
        <w:rPr>
          <w:rFonts w:ascii="Times New Roman" w:hAnsi="Times New Roman" w:cs="Times New Roman"/>
          <w:sz w:val="24"/>
          <w:szCs w:val="24"/>
          <w:lang w:val="pl-PL"/>
        </w:rPr>
        <w:t>wyznaczonych jako drogi pożarowe lub drogi ewakuacyjne.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Prze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wożenie innych osób odbywa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się na odpowiedzialność kierującego i zgodnie z obowiązującymi 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przepisami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prawa.</w:t>
      </w:r>
    </w:p>
    <w:p w:rsidR="00495B65" w:rsidRPr="00B274FA" w:rsidRDefault="00EF5FEE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4. Internat nie przejmuje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odpowiedzialności za czynności kierującego pojazdem pozostające poza      zakresem organizacji pobytu w internacie.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Rozdział 6</w:t>
      </w:r>
    </w:p>
    <w:p w:rsidR="00495B65" w:rsidRPr="00EF5FEE" w:rsidRDefault="0021410A" w:rsidP="00EF5FEE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F5FEE">
        <w:rPr>
          <w:rFonts w:ascii="Times New Roman" w:hAnsi="Times New Roman" w:cs="Times New Roman"/>
          <w:b/>
          <w:sz w:val="24"/>
          <w:szCs w:val="24"/>
          <w:lang w:val="pl-PL"/>
        </w:rPr>
        <w:t>Zasady dotyczące nieobecności, choroby i wyjazdów do</w:t>
      </w:r>
      <w:r w:rsidR="00EF5FEE" w:rsidRPr="00EF5FEE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EF5FEE">
        <w:rPr>
          <w:rFonts w:ascii="Times New Roman" w:hAnsi="Times New Roman" w:cs="Times New Roman"/>
          <w:b/>
          <w:sz w:val="24"/>
          <w:szCs w:val="24"/>
          <w:lang w:val="pl-PL"/>
        </w:rPr>
        <w:t>domu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23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Wychowane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k jest zobowiązany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zgłaszania wychowawcy każdego planowanego wyjści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a, wyjazdu oraz powrotu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Wyjśc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ie lub wyjazd wychowanka 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czasie pobytu w internacie powinny być odno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>towane w sposób określony w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dokumentacji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Wyc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howanek powinien znajdować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się w intern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>acie o godzinie 21.00.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W</w:t>
      </w:r>
      <w:r w:rsidR="00EF5FEE">
        <w:rPr>
          <w:rFonts w:ascii="Times New Roman" w:hAnsi="Times New Roman" w:cs="Times New Roman"/>
          <w:sz w:val="24"/>
          <w:szCs w:val="24"/>
          <w:lang w:val="pl-PL"/>
        </w:rPr>
        <w:t xml:space="preserve">yjazd wychowanka do domu 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trakcie tygodnia wymaga wcześniejszego zgłoszenia wychowawcy.</w:t>
      </w:r>
    </w:p>
    <w:p w:rsidR="00495B65" w:rsidRPr="00B274FA" w:rsidRDefault="00EF5FEE" w:rsidP="0022706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5. W przypadku wychowanka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niepełnoletniego wyjazd do domu odbywa się z uw</w:t>
      </w:r>
      <w:r>
        <w:rPr>
          <w:rFonts w:ascii="Times New Roman" w:hAnsi="Times New Roman" w:cs="Times New Roman"/>
          <w:sz w:val="24"/>
          <w:szCs w:val="24"/>
          <w:lang w:val="pl-PL"/>
        </w:rPr>
        <w:t>zględnieniem zasad kontaktu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i informacji przekazywanych przez rodzica lub opiekuna prawnego.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24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. W przypadku nieobecności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wychowanka rodzic, opiekun prawny lub wychowa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nek pełnoletni zobowiązany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jest zgłosić wychowawcy przewidywany okres nieobecności.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Zgłos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zenie nieobecności powinno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zawierać co najmniej:</w:t>
      </w:r>
    </w:p>
    <w:p w:rsidR="00227063" w:rsidRDefault="0021410A" w:rsidP="00227063">
      <w:pPr>
        <w:pStyle w:val="Akapitzlist"/>
        <w:numPr>
          <w:ilvl w:val="0"/>
          <w:numId w:val="2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227063">
        <w:rPr>
          <w:rFonts w:ascii="Times New Roman" w:hAnsi="Times New Roman" w:cs="Times New Roman"/>
          <w:sz w:val="24"/>
          <w:szCs w:val="24"/>
          <w:lang w:val="pl-PL"/>
        </w:rPr>
        <w:t>imię i nazwisko wychowanka;</w:t>
      </w:r>
    </w:p>
    <w:p w:rsidR="00227063" w:rsidRDefault="0021410A" w:rsidP="00227063">
      <w:pPr>
        <w:pStyle w:val="Akapitzlist"/>
        <w:numPr>
          <w:ilvl w:val="0"/>
          <w:numId w:val="2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227063">
        <w:rPr>
          <w:rFonts w:ascii="Times New Roman" w:hAnsi="Times New Roman" w:cs="Times New Roman"/>
          <w:sz w:val="24"/>
          <w:szCs w:val="24"/>
          <w:lang w:val="pl-PL"/>
        </w:rPr>
        <w:t>datę rozpoczęcia nieobecności;</w:t>
      </w:r>
    </w:p>
    <w:p w:rsidR="00227063" w:rsidRDefault="0021410A" w:rsidP="00227063">
      <w:pPr>
        <w:pStyle w:val="Akapitzlist"/>
        <w:numPr>
          <w:ilvl w:val="0"/>
          <w:numId w:val="2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227063">
        <w:rPr>
          <w:rFonts w:ascii="Times New Roman" w:hAnsi="Times New Roman" w:cs="Times New Roman"/>
          <w:sz w:val="24"/>
          <w:szCs w:val="24"/>
          <w:lang w:val="pl-PL"/>
        </w:rPr>
        <w:t>datę zakończenia nieobecności;</w:t>
      </w:r>
    </w:p>
    <w:p w:rsidR="00495B65" w:rsidRPr="00227063" w:rsidRDefault="00227063" w:rsidP="00227063">
      <w:pPr>
        <w:pStyle w:val="Akapitzlist"/>
        <w:numPr>
          <w:ilvl w:val="0"/>
          <w:numId w:val="2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informację o przyczynie </w:t>
      </w:r>
      <w:r w:rsidR="0021410A" w:rsidRPr="00227063">
        <w:rPr>
          <w:rFonts w:ascii="Times New Roman" w:hAnsi="Times New Roman" w:cs="Times New Roman"/>
          <w:sz w:val="24"/>
          <w:szCs w:val="24"/>
          <w:lang w:val="pl-PL"/>
        </w:rPr>
        <w:t>nieobecności, jeżeli jest ona konieczna do organizacji opieki lub       rozliczenia wyżywienia.</w:t>
      </w:r>
    </w:p>
    <w:p w:rsidR="00495B65" w:rsidRPr="00B274FA" w:rsidRDefault="0021410A" w:rsidP="0022706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. Wychowawca przekazuje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informację o zgłoszonej nieobecności intendentowi niezwłocznie, zgod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nie 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obowiązującą procedurą.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25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. W przypadku stwierdzenia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nieobecności wychowanka po ustalonej godzinie p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owrotu, bez wcześniejszego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zgłoszenia, wychowawca podejmuje działania zmierzające do ustalenia      miejsca pobytu wychowanka.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Wychowawca w miarę możliwości: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kontaktuje się z wychowankiem;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 ustala okoliczności jego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nieobecności;</w:t>
      </w:r>
    </w:p>
    <w:p w:rsidR="00495B65" w:rsidRPr="00B274FA" w:rsidRDefault="0022706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3. w przypadku wychowanka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niepełnoletniego kontaktuje się z rodzicem lub opiekunem prawnym;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4. 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w razie zagrożenia życia,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zdrowia lub bezpieczeństwa albo braku możliwości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 ustalenia miejsca pobytu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zawiadamia właściwe służby;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dokumentuje podjęte działania.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Samow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olne opuszczenie internatu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lub nieuzgodniony powrót po ustalo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>nej godzinie może skutkować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zastosowaniem konsekwencji wychowawczych określonych w niniejszym      regulaminie.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26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1. 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W przypadku choroby lub złego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samopoczucia wychowanka uniemożliwiające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go jego bezpieczny pobyt 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internacie wychowanek jest zobowiązany do opus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zczenia internatu i udania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się do miejsca zamieszkania lub innego miejsca zapewniającego mu właściwą      opiekę.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Wychowanek ni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>e może przebywać w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internacie w czasie choroby, jeżeli jego stan z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drowia wymaga pozostania 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domu lub zapewnienia opieki poza internatem.</w:t>
      </w:r>
    </w:p>
    <w:p w:rsidR="00495B65" w:rsidRPr="00B274FA" w:rsidRDefault="0022706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3. W przypadku wychowanka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niepełnoletniego o konieczności opuszcze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nia internatu niezwłocznie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informuje się rodzica lub opiekuna prawnego, który organizuje odbiór      wychowanka albo jego bezpieczny powrót do d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omu, z uwzględnieniem jego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stanu zdrowia.</w:t>
      </w:r>
    </w:p>
    <w:p w:rsidR="00495B65" w:rsidRPr="00B274FA" w:rsidRDefault="0022706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4. W przypadku wychowanka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pełnoletniego organizuje on samodzielnie opuszczenie internatu i p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owrót do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miejsca zamieszkania, z uwzględnieniem jego bezpieczeństwa oraz zaleceń      medycznych.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Jeże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li stan zdrowia wychowanka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wymaga natychmiastowej pomocy medycznej, podejmu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je się działania adekwatne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do sytuacji, w tym w razie potrzeby wzywa pomoc medyczną.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6. W przy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>padku choroby wychowanek ni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e może pozostawać w internacie wyłącznie w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 celu odbycia izolacji lub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od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>poczynku.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27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 przypadk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u urazu lub nagłego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pogorszenia stanu zdrowia wychowanka wych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owawca podejmuje działania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adekwatne do sytuacji.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W razie potrzeby wychowawca: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1. 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udziela pomocy w zakresie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posiadanych uprawnień;</w:t>
      </w:r>
    </w:p>
    <w:p w:rsidR="00495B65" w:rsidRPr="00B274FA" w:rsidRDefault="0022706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2. powiadamia kierownika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internatu lub dyrektora szkoły;</w:t>
      </w:r>
    </w:p>
    <w:p w:rsidR="00495B65" w:rsidRPr="00B274FA" w:rsidRDefault="0022706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3. w przypadku wychowanka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niepełnoletniego kontaktuje się z rodzicem lub opiekunem prawnym;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. wzywa odpowiednią pomoc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medyczną, jeżeli wymaga tego stan zdrowia wychowanka;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doku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mentuje zdarzenie zgodnie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 obowiązującymi zasadami.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Wych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owanek jest zobowiązany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niezwłocznego informowania wychowawcy o pogorsz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eniu stanu zdrowia, urazie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lub innych okolicznościach mogących wpływać na jego bezpieczeństwo.</w:t>
      </w:r>
    </w:p>
    <w:p w:rsidR="001C0326" w:rsidRDefault="001C0326" w:rsidP="00CB28F3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Rozdział 7</w:t>
      </w:r>
    </w:p>
    <w:p w:rsidR="00495B65" w:rsidRPr="00227063" w:rsidRDefault="0021410A" w:rsidP="00227063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227063">
        <w:rPr>
          <w:rFonts w:ascii="Times New Roman" w:hAnsi="Times New Roman" w:cs="Times New Roman"/>
          <w:b/>
          <w:sz w:val="24"/>
          <w:szCs w:val="24"/>
          <w:lang w:val="pl-PL"/>
        </w:rPr>
        <w:t>Zasady odpłatności za pobyt i wyżywienie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28</w:t>
      </w:r>
    </w:p>
    <w:p w:rsidR="00495B65" w:rsidRPr="00B274FA" w:rsidRDefault="0022706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1. Warunki korzystania z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internatu, w tym wysokość opłat za zakwatero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wanie i wyżywienie, ustala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dyrektor szkoły w porozumieniu z organem prowadzącym, zgodnie z      obowiązującymi przepisami prawa.</w:t>
      </w:r>
    </w:p>
    <w:p w:rsidR="00495B65" w:rsidRPr="00B274FA" w:rsidRDefault="0022706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2. Wysokość opłat może być o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kreślana w odrębnym zarządzeniu dyrektora szkoły.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Szcz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egółowe zasady organizacji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 rozliczania wyżywienia mogą być określon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e w odrębnych zasadach lub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procedurach obowiązujących w szkole.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29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1. 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Opłaty za zakwaterowanie 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wyżywienie wnosi się do 15. dnia każdego miesiąca za dany miesiąc.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O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płaty wnosi się na rachunek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bankowy lub w sposób określony przez szkołę.</w:t>
      </w:r>
    </w:p>
    <w:p w:rsidR="00495B65" w:rsidRPr="00B274FA" w:rsidRDefault="0022706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3. W przypadku wystąpienia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zaległości w opłatach podejmuje się działania p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rzewidziane obowiązującymi 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przepisami oraz zasadami obowiązującymi w szkole.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4. 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W szczególnie uzasadnionych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przypadkach rodzic wychowanka niepełnoletniego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 albo wychowanek pełnoletni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może wystąpić o zastosowanie ulg lub zwolnie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ń z opłat, jeżeli przepisy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prawa przewidują taką możliwość.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30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 przypadku nieobecności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wychowanka trwającej co najmniej 5 kolejnych dni, p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o prawidłowym i terminowym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zgłoszeniu nieobecności, przysługuje zwrot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 opłaty za niewykorzystane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wyżywi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>enie.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Waru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>nkiem dokonania rozliczenia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jest prawidłowe zgłoszenie nieobecności, zawi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erające datę rozpoczęcia 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zakończenia nieobecności.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Szc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zegółowe zasady zgłaszania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nieobecności, przekazywania informacji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 intendentowi oraz rozliczania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zwrotów za niewykorzystane wyżywienie określa odrębne zarządzenie lub      procedura.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31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1. W 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przypadku zmiany wysokości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opłat wychowankowie oraz ich rodzice lub opieku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>nowie prawni są informowani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o zmianach w sposób przyjęty w szkole.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In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formacja o wysokości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obowiązujących opłat jest udostępniana w sposó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b umożliwiający zapoznanie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się z nią wychowankom i rodzicom lub opiekunom prawnym.</w:t>
      </w:r>
    </w:p>
    <w:p w:rsidR="001C0326" w:rsidRDefault="001C0326" w:rsidP="00CB28F3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1C0326" w:rsidRDefault="001C0326" w:rsidP="00CB28F3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1C0326" w:rsidRDefault="001C0326" w:rsidP="00CB28F3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Rozdział 8</w:t>
      </w:r>
    </w:p>
    <w:p w:rsidR="00495B65" w:rsidRPr="00227063" w:rsidRDefault="0021410A" w:rsidP="00227063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227063">
        <w:rPr>
          <w:rFonts w:ascii="Times New Roman" w:hAnsi="Times New Roman" w:cs="Times New Roman"/>
          <w:b/>
          <w:sz w:val="24"/>
          <w:szCs w:val="24"/>
          <w:lang w:val="pl-PL"/>
        </w:rPr>
        <w:t>Organizacja życia w internacie</w:t>
      </w:r>
    </w:p>
    <w:p w:rsidR="00495B65" w:rsidRPr="001C0326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b/>
          <w:sz w:val="24"/>
          <w:szCs w:val="24"/>
          <w:lang w:val="pl-PL"/>
        </w:rPr>
        <w:t>§ 32</w:t>
      </w:r>
    </w:p>
    <w:p w:rsidR="00495B65" w:rsidRPr="001C0326" w:rsidRDefault="001C0326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1. Ramowy rozkład dnia w</w:t>
      </w:r>
      <w:r w:rsidR="0021410A" w:rsidRPr="001C0326">
        <w:rPr>
          <w:rFonts w:ascii="Times New Roman" w:hAnsi="Times New Roman" w:cs="Times New Roman"/>
          <w:sz w:val="24"/>
          <w:szCs w:val="24"/>
          <w:lang w:val="pl-PL"/>
        </w:rPr>
        <w:t xml:space="preserve"> internacie obejmuje w szczególności: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6.30 – pobudka i toaleta poranna;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7.00–7.30 – śniadanie;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7.30–7.45 – poranne porządki i przygotowanie do wyjścia do szkoły;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7.45–7.50 – wyjście do szkoły;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8.00–14.40 – zajęcia lekcyjne, zgodnie z planem szkoły;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8.00–14.00 – internat pozostaje zamknięty na czas zajęć, z wyjątkiem uzasadnionych przypadków;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14.00–15.00 – obiad, a w dniach wyjazdu do domu – według organizacji ustalonej na dany dzień;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15.00–17.00 – czas wolny;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17.00–19.00 – nauka własna;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19.00 – kolacja;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19.15–21.00 – czas wolny i zajęcia zorganizowane;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21.00–22.00 – toaleta wieczorna;</w:t>
      </w:r>
    </w:p>
    <w:p w:rsidR="001C0326" w:rsidRPr="001C0326" w:rsidRDefault="001C0326" w:rsidP="001C0326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22.00–6.30 – cisza nocna.</w:t>
      </w:r>
    </w:p>
    <w:p w:rsidR="00495B65" w:rsidRPr="00B274FA" w:rsidRDefault="0021410A" w:rsidP="001C0326">
      <w:p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sz w:val="24"/>
          <w:szCs w:val="24"/>
          <w:lang w:val="pl-PL"/>
        </w:rPr>
        <w:t>2. Szczegółowy rozkład dnia może      być dostosowywany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do organizacji zajęć szkolnych, praktyk zawodowych,      wydarzeń internackich oraz innych uzasadnionych potrzeb.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Zmiany w rozkładzie dnia może      wprowadzić kierownik internatu w zakresie wynikającym z organizacji pracy.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33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. Nauka własna jest stałym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elementem organizacji życia w internacie.</w:t>
      </w:r>
    </w:p>
    <w:p w:rsidR="00495B65" w:rsidRPr="00B274FA" w:rsidRDefault="00227063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2. W czasie nauki własnej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wychowanek:</w:t>
      </w:r>
    </w:p>
    <w:p w:rsidR="00495B65" w:rsidRPr="00227063" w:rsidRDefault="0021410A" w:rsidP="00227063">
      <w:pPr>
        <w:pStyle w:val="Akapitzlist"/>
        <w:numPr>
          <w:ilvl w:val="0"/>
          <w:numId w:val="2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227063">
        <w:rPr>
          <w:rFonts w:ascii="Times New Roman" w:hAnsi="Times New Roman" w:cs="Times New Roman"/>
          <w:sz w:val="24"/>
          <w:szCs w:val="24"/>
          <w:lang w:val="pl-PL"/>
        </w:rPr>
        <w:t>p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owinien przebywać w swoim </w:t>
      </w:r>
      <w:r w:rsidRPr="00227063">
        <w:rPr>
          <w:rFonts w:ascii="Times New Roman" w:hAnsi="Times New Roman" w:cs="Times New Roman"/>
          <w:sz w:val="24"/>
          <w:szCs w:val="24"/>
          <w:lang w:val="pl-PL"/>
        </w:rPr>
        <w:t>pokoju lub w wyznaczonym miejscu do nauki;</w:t>
      </w:r>
    </w:p>
    <w:p w:rsidR="00495B65" w:rsidRPr="00227063" w:rsidRDefault="0021410A" w:rsidP="00227063">
      <w:pPr>
        <w:pStyle w:val="Akapitzlist"/>
        <w:numPr>
          <w:ilvl w:val="0"/>
          <w:numId w:val="2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227063">
        <w:rPr>
          <w:rFonts w:ascii="Times New Roman" w:hAnsi="Times New Roman" w:cs="Times New Roman"/>
          <w:sz w:val="24"/>
          <w:szCs w:val="24"/>
          <w:lang w:val="pl-PL"/>
        </w:rPr>
        <w:t>2. zachowuje ciszę um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ożliwiającą </w:t>
      </w:r>
      <w:r w:rsidRPr="00227063">
        <w:rPr>
          <w:rFonts w:ascii="Times New Roman" w:hAnsi="Times New Roman" w:cs="Times New Roman"/>
          <w:sz w:val="24"/>
          <w:szCs w:val="24"/>
          <w:lang w:val="pl-PL"/>
        </w:rPr>
        <w:t>naukę innym osobom;</w:t>
      </w:r>
    </w:p>
    <w:p w:rsidR="00495B65" w:rsidRPr="00227063" w:rsidRDefault="0021410A" w:rsidP="00227063">
      <w:pPr>
        <w:pStyle w:val="Akapitzlist"/>
        <w:numPr>
          <w:ilvl w:val="0"/>
          <w:numId w:val="2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227063">
        <w:rPr>
          <w:rFonts w:ascii="Times New Roman" w:hAnsi="Times New Roman" w:cs="Times New Roman"/>
          <w:sz w:val="24"/>
          <w:szCs w:val="24"/>
          <w:lang w:val="pl-PL"/>
        </w:rPr>
        <w:t xml:space="preserve">3. 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przygotowuje się do zajęć </w:t>
      </w:r>
      <w:r w:rsidRPr="00227063">
        <w:rPr>
          <w:rFonts w:ascii="Times New Roman" w:hAnsi="Times New Roman" w:cs="Times New Roman"/>
          <w:sz w:val="24"/>
          <w:szCs w:val="24"/>
          <w:lang w:val="pl-PL"/>
        </w:rPr>
        <w:t>szkolnych;</w:t>
      </w:r>
    </w:p>
    <w:p w:rsidR="00495B65" w:rsidRPr="00227063" w:rsidRDefault="0021410A" w:rsidP="00227063">
      <w:pPr>
        <w:pStyle w:val="Akapitzlist"/>
        <w:numPr>
          <w:ilvl w:val="0"/>
          <w:numId w:val="2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227063">
        <w:rPr>
          <w:rFonts w:ascii="Times New Roman" w:hAnsi="Times New Roman" w:cs="Times New Roman"/>
          <w:sz w:val="24"/>
          <w:szCs w:val="24"/>
          <w:lang w:val="pl-PL"/>
        </w:rPr>
        <w:t>4. m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>oże korzystać z dostępnych</w:t>
      </w:r>
      <w:r w:rsidRPr="00227063">
        <w:rPr>
          <w:rFonts w:ascii="Times New Roman" w:hAnsi="Times New Roman" w:cs="Times New Roman"/>
          <w:sz w:val="24"/>
          <w:szCs w:val="24"/>
          <w:lang w:val="pl-PL"/>
        </w:rPr>
        <w:t xml:space="preserve"> pomocy dydaktycznych.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lastRenderedPageBreak/>
        <w:t>3. W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 uzasadnionych przypadkach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wychowanek może zostać zwolniony z nauki w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łasnej przez wychowawcę, 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szczególności w związku z udziałem w zajęciach pozalekcyjnych, zawodach,      wydarzeniach kulturalnych lub innych uzasadnionych aktywnościach.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34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Posił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ki wydawane są w godzinach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ustalonych przez szkołę.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Wych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owanek zobowiązany jest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kulturalnego zachowania podczas posiłków oraz p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rzestrzegania zasad higieny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i porządku.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Wych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owanek korzysta ze stołówki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zgodnie z jej przeznaczeniem i stosuje się do zasad organizacji żywienia.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Wynos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zenie naczyń i wyposażenia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stołówki poza miejsca do tego przeznaczone jest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 niedopuszczalne bez zgody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osoby odpowiedzialnej.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. W przypadku szczególnych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potrzeb żywieniowych stosuje się zasady w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ynikające z obowiązujących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przepisów oraz możliwości organizacyjnych szkoły.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35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 inte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rnacie obowiązuje cisza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nocna w godzinach od 22.00 do 6.30, chyba </w:t>
      </w:r>
      <w:r w:rsidR="00227063">
        <w:rPr>
          <w:rFonts w:ascii="Times New Roman" w:hAnsi="Times New Roman" w:cs="Times New Roman"/>
          <w:sz w:val="24"/>
          <w:szCs w:val="24"/>
          <w:lang w:val="pl-PL"/>
        </w:rPr>
        <w:t xml:space="preserve">że kierownik internatu lub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dyrektor szkoły ustali inaczej z uzasadnionych przyczyn organizacyjnych.</w:t>
      </w:r>
    </w:p>
    <w:p w:rsidR="000C636F" w:rsidRDefault="00227063" w:rsidP="000C636F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2. W czasie ciszy nocnej  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ychowanek:</w:t>
      </w:r>
    </w:p>
    <w:p w:rsidR="000C636F" w:rsidRDefault="0021410A" w:rsidP="000C636F">
      <w:pPr>
        <w:pStyle w:val="Akapitzlist"/>
        <w:numPr>
          <w:ilvl w:val="0"/>
          <w:numId w:val="24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pozostaje w swoim pokoju;</w:t>
      </w:r>
    </w:p>
    <w:p w:rsidR="000C636F" w:rsidRDefault="0021410A" w:rsidP="000C636F">
      <w:pPr>
        <w:pStyle w:val="Akapitzlist"/>
        <w:numPr>
          <w:ilvl w:val="0"/>
          <w:numId w:val="24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zachowuje ciszę;</w:t>
      </w:r>
    </w:p>
    <w:p w:rsidR="000C636F" w:rsidRDefault="0021410A" w:rsidP="000C636F">
      <w:pPr>
        <w:pStyle w:val="Akapitzlist"/>
        <w:numPr>
          <w:ilvl w:val="0"/>
          <w:numId w:val="24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 xml:space="preserve">nie </w:t>
      </w:r>
      <w:r w:rsidR="000C636F" w:rsidRPr="000C636F">
        <w:rPr>
          <w:rFonts w:ascii="Times New Roman" w:hAnsi="Times New Roman" w:cs="Times New Roman"/>
          <w:sz w:val="24"/>
          <w:szCs w:val="24"/>
          <w:lang w:val="pl-PL"/>
        </w:rPr>
        <w:t xml:space="preserve">zakłóca odpoczynku innych  </w:t>
      </w:r>
      <w:r w:rsidRPr="000C636F">
        <w:rPr>
          <w:rFonts w:ascii="Times New Roman" w:hAnsi="Times New Roman" w:cs="Times New Roman"/>
          <w:sz w:val="24"/>
          <w:szCs w:val="24"/>
          <w:lang w:val="pl-PL"/>
        </w:rPr>
        <w:t>osób;</w:t>
      </w:r>
    </w:p>
    <w:p w:rsidR="00495B65" w:rsidRPr="000C636F" w:rsidRDefault="000C636F" w:rsidP="000C636F">
      <w:pPr>
        <w:pStyle w:val="Akapitzlist"/>
        <w:numPr>
          <w:ilvl w:val="0"/>
          <w:numId w:val="24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korzysta z urządzeń </w:t>
      </w:r>
      <w:r w:rsidR="0021410A" w:rsidRPr="000C636F">
        <w:rPr>
          <w:rFonts w:ascii="Times New Roman" w:hAnsi="Times New Roman" w:cs="Times New Roman"/>
          <w:sz w:val="24"/>
          <w:szCs w:val="24"/>
          <w:lang w:val="pl-PL"/>
        </w:rPr>
        <w:t>elektronicznych w sposób niezakłócający spokoju innych mieszkańców.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W uzasadniony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ch przypadkach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wychowanek może opuścić pokój w czasie ciszy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 nocnej, w szczególności 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celu skorzystania z toalety lub w sytuacji wymagającej kontaktu z      wychowawcą.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36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ychowanek może korzystać 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telefonu komórkowego i innych urządzeń elektroni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cznych z zachowaniem zasad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kultury osobistej oraz poszanowaniem prawa innych osób do nauki,      odpoczynku i prywatności.</w:t>
      </w:r>
    </w:p>
    <w:p w:rsidR="00495B65" w:rsidRPr="00B274FA" w:rsidRDefault="000C636F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2. Korzystanie z urządzeń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elektronicznych nie może:</w:t>
      </w:r>
    </w:p>
    <w:p w:rsidR="000C636F" w:rsidRDefault="0021410A" w:rsidP="000C636F">
      <w:pPr>
        <w:pStyle w:val="Akapitzlist"/>
        <w:numPr>
          <w:ilvl w:val="0"/>
          <w:numId w:val="2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zakł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ócać nauki lub wypoczynku </w:t>
      </w:r>
      <w:r w:rsidRPr="000C636F">
        <w:rPr>
          <w:rFonts w:ascii="Times New Roman" w:hAnsi="Times New Roman" w:cs="Times New Roman"/>
          <w:sz w:val="24"/>
          <w:szCs w:val="24"/>
          <w:lang w:val="pl-PL"/>
        </w:rPr>
        <w:t>innych osób;</w:t>
      </w:r>
    </w:p>
    <w:p w:rsidR="000C636F" w:rsidRDefault="0021410A" w:rsidP="000C636F">
      <w:pPr>
        <w:pStyle w:val="Akapitzlist"/>
        <w:numPr>
          <w:ilvl w:val="0"/>
          <w:numId w:val="2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narus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zać prywatności, godności </w:t>
      </w:r>
      <w:r w:rsidRPr="000C636F">
        <w:rPr>
          <w:rFonts w:ascii="Times New Roman" w:hAnsi="Times New Roman" w:cs="Times New Roman"/>
          <w:sz w:val="24"/>
          <w:szCs w:val="24"/>
          <w:lang w:val="pl-PL"/>
        </w:rPr>
        <w:t>lub bezpieczeństwa innych osób;</w:t>
      </w:r>
    </w:p>
    <w:p w:rsidR="000C636F" w:rsidRDefault="0021410A" w:rsidP="000C636F">
      <w:pPr>
        <w:pStyle w:val="Akapitzlist"/>
        <w:numPr>
          <w:ilvl w:val="0"/>
          <w:numId w:val="2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prowa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dzić do rejestrowania lub </w:t>
      </w:r>
      <w:r w:rsidRPr="000C636F">
        <w:rPr>
          <w:rFonts w:ascii="Times New Roman" w:hAnsi="Times New Roman" w:cs="Times New Roman"/>
          <w:sz w:val="24"/>
          <w:szCs w:val="24"/>
          <w:lang w:val="pl-PL"/>
        </w:rPr>
        <w:t>rozpowszechniania wizerunku lub głosu innych osób z naruszeniem prawa;</w:t>
      </w:r>
    </w:p>
    <w:p w:rsidR="00495B65" w:rsidRPr="000C636F" w:rsidRDefault="000C636F" w:rsidP="000C636F">
      <w:pPr>
        <w:pStyle w:val="Akapitzlist"/>
        <w:numPr>
          <w:ilvl w:val="0"/>
          <w:numId w:val="2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powodować zagrożenia </w:t>
      </w:r>
      <w:r w:rsidR="0021410A" w:rsidRPr="000C636F">
        <w:rPr>
          <w:rFonts w:ascii="Times New Roman" w:hAnsi="Times New Roman" w:cs="Times New Roman"/>
          <w:sz w:val="24"/>
          <w:szCs w:val="24"/>
          <w:lang w:val="pl-PL"/>
        </w:rPr>
        <w:t>pożarowego lub elektrycznego.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W czasie nauki wł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asnej i ciszy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nocnej korzystanie z urządzeń elektronicznych po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winno odbywać się w sposób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niezakłócający spokoju innych osób.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37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lastRenderedPageBreak/>
        <w:t>1. W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ychowanek może korzystać 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czasu wolnego poza internatem na zasadac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h określonych w niniejszym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regulaminie.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W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yjścia poza teren internatu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powinny być zgłaszane wychowawcy zg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odnie z przyjętym sposobem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dokumentowania.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Wyc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>howanek zobowiązany jest do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przestrzegania ustalonej godziny powrotu.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Wycho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>wanek może uzyskać zgodę na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późniejszy powrót w uzasadnionych przypadkach.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Wych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owanek jest zobowiązany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poinformowania wychowawcy o przewidywanym opó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źnieniu w powrocie, jeżeli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jest to możliwe.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38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 Wychowanek może przyjmować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osoby odwiedzające na terenie internatu w god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zinach ustalonych przez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kierownika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 Odwiedziny odbywają się 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poszanowaniem prawa innych mieszkańców do nauki,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 odpoczynku, prywatności 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bezpieczeństwa.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Osob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a odwiedzająca zobowiązana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jest do przestrzegania zasad obowiązujących na terenie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Wyc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howanek przyjmujący gościa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odpowiada za jego zachowanie oraz za przest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rzeganie przez niego zasad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obowiązujących w internacie.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Wyc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howawca może odmówić zgody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na przyjęcie osoby odwiedzającej albo nakazać 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jej opuszczenie internatu,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jeżeli jej zachowanie:</w:t>
      </w:r>
    </w:p>
    <w:p w:rsidR="000C636F" w:rsidRDefault="0021410A" w:rsidP="000C636F">
      <w:pPr>
        <w:pStyle w:val="Akapitzlist"/>
        <w:numPr>
          <w:ilvl w:val="0"/>
          <w:numId w:val="26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zagraża bezpieczeństwu;</w:t>
      </w:r>
    </w:p>
    <w:p w:rsidR="000C636F" w:rsidRDefault="0021410A" w:rsidP="000C636F">
      <w:pPr>
        <w:pStyle w:val="Akapitzlist"/>
        <w:numPr>
          <w:ilvl w:val="0"/>
          <w:numId w:val="26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narus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za godność lub prywatność </w:t>
      </w:r>
      <w:r w:rsidRPr="000C636F">
        <w:rPr>
          <w:rFonts w:ascii="Times New Roman" w:hAnsi="Times New Roman" w:cs="Times New Roman"/>
          <w:sz w:val="24"/>
          <w:szCs w:val="24"/>
          <w:lang w:val="pl-PL"/>
        </w:rPr>
        <w:t>innych osób;</w:t>
      </w:r>
    </w:p>
    <w:p w:rsidR="000C636F" w:rsidRDefault="0021410A" w:rsidP="000C636F">
      <w:pPr>
        <w:pStyle w:val="Akapitzlist"/>
        <w:numPr>
          <w:ilvl w:val="0"/>
          <w:numId w:val="26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zakłóca spokój mieszkańców;</w:t>
      </w:r>
    </w:p>
    <w:p w:rsidR="00495B65" w:rsidRPr="000C636F" w:rsidRDefault="000C636F" w:rsidP="000C636F">
      <w:pPr>
        <w:pStyle w:val="Akapitzlist"/>
        <w:numPr>
          <w:ilvl w:val="0"/>
          <w:numId w:val="26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narusza postanowienia </w:t>
      </w:r>
      <w:r w:rsidR="0021410A" w:rsidRPr="000C636F">
        <w:rPr>
          <w:rFonts w:ascii="Times New Roman" w:hAnsi="Times New Roman" w:cs="Times New Roman"/>
          <w:sz w:val="24"/>
          <w:szCs w:val="24"/>
          <w:lang w:val="pl-PL"/>
        </w:rPr>
        <w:t>regulaminu.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6. W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 szczególnie uzasadnionych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przypadkach kierownik internatu może cz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asowo ograniczyć możliwość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przyjmowania osób odwiedzających ze względów bezpieczeństwa lub      organizacji pracy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7. O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soby odwiedzające nie mogą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przebywać na terenie internatu w okresie, w którym internat ni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e zapewnia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opieki wychowawczej.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39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Wycho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wankowie są zobowiązani do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dbania o estetykę pokoi i pomieszczeń wspólnych.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D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ekorowanie pomieszczeń może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odbywać się wyłącznie w sposób niepowodujący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 uszkodzenia ścian, mebli,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instalacji lub innych elementów wyposażenia.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3. 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>Zabrania się samowolnego pr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zenoszenia wyposażenia pomiędzy pokojami i innymi pomieszczeniami.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4. Wych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owanek zobowiązany jest do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utrzymywania porządku w miejscu zakwaterowania.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40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lastRenderedPageBreak/>
        <w:t>1. Wychowankowie mogą uczestn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iczyć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 zajęciach, kołach zainteresowań, imprezach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, uroczystościach i innych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przedsięwzięciach organizowanych w internacie.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 Działalność wychowawcza 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kulturalna internatu może obejmować w szczególności: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zajęcia sportowe;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zajęcia pla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styczne 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techniczne;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działania czytelnicze;</w:t>
      </w:r>
    </w:p>
    <w:p w:rsidR="00495B65" w:rsidRPr="00B274FA" w:rsidRDefault="000C636F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4. zajęcia rozwijające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zainteresowania;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 działania integracyjne;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6. przedsięwzięcia samorządowe;</w:t>
      </w:r>
    </w:p>
    <w:p w:rsidR="00495B65" w:rsidRPr="00B274FA" w:rsidRDefault="000C636F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7. wydarzenia kulturalne i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okolicznościowe;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8. d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ziałania promujące zdrowy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styl życia;</w:t>
      </w:r>
    </w:p>
    <w:p w:rsidR="00495B65" w:rsidRPr="00B274FA" w:rsidRDefault="000C636F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9. działania rozwijające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samodzielność i odpowiedzialność.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Organizacja po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szczególnych przedsięwzięć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może być określona w rocznym planie pracy internatu.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41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ychowanek może korzystać 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pomieszczeń i urządzeń internatu zgodnie z ich przeznaczeniem.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Szcz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egółowe zasady korzystania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 pracowni, aneksów kuchennych, pomieszc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zeń rekreacyjnych, sprzętu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sportowego i innych urządzeń mogą być określone w odrębnych instrukcjach.</w:t>
      </w:r>
    </w:p>
    <w:p w:rsidR="00495B65" w:rsidRPr="00B274FA" w:rsidRDefault="000C636F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3. Korzystanie ze sprzętu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wymagającego nadzoru odbywa się zgodnie z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poleceniami wychowawcy lub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pracownika odpowiedzialnego za dane pomieszczenie.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Rozdział 9</w:t>
      </w:r>
    </w:p>
    <w:p w:rsidR="00495B65" w:rsidRPr="000C636F" w:rsidRDefault="0021410A" w:rsidP="000C636F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b/>
          <w:sz w:val="24"/>
          <w:szCs w:val="24"/>
          <w:lang w:val="pl-PL"/>
        </w:rPr>
        <w:t>Nagrody i konsekwencje naruszenia regulaminu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42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 xml:space="preserve">. Wychowanek może otrzymać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nagrodę za:</w:t>
      </w:r>
    </w:p>
    <w:p w:rsidR="00495B65" w:rsidRPr="000C636F" w:rsidRDefault="0021410A" w:rsidP="000C636F">
      <w:pPr>
        <w:pStyle w:val="Akapitzlist"/>
        <w:numPr>
          <w:ilvl w:val="0"/>
          <w:numId w:val="2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wzorową postawę;</w:t>
      </w:r>
    </w:p>
    <w:p w:rsidR="00495B65" w:rsidRPr="000C636F" w:rsidRDefault="0021410A" w:rsidP="000C636F">
      <w:pPr>
        <w:pStyle w:val="Akapitzlist"/>
        <w:numPr>
          <w:ilvl w:val="0"/>
          <w:numId w:val="2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aktywność na rzecz internatu;</w:t>
      </w:r>
    </w:p>
    <w:p w:rsidR="00495B65" w:rsidRPr="000C636F" w:rsidRDefault="0021410A" w:rsidP="000C636F">
      <w:pPr>
        <w:pStyle w:val="Akapitzlist"/>
        <w:numPr>
          <w:ilvl w:val="0"/>
          <w:numId w:val="2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pomoc innym wychowankom;</w:t>
      </w:r>
    </w:p>
    <w:p w:rsidR="000C636F" w:rsidRDefault="0021410A" w:rsidP="000C636F">
      <w:pPr>
        <w:pStyle w:val="Akapitzlist"/>
        <w:numPr>
          <w:ilvl w:val="0"/>
          <w:numId w:val="2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wysoką kulturę osobistą;</w:t>
      </w:r>
    </w:p>
    <w:p w:rsidR="00495B65" w:rsidRPr="000C636F" w:rsidRDefault="0021410A" w:rsidP="000C636F">
      <w:pPr>
        <w:pStyle w:val="Akapitzlist"/>
        <w:numPr>
          <w:ilvl w:val="0"/>
          <w:numId w:val="2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odpowiedzialne i samodzielne       zachowanie;</w:t>
      </w:r>
    </w:p>
    <w:p w:rsidR="000C636F" w:rsidRDefault="0021410A" w:rsidP="000C636F">
      <w:pPr>
        <w:pStyle w:val="Akapitzlist"/>
        <w:numPr>
          <w:ilvl w:val="0"/>
          <w:numId w:val="2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s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zczególne zaangażowanie w </w:t>
      </w:r>
      <w:r w:rsidRPr="000C636F">
        <w:rPr>
          <w:rFonts w:ascii="Times New Roman" w:hAnsi="Times New Roman" w:cs="Times New Roman"/>
          <w:sz w:val="24"/>
          <w:szCs w:val="24"/>
          <w:lang w:val="pl-PL"/>
        </w:rPr>
        <w:t>życie internatu;</w:t>
      </w:r>
    </w:p>
    <w:p w:rsidR="00495B65" w:rsidRPr="000C636F" w:rsidRDefault="000C636F" w:rsidP="000C636F">
      <w:pPr>
        <w:pStyle w:val="Akapitzlist"/>
        <w:numPr>
          <w:ilvl w:val="0"/>
          <w:numId w:val="27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 xml:space="preserve">działania na rzecz </w:t>
      </w:r>
      <w:r w:rsidR="0021410A" w:rsidRPr="000C636F">
        <w:rPr>
          <w:rFonts w:ascii="Times New Roman" w:hAnsi="Times New Roman" w:cs="Times New Roman"/>
          <w:sz w:val="24"/>
          <w:szCs w:val="24"/>
          <w:lang w:val="pl-PL"/>
        </w:rPr>
        <w:t>społeczności mieszkańców.</w:t>
      </w:r>
    </w:p>
    <w:p w:rsidR="00495B65" w:rsidRPr="000C636F" w:rsidRDefault="000C636F" w:rsidP="000C636F">
      <w:p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2. 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>Nagroda może mieć w s</w:t>
      </w:r>
      <w:r w:rsidR="0021410A" w:rsidRPr="000C636F">
        <w:rPr>
          <w:rFonts w:ascii="Times New Roman" w:hAnsi="Times New Roman" w:cs="Times New Roman"/>
          <w:sz w:val="24"/>
          <w:szCs w:val="24"/>
          <w:lang w:val="pl-PL"/>
        </w:rPr>
        <w:t>zczególności formę:</w:t>
      </w:r>
    </w:p>
    <w:p w:rsidR="000C636F" w:rsidRDefault="0021410A" w:rsidP="000C636F">
      <w:pPr>
        <w:pStyle w:val="Akapitzlist"/>
        <w:numPr>
          <w:ilvl w:val="0"/>
          <w:numId w:val="29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pochwały kierownika internatu;</w:t>
      </w:r>
    </w:p>
    <w:p w:rsidR="000C636F" w:rsidRDefault="0021410A" w:rsidP="000C636F">
      <w:pPr>
        <w:pStyle w:val="Akapitzlist"/>
        <w:numPr>
          <w:ilvl w:val="0"/>
          <w:numId w:val="29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dyplomu uznania;</w:t>
      </w:r>
    </w:p>
    <w:p w:rsidR="000C636F" w:rsidRDefault="0021410A" w:rsidP="000C636F">
      <w:pPr>
        <w:pStyle w:val="Akapitzlist"/>
        <w:numPr>
          <w:ilvl w:val="0"/>
          <w:numId w:val="29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nagrody rzeczowej;</w:t>
      </w:r>
    </w:p>
    <w:p w:rsidR="000C636F" w:rsidRDefault="0021410A" w:rsidP="000C636F">
      <w:pPr>
        <w:pStyle w:val="Akapitzlist"/>
        <w:numPr>
          <w:ilvl w:val="0"/>
          <w:numId w:val="29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listu 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>pochwalnego do rodziców lu</w:t>
      </w:r>
      <w:r w:rsidRPr="000C636F">
        <w:rPr>
          <w:rFonts w:ascii="Times New Roman" w:hAnsi="Times New Roman" w:cs="Times New Roman"/>
          <w:sz w:val="24"/>
          <w:szCs w:val="24"/>
          <w:lang w:val="pl-PL"/>
        </w:rPr>
        <w:t>b opiekunów prawnych;</w:t>
      </w:r>
    </w:p>
    <w:p w:rsidR="00495B65" w:rsidRPr="000C636F" w:rsidRDefault="0021410A" w:rsidP="000C636F">
      <w:pPr>
        <w:pStyle w:val="Akapitzlist"/>
        <w:numPr>
          <w:ilvl w:val="0"/>
          <w:numId w:val="29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wni</w:t>
      </w:r>
      <w:r w:rsidR="000C636F" w:rsidRPr="000C636F">
        <w:rPr>
          <w:rFonts w:ascii="Times New Roman" w:hAnsi="Times New Roman" w:cs="Times New Roman"/>
          <w:sz w:val="24"/>
          <w:szCs w:val="24"/>
          <w:lang w:val="pl-PL"/>
        </w:rPr>
        <w:t xml:space="preserve">osku wychowawcy internatu </w:t>
      </w:r>
      <w:r w:rsidRPr="000C636F">
        <w:rPr>
          <w:rFonts w:ascii="Times New Roman" w:hAnsi="Times New Roman" w:cs="Times New Roman"/>
          <w:sz w:val="24"/>
          <w:szCs w:val="24"/>
          <w:lang w:val="pl-PL"/>
        </w:rPr>
        <w:t>do wychowawcy klasy o uwzględnienie postawy w</w:t>
      </w:r>
      <w:r w:rsidR="000C636F" w:rsidRPr="000C636F">
        <w:rPr>
          <w:rFonts w:ascii="Times New Roman" w:hAnsi="Times New Roman" w:cs="Times New Roman"/>
          <w:sz w:val="24"/>
          <w:szCs w:val="24"/>
          <w:lang w:val="pl-PL"/>
        </w:rPr>
        <w:t xml:space="preserve">ychowanka przy ustalaniu </w:t>
      </w:r>
      <w:r w:rsidRPr="000C636F">
        <w:rPr>
          <w:rFonts w:ascii="Times New Roman" w:hAnsi="Times New Roman" w:cs="Times New Roman"/>
          <w:sz w:val="24"/>
          <w:szCs w:val="24"/>
          <w:lang w:val="pl-PL"/>
        </w:rPr>
        <w:t>oceny zachowania, zgodnie ze statutem szkoły.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43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Za ni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eprzestrzeganie regulaminu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wychowanek może ponosić konsekwencje wychow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awcze, z zachowaniem zasady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proporcjonalności, poszanowania godności oraz praw wychowanka.</w:t>
      </w:r>
    </w:p>
    <w:p w:rsidR="000C636F" w:rsidRDefault="0021410A" w:rsidP="000C636F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Kon</w:t>
      </w:r>
      <w:r w:rsidR="000C636F">
        <w:rPr>
          <w:rFonts w:ascii="Times New Roman" w:hAnsi="Times New Roman" w:cs="Times New Roman"/>
          <w:sz w:val="24"/>
          <w:szCs w:val="24"/>
          <w:lang w:val="pl-PL"/>
        </w:rPr>
        <w:t xml:space="preserve">sekwencje mogą obejmować 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szczególności:</w:t>
      </w:r>
    </w:p>
    <w:p w:rsidR="000C636F" w:rsidRDefault="0021410A" w:rsidP="000C636F">
      <w:pPr>
        <w:pStyle w:val="Akapitzlist"/>
        <w:numPr>
          <w:ilvl w:val="0"/>
          <w:numId w:val="3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rozmowę wychowawczą;</w:t>
      </w:r>
    </w:p>
    <w:p w:rsidR="000C636F" w:rsidRDefault="0021410A" w:rsidP="000C636F">
      <w:pPr>
        <w:pStyle w:val="Akapitzlist"/>
        <w:numPr>
          <w:ilvl w:val="0"/>
          <w:numId w:val="3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 xml:space="preserve"> upomnienie wychowawcy;</w:t>
      </w:r>
    </w:p>
    <w:p w:rsidR="000C636F" w:rsidRDefault="000C636F" w:rsidP="000C636F">
      <w:pPr>
        <w:pStyle w:val="Akapitzlist"/>
        <w:numPr>
          <w:ilvl w:val="0"/>
          <w:numId w:val="3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zobowiązanie do wykonania </w:t>
      </w:r>
      <w:r w:rsidR="0021410A" w:rsidRPr="000C636F">
        <w:rPr>
          <w:rFonts w:ascii="Times New Roman" w:hAnsi="Times New Roman" w:cs="Times New Roman"/>
          <w:sz w:val="24"/>
          <w:szCs w:val="24"/>
          <w:lang w:val="pl-PL"/>
        </w:rPr>
        <w:t>uzasadnionego działania naprawczego lub por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ządkowego pozostającego w </w:t>
      </w:r>
      <w:r w:rsidR="0021410A" w:rsidRPr="000C636F">
        <w:rPr>
          <w:rFonts w:ascii="Times New Roman" w:hAnsi="Times New Roman" w:cs="Times New Roman"/>
          <w:sz w:val="24"/>
          <w:szCs w:val="24"/>
          <w:lang w:val="pl-PL"/>
        </w:rPr>
        <w:t>związku z naruszeniem regulaminu;</w:t>
      </w:r>
    </w:p>
    <w:p w:rsidR="00BF4736" w:rsidRDefault="0021410A" w:rsidP="00BF4736">
      <w:pPr>
        <w:pStyle w:val="Akapitzlist"/>
        <w:numPr>
          <w:ilvl w:val="0"/>
          <w:numId w:val="3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0C636F">
        <w:rPr>
          <w:rFonts w:ascii="Times New Roman" w:hAnsi="Times New Roman" w:cs="Times New Roman"/>
          <w:sz w:val="24"/>
          <w:szCs w:val="24"/>
          <w:lang w:val="pl-PL"/>
        </w:rPr>
        <w:t>u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pomnienie kierownika </w:t>
      </w:r>
      <w:r w:rsidRPr="000C636F">
        <w:rPr>
          <w:rFonts w:ascii="Times New Roman" w:hAnsi="Times New Roman" w:cs="Times New Roman"/>
          <w:sz w:val="24"/>
          <w:szCs w:val="24"/>
          <w:lang w:val="pl-PL"/>
        </w:rPr>
        <w:t>internatu;</w:t>
      </w:r>
    </w:p>
    <w:p w:rsidR="00BF4736" w:rsidRDefault="0021410A" w:rsidP="00BF4736">
      <w:pPr>
        <w:pStyle w:val="Akapitzlist"/>
        <w:numPr>
          <w:ilvl w:val="0"/>
          <w:numId w:val="3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pise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mne upomnienie kierownika </w:t>
      </w:r>
      <w:r w:rsidRPr="00BF4736">
        <w:rPr>
          <w:rFonts w:ascii="Times New Roman" w:hAnsi="Times New Roman" w:cs="Times New Roman"/>
          <w:sz w:val="24"/>
          <w:szCs w:val="24"/>
          <w:lang w:val="pl-PL"/>
        </w:rPr>
        <w:t>internatu;</w:t>
      </w:r>
    </w:p>
    <w:p w:rsidR="00BF4736" w:rsidRDefault="00BF4736" w:rsidP="00BF4736">
      <w:pPr>
        <w:pStyle w:val="Akapitzlist"/>
        <w:numPr>
          <w:ilvl w:val="0"/>
          <w:numId w:val="3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 xml:space="preserve">pisemną naganę kierownika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internatu;</w:t>
      </w:r>
    </w:p>
    <w:p w:rsidR="00BF4736" w:rsidRDefault="00BF4736" w:rsidP="00BF4736">
      <w:pPr>
        <w:pStyle w:val="Akapitzlist"/>
        <w:numPr>
          <w:ilvl w:val="0"/>
          <w:numId w:val="3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ograniczenie określonych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przywilejów związanych z organizacją pobytu, jeżeli jest ono       proporcjonalne do naruszenia i nie narusza praw wychowanka;</w:t>
      </w:r>
    </w:p>
    <w:p w:rsidR="00BF4736" w:rsidRDefault="0021410A" w:rsidP="00BF4736">
      <w:pPr>
        <w:pStyle w:val="Akapitzlist"/>
        <w:numPr>
          <w:ilvl w:val="0"/>
          <w:numId w:val="3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za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stosowanie innych działań </w:t>
      </w:r>
      <w:r w:rsidRPr="00BF4736">
        <w:rPr>
          <w:rFonts w:ascii="Times New Roman" w:hAnsi="Times New Roman" w:cs="Times New Roman"/>
          <w:sz w:val="24"/>
          <w:szCs w:val="24"/>
          <w:lang w:val="pl-PL"/>
        </w:rPr>
        <w:t>wychowawczych przewidzianych przepisami prawa i statutem szkoły;</w:t>
      </w:r>
    </w:p>
    <w:p w:rsidR="00495B65" w:rsidRPr="00BF4736" w:rsidRDefault="0021410A" w:rsidP="00BF4736">
      <w:pPr>
        <w:pStyle w:val="Akapitzlist"/>
        <w:numPr>
          <w:ilvl w:val="0"/>
          <w:numId w:val="30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 xml:space="preserve">w 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szczególnie uzasadnionych </w:t>
      </w:r>
      <w:r w:rsidRPr="00BF4736">
        <w:rPr>
          <w:rFonts w:ascii="Times New Roman" w:hAnsi="Times New Roman" w:cs="Times New Roman"/>
          <w:sz w:val="24"/>
          <w:szCs w:val="24"/>
          <w:lang w:val="pl-PL"/>
        </w:rPr>
        <w:t>przypadkach – podjęcie przez dyrektora szk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oły decyzji o zakończeniu </w:t>
      </w:r>
      <w:r w:rsidRPr="00BF4736">
        <w:rPr>
          <w:rFonts w:ascii="Times New Roman" w:hAnsi="Times New Roman" w:cs="Times New Roman"/>
          <w:sz w:val="24"/>
          <w:szCs w:val="24"/>
          <w:lang w:val="pl-PL"/>
        </w:rPr>
        <w:t>pobytu wychowanka w internacie, zgodnie z obowi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ązującymi przepisami oraz </w:t>
      </w:r>
      <w:r w:rsidRPr="00BF4736">
        <w:rPr>
          <w:rFonts w:ascii="Times New Roman" w:hAnsi="Times New Roman" w:cs="Times New Roman"/>
          <w:sz w:val="24"/>
          <w:szCs w:val="24"/>
          <w:lang w:val="pl-PL"/>
        </w:rPr>
        <w:t>statutem szkoły.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P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 xml:space="preserve">rzy ustalaniu konsekwencji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uwzględnia się w szczególności:</w:t>
      </w:r>
    </w:p>
    <w:p w:rsidR="00BF4736" w:rsidRDefault="0021410A" w:rsidP="00BF4736">
      <w:pPr>
        <w:pStyle w:val="Akapitzlist"/>
        <w:numPr>
          <w:ilvl w:val="0"/>
          <w:numId w:val="3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rodzaj i stopień naruszenia;</w:t>
      </w:r>
    </w:p>
    <w:p w:rsidR="00BF4736" w:rsidRDefault="0021410A" w:rsidP="00BF4736">
      <w:pPr>
        <w:pStyle w:val="Akapitzlist"/>
        <w:numPr>
          <w:ilvl w:val="0"/>
          <w:numId w:val="3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skutki zachowania;</w:t>
      </w:r>
    </w:p>
    <w:p w:rsidR="00BF4736" w:rsidRDefault="0021410A" w:rsidP="00BF4736">
      <w:pPr>
        <w:pStyle w:val="Akapitzlist"/>
        <w:numPr>
          <w:ilvl w:val="0"/>
          <w:numId w:val="3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okoliczności zdarzenia;</w:t>
      </w:r>
    </w:p>
    <w:p w:rsidR="00BF4736" w:rsidRDefault="0021410A" w:rsidP="00BF4736">
      <w:pPr>
        <w:pStyle w:val="Akapitzlist"/>
        <w:numPr>
          <w:ilvl w:val="0"/>
          <w:numId w:val="3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dotychczasow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e zachowanie </w:t>
      </w:r>
      <w:r w:rsidRPr="00BF4736">
        <w:rPr>
          <w:rFonts w:ascii="Times New Roman" w:hAnsi="Times New Roman" w:cs="Times New Roman"/>
          <w:sz w:val="24"/>
          <w:szCs w:val="24"/>
          <w:lang w:val="pl-PL"/>
        </w:rPr>
        <w:t>wychowanka;</w:t>
      </w:r>
    </w:p>
    <w:p w:rsidR="00BF4736" w:rsidRDefault="0021410A" w:rsidP="00BF4736">
      <w:pPr>
        <w:pStyle w:val="Akapitzlist"/>
        <w:numPr>
          <w:ilvl w:val="0"/>
          <w:numId w:val="3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wiek wychowanka;</w:t>
      </w:r>
    </w:p>
    <w:p w:rsidR="00BF4736" w:rsidRDefault="00BF4736" w:rsidP="00BF4736">
      <w:pPr>
        <w:pStyle w:val="Akapitzlist"/>
        <w:numPr>
          <w:ilvl w:val="0"/>
          <w:numId w:val="3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jego sytuację i potrzeby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wychowawcze;</w:t>
      </w:r>
    </w:p>
    <w:p w:rsidR="00495B65" w:rsidRPr="00BF4736" w:rsidRDefault="0021410A" w:rsidP="00BF4736">
      <w:pPr>
        <w:pStyle w:val="Akapitzlist"/>
        <w:numPr>
          <w:ilvl w:val="0"/>
          <w:numId w:val="31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stopień zawinienia.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44</w:t>
      </w:r>
    </w:p>
    <w:p w:rsidR="00495B65" w:rsidRPr="00B274FA" w:rsidRDefault="00BF4736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1. Przed zastosowaniem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poważniejszej konsekwencji wychowanek powinien mieć możliwość      przedstawienia swojego stanowiska.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Zas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ady, o których mowa w ust.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1, nie wyłączają możliwości podjęcia natychmia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stowych działań w sytuacji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zagrożenia życia, zdrowia lub bezpieczeństwa.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O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 zastosowaniu konsekwencji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wobec wychowanka niepełnoletniego rodzic lub opiekun prawn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y jest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informowany, jeżeli wynika to z przepisów prawa, statutu szkoły lub      charakteru zdarzenia.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lastRenderedPageBreak/>
        <w:t>4. W prz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ypadku zachowania mogącego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stanowić czyn zabroniony podejmuje się działan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ia przewidziane przepisami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prawa, w tym w razie potrzeby zawiadamia właściwe służby lub organy.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45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Je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żeli zachowanie wychowanka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wskazuje na potrzebę dodatkowego wspar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cia, może on zostać objęty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odpowiednimi działaniami wychowawczymi i wspierającymi.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Dzi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ałania te mogą obejmować 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szczególności:</w:t>
      </w:r>
    </w:p>
    <w:p w:rsidR="00BF4736" w:rsidRDefault="0021410A" w:rsidP="00BF4736">
      <w:pPr>
        <w:pStyle w:val="Akapitzlist"/>
        <w:numPr>
          <w:ilvl w:val="0"/>
          <w:numId w:val="32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rozmowę wychowawczą;</w:t>
      </w:r>
    </w:p>
    <w:p w:rsidR="00BF4736" w:rsidRDefault="00BF4736" w:rsidP="00BF4736">
      <w:pPr>
        <w:pStyle w:val="Akapitzlist"/>
        <w:numPr>
          <w:ilvl w:val="0"/>
          <w:numId w:val="32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współpracę z wychowawcą klasy;</w:t>
      </w:r>
    </w:p>
    <w:p w:rsidR="00BF4736" w:rsidRDefault="0021410A" w:rsidP="00BF4736">
      <w:pPr>
        <w:pStyle w:val="Akapitzlist"/>
        <w:numPr>
          <w:ilvl w:val="0"/>
          <w:numId w:val="32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współpracę z pedagogiem;</w:t>
      </w:r>
    </w:p>
    <w:p w:rsidR="00BF4736" w:rsidRDefault="0021410A" w:rsidP="00BF4736">
      <w:pPr>
        <w:pStyle w:val="Akapitzlist"/>
        <w:numPr>
          <w:ilvl w:val="0"/>
          <w:numId w:val="32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współpracę z psychologiem;</w:t>
      </w:r>
    </w:p>
    <w:p w:rsidR="00BF4736" w:rsidRDefault="0021410A" w:rsidP="00BF4736">
      <w:pPr>
        <w:pStyle w:val="Akapitzlist"/>
        <w:numPr>
          <w:ilvl w:val="0"/>
          <w:numId w:val="32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spółpracę z rodzicami lub </w:t>
      </w:r>
      <w:r w:rsidRPr="00BF4736">
        <w:rPr>
          <w:rFonts w:ascii="Times New Roman" w:hAnsi="Times New Roman" w:cs="Times New Roman"/>
          <w:sz w:val="24"/>
          <w:szCs w:val="24"/>
          <w:lang w:val="pl-PL"/>
        </w:rPr>
        <w:t>opiekunami prawnymi wychowanka niepełnoletniego;</w:t>
      </w:r>
    </w:p>
    <w:p w:rsidR="00495B65" w:rsidRPr="00BF4736" w:rsidRDefault="00BF4736" w:rsidP="00BF4736">
      <w:pPr>
        <w:pStyle w:val="Akapitzlist"/>
        <w:numPr>
          <w:ilvl w:val="0"/>
          <w:numId w:val="32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ustalenie indywidualnych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działań wspierających.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. Działania wspierające 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interwencyjne prowadzi się z poszanowaniem go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dności, prywatności i praw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wychowanka oraz zgodnie ze Standardami Ochrony 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Małoletnich obowiązującymi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 szkole.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46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. W przypadku rażącego lub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powtarzającego się naruszania postanowień r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egulaminu, po zastosowaniu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adekwatnych oddziaływań wychowawczych, dyrektor 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szkoły może podjąć decyzję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o zakończeniu pobytu 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>wychowanka w internacie.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2. 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W szczególności dotyczy to </w:t>
      </w:r>
      <w:proofErr w:type="spellStart"/>
      <w:r w:rsidRPr="00B274FA">
        <w:rPr>
          <w:rFonts w:ascii="Times New Roman" w:hAnsi="Times New Roman" w:cs="Times New Roman"/>
          <w:sz w:val="24"/>
          <w:szCs w:val="24"/>
          <w:lang w:val="pl-PL"/>
        </w:rPr>
        <w:t>zachowań</w:t>
      </w:r>
      <w:proofErr w:type="spellEnd"/>
      <w:r w:rsidRPr="00B274FA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:rsidR="00BF4736" w:rsidRDefault="00BF4736" w:rsidP="00BF4736">
      <w:pPr>
        <w:pStyle w:val="Akapitzlist"/>
        <w:numPr>
          <w:ilvl w:val="0"/>
          <w:numId w:val="3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stwarzających poważne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zagrożenie dla życia lub zdrowia innych osób;</w:t>
      </w:r>
    </w:p>
    <w:p w:rsidR="00BF4736" w:rsidRDefault="00BF4736" w:rsidP="00BF4736">
      <w:pPr>
        <w:pStyle w:val="Akapitzlist"/>
        <w:numPr>
          <w:ilvl w:val="0"/>
          <w:numId w:val="3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związanych z przemocą lub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poważnym narus</w:t>
      </w:r>
      <w:r>
        <w:rPr>
          <w:rFonts w:ascii="Times New Roman" w:hAnsi="Times New Roman" w:cs="Times New Roman"/>
          <w:sz w:val="24"/>
          <w:szCs w:val="24"/>
          <w:lang w:val="pl-PL"/>
        </w:rPr>
        <w:t>zeniem godności innych osób;</w:t>
      </w:r>
    </w:p>
    <w:p w:rsidR="00BF4736" w:rsidRDefault="00BF4736" w:rsidP="00BF4736">
      <w:pPr>
        <w:pStyle w:val="Akapitzlist"/>
        <w:numPr>
          <w:ilvl w:val="0"/>
          <w:numId w:val="3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związanych z rażącym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naruszeniem zasad bezpieczeństwa;</w:t>
      </w:r>
    </w:p>
    <w:p w:rsidR="00BF4736" w:rsidRDefault="00BF4736" w:rsidP="00BF4736">
      <w:pPr>
        <w:pStyle w:val="Akapitzlist"/>
        <w:numPr>
          <w:ilvl w:val="0"/>
          <w:numId w:val="3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związanych z poważnym lub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powtarzającym się niszczeniem mienia;</w:t>
      </w:r>
    </w:p>
    <w:p w:rsidR="00495B65" w:rsidRPr="00BF4736" w:rsidRDefault="0021410A" w:rsidP="00BF4736">
      <w:pPr>
        <w:pStyle w:val="Akapitzlist"/>
        <w:numPr>
          <w:ilvl w:val="0"/>
          <w:numId w:val="33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związ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anych z powtarzającym się </w:t>
      </w:r>
      <w:r w:rsidRPr="00BF4736">
        <w:rPr>
          <w:rFonts w:ascii="Times New Roman" w:hAnsi="Times New Roman" w:cs="Times New Roman"/>
          <w:sz w:val="24"/>
          <w:szCs w:val="24"/>
          <w:lang w:val="pl-PL"/>
        </w:rPr>
        <w:t>naruszaniem zasad pobytu w internacie mimo zastoso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wanych wcześniej </w:t>
      </w:r>
      <w:r w:rsidRPr="00BF4736">
        <w:rPr>
          <w:rFonts w:ascii="Times New Roman" w:hAnsi="Times New Roman" w:cs="Times New Roman"/>
          <w:sz w:val="24"/>
          <w:szCs w:val="24"/>
          <w:lang w:val="pl-PL"/>
        </w:rPr>
        <w:t>działań wychowawczych.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Decyzję o za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kończeniu pobytu podejmuje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dyrektor szkoły zgodnie z obowiązującymi p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rzepisami prawa i statutem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szkoły.</w:t>
      </w:r>
    </w:p>
    <w:p w:rsidR="00495B65" w:rsidRPr="00B274FA" w:rsidRDefault="00BF4736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4. W przypadku wychowanka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niepełnoletniego o decyzji informuje się rodzica lub opiekuna prawnego.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5.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 Wychowanek, który utracił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status ucznia szkoły, traci prawo do zamieszkania w internacie, z      uwzględnieniem obowiązujących przepisów prawa i sytuacji faktycznej.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47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ychowanek, jego rodzic lub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opiekun prawny ma prawo zgłaszać skargi,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 wnioski i uwagi dotyczące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organizacji pobytu oraz funkcjonowania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 Skargi i wnioski mogą być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składane ustnie lub pisemnie do:</w:t>
      </w:r>
    </w:p>
    <w:p w:rsidR="00BF4736" w:rsidRDefault="0021410A" w:rsidP="00BF4736">
      <w:pPr>
        <w:pStyle w:val="Akapitzlist"/>
        <w:numPr>
          <w:ilvl w:val="0"/>
          <w:numId w:val="34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wychowawcy;</w:t>
      </w:r>
    </w:p>
    <w:p w:rsidR="00BF4736" w:rsidRDefault="0021410A" w:rsidP="00BF4736">
      <w:pPr>
        <w:pStyle w:val="Akapitzlist"/>
        <w:numPr>
          <w:ilvl w:val="0"/>
          <w:numId w:val="34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lastRenderedPageBreak/>
        <w:t>kierownika internatu;</w:t>
      </w:r>
    </w:p>
    <w:p w:rsidR="00495B65" w:rsidRPr="00BF4736" w:rsidRDefault="0021410A" w:rsidP="00BF4736">
      <w:pPr>
        <w:pStyle w:val="Akapitzlist"/>
        <w:numPr>
          <w:ilvl w:val="0"/>
          <w:numId w:val="34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dyrektora szkoły.</w:t>
      </w:r>
    </w:p>
    <w:p w:rsidR="00495B65" w:rsidRPr="00B274FA" w:rsidRDefault="00BF4736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. Skarg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i i wnioski rozpatruje się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zgodnie z właściwością oraz obowiązującymi przepisami.</w:t>
      </w:r>
    </w:p>
    <w:p w:rsidR="00495B65" w:rsidRPr="00B274FA" w:rsidRDefault="00BF4736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4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. W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ychowanek nie może ponosić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negatywnych konsekwencji z powodu złożenia s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kargi lub wniosku w dobrej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wierze.</w:t>
      </w:r>
    </w:p>
    <w:p w:rsidR="00495B65" w:rsidRPr="00B274FA" w:rsidRDefault="00BF4736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5. Wychowanek ma prawo do 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uzyskania informacji o sposobie rozpatrzenia sprawy w zakresie wynikającym      z obowiązujących przepisów.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Rozdział 10</w:t>
      </w:r>
    </w:p>
    <w:p w:rsidR="00495B65" w:rsidRPr="001C0326" w:rsidRDefault="0021410A" w:rsidP="00BF4736">
      <w:pPr>
        <w:spacing w:after="6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C0326">
        <w:rPr>
          <w:rFonts w:ascii="Times New Roman" w:hAnsi="Times New Roman" w:cs="Times New Roman"/>
          <w:b/>
          <w:sz w:val="24"/>
          <w:szCs w:val="24"/>
          <w:lang w:val="pl-PL"/>
        </w:rPr>
        <w:t>Postanowienia końcowe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48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Internat prowadz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i dokumentację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wymaganą przepisami prawa oraz dokumentac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ję wewnętrzną niezbędną do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prawidłowej organizacji pracy.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Dokum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entacja internatu obejmuje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w szczególności, stosownie do obowiązujących przepisów:</w:t>
      </w:r>
    </w:p>
    <w:p w:rsidR="00BF4736" w:rsidRDefault="00BF4736" w:rsidP="00BF4736">
      <w:pPr>
        <w:pStyle w:val="Akapitzlist"/>
        <w:numPr>
          <w:ilvl w:val="0"/>
          <w:numId w:val="3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dzienniki zajęć grup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wychowawczych;</w:t>
      </w:r>
    </w:p>
    <w:p w:rsidR="00BF4736" w:rsidRDefault="00BF4736" w:rsidP="00BF4736">
      <w:pPr>
        <w:pStyle w:val="Akapitzlist"/>
        <w:numPr>
          <w:ilvl w:val="0"/>
          <w:numId w:val="3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dokumentację ewidencyjną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wychowanków;</w:t>
      </w:r>
    </w:p>
    <w:p w:rsidR="00BF4736" w:rsidRDefault="0021410A" w:rsidP="00BF4736">
      <w:pPr>
        <w:pStyle w:val="Akapitzlist"/>
        <w:numPr>
          <w:ilvl w:val="0"/>
          <w:numId w:val="3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dokum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entację dotyczącą wyjść i </w:t>
      </w:r>
      <w:r w:rsidRPr="00BF4736">
        <w:rPr>
          <w:rFonts w:ascii="Times New Roman" w:hAnsi="Times New Roman" w:cs="Times New Roman"/>
          <w:sz w:val="24"/>
          <w:szCs w:val="24"/>
          <w:lang w:val="pl-PL"/>
        </w:rPr>
        <w:t>wyjazdów wychowanków;</w:t>
      </w:r>
    </w:p>
    <w:p w:rsidR="00BF4736" w:rsidRDefault="00BF4736" w:rsidP="00BF4736">
      <w:pPr>
        <w:pStyle w:val="Akapitzlist"/>
        <w:numPr>
          <w:ilvl w:val="0"/>
          <w:numId w:val="3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harmonogramy dyżurów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wychowawców;</w:t>
      </w:r>
    </w:p>
    <w:p w:rsidR="00BF4736" w:rsidRDefault="00BF4736" w:rsidP="00BF4736">
      <w:pPr>
        <w:pStyle w:val="Akapitzlist"/>
        <w:numPr>
          <w:ilvl w:val="0"/>
          <w:numId w:val="3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roczny plan pracy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opiekuńczo-wychowawczej;</w:t>
      </w:r>
    </w:p>
    <w:p w:rsidR="00BF4736" w:rsidRDefault="0021410A" w:rsidP="00BF4736">
      <w:pPr>
        <w:pStyle w:val="Akapitzlist"/>
        <w:numPr>
          <w:ilvl w:val="0"/>
          <w:numId w:val="3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plany pracy grup wychowawczych;</w:t>
      </w:r>
    </w:p>
    <w:p w:rsidR="00BF4736" w:rsidRDefault="0021410A" w:rsidP="00BF4736">
      <w:pPr>
        <w:pStyle w:val="Akapitzlist"/>
        <w:numPr>
          <w:ilvl w:val="0"/>
          <w:numId w:val="3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dokum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entację Młodzieżowej Rady </w:t>
      </w:r>
      <w:r w:rsidRPr="00BF4736">
        <w:rPr>
          <w:rFonts w:ascii="Times New Roman" w:hAnsi="Times New Roman" w:cs="Times New Roman"/>
          <w:sz w:val="24"/>
          <w:szCs w:val="24"/>
          <w:lang w:val="pl-PL"/>
        </w:rPr>
        <w:t>Internatu;</w:t>
      </w:r>
    </w:p>
    <w:p w:rsidR="00BF4736" w:rsidRDefault="00BF4736" w:rsidP="00BF4736">
      <w:pPr>
        <w:pStyle w:val="Akapitzlist"/>
        <w:numPr>
          <w:ilvl w:val="0"/>
          <w:numId w:val="3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 xml:space="preserve">protokoły posiedzeń Rady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Wychowawczej Internatu;</w:t>
      </w:r>
    </w:p>
    <w:p w:rsidR="00BF4736" w:rsidRDefault="0021410A" w:rsidP="00BF4736">
      <w:pPr>
        <w:pStyle w:val="Akapitzlist"/>
        <w:numPr>
          <w:ilvl w:val="0"/>
          <w:numId w:val="3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 w:rsidRPr="00BF4736">
        <w:rPr>
          <w:rFonts w:ascii="Times New Roman" w:hAnsi="Times New Roman" w:cs="Times New Roman"/>
          <w:sz w:val="24"/>
          <w:szCs w:val="24"/>
          <w:lang w:val="pl-PL"/>
        </w:rPr>
        <w:t>dok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umentację dotyczącą pracy </w:t>
      </w:r>
      <w:r w:rsidRPr="00BF4736">
        <w:rPr>
          <w:rFonts w:ascii="Times New Roman" w:hAnsi="Times New Roman" w:cs="Times New Roman"/>
          <w:sz w:val="24"/>
          <w:szCs w:val="24"/>
          <w:lang w:val="pl-PL"/>
        </w:rPr>
        <w:t>wychowawczej i opiekuńczej;</w:t>
      </w:r>
    </w:p>
    <w:p w:rsidR="00495B65" w:rsidRPr="00BF4736" w:rsidRDefault="00BF4736" w:rsidP="00BF4736">
      <w:pPr>
        <w:pStyle w:val="Akapitzlist"/>
        <w:numPr>
          <w:ilvl w:val="0"/>
          <w:numId w:val="35"/>
        </w:numPr>
        <w:spacing w:after="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dokumentację finansową </w:t>
      </w:r>
      <w:r w:rsidR="0021410A" w:rsidRPr="00BF4736">
        <w:rPr>
          <w:rFonts w:ascii="Times New Roman" w:hAnsi="Times New Roman" w:cs="Times New Roman"/>
          <w:sz w:val="24"/>
          <w:szCs w:val="24"/>
          <w:lang w:val="pl-PL"/>
        </w:rPr>
        <w:t>dotyczącą zakwaterowania i wyżywienia.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Dokumentację p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rowadzi się, 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przechowuje i udostępnia zgodnie z obowiązują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cymi przepisami prawa oraz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zasadami ochrony danych osobowych.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49</w:t>
      </w:r>
    </w:p>
    <w:p w:rsidR="00495B65" w:rsidRPr="00B274FA" w:rsidRDefault="00BF4736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1. Internat współpracuje z 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rodzicami lub opiekunami prawnymi wychowanków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niepełnoletnich w zakresie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spraw wychowawczych, opiekuńczych, zdrowotnych i organizacyjnych.</w:t>
      </w:r>
    </w:p>
    <w:p w:rsidR="00495B65" w:rsidRPr="00B274FA" w:rsidRDefault="00BF4736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2. W przypadku wychowanków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pełnoletnich współpraca odbywa się z poszanowan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iem ich praw i prywatności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oraz zgodnie z obowiązującymi przepisami.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3. 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Współpraca z rodzicami lub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opiekunami prawnymi odbywa się w szczególności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 w sytuacjach wymagających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zapewnienia wychowankowi bezpieczeństwa, wsparcia wychowawczego lub      rozwiązania istotnych problemów związanych z pobytem w internacie.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50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W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 sprawach nieuregulowanych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niniejszym regulaminem stosuje się przepisy ob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 xml:space="preserve">owiązującego prawa, statut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szkoły oraz inne obowiązujące w szk</w:t>
      </w:r>
      <w:r w:rsidR="00BF4736">
        <w:rPr>
          <w:rFonts w:ascii="Times New Roman" w:hAnsi="Times New Roman" w:cs="Times New Roman"/>
          <w:sz w:val="24"/>
          <w:szCs w:val="24"/>
          <w:lang w:val="pl-PL"/>
        </w:rPr>
        <w:t>ole regulaminy, procedury i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zarządzenia.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lastRenderedPageBreak/>
        <w:t>2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 xml:space="preserve">. W przypadku rozbieżności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pomiędzy postanowieniami regulaminu a b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 xml:space="preserve">ezwzględnie obowiązującymi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przepisami prawa zastosowanie mają przepisy prawa.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3. Posta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 xml:space="preserve">nowienia regulaminu należy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interpretować z uwzględnieniem praw i godności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 xml:space="preserve"> wychowanka oraz obowiązku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zapewnienia bezpieczeństwa wszystkim osobo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 xml:space="preserve">m przebywającym na terenie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internatu.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51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1. Zmi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>any w regulaminie wprowadza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 xml:space="preserve"> dyrektor szkoły zgodnie z obowiązującymi przepis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 xml:space="preserve">ami prawa, statutem szkoły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oraz wymaganymi opiniami lub uzgodnieniami właściwych organów.</w:t>
      </w:r>
    </w:p>
    <w:p w:rsidR="00495B65" w:rsidRPr="00B274FA" w:rsidRDefault="0021410A" w:rsidP="001C0326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 xml:space="preserve">. Regulamin jest dostępny w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internacie oraz w sposób przyjęty w szkole, w t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 xml:space="preserve">ym na stronie internetowej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szkoły.</w:t>
      </w:r>
    </w:p>
    <w:p w:rsidR="00495B65" w:rsidRPr="00B274FA" w:rsidRDefault="0021410A" w:rsidP="00CB28F3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b/>
          <w:sz w:val="24"/>
          <w:szCs w:val="24"/>
          <w:lang w:val="pl-PL"/>
        </w:rPr>
        <w:t>§ 52</w:t>
      </w:r>
    </w:p>
    <w:p w:rsidR="00495B65" w:rsidRPr="00B274FA" w:rsidRDefault="001C0326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1. Z dniem wejścia w życie </w:t>
      </w:r>
      <w:r w:rsidR="0021410A" w:rsidRPr="00B274FA">
        <w:rPr>
          <w:rFonts w:ascii="Times New Roman" w:hAnsi="Times New Roman" w:cs="Times New Roman"/>
          <w:sz w:val="24"/>
          <w:szCs w:val="24"/>
          <w:lang w:val="pl-PL"/>
        </w:rPr>
        <w:t>niniejszego regulaminu traci moc dotychczasowy Regulamin Internatu.</w:t>
      </w:r>
    </w:p>
    <w:p w:rsidR="00495B65" w:rsidRPr="00B274FA" w:rsidRDefault="0021410A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  <w:r w:rsidRPr="00B274FA">
        <w:rPr>
          <w:rFonts w:ascii="Times New Roman" w:hAnsi="Times New Roman" w:cs="Times New Roman"/>
          <w:sz w:val="24"/>
          <w:szCs w:val="24"/>
          <w:lang w:val="pl-PL"/>
        </w:rPr>
        <w:t>2. R</w:t>
      </w:r>
      <w:r w:rsidR="001C0326">
        <w:rPr>
          <w:rFonts w:ascii="Times New Roman" w:hAnsi="Times New Roman" w:cs="Times New Roman"/>
          <w:sz w:val="24"/>
          <w:szCs w:val="24"/>
          <w:lang w:val="pl-PL"/>
        </w:rPr>
        <w:t xml:space="preserve">egulamin wchodzi w życie z </w:t>
      </w:r>
      <w:r w:rsidRPr="00B274FA">
        <w:rPr>
          <w:rFonts w:ascii="Times New Roman" w:hAnsi="Times New Roman" w:cs="Times New Roman"/>
          <w:sz w:val="24"/>
          <w:szCs w:val="24"/>
          <w:lang w:val="pl-PL"/>
        </w:rPr>
        <w:t>dniem 1 września 2026 r.</w:t>
      </w:r>
    </w:p>
    <w:p w:rsidR="00CA3917" w:rsidRPr="00B274FA" w:rsidRDefault="00CA3917" w:rsidP="00CB28F3">
      <w:pPr>
        <w:spacing w:after="60"/>
        <w:ind w:left="283" w:hanging="283"/>
        <w:rPr>
          <w:rFonts w:ascii="Times New Roman" w:hAnsi="Times New Roman" w:cs="Times New Roman"/>
          <w:sz w:val="24"/>
          <w:szCs w:val="24"/>
          <w:lang w:val="pl-PL"/>
        </w:rPr>
      </w:pPr>
    </w:p>
    <w:sectPr w:rsidR="00CA3917" w:rsidRPr="00B274FA" w:rsidSect="00034616"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6D4" w:rsidRDefault="000576D4">
      <w:pPr>
        <w:spacing w:after="0" w:line="240" w:lineRule="auto"/>
      </w:pPr>
      <w:r>
        <w:separator/>
      </w:r>
    </w:p>
  </w:endnote>
  <w:endnote w:type="continuationSeparator" w:id="0">
    <w:p w:rsidR="000576D4" w:rsidRDefault="00057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063" w:rsidRDefault="00227063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1C0326">
      <w:rPr>
        <w:noProof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6D4" w:rsidRDefault="000576D4">
      <w:pPr>
        <w:spacing w:after="0" w:line="240" w:lineRule="auto"/>
      </w:pPr>
      <w:r>
        <w:separator/>
      </w:r>
    </w:p>
  </w:footnote>
  <w:footnote w:type="continuationSeparator" w:id="0">
    <w:p w:rsidR="000576D4" w:rsidRDefault="00057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40043"/>
    <w:multiLevelType w:val="hybridMultilevel"/>
    <w:tmpl w:val="749ACD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12644C"/>
    <w:multiLevelType w:val="hybridMultilevel"/>
    <w:tmpl w:val="172682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862902"/>
    <w:multiLevelType w:val="hybridMultilevel"/>
    <w:tmpl w:val="B68E11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4B4DD0"/>
    <w:multiLevelType w:val="hybridMultilevel"/>
    <w:tmpl w:val="D4F2E7C0"/>
    <w:lvl w:ilvl="0" w:tplc="04150017">
      <w:start w:val="1"/>
      <w:numFmt w:val="lowerLetter"/>
      <w:lvlText w:val="%1)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3" w15:restartNumberingAfterBreak="0">
    <w:nsid w:val="19C66EDD"/>
    <w:multiLevelType w:val="hybridMultilevel"/>
    <w:tmpl w:val="C39274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EB5F2B"/>
    <w:multiLevelType w:val="hybridMultilevel"/>
    <w:tmpl w:val="67B28E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874D97"/>
    <w:multiLevelType w:val="hybridMultilevel"/>
    <w:tmpl w:val="B0D467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7D18C8"/>
    <w:multiLevelType w:val="hybridMultilevel"/>
    <w:tmpl w:val="BCE8B3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291445"/>
    <w:multiLevelType w:val="hybridMultilevel"/>
    <w:tmpl w:val="92F8B4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D3382"/>
    <w:multiLevelType w:val="hybridMultilevel"/>
    <w:tmpl w:val="9C40EB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44519"/>
    <w:multiLevelType w:val="hybridMultilevel"/>
    <w:tmpl w:val="16F06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7C7771"/>
    <w:multiLevelType w:val="hybridMultilevel"/>
    <w:tmpl w:val="E38E80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E80678"/>
    <w:multiLevelType w:val="hybridMultilevel"/>
    <w:tmpl w:val="975E65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FA0714"/>
    <w:multiLevelType w:val="hybridMultilevel"/>
    <w:tmpl w:val="551C9F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114241"/>
    <w:multiLevelType w:val="hybridMultilevel"/>
    <w:tmpl w:val="06403EA0"/>
    <w:lvl w:ilvl="0" w:tplc="04150017">
      <w:start w:val="1"/>
      <w:numFmt w:val="lowerLetter"/>
      <w:lvlText w:val="%1)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24" w15:restartNumberingAfterBreak="0">
    <w:nsid w:val="4BEC4FB0"/>
    <w:multiLevelType w:val="hybridMultilevel"/>
    <w:tmpl w:val="A1EC7E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66B93"/>
    <w:multiLevelType w:val="hybridMultilevel"/>
    <w:tmpl w:val="8B0246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34282C"/>
    <w:multiLevelType w:val="hybridMultilevel"/>
    <w:tmpl w:val="B7B048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D742EC"/>
    <w:multiLevelType w:val="hybridMultilevel"/>
    <w:tmpl w:val="131678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C784C"/>
    <w:multiLevelType w:val="hybridMultilevel"/>
    <w:tmpl w:val="75D296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3C176E"/>
    <w:multiLevelType w:val="hybridMultilevel"/>
    <w:tmpl w:val="040CBF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D04AE1"/>
    <w:multiLevelType w:val="hybridMultilevel"/>
    <w:tmpl w:val="B94AF58E"/>
    <w:lvl w:ilvl="0" w:tplc="094CEB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115BEA"/>
    <w:multiLevelType w:val="hybridMultilevel"/>
    <w:tmpl w:val="EBE8C9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895E22"/>
    <w:multiLevelType w:val="hybridMultilevel"/>
    <w:tmpl w:val="CB60D594"/>
    <w:lvl w:ilvl="0" w:tplc="04150017">
      <w:start w:val="1"/>
      <w:numFmt w:val="lowerLetter"/>
      <w:lvlText w:val="%1)"/>
      <w:lvlJc w:val="left"/>
      <w:pPr>
        <w:ind w:left="781" w:hanging="360"/>
      </w:pPr>
    </w:lvl>
    <w:lvl w:ilvl="1" w:tplc="2FDEBE02">
      <w:start w:val="1"/>
      <w:numFmt w:val="decimal"/>
      <w:lvlText w:val="%2."/>
      <w:lvlJc w:val="left"/>
      <w:pPr>
        <w:ind w:left="150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3" w15:restartNumberingAfterBreak="0">
    <w:nsid w:val="7D0036E6"/>
    <w:multiLevelType w:val="hybridMultilevel"/>
    <w:tmpl w:val="9342D4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89539A"/>
    <w:multiLevelType w:val="hybridMultilevel"/>
    <w:tmpl w:val="F1C6BD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2"/>
  </w:num>
  <w:num w:numId="11">
    <w:abstractNumId w:val="25"/>
  </w:num>
  <w:num w:numId="12">
    <w:abstractNumId w:val="32"/>
  </w:num>
  <w:num w:numId="13">
    <w:abstractNumId w:val="18"/>
  </w:num>
  <w:num w:numId="14">
    <w:abstractNumId w:val="30"/>
  </w:num>
  <w:num w:numId="15">
    <w:abstractNumId w:val="33"/>
  </w:num>
  <w:num w:numId="16">
    <w:abstractNumId w:val="12"/>
  </w:num>
  <w:num w:numId="17">
    <w:abstractNumId w:val="34"/>
  </w:num>
  <w:num w:numId="18">
    <w:abstractNumId w:val="24"/>
  </w:num>
  <w:num w:numId="19">
    <w:abstractNumId w:val="14"/>
  </w:num>
  <w:num w:numId="20">
    <w:abstractNumId w:val="23"/>
  </w:num>
  <w:num w:numId="21">
    <w:abstractNumId w:val="27"/>
  </w:num>
  <w:num w:numId="22">
    <w:abstractNumId w:val="28"/>
  </w:num>
  <w:num w:numId="23">
    <w:abstractNumId w:val="31"/>
  </w:num>
  <w:num w:numId="24">
    <w:abstractNumId w:val="21"/>
  </w:num>
  <w:num w:numId="25">
    <w:abstractNumId w:val="15"/>
  </w:num>
  <w:num w:numId="26">
    <w:abstractNumId w:val="20"/>
  </w:num>
  <w:num w:numId="27">
    <w:abstractNumId w:val="10"/>
  </w:num>
  <w:num w:numId="28">
    <w:abstractNumId w:val="19"/>
  </w:num>
  <w:num w:numId="29">
    <w:abstractNumId w:val="26"/>
  </w:num>
  <w:num w:numId="30">
    <w:abstractNumId w:val="29"/>
  </w:num>
  <w:num w:numId="31">
    <w:abstractNumId w:val="17"/>
  </w:num>
  <w:num w:numId="32">
    <w:abstractNumId w:val="9"/>
  </w:num>
  <w:num w:numId="33">
    <w:abstractNumId w:val="11"/>
  </w:num>
  <w:num w:numId="34">
    <w:abstractNumId w:val="13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76D4"/>
    <w:rsid w:val="0006063C"/>
    <w:rsid w:val="000C636F"/>
    <w:rsid w:val="0015074B"/>
    <w:rsid w:val="001C0326"/>
    <w:rsid w:val="0021410A"/>
    <w:rsid w:val="00227063"/>
    <w:rsid w:val="0029639D"/>
    <w:rsid w:val="002F0EE9"/>
    <w:rsid w:val="00326F90"/>
    <w:rsid w:val="00495B65"/>
    <w:rsid w:val="00AA1D8D"/>
    <w:rsid w:val="00B274FA"/>
    <w:rsid w:val="00B47730"/>
    <w:rsid w:val="00BD630F"/>
    <w:rsid w:val="00BF4736"/>
    <w:rsid w:val="00CA3917"/>
    <w:rsid w:val="00CB0664"/>
    <w:rsid w:val="00CB28F3"/>
    <w:rsid w:val="00EF5F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258EECF-5F9D-4B02-9DBB-8C519BBC0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302DC1-2C0D-43D7-9907-5E991FBF6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5834</Words>
  <Characters>35006</Characters>
  <Application>Microsoft Office Word</Application>
  <DocSecurity>0</DocSecurity>
  <Lines>291</Lines>
  <Paragraphs>81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40759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Wicedyrektor</cp:lastModifiedBy>
  <cp:revision>5</cp:revision>
  <dcterms:created xsi:type="dcterms:W3CDTF">2026-09-21T09:19:00Z</dcterms:created>
  <dcterms:modified xsi:type="dcterms:W3CDTF">2026-09-21T10:42:00Z</dcterms:modified>
  <cp:category/>
</cp:coreProperties>
</file>