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F60D2" w14:textId="77777777" w:rsidR="00D42523" w:rsidRPr="00A55ADD" w:rsidRDefault="00D42523" w:rsidP="00D42523">
      <w:pPr>
        <w:spacing w:after="135" w:line="259" w:lineRule="auto"/>
        <w:ind w:right="86"/>
        <w:jc w:val="center"/>
        <w:rPr>
          <w:rFonts w:ascii="Arial" w:eastAsia="Calibri" w:hAnsi="Arial" w:cs="Arial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A55ADD">
        <w:rPr>
          <w:rFonts w:ascii="Arial" w:eastAsia="Calibri" w:hAnsi="Arial" w:cs="Arial"/>
          <w:i/>
          <w:color w:val="000000"/>
          <w:kern w:val="2"/>
          <w:sz w:val="16"/>
          <w:szCs w:val="24"/>
          <w:lang w:val="pl-PL" w:eastAsia="pl-PL"/>
          <w14:ligatures w14:val="standardContextual"/>
        </w:rPr>
        <w:t>Wypełnia Administrator Danych Osobowych (dalej: Administrator</w:t>
      </w:r>
      <w:r w:rsidRPr="00A55ADD">
        <w:rPr>
          <w:rFonts w:ascii="Arial" w:eastAsia="Calibri" w:hAnsi="Arial" w:cs="Arial"/>
          <w:color w:val="000000"/>
          <w:kern w:val="2"/>
          <w:sz w:val="16"/>
          <w:szCs w:val="24"/>
          <w:lang w:val="pl-PL" w:eastAsia="pl-PL"/>
          <w14:ligatures w14:val="standardContextual"/>
        </w:rPr>
        <w:t xml:space="preserve">) </w:t>
      </w:r>
    </w:p>
    <w:tbl>
      <w:tblPr>
        <w:tblStyle w:val="TableGrid"/>
        <w:tblpPr w:vertAnchor="text" w:tblpX="5862" w:tblpYSpec="top"/>
        <w:tblOverlap w:val="never"/>
        <w:tblW w:w="782" w:type="dxa"/>
        <w:tblInd w:w="0" w:type="dxa"/>
        <w:tblCellMar>
          <w:top w:w="32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82"/>
      </w:tblGrid>
      <w:tr w:rsidR="00D42523" w:rsidRPr="00D42523" w14:paraId="14D6003B" w14:textId="77777777" w:rsidTr="001F6423">
        <w:trPr>
          <w:trHeight w:val="206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14D5" w14:textId="77777777" w:rsidR="00D42523" w:rsidRPr="00D42523" w:rsidRDefault="00D42523" w:rsidP="00D42523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D42523">
              <w:rPr>
                <w:rFonts w:ascii="Times New Roman" w:eastAsia="Calibri" w:hAnsi="Times New Roman" w:cs="Times New Roman"/>
                <w:color w:val="D0CECE"/>
                <w:sz w:val="10"/>
              </w:rPr>
              <w:t>DD  –  MM  -  RRRR</w:t>
            </w:r>
          </w:p>
        </w:tc>
      </w:tr>
    </w:tbl>
    <w:p w14:paraId="70D38A88" w14:textId="5A9EBF87" w:rsidR="00D42523" w:rsidRPr="00D42523" w:rsidRDefault="00D42523" w:rsidP="00D42523">
      <w:pPr>
        <w:spacing w:after="385" w:line="265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Numer wniosku  </w:t>
      </w:r>
      <w:r w:rsidRPr="00D42523">
        <w:rPr>
          <w:rFonts w:ascii="Times New Roman" w:eastAsia="Calibri" w:hAnsi="Times New Roman" w:cs="Times New Roman"/>
          <w:noProof/>
          <w:color w:val="000000"/>
          <w:kern w:val="2"/>
          <w:szCs w:val="24"/>
          <w:lang w:val="pl-PL" w:eastAsia="pl-PL"/>
          <w14:ligatures w14:val="standardContextual"/>
        </w:rPr>
        <mc:AlternateContent>
          <mc:Choice Requires="wpg">
            <w:drawing>
              <wp:inline distT="0" distB="0" distL="0" distR="0" wp14:anchorId="50B18AD6" wp14:editId="46281646">
                <wp:extent cx="316865" cy="90805"/>
                <wp:effectExtent l="0" t="0" r="0" b="0"/>
                <wp:docPr id="7806" name="Group 7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65" cy="90805"/>
                          <a:chOff x="0" y="0"/>
                          <a:chExt cx="316865" cy="90805"/>
                        </a:xfrm>
                      </wpg:grpSpPr>
                      <wps:wsp>
                        <wps:cNvPr id="265" name="Shape 265"/>
                        <wps:cNvSpPr/>
                        <wps:spPr>
                          <a:xfrm>
                            <a:off x="0" y="0"/>
                            <a:ext cx="31686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865" h="90805">
                                <a:moveTo>
                                  <a:pt x="0" y="90805"/>
                                </a:moveTo>
                                <a:lnTo>
                                  <a:pt x="316865" y="90805"/>
                                </a:lnTo>
                                <a:lnTo>
                                  <a:pt x="3168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6600A146" id="Group 7806" o:spid="_x0000_s1026" style="width:24.95pt;height:7.15pt;mso-position-horizontal-relative:char;mso-position-vertical-relative:line" coordsize="31686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">
                <v:shape id="Shape 265" o:spid="_x0000_s1027" style="position:absolute;width:316865;height:90805;visibility:visible;mso-wrap-style:square;v-text-anchor:top" coordsize="31686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" path="m,90805r316865,l316865,,,,,90805xe" filled="f" strokeweight=".25pt">
                  <v:stroke miterlimit="83231f" joinstyle="miter"/>
                  <v:path arrowok="t" textboxrect="0,0,316865,90805"/>
                </v:shape>
                <w10:anchorlock/>
              </v:group>
            </w:pict>
          </mc:Fallback>
        </mc:AlternateContent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Data wpłynięcia wniosku </w:t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D42523">
        <w:rPr>
          <w:rFonts w:ascii="Times New Roman" w:eastAsia="Calibri" w:hAnsi="Times New Roman" w:cs="Times New Roman"/>
          <w:color w:val="000000"/>
          <w:kern w:val="2"/>
          <w:sz w:val="16"/>
          <w:szCs w:val="24"/>
          <w:vertAlign w:val="superscript"/>
          <w:lang w:val="pl-PL" w:eastAsia="pl-PL"/>
          <w14:ligatures w14:val="standardContextual"/>
        </w:rPr>
        <w:t xml:space="preserve">                     </w:t>
      </w: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 </w:t>
      </w:r>
    </w:p>
    <w:p w14:paraId="7E767EF6" w14:textId="43703EB6" w:rsidR="00D42523" w:rsidRPr="00D42523" w:rsidRDefault="00D42523" w:rsidP="00D42523">
      <w:pPr>
        <w:spacing w:after="0" w:line="265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D42523">
        <w:rPr>
          <w:rFonts w:ascii="Times New Roman" w:eastAsia="Calibri" w:hAnsi="Times New Roman" w:cs="Times New Roman"/>
          <w:color w:val="000000"/>
          <w:kern w:val="2"/>
          <w:sz w:val="21"/>
          <w:szCs w:val="24"/>
          <w:lang w:val="pl-PL" w:eastAsia="pl-PL"/>
          <w14:ligatures w14:val="standardContextual"/>
        </w:rPr>
        <w:t>Miejscowość: .....................................................  Data: ............................................................................</w:t>
      </w:r>
    </w:p>
    <w:p w14:paraId="6C64AE37" w14:textId="77777777" w:rsidR="00D42523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Calibri" w:eastAsia="Calibri" w:hAnsi="Calibri" w:cs="Calibri"/>
          <w:color w:val="000000"/>
          <w:kern w:val="2"/>
          <w:sz w:val="24"/>
          <w:szCs w:val="24"/>
          <w:lang w:val="pl-PL" w:eastAsia="pl-PL"/>
          <w14:ligatures w14:val="standardContextual"/>
        </w:rPr>
      </w:pPr>
    </w:p>
    <w:p w14:paraId="28654916" w14:textId="2025FCEC" w:rsidR="00D42523" w:rsidRPr="00D42523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8"/>
          <w:szCs w:val="24"/>
          <w:lang w:val="pl-PL" w:eastAsia="pl-PL"/>
          <w14:ligatures w14:val="standardContextual"/>
        </w:rPr>
      </w:pPr>
      <w:r w:rsidRPr="00D42523">
        <w:rPr>
          <w:rFonts w:ascii="Calibri" w:eastAsia="Calibri" w:hAnsi="Calibri" w:cs="Calibri"/>
          <w:b/>
          <w:color w:val="000000"/>
          <w:kern w:val="2"/>
          <w:sz w:val="28"/>
          <w:szCs w:val="24"/>
          <w:lang w:val="pl-PL" w:eastAsia="pl-PL"/>
          <w14:ligatures w14:val="standardContextual"/>
        </w:rPr>
        <w:t xml:space="preserve">WNIOSEK OSOBY FIZYCZNEJ O REALIZACJĘ PRAWA </w:t>
      </w:r>
    </w:p>
    <w:p w14:paraId="3D8D5149" w14:textId="77777777" w:rsidR="007E1A93" w:rsidRPr="001D41D7" w:rsidRDefault="007E1A9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48D0434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1D41D7">
        <w:rPr>
          <w:lang w:val="pl-PL"/>
        </w:rPr>
        <w:t>□</w:t>
      </w:r>
      <w:r w:rsidRPr="001D41D7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Dostępu do danych oraz uzyskania informacji (na podstawie art. 15 RODO)</w:t>
      </w:r>
      <w:r w:rsidRPr="00A55ADD">
        <w:rPr>
          <w:rFonts w:ascii="Arial" w:hAnsi="Arial" w:cs="Arial"/>
          <w:vertAlign w:val="superscript"/>
          <w:lang w:val="pl-PL"/>
        </w:rPr>
        <w:t>1</w:t>
      </w:r>
      <w:r w:rsidRPr="00A55ADD">
        <w:rPr>
          <w:rFonts w:ascii="Arial" w:hAnsi="Arial" w:cs="Arial"/>
          <w:lang w:val="pl-PL"/>
        </w:rPr>
        <w:t xml:space="preserve"> </w:t>
      </w:r>
    </w:p>
    <w:p w14:paraId="20E7185B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sprostowania danych (na podstawie art. 16 RODO)</w:t>
      </w:r>
      <w:r w:rsidRPr="00A55ADD">
        <w:rPr>
          <w:rFonts w:ascii="Arial" w:hAnsi="Arial" w:cs="Arial"/>
          <w:vertAlign w:val="superscript"/>
          <w:lang w:val="pl-PL"/>
        </w:rPr>
        <w:t>2</w:t>
      </w:r>
      <w:r w:rsidRPr="00A55ADD">
        <w:rPr>
          <w:rFonts w:ascii="Arial" w:hAnsi="Arial" w:cs="Arial"/>
          <w:lang w:val="pl-PL"/>
        </w:rPr>
        <w:t xml:space="preserve"> </w:t>
      </w:r>
    </w:p>
    <w:p w14:paraId="5C9E3040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usunięcia danych („prawo do bycia zapomnianym”) (na podstawie art. 17 RODO)</w:t>
      </w:r>
      <w:r w:rsidRPr="00A55ADD">
        <w:rPr>
          <w:rFonts w:ascii="Arial" w:hAnsi="Arial" w:cs="Arial"/>
          <w:vertAlign w:val="superscript"/>
          <w:lang w:val="pl-PL"/>
        </w:rPr>
        <w:t>3</w:t>
      </w:r>
      <w:r w:rsidRPr="00A55ADD">
        <w:rPr>
          <w:rFonts w:ascii="Arial" w:hAnsi="Arial" w:cs="Arial"/>
          <w:lang w:val="pl-PL"/>
        </w:rPr>
        <w:t xml:space="preserve"> </w:t>
      </w:r>
    </w:p>
    <w:p w14:paraId="3BADF53F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ograniczenia przetwarzania (na podstawie art. 18 RODO)</w:t>
      </w:r>
      <w:r w:rsidRPr="00A55ADD">
        <w:rPr>
          <w:rFonts w:ascii="Arial" w:hAnsi="Arial" w:cs="Arial"/>
          <w:vertAlign w:val="superscript"/>
          <w:lang w:val="pl-PL"/>
        </w:rPr>
        <w:t>4</w:t>
      </w:r>
      <w:r w:rsidRPr="00A55ADD">
        <w:rPr>
          <w:rFonts w:ascii="Arial" w:hAnsi="Arial" w:cs="Arial"/>
          <w:lang w:val="pl-PL"/>
        </w:rPr>
        <w:t xml:space="preserve"> </w:t>
      </w:r>
    </w:p>
    <w:p w14:paraId="1BA63E3E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przenoszenia danych do innego Administratora (na podstawie 20 RODO)</w:t>
      </w:r>
      <w:r w:rsidRPr="00A55ADD">
        <w:rPr>
          <w:rFonts w:ascii="Arial" w:hAnsi="Arial" w:cs="Arial"/>
          <w:vertAlign w:val="superscript"/>
          <w:lang w:val="pl-PL"/>
        </w:rPr>
        <w:t>5</w:t>
      </w:r>
      <w:r w:rsidRPr="00A55ADD">
        <w:rPr>
          <w:rFonts w:ascii="Arial" w:hAnsi="Arial" w:cs="Arial"/>
          <w:lang w:val="pl-PL"/>
        </w:rPr>
        <w:t xml:space="preserve"> </w:t>
      </w:r>
    </w:p>
    <w:p w14:paraId="53AE8785" w14:textId="77777777" w:rsidR="00D42523" w:rsidRPr="00A55ADD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sprzeciwu wobec przetwarzania danych (na podstawie art.21 RODO)</w:t>
      </w:r>
      <w:r w:rsidRPr="00A55ADD">
        <w:rPr>
          <w:rFonts w:ascii="Arial" w:hAnsi="Arial" w:cs="Arial"/>
          <w:vertAlign w:val="superscript"/>
          <w:lang w:val="pl-PL"/>
        </w:rPr>
        <w:t>6</w:t>
      </w:r>
      <w:r w:rsidRPr="00A55ADD">
        <w:rPr>
          <w:rFonts w:ascii="Arial" w:hAnsi="Arial" w:cs="Arial"/>
          <w:lang w:val="pl-PL"/>
        </w:rPr>
        <w:t xml:space="preserve"> </w:t>
      </w:r>
    </w:p>
    <w:p w14:paraId="6991DF97" w14:textId="77777777" w:rsidR="00D42523" w:rsidRPr="00A55ADD" w:rsidRDefault="00D42523" w:rsidP="00D42523">
      <w:pPr>
        <w:spacing w:after="252" w:line="259" w:lineRule="auto"/>
        <w:ind w:right="1360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niepodlegania pod decyzje oparte na zautomatyzowanym przetwarzaniu w tym profilowaniu  (na podstawie art. 22 RODO)</w:t>
      </w:r>
      <w:r w:rsidRPr="00A55ADD">
        <w:rPr>
          <w:rFonts w:ascii="Arial" w:hAnsi="Arial" w:cs="Arial"/>
          <w:vertAlign w:val="superscript"/>
          <w:lang w:val="pl-PL"/>
        </w:rPr>
        <w:t>7</w:t>
      </w:r>
      <w:r w:rsidRPr="00A55ADD">
        <w:rPr>
          <w:rFonts w:ascii="Arial" w:hAnsi="Arial" w:cs="Arial"/>
          <w:lang w:val="pl-PL"/>
        </w:rPr>
        <w:t xml:space="preserve"> </w:t>
      </w:r>
    </w:p>
    <w:p w14:paraId="1C3BA1BD" w14:textId="77777777" w:rsidR="00D42523" w:rsidRPr="00A55ADD" w:rsidRDefault="00D42523" w:rsidP="00D42523">
      <w:pPr>
        <w:spacing w:after="33" w:line="259" w:lineRule="auto"/>
        <w:ind w:right="12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>□</w:t>
      </w:r>
      <w:r w:rsidRPr="00A55ADD">
        <w:rPr>
          <w:rFonts w:ascii="Arial" w:eastAsia="Arial" w:hAnsi="Arial" w:cs="Arial"/>
          <w:lang w:val="pl-PL"/>
        </w:rPr>
        <w:t xml:space="preserve"> </w:t>
      </w:r>
      <w:r w:rsidRPr="00A55ADD">
        <w:rPr>
          <w:rFonts w:ascii="Arial" w:hAnsi="Arial" w:cs="Arial"/>
          <w:lang w:val="pl-PL"/>
        </w:rPr>
        <w:t>Do uzyskania kopii danych (na podstawie art. 15 RODO)</w:t>
      </w:r>
      <w:r w:rsidRPr="00A55ADD">
        <w:rPr>
          <w:rFonts w:ascii="Arial" w:hAnsi="Arial" w:cs="Arial"/>
          <w:vertAlign w:val="superscript"/>
          <w:lang w:val="pl-PL"/>
        </w:rPr>
        <w:t>8</w:t>
      </w:r>
      <w:r w:rsidRPr="00A55ADD">
        <w:rPr>
          <w:rFonts w:ascii="Arial" w:hAnsi="Arial" w:cs="Arial"/>
          <w:lang w:val="pl-PL"/>
        </w:rPr>
        <w:t xml:space="preserve"> </w:t>
      </w:r>
    </w:p>
    <w:p w14:paraId="12529E1F" w14:textId="77777777" w:rsidR="00D42523" w:rsidRPr="001D41D7" w:rsidRDefault="00D42523" w:rsidP="00D42523">
      <w:pPr>
        <w:spacing w:after="9" w:line="259" w:lineRule="auto"/>
        <w:ind w:left="1573" w:firstLine="587"/>
        <w:rPr>
          <w:sz w:val="21"/>
          <w:lang w:val="pl-PL"/>
        </w:rPr>
      </w:pPr>
    </w:p>
    <w:p w14:paraId="43926586" w14:textId="1B687B65" w:rsidR="003939D2" w:rsidRPr="00A55ADD" w:rsidRDefault="00D42523" w:rsidP="006D00D4">
      <w:pPr>
        <w:spacing w:after="9" w:line="259" w:lineRule="auto"/>
        <w:ind w:left="720" w:firstLine="720"/>
        <w:rPr>
          <w:rFonts w:ascii="Arial" w:hAnsi="Arial" w:cs="Arial"/>
          <w:lang w:val="pl-PL"/>
        </w:rPr>
      </w:pPr>
      <w:r w:rsidRPr="00A55ADD">
        <w:rPr>
          <w:rFonts w:ascii="Arial" w:hAnsi="Arial" w:cs="Arial"/>
          <w:lang w:val="pl-PL"/>
        </w:rPr>
        <w:t xml:space="preserve">Podmiot, do którego składany jest wniosek: </w:t>
      </w:r>
    </w:p>
    <w:p w14:paraId="747BA3FD" w14:textId="53579164" w:rsidR="00D42523" w:rsidRPr="00A55ADD" w:rsidRDefault="00D42523" w:rsidP="006D00D4">
      <w:pPr>
        <w:pStyle w:val="Nagwek2"/>
        <w:spacing w:before="0" w:line="343" w:lineRule="auto"/>
        <w:ind w:left="1440"/>
        <w:rPr>
          <w:rFonts w:ascii="Arial" w:hAnsi="Arial" w:cs="Arial"/>
          <w:bCs w:val="0"/>
          <w:color w:val="auto"/>
          <w:sz w:val="24"/>
          <w:szCs w:val="24"/>
          <w:lang w:val="pl-PL"/>
        </w:rPr>
      </w:pPr>
      <w:r w:rsidRPr="00A55ADD">
        <w:rPr>
          <w:rFonts w:ascii="Arial" w:eastAsia="Calibri" w:hAnsi="Arial" w:cs="Arial"/>
          <w:bCs w:val="0"/>
          <w:color w:val="auto"/>
          <w:sz w:val="24"/>
          <w:szCs w:val="24"/>
          <w:lang w:val="pl-PL"/>
        </w:rPr>
        <w:t>Nazwa:</w:t>
      </w:r>
      <w:r w:rsidR="006D00D4" w:rsidRPr="00A55ADD">
        <w:rPr>
          <w:rFonts w:ascii="Arial" w:eastAsia="Calibri" w:hAnsi="Arial" w:cs="Arial"/>
          <w:bCs w:val="0"/>
          <w:color w:val="auto"/>
          <w:sz w:val="24"/>
          <w:szCs w:val="24"/>
          <w:lang w:val="pl-PL"/>
        </w:rPr>
        <w:t xml:space="preserve"> 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>Komendant Powiatowy</w:t>
      </w:r>
      <w:r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 Państwo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wej Straży Pożarnej 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br/>
        <w:t>w Złotoryi</w:t>
      </w:r>
      <w:r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; ul. </w:t>
      </w:r>
      <w:r w:rsidR="001D41D7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>Legnicka 49, 59- 500 Złotoryja</w:t>
      </w:r>
      <w:r w:rsidR="006D00D4" w:rsidRPr="00A55ADD">
        <w:rPr>
          <w:rFonts w:ascii="Arial" w:hAnsi="Arial" w:cs="Arial"/>
          <w:bCs w:val="0"/>
          <w:color w:val="auto"/>
          <w:sz w:val="24"/>
          <w:szCs w:val="24"/>
          <w:lang w:val="pl-PL"/>
        </w:rPr>
        <w:t>.</w:t>
      </w:r>
    </w:p>
    <w:p w14:paraId="223F90CE" w14:textId="0602C34A" w:rsidR="00D42523" w:rsidRPr="00A55ADD" w:rsidRDefault="00D42523" w:rsidP="00D42523">
      <w:pPr>
        <w:pStyle w:val="Nagwek2"/>
        <w:spacing w:after="31" w:line="343" w:lineRule="auto"/>
        <w:jc w:val="both"/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</w:pPr>
      <w:r w:rsidRPr="00A55ADD"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  <w:t xml:space="preserve">Na podstawie artykułu 12-22 Rozporządzenia Parlamentu Europejskiego i Rady (UE) 2016/679 z dnia 27 kwietnia 2016r. (RODO) w sprawie ochrony osób fizycznych </w:t>
      </w:r>
      <w:r w:rsidRPr="00A55ADD"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  <w:br/>
        <w:t xml:space="preserve">w związku z przetwarzaniem danych osobowych i w sprawie swobodnego przepływu takich danych, proszę o realizację praw w związku z przetwarzaniem moich danych osobowych. </w:t>
      </w:r>
    </w:p>
    <w:p w14:paraId="2D18E46D" w14:textId="77777777" w:rsidR="00D42523" w:rsidRPr="00A55ADD" w:rsidRDefault="00D42523" w:rsidP="00D42523">
      <w:pPr>
        <w:numPr>
          <w:ilvl w:val="0"/>
          <w:numId w:val="10"/>
        </w:numPr>
        <w:spacing w:after="77" w:line="26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 xml:space="preserve">Dane osoby wnioskującej niezbędne do identyfikacji w zbiorach Administratora: </w:t>
      </w:r>
    </w:p>
    <w:p w14:paraId="70316894" w14:textId="6222D3AF" w:rsidR="00D42523" w:rsidRPr="00A55ADD" w:rsidRDefault="00D42523" w:rsidP="00D42523">
      <w:pPr>
        <w:spacing w:after="32" w:line="33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>Imię ....................................................................... Nazwisko ................................</w:t>
      </w:r>
    </w:p>
    <w:p w14:paraId="2EFFE22B" w14:textId="6E6ADEB1" w:rsidR="00D42523" w:rsidRPr="00A55ADD" w:rsidRDefault="00D42523" w:rsidP="00D42523">
      <w:pPr>
        <w:spacing w:after="32" w:line="33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>Adres e-mail/numer telefonu ................................................................................................</w:t>
      </w:r>
    </w:p>
    <w:p w14:paraId="77468A00" w14:textId="77777777" w:rsidR="00D42523" w:rsidRPr="00A55ADD" w:rsidRDefault="00D42523" w:rsidP="00D42523">
      <w:pPr>
        <w:spacing w:after="32" w:line="335" w:lineRule="auto"/>
        <w:rPr>
          <w:rFonts w:ascii="Arial" w:hAnsi="Arial" w:cs="Arial"/>
          <w:sz w:val="24"/>
          <w:szCs w:val="24"/>
          <w:lang w:val="pl-PL"/>
        </w:rPr>
      </w:pPr>
    </w:p>
    <w:p w14:paraId="29946AC8" w14:textId="77777777" w:rsidR="00D42523" w:rsidRPr="00A55ADD" w:rsidRDefault="00D42523" w:rsidP="00D42523">
      <w:pPr>
        <w:numPr>
          <w:ilvl w:val="0"/>
          <w:numId w:val="10"/>
        </w:numPr>
        <w:spacing w:after="90" w:line="26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lastRenderedPageBreak/>
        <w:t xml:space="preserve">Dodatkowe informacje umożliwiające identyfikację osoby przez Administratora: </w:t>
      </w:r>
    </w:p>
    <w:p w14:paraId="3DD1485B" w14:textId="311A5346" w:rsidR="00D42523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 w:rsidRPr="001D41D7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D4252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…………………………..</w:t>
      </w:r>
      <w:r w:rsidRPr="00D42523">
        <w:rPr>
          <w:rFonts w:ascii="Times New Roman" w:hAnsi="Times New Roman" w:cs="Times New Roman"/>
          <w:sz w:val="24"/>
          <w:szCs w:val="24"/>
        </w:rPr>
        <w:t xml:space="preserve">….. </w:t>
      </w:r>
    </w:p>
    <w:p w14:paraId="3A363416" w14:textId="77777777" w:rsidR="00D42523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5883F8AE" w14:textId="77777777" w:rsidR="00D42523" w:rsidRPr="00D42523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20D1B2C3" w14:textId="77777777" w:rsidR="00D42523" w:rsidRPr="00A55ADD" w:rsidRDefault="00D42523" w:rsidP="00D42523">
      <w:pPr>
        <w:numPr>
          <w:ilvl w:val="0"/>
          <w:numId w:val="10"/>
        </w:numPr>
        <w:spacing w:after="0" w:line="265" w:lineRule="auto"/>
        <w:ind w:left="284" w:hanging="284"/>
        <w:rPr>
          <w:rFonts w:ascii="Arial" w:hAnsi="Arial" w:cs="Arial"/>
          <w:sz w:val="24"/>
          <w:szCs w:val="24"/>
        </w:rPr>
      </w:pPr>
      <w:proofErr w:type="spellStart"/>
      <w:r w:rsidRPr="00A55ADD">
        <w:rPr>
          <w:rFonts w:ascii="Arial" w:hAnsi="Arial" w:cs="Arial"/>
          <w:sz w:val="24"/>
          <w:szCs w:val="24"/>
        </w:rPr>
        <w:t>Uzasadnienie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wniosku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: </w:t>
      </w:r>
    </w:p>
    <w:p w14:paraId="27C3A54E" w14:textId="689A2C9C" w:rsidR="00D42523" w:rsidRPr="00D42523" w:rsidRDefault="00D42523" w:rsidP="00D42523">
      <w:pPr>
        <w:tabs>
          <w:tab w:val="center" w:pos="379"/>
          <w:tab w:val="center" w:pos="5517"/>
        </w:tabs>
        <w:spacing w:after="72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ab/>
      </w:r>
      <w:r>
        <w:rPr>
          <w:sz w:val="21"/>
        </w:rPr>
        <w:t xml:space="preserve"> </w:t>
      </w:r>
      <w:r w:rsidRPr="00D42523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</w:t>
      </w:r>
    </w:p>
    <w:p w14:paraId="17A9593C" w14:textId="77777777" w:rsidR="00D42523" w:rsidRPr="00A55ADD" w:rsidRDefault="00D42523" w:rsidP="00D42523">
      <w:pPr>
        <w:numPr>
          <w:ilvl w:val="0"/>
          <w:numId w:val="10"/>
        </w:numPr>
        <w:spacing w:after="256" w:line="265" w:lineRule="auto"/>
        <w:ind w:left="426" w:hanging="426"/>
        <w:rPr>
          <w:rFonts w:ascii="Arial" w:hAnsi="Arial" w:cs="Arial"/>
          <w:sz w:val="24"/>
          <w:szCs w:val="24"/>
        </w:rPr>
      </w:pPr>
      <w:proofErr w:type="spellStart"/>
      <w:r w:rsidRPr="00A55ADD">
        <w:rPr>
          <w:rFonts w:ascii="Arial" w:hAnsi="Arial" w:cs="Arial"/>
          <w:sz w:val="24"/>
          <w:szCs w:val="24"/>
        </w:rPr>
        <w:t>Wnioskowany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sposób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odbioru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: </w:t>
      </w:r>
    </w:p>
    <w:p w14:paraId="6EF2CF2C" w14:textId="77777777" w:rsidR="00D42523" w:rsidRPr="00A55ADD" w:rsidRDefault="00D42523" w:rsidP="00D42523">
      <w:pPr>
        <w:spacing w:after="7" w:line="323" w:lineRule="auto"/>
        <w:ind w:right="843"/>
        <w:rPr>
          <w:rFonts w:ascii="Arial" w:hAnsi="Arial" w:cs="Arial"/>
          <w:sz w:val="24"/>
          <w:szCs w:val="24"/>
        </w:rPr>
      </w:pPr>
      <w:r w:rsidRPr="00A55ADD">
        <w:rPr>
          <w:rFonts w:ascii="Arial" w:hAnsi="Arial" w:cs="Arial"/>
          <w:sz w:val="24"/>
          <w:szCs w:val="24"/>
        </w:rPr>
        <w:t>□</w:t>
      </w:r>
      <w:r w:rsidRPr="00A55AD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Osobiście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55ADD">
        <w:rPr>
          <w:rFonts w:ascii="Arial" w:hAnsi="Arial" w:cs="Arial"/>
          <w:sz w:val="24"/>
          <w:szCs w:val="24"/>
        </w:rPr>
        <w:t>siedzibie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Administratora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</w:p>
    <w:p w14:paraId="116AA7BA" w14:textId="4923B0DA" w:rsidR="00D42523" w:rsidRPr="00A55ADD" w:rsidRDefault="00D42523" w:rsidP="00D42523">
      <w:pPr>
        <w:spacing w:after="7" w:line="323" w:lineRule="auto"/>
        <w:ind w:right="843"/>
        <w:rPr>
          <w:rFonts w:ascii="Arial" w:hAnsi="Arial" w:cs="Arial"/>
          <w:sz w:val="24"/>
          <w:szCs w:val="24"/>
        </w:rPr>
      </w:pPr>
      <w:r w:rsidRPr="00A55ADD">
        <w:rPr>
          <w:rFonts w:ascii="Arial" w:hAnsi="Arial" w:cs="Arial"/>
          <w:sz w:val="24"/>
          <w:szCs w:val="24"/>
        </w:rPr>
        <w:t>□</w:t>
      </w:r>
      <w:r w:rsidRPr="00A55ADD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Listownie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na</w:t>
      </w:r>
      <w:proofErr w:type="spellEnd"/>
      <w:r w:rsidRPr="00A55A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55ADD">
        <w:rPr>
          <w:rFonts w:ascii="Arial" w:hAnsi="Arial" w:cs="Arial"/>
          <w:sz w:val="24"/>
          <w:szCs w:val="24"/>
        </w:rPr>
        <w:t>adres</w:t>
      </w:r>
      <w:proofErr w:type="spellEnd"/>
      <w:r w:rsidRPr="00A55ADD">
        <w:rPr>
          <w:rFonts w:ascii="Arial" w:hAnsi="Arial" w:cs="Arial"/>
          <w:sz w:val="24"/>
          <w:szCs w:val="24"/>
        </w:rPr>
        <w:t>: ……………………………………….</w:t>
      </w:r>
      <w:r w:rsidRPr="00A55ADD">
        <w:rPr>
          <w:rFonts w:ascii="Arial" w:hAnsi="Arial" w:cs="Arial"/>
          <w:sz w:val="24"/>
          <w:szCs w:val="24"/>
        </w:rPr>
        <w:tab/>
        <w:t xml:space="preserve"> </w:t>
      </w:r>
    </w:p>
    <w:p w14:paraId="43B13DAC" w14:textId="67DDD833" w:rsidR="00D42523" w:rsidRPr="001D41D7" w:rsidRDefault="00D42523" w:rsidP="00D42523">
      <w:pPr>
        <w:spacing w:after="0" w:line="259" w:lineRule="auto"/>
        <w:ind w:right="12"/>
        <w:rPr>
          <w:rFonts w:ascii="Times New Roman" w:eastAsia="Microsoft Sans Serif" w:hAnsi="Times New Roman" w:cs="Times New Roman"/>
          <w:sz w:val="24"/>
          <w:szCs w:val="24"/>
          <w:lang w:val="pl-PL"/>
        </w:rPr>
      </w:pPr>
      <w:r w:rsidRPr="00A55ADD">
        <w:rPr>
          <w:rFonts w:ascii="Arial" w:hAnsi="Arial" w:cs="Arial"/>
          <w:sz w:val="24"/>
          <w:szCs w:val="24"/>
          <w:lang w:val="pl-PL"/>
        </w:rPr>
        <w:t>□</w:t>
      </w:r>
      <w:r w:rsidRPr="00A55ADD">
        <w:rPr>
          <w:rFonts w:ascii="Arial" w:eastAsia="Arial" w:hAnsi="Arial" w:cs="Arial"/>
          <w:sz w:val="24"/>
          <w:szCs w:val="24"/>
          <w:lang w:val="pl-PL"/>
        </w:rPr>
        <w:t xml:space="preserve"> </w:t>
      </w:r>
      <w:r w:rsidRPr="00A55ADD">
        <w:rPr>
          <w:rFonts w:ascii="Arial" w:hAnsi="Arial" w:cs="Arial"/>
          <w:sz w:val="24"/>
          <w:szCs w:val="24"/>
          <w:lang w:val="pl-PL"/>
        </w:rPr>
        <w:t>Pocztą elektroniczną na podany adres e-mail:</w:t>
      </w:r>
      <w:r w:rsidRPr="00A55ADD">
        <w:rPr>
          <w:rFonts w:ascii="Arial" w:eastAsia="Microsoft Sans Serif" w:hAnsi="Arial" w:cs="Arial"/>
          <w:sz w:val="24"/>
          <w:szCs w:val="24"/>
          <w:lang w:val="pl-PL"/>
        </w:rPr>
        <w:t xml:space="preserve"> ………………………………</w:t>
      </w:r>
    </w:p>
    <w:p w14:paraId="130E297E" w14:textId="77777777" w:rsidR="00D42523" w:rsidRPr="001D41D7" w:rsidRDefault="00D42523" w:rsidP="00D42523">
      <w:pPr>
        <w:spacing w:after="0" w:line="259" w:lineRule="auto"/>
        <w:ind w:right="12"/>
        <w:rPr>
          <w:rFonts w:ascii="Times New Roman" w:hAnsi="Times New Roman" w:cs="Times New Roman"/>
          <w:sz w:val="24"/>
          <w:szCs w:val="24"/>
          <w:lang w:val="pl-PL"/>
        </w:rPr>
      </w:pPr>
    </w:p>
    <w:p w14:paraId="1A911182" w14:textId="1F690C2B" w:rsidR="00D42523" w:rsidRPr="00A55ADD" w:rsidRDefault="00A55ADD" w:rsidP="00D42523">
      <w:pPr>
        <w:spacing w:after="0" w:line="240" w:lineRule="auto"/>
        <w:ind w:left="4820" w:right="12"/>
        <w:rPr>
          <w:rFonts w:ascii="Arial" w:hAnsi="Arial" w:cs="Arial"/>
          <w:lang w:val="pl-PL"/>
        </w:rPr>
      </w:pPr>
      <w:r>
        <w:rPr>
          <w:rFonts w:ascii="Arial" w:hAnsi="Arial" w:cs="Arial"/>
          <w:sz w:val="19"/>
          <w:lang w:val="pl-PL"/>
        </w:rPr>
        <w:t>……………………………………………..……</w:t>
      </w:r>
      <w:bookmarkStart w:id="0" w:name="_GoBack"/>
      <w:bookmarkEnd w:id="0"/>
    </w:p>
    <w:p w14:paraId="73FE9454" w14:textId="77777777" w:rsidR="00D42523" w:rsidRPr="00A55ADD" w:rsidRDefault="00D42523" w:rsidP="00D42523">
      <w:pPr>
        <w:spacing w:after="1000" w:line="240" w:lineRule="auto"/>
        <w:ind w:left="5245" w:right="12" w:hanging="283"/>
        <w:rPr>
          <w:rFonts w:ascii="Arial" w:hAnsi="Arial" w:cs="Arial"/>
          <w:sz w:val="19"/>
          <w:lang w:val="pl-PL"/>
        </w:rPr>
      </w:pPr>
      <w:r w:rsidRPr="00A55ADD">
        <w:rPr>
          <w:rFonts w:ascii="Arial" w:hAnsi="Arial" w:cs="Arial"/>
          <w:sz w:val="19"/>
          <w:lang w:val="pl-PL"/>
        </w:rPr>
        <w:t xml:space="preserve">Czytelny podpis osoby składającej wniosek </w:t>
      </w:r>
    </w:p>
    <w:p w14:paraId="3F978F11" w14:textId="3FB73F27" w:rsidR="00D42523" w:rsidRPr="00A55ADD" w:rsidRDefault="00D42523" w:rsidP="00D42523">
      <w:pPr>
        <w:spacing w:after="0" w:line="240" w:lineRule="auto"/>
        <w:ind w:right="12"/>
        <w:rPr>
          <w:rFonts w:ascii="Arial" w:hAnsi="Arial" w:cs="Arial"/>
          <w:sz w:val="19"/>
          <w:lang w:val="pl-PL"/>
        </w:rPr>
      </w:pPr>
      <w:r w:rsidRPr="00A55ADD">
        <w:rPr>
          <w:rFonts w:ascii="Arial" w:eastAsia="Calibri" w:hAnsi="Arial" w:cs="Arial"/>
          <w:b/>
          <w:sz w:val="18"/>
          <w:szCs w:val="18"/>
          <w:lang w:val="pl-PL"/>
        </w:rPr>
        <w:t xml:space="preserve">Wyjaśnienia </w:t>
      </w:r>
    </w:p>
    <w:p w14:paraId="34585D23" w14:textId="77777777" w:rsidR="00D42523" w:rsidRPr="00A55ADD" w:rsidRDefault="00D42523" w:rsidP="00D42523">
      <w:pPr>
        <w:numPr>
          <w:ilvl w:val="1"/>
          <w:numId w:val="11"/>
        </w:numPr>
        <w:spacing w:after="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Prosimy o czytelne wypełnienie formularza DRUKOWANYMI LITERAMI. </w:t>
      </w:r>
    </w:p>
    <w:p w14:paraId="3CF9D903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Administrator ma prawo odmówić przekazania danych lub zmienić formę odbioru w sytuacji, kiedy nie jest w stanie prawidłowo zidentyfikować osoby wnioskującej. </w:t>
      </w:r>
    </w:p>
    <w:p w14:paraId="58072500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Na potrzeby rozpatrzenia wniosku i jego dalszej realizacji może być wymagane podanie dodatkowych danych Pani/Pana identyfikujących. </w:t>
      </w:r>
    </w:p>
    <w:p w14:paraId="252353D5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5753DC42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Szczegółowe informacje na temat udzielania odpowiedzi można uzyskać poprzez kontakt z naszym Inspektorem Ochrony Danych. </w:t>
      </w:r>
    </w:p>
    <w:p w14:paraId="4735AD90" w14:textId="77777777" w:rsidR="00D42523" w:rsidRPr="00A55ADD" w:rsidRDefault="00D42523" w:rsidP="00D42523">
      <w:pPr>
        <w:numPr>
          <w:ilvl w:val="1"/>
          <w:numId w:val="11"/>
        </w:numPr>
        <w:spacing w:after="7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71504221" w14:textId="3064E704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Odpowiedź na zgłoszenie zostanie udzielona niezwłocznie, nie później niż wciągu miesiąca od jego otrzymania. </w:t>
      </w:r>
      <w:r w:rsidR="00CC3817" w:rsidRPr="00A55ADD">
        <w:rPr>
          <w:rFonts w:ascii="Arial" w:hAnsi="Arial" w:cs="Arial"/>
          <w:sz w:val="18"/>
          <w:szCs w:val="18"/>
          <w:lang w:val="pl-PL"/>
        </w:rPr>
        <w:br/>
      </w:r>
      <w:r w:rsidRPr="00A55ADD">
        <w:rPr>
          <w:rFonts w:ascii="Arial" w:hAnsi="Arial" w:cs="Arial"/>
          <w:sz w:val="18"/>
          <w:szCs w:val="18"/>
          <w:lang w:val="pl-PL"/>
        </w:rPr>
        <w:t xml:space="preserve">W razie konieczności przedłużenia tego terminu, Administrator poinformuje osobę składającą wniosek o przyczynach takiego przedłużenia. </w:t>
      </w:r>
    </w:p>
    <w:p w14:paraId="2F05DD82" w14:textId="77777777" w:rsidR="00D42523" w:rsidRPr="00A55ADD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A55ADD">
        <w:rPr>
          <w:rFonts w:ascii="Arial" w:hAnsi="Arial" w:cs="Arial"/>
          <w:sz w:val="18"/>
          <w:szCs w:val="18"/>
          <w:lang w:val="pl-PL"/>
        </w:rPr>
        <w:t xml:space="preserve">Odpowiedź będzie udzielana zgodnie wybraną opcją określoną we wniosku </w:t>
      </w:r>
    </w:p>
    <w:p w14:paraId="40F28287" w14:textId="77777777" w:rsidR="00D42523" w:rsidRPr="001D41D7" w:rsidRDefault="00D42523" w:rsidP="00D42523">
      <w:pPr>
        <w:spacing w:after="1000" w:line="240" w:lineRule="auto"/>
        <w:ind w:right="12"/>
        <w:rPr>
          <w:lang w:val="pl-PL"/>
        </w:rPr>
      </w:pPr>
    </w:p>
    <w:p w14:paraId="359E2088" w14:textId="09377224" w:rsidR="00D42523" w:rsidRDefault="00CC3817" w:rsidP="00CC3817">
      <w:pPr>
        <w:spacing w:after="256" w:line="265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pl-PL" w:eastAsia="pl-PL"/>
        </w:rPr>
        <w:lastRenderedPageBreak/>
        <w:drawing>
          <wp:inline distT="0" distB="0" distL="0" distR="0" wp14:anchorId="1CE3479D" wp14:editId="2D574D26">
            <wp:extent cx="5486400" cy="8099561"/>
            <wp:effectExtent l="0" t="0" r="0" b="0"/>
            <wp:docPr id="8369" name="Picture 8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" name="Picture 83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1783" w14:textId="675A5C0B" w:rsidR="003939D2" w:rsidRPr="001D41D7" w:rsidRDefault="003939D2" w:rsidP="003939D2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pl-PL"/>
        </w:rPr>
      </w:pPr>
      <w:r w:rsidRPr="001D41D7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KLAUZULA INFORMACYJNA O PRZETWARZANIU DANYCH OSOBOWYCH</w:t>
      </w:r>
      <w:r w:rsidR="00F85442" w:rsidRPr="001D41D7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dla osób realizujących wniosek</w:t>
      </w:r>
    </w:p>
    <w:p w14:paraId="626368F9" w14:textId="77777777" w:rsidR="003939D2" w:rsidRPr="00695E7F" w:rsidRDefault="003939D2" w:rsidP="003939D2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95E7F">
        <w:rPr>
          <w:rFonts w:ascii="Times New Roman" w:hAnsi="Times New Roman" w:cs="Times New Roman"/>
          <w:i/>
          <w:iCs/>
          <w:sz w:val="24"/>
          <w:szCs w:val="24"/>
        </w:rPr>
        <w:t xml:space="preserve">(art. 13 </w:t>
      </w:r>
      <w:proofErr w:type="spellStart"/>
      <w:r w:rsidRPr="00695E7F">
        <w:rPr>
          <w:rFonts w:ascii="Times New Roman" w:hAnsi="Times New Roman" w:cs="Times New Roman"/>
          <w:i/>
          <w:iCs/>
          <w:sz w:val="24"/>
          <w:szCs w:val="24"/>
        </w:rPr>
        <w:t>ust</w:t>
      </w:r>
      <w:proofErr w:type="spellEnd"/>
      <w:r w:rsidRPr="00695E7F">
        <w:rPr>
          <w:rFonts w:ascii="Times New Roman" w:hAnsi="Times New Roman" w:cs="Times New Roman"/>
          <w:i/>
          <w:iCs/>
          <w:sz w:val="24"/>
          <w:szCs w:val="24"/>
        </w:rPr>
        <w:t xml:space="preserve">. 1 </w:t>
      </w:r>
      <w:proofErr w:type="spellStart"/>
      <w:r w:rsidRPr="00695E7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695E7F">
        <w:rPr>
          <w:rFonts w:ascii="Times New Roman" w:hAnsi="Times New Roman" w:cs="Times New Roman"/>
          <w:i/>
          <w:iCs/>
          <w:sz w:val="24"/>
          <w:szCs w:val="24"/>
        </w:rPr>
        <w:t xml:space="preserve">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939D2" w:rsidRPr="00A55ADD" w14:paraId="2B87521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BEF9F1" w14:textId="77777777" w:rsidR="003939D2" w:rsidRPr="001D41D7" w:rsidRDefault="003939D2" w:rsidP="001F6423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Administrator Danych Osobowych i kontakt:</w:t>
            </w:r>
          </w:p>
        </w:tc>
      </w:tr>
      <w:tr w:rsidR="003939D2" w:rsidRPr="002F5379" w14:paraId="1E3F4B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1766" w14:textId="77777777" w:rsidR="003939D2" w:rsidRPr="002F5379" w:rsidRDefault="003939D2" w:rsidP="001F64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t xml:space="preserve">Dolnośląski Komendant Wojewódzki Państwowej Straży Pożarnej we Wrocławiu; </w:t>
            </w:r>
            <w:r w:rsidRPr="001D41D7">
              <w:rPr>
                <w:rFonts w:ascii="Times New Roman" w:hAnsi="Times New Roman" w:cs="Times New Roman"/>
                <w:sz w:val="20"/>
                <w:szCs w:val="20"/>
                <w:highlight w:val="yellow"/>
                <w:lang w:val="pl-PL"/>
              </w:rPr>
              <w:br/>
              <w:t xml:space="preserve">ul. </w:t>
            </w:r>
            <w:proofErr w:type="spellStart"/>
            <w:r w:rsidRPr="00E0663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Borowska</w:t>
            </w:r>
            <w:proofErr w:type="spellEnd"/>
            <w:r w:rsidRPr="00E0663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138, 50-552 </w:t>
            </w:r>
            <w:proofErr w:type="spellStart"/>
            <w:r w:rsidRPr="00E0663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Wrocław</w:t>
            </w:r>
            <w:proofErr w:type="spellEnd"/>
            <w:r w:rsidRPr="00E0663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, tel. 71 3682100, e-mail: </w:t>
            </w:r>
            <w:hyperlink r:id="rId7" w:history="1">
              <w:r w:rsidRPr="00E0663D">
                <w:rPr>
                  <w:rStyle w:val="Hipercze"/>
                  <w:rFonts w:ascii="Times New Roman" w:hAnsi="Times New Roman" w:cs="Times New Roman"/>
                  <w:sz w:val="20"/>
                  <w:szCs w:val="20"/>
                  <w:highlight w:val="yellow"/>
                </w:rPr>
                <w:t>kw@kwpsp.wroc.pl</w:t>
              </w:r>
            </w:hyperlink>
          </w:p>
        </w:tc>
      </w:tr>
      <w:tr w:rsidR="003939D2" w:rsidRPr="00A55ADD" w14:paraId="2E78C95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4A8261" w14:textId="77777777" w:rsidR="003939D2" w:rsidRPr="001D41D7" w:rsidRDefault="003939D2" w:rsidP="001F6423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Dane kontaktowe Inspektora Ochrony Danych:</w:t>
            </w:r>
          </w:p>
        </w:tc>
      </w:tr>
      <w:tr w:rsidR="003939D2" w:rsidRPr="002F5379" w14:paraId="51D855F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3D9B" w14:textId="0FC72ACB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celu zapewnienia bezpieczeństwa przetwarzania danych osobowych oraz ułatwienia kontaktu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zakresie realizacji praw osób, których dane dotyczą może Pani/Pan skontaktować się z wyznaczonym przez Administratora Inspektorem Ochrony Danych  telefonicznie pod nr tel. 71 3682213, e-mail: </w:t>
            </w:r>
            <w:hyperlink r:id="rId8" w:history="1">
              <w:r w:rsidRPr="001D41D7">
                <w:rPr>
                  <w:rStyle w:val="Hipercze"/>
                  <w:rFonts w:ascii="Times New Roman" w:hAnsi="Times New Roman" w:cs="Times New Roman"/>
                  <w:sz w:val="20"/>
                  <w:szCs w:val="20"/>
                  <w:lang w:val="pl-PL"/>
                </w:rPr>
                <w:t>iod@kwpsp.wroc.pl</w:t>
              </w:r>
            </w:hyperlink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. lub listownie na adres: Komenda Wojewódzka PSP we Wrocławiu, ul.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Borowska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138, 50-552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Wrocław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939D2" w:rsidRPr="00A55ADD" w14:paraId="302C474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6621D1" w14:textId="77777777" w:rsidR="003939D2" w:rsidRPr="001D41D7" w:rsidRDefault="003939D2" w:rsidP="001F6423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Cele i podstawy prawne przetwarzania danych osobowych:</w:t>
            </w:r>
          </w:p>
        </w:tc>
      </w:tr>
      <w:tr w:rsidR="003939D2" w:rsidRPr="00A55ADD" w14:paraId="2B4F7DBD" w14:textId="77777777" w:rsidTr="00CC3817">
        <w:trPr>
          <w:trHeight w:val="7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5C01" w14:textId="658646CC" w:rsidR="003939D2" w:rsidRPr="001D41D7" w:rsidRDefault="003939D2" w:rsidP="00CC381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Pani/Pana dane osobowe będą przetwarzane w celu realizacji wniosku dotyczącego wykonywania praw osoby, której dane dotyczą, </w:t>
            </w:r>
            <w:r w:rsidR="00F85442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związku z art. 15, art., 16, art. 17, art. 18, art. 20, art. 21, art. 22 RODO, </w:t>
            </w:r>
            <w:r w:rsidR="00F85442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w myśl przepisów</w:t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art. 6 ust. 1 lit. c, e RODO, art. 9 ust. 2 lit. g RODO (jeżeli dotyczy).</w:t>
            </w:r>
          </w:p>
        </w:tc>
      </w:tr>
      <w:tr w:rsidR="003939D2" w:rsidRPr="002F5379" w14:paraId="053BB01F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977A4D" w14:textId="77777777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Odbiorcy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A55ADD" w14:paraId="00396D8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4810" w14:textId="6AD1DEDE" w:rsidR="003939D2" w:rsidRPr="001D41D7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do rejestru prowadzonego przez Ministra Cyfryzacji. W pozostałym zakresie innym podmiotom świadczącym usługi pocztowe, telekomunikacyjne, bankowe oraz innym podmiotom publicznym,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zakresie teleinformatycznym np. w zakresie fizycznego wybrakowania i zniszczenia dokumentów, firma  zapewniająca wsparcie techniczne IT.</w:t>
            </w:r>
          </w:p>
        </w:tc>
      </w:tr>
      <w:tr w:rsidR="003939D2" w:rsidRPr="002F5379" w14:paraId="167A7D79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2A7941" w14:textId="77777777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Obowiązek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podania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2F5379" w14:paraId="3CFA6A6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5C65" w14:textId="0D01A340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Podanie przez Panią/Pana danych osobowych jest dobrowolne, ale niezbędne do rozpatrzenia wniosku.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Konsekwencją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niepodania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będzie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brak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możliwości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rozpatrzenia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>wniosku</w:t>
            </w:r>
            <w:proofErr w:type="spellEnd"/>
            <w:r w:rsidRPr="002F5379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</w:tr>
      <w:tr w:rsidR="003939D2" w:rsidRPr="00A55ADD" w14:paraId="7FF55EEB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D0D7D8" w14:textId="77777777" w:rsidR="003939D2" w:rsidRPr="001D41D7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Prawa związane z przetwarzaniem danych osobowych:</w:t>
            </w:r>
          </w:p>
        </w:tc>
      </w:tr>
      <w:tr w:rsidR="003939D2" w:rsidRPr="00A55ADD" w14:paraId="638D25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5B7B" w14:textId="473AE78D" w:rsidR="003939D2" w:rsidRPr="001D41D7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Posiada Pani/Pan prawo żądania dostępu do treści swoich danych, a także prawo ich sprostowania (poprawiania)</w:t>
            </w:r>
            <w:bookmarkStart w:id="1" w:name="__DdeLink__4297_275676422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żądania usunięcia, ograniczenia przetwarzania, prawo do przenoszenia danych, prawo wniesienia sprzeciwu, a także prawo wniesienia skargi do organu nadzorczego - Prezesa UODO Wymienione prawa mogą być ograniczone, </w:t>
            </w:r>
            <w:bookmarkEnd w:id="1"/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kiedy Administrator jest zobowiązany prawnie </w:t>
            </w:r>
            <w:r w:rsidR="00CC3817"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 przetwarzania danych w celu realizacji obowiązku ustawowego lub występują inne nadrzędne prawne podstawy przetwarzania.</w:t>
            </w:r>
            <w:r w:rsidRPr="001D41D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.</w:t>
            </w:r>
          </w:p>
        </w:tc>
      </w:tr>
      <w:tr w:rsidR="003939D2" w:rsidRPr="002F5379" w14:paraId="3DC3A2B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ED73A" w14:textId="77777777" w:rsidR="003939D2" w:rsidRPr="002F5379" w:rsidRDefault="003939D2" w:rsidP="001F642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Prawo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do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sprzeciwu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A55ADD" w14:paraId="15F20C8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12E1" w14:textId="39D1E23E" w:rsidR="003939D2" w:rsidRPr="001D41D7" w:rsidRDefault="003939D2" w:rsidP="001F6423">
            <w:pPr>
              <w:jc w:val="both"/>
              <w:rPr>
                <w:rFonts w:ascii="Times New Roman" w:eastAsiaTheme="minorHAnsi" w:hAnsi="Times New Roman" w:cs="Times New Roman"/>
                <w:color w:val="000000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1D41D7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</w:t>
            </w:r>
            <w:r w:rsidR="00CC3817" w:rsidRPr="001D41D7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br/>
            </w:r>
            <w:r w:rsidRPr="001D41D7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do ewentualnego ustalenia, dochodzenia lub obrony roszczeń.</w:t>
            </w:r>
          </w:p>
        </w:tc>
      </w:tr>
      <w:tr w:rsidR="003939D2" w:rsidRPr="002F5379" w14:paraId="316B540E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D70870" w14:textId="77777777" w:rsidR="003939D2" w:rsidRPr="002F5379" w:rsidRDefault="003939D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Okres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przechowywania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osobowych</w:t>
            </w:r>
            <w:proofErr w:type="spellEnd"/>
            <w:r w:rsidRPr="002F53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3939D2" w:rsidRPr="00A55ADD" w14:paraId="5C4C5C5C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6CBC" w14:textId="501BC496" w:rsidR="003939D2" w:rsidRPr="001D41D7" w:rsidRDefault="00F85442" w:rsidP="001F642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D41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Dane osobowe będą przechowywane przez okres niezbędny do realizacji wniosku, a następnie przez czas wynikający z przepisów prawa, w szczególności przepisów o archiwizacji.</w:t>
            </w:r>
          </w:p>
        </w:tc>
      </w:tr>
    </w:tbl>
    <w:p w14:paraId="0496E4C9" w14:textId="43E12C14" w:rsidR="007E1A93" w:rsidRPr="001D41D7" w:rsidRDefault="003939D2" w:rsidP="00CC3817">
      <w:pPr>
        <w:spacing w:after="0" w:line="240" w:lineRule="auto"/>
        <w:jc w:val="both"/>
        <w:rPr>
          <w:rFonts w:ascii="Times New Roman" w:hAnsi="Times New Roman" w:cs="Times New Roman"/>
          <w:i/>
          <w:iCs/>
          <w:kern w:val="2"/>
          <w:sz w:val="20"/>
          <w:szCs w:val="20"/>
          <w:lang w:val="pl-PL"/>
          <w14:ligatures w14:val="standardContextual"/>
        </w:rPr>
      </w:pPr>
      <w:r w:rsidRPr="001D41D7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*RODO - rozporządzenie Parlamentu Europejskiego i Rady (UE) 2016/679 z 27 kwietnia 2016 r. </w:t>
      </w:r>
      <w:r w:rsidR="00F85442" w:rsidRPr="001D41D7">
        <w:rPr>
          <w:rFonts w:ascii="Times New Roman" w:hAnsi="Times New Roman" w:cs="Times New Roman"/>
          <w:i/>
          <w:iCs/>
          <w:sz w:val="20"/>
          <w:szCs w:val="20"/>
          <w:lang w:val="pl-PL"/>
        </w:rPr>
        <w:br/>
      </w:r>
      <w:r w:rsidRPr="001D41D7">
        <w:rPr>
          <w:rFonts w:ascii="Times New Roman" w:hAnsi="Times New Roman" w:cs="Times New Roman"/>
          <w:i/>
          <w:iCs/>
          <w:sz w:val="20"/>
          <w:szCs w:val="20"/>
          <w:lang w:val="pl-PL"/>
        </w:rPr>
        <w:t>w sprawie ochrony osób fizycznych w związku z przetwarzaniem danych osobowych i w sprawie swobodnego przepływu takich danych oraz uchylenia dyrektywy 95/46/WE (ogólne rozporządzenie o ochronie danych)</w:t>
      </w:r>
    </w:p>
    <w:p w14:paraId="09252BEF" w14:textId="77777777" w:rsidR="007E1A93" w:rsidRPr="001D41D7" w:rsidRDefault="007E1A93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7E1A93" w:rsidRPr="001D41D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E6E64"/>
    <w:multiLevelType w:val="hybridMultilevel"/>
    <w:tmpl w:val="42D2C68A"/>
    <w:lvl w:ilvl="0" w:tplc="382202DE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B6CE7E">
      <w:start w:val="1"/>
      <w:numFmt w:val="decimal"/>
      <w:lvlText w:val="%2.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6B406CE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D6C53F4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5624B00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EB834D0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9C2656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E6BE16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C0A19E0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1FC1740"/>
    <w:multiLevelType w:val="hybridMultilevel"/>
    <w:tmpl w:val="0812D518"/>
    <w:lvl w:ilvl="0" w:tplc="FFFFFFFF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41D7"/>
    <w:rsid w:val="0029639D"/>
    <w:rsid w:val="00326F90"/>
    <w:rsid w:val="003939D2"/>
    <w:rsid w:val="00501953"/>
    <w:rsid w:val="006D00D4"/>
    <w:rsid w:val="007E1A93"/>
    <w:rsid w:val="00912E7C"/>
    <w:rsid w:val="00A55ADD"/>
    <w:rsid w:val="00AA1D8D"/>
    <w:rsid w:val="00B47730"/>
    <w:rsid w:val="00C363A6"/>
    <w:rsid w:val="00CB0664"/>
    <w:rsid w:val="00CC3817"/>
    <w:rsid w:val="00D42523"/>
    <w:rsid w:val="00E0663D"/>
    <w:rsid w:val="00F854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8E73C"/>
  <w14:defaultImageDpi w14:val="330"/>
  <w15:docId w15:val="{427D19E8-80BE-4F5C-A084-76540386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939D2"/>
    <w:rPr>
      <w:color w:val="0000FF" w:themeColor="hyperlink"/>
      <w:u w:val="single"/>
    </w:rPr>
  </w:style>
  <w:style w:type="table" w:customStyle="1" w:styleId="TableGrid">
    <w:name w:val="TableGrid"/>
    <w:rsid w:val="00D42523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wpsp.wroc.pl" TargetMode="External"/><Relationship Id="rId3" Type="http://schemas.openxmlformats.org/officeDocument/2006/relationships/styles" Target="styles.xml"/><Relationship Id="rId7" Type="http://schemas.openxmlformats.org/officeDocument/2006/relationships/hyperlink" Target="mailto:kw@kwpsp.wro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2CD620-DA78-403C-95D0-735D2B84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1054</Words>
  <Characters>6328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M.Grubczyński</cp:lastModifiedBy>
  <cp:revision>2</cp:revision>
  <dcterms:created xsi:type="dcterms:W3CDTF">2026-08-21T07:48:00Z</dcterms:created>
  <dcterms:modified xsi:type="dcterms:W3CDTF">2026-08-21T07:48:00Z</dcterms:modified>
  <cp:category/>
</cp:coreProperties>
</file>