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F54A0" w14:textId="77777777" w:rsidR="00634E3E" w:rsidRPr="00E01FBE" w:rsidRDefault="00000000" w:rsidP="00634E3E">
      <w:pPr>
        <w:jc w:val="right"/>
        <w:rPr>
          <w:rFonts w:cs="Arial"/>
          <w:b/>
          <w:szCs w:val="20"/>
        </w:rPr>
      </w:pPr>
      <w:r w:rsidRPr="00E01FBE">
        <w:rPr>
          <w:rFonts w:cs="Arial"/>
          <w:b/>
          <w:szCs w:val="20"/>
        </w:rPr>
        <w:t>ZAŁĄCZNIK NR 2</w:t>
      </w:r>
    </w:p>
    <w:p w14:paraId="23D55A6A" w14:textId="77777777" w:rsidR="00634E3E" w:rsidRPr="00E01FBE" w:rsidRDefault="00634E3E" w:rsidP="00634E3E">
      <w:pPr>
        <w:jc w:val="right"/>
        <w:rPr>
          <w:rFonts w:cs="Arial"/>
          <w:b/>
          <w:szCs w:val="20"/>
        </w:rPr>
      </w:pPr>
    </w:p>
    <w:p w14:paraId="3D7393F0" w14:textId="33D79363" w:rsidR="00E059BB" w:rsidRPr="00E01FBE" w:rsidRDefault="00000000" w:rsidP="009D79D0">
      <w:pPr>
        <w:jc w:val="center"/>
        <w:rPr>
          <w:rFonts w:cs="Arial"/>
        </w:rPr>
      </w:pPr>
      <w:r w:rsidRPr="00E01FBE">
        <w:rPr>
          <w:rFonts w:cs="Arial"/>
          <w:b/>
          <w:sz w:val="28"/>
        </w:rPr>
        <w:t>FORMULARZ OFERTOWY</w:t>
      </w:r>
    </w:p>
    <w:p w14:paraId="31139189" w14:textId="2DE57036" w:rsidR="00424EA1" w:rsidRPr="00E01FBE" w:rsidRDefault="00424EA1" w:rsidP="00424EA1">
      <w:pPr>
        <w:rPr>
          <w:rFonts w:cs="Arial"/>
        </w:rPr>
      </w:pPr>
      <w:r w:rsidRPr="00E01FBE">
        <w:rPr>
          <w:rFonts w:cs="Arial"/>
        </w:rPr>
        <w:t>Postępowanie: Pozyskanie w leśnictwach 01/02/03/07/09</w:t>
      </w:r>
      <w:r w:rsidR="00E059BB" w:rsidRPr="00E01FBE">
        <w:rPr>
          <w:rFonts w:cs="Arial"/>
        </w:rPr>
        <w:t xml:space="preserve"> w roku 2026. </w:t>
      </w:r>
      <w:r w:rsidRPr="00E01FBE">
        <w:rPr>
          <w:rFonts w:cs="Arial"/>
        </w:rPr>
        <w:t xml:space="preserve"> </w:t>
      </w:r>
    </w:p>
    <w:p w14:paraId="5899DCA3" w14:textId="77777777" w:rsidR="003A07AE" w:rsidRDefault="00424EA1" w:rsidP="003A07AE">
      <w:pPr>
        <w:rPr>
          <w:rFonts w:cs="Arial"/>
        </w:rPr>
      </w:pPr>
      <w:r w:rsidRPr="00E01FBE">
        <w:rPr>
          <w:rFonts w:cs="Arial"/>
        </w:rPr>
        <w:t>Nr postępowania: SA.270. 7.2026</w:t>
      </w:r>
    </w:p>
    <w:p w14:paraId="090315AC" w14:textId="7CEE2F4F" w:rsidR="00A91440" w:rsidRPr="003A07AE" w:rsidRDefault="00A91440" w:rsidP="003A07AE">
      <w:pPr>
        <w:jc w:val="both"/>
        <w:rPr>
          <w:rFonts w:cs="Arial"/>
        </w:rPr>
      </w:pPr>
      <w:r>
        <w:rPr>
          <w:rFonts w:eastAsia="Arial" w:cs="Arial"/>
          <w:noProof/>
          <w:color w:val="000000"/>
          <w:szCs w:val="20"/>
        </w:rPr>
        <w:t>Postępowanie prowadzone jest z wyłączeniem stosowania ustawy</w:t>
      </w:r>
      <w:r>
        <w:rPr>
          <w:rFonts w:eastAsia="Arial" w:cs="Arial"/>
          <w:noProof/>
          <w:color w:val="000000"/>
          <w:spacing w:val="1"/>
          <w:szCs w:val="20"/>
        </w:rPr>
        <w:t xml:space="preserve"> </w:t>
      </w:r>
      <w:r>
        <w:rPr>
          <w:rFonts w:eastAsia="Arial" w:cs="Arial"/>
          <w:noProof/>
          <w:color w:val="000000"/>
          <w:spacing w:val="2"/>
          <w:szCs w:val="20"/>
        </w:rPr>
        <w:t xml:space="preserve">z dnia 11 </w:t>
      </w:r>
      <w:r>
        <w:rPr>
          <w:rFonts w:eastAsia="Arial" w:cs="Arial"/>
          <w:noProof/>
          <w:color w:val="000000"/>
          <w:spacing w:val="1"/>
          <w:szCs w:val="20"/>
        </w:rPr>
        <w:t xml:space="preserve">września 2019 r. – Prawo </w:t>
      </w:r>
      <w:r>
        <w:rPr>
          <w:rFonts w:eastAsia="Arial" w:cs="Arial"/>
          <w:noProof/>
          <w:color w:val="000000"/>
          <w:spacing w:val="-1"/>
          <w:szCs w:val="20"/>
        </w:rPr>
        <w:t>zamówień</w:t>
      </w:r>
      <w:r>
        <w:rPr>
          <w:rFonts w:eastAsia="Arial" w:cs="Arial"/>
          <w:noProof/>
          <w:color w:val="000000"/>
          <w:spacing w:val="2"/>
          <w:szCs w:val="20"/>
        </w:rPr>
        <w:t xml:space="preserve"> </w:t>
      </w:r>
      <w:r>
        <w:rPr>
          <w:rFonts w:eastAsia="Arial" w:cs="Arial"/>
          <w:noProof/>
          <w:color w:val="000000"/>
          <w:szCs w:val="20"/>
        </w:rPr>
        <w:t>publicznych, na</w:t>
      </w:r>
      <w:r>
        <w:rPr>
          <w:rFonts w:eastAsia="Arial" w:cs="Arial"/>
          <w:noProof/>
          <w:color w:val="000000"/>
          <w:spacing w:val="3"/>
          <w:szCs w:val="20"/>
        </w:rPr>
        <w:t xml:space="preserve"> </w:t>
      </w:r>
      <w:r>
        <w:rPr>
          <w:rFonts w:eastAsia="Arial" w:cs="Arial"/>
          <w:noProof/>
          <w:color w:val="000000"/>
          <w:spacing w:val="1"/>
          <w:szCs w:val="20"/>
        </w:rPr>
        <w:t>podstawie art. 11</w:t>
      </w:r>
      <w:r>
        <w:rPr>
          <w:rFonts w:eastAsia="Arial" w:cs="Arial"/>
          <w:noProof/>
          <w:color w:val="000000"/>
          <w:spacing w:val="2"/>
          <w:szCs w:val="20"/>
        </w:rPr>
        <w:t xml:space="preserve"> </w:t>
      </w:r>
      <w:r>
        <w:rPr>
          <w:rFonts w:eastAsia="Arial" w:cs="Arial"/>
          <w:noProof/>
          <w:color w:val="000000"/>
          <w:spacing w:val="1"/>
          <w:szCs w:val="20"/>
        </w:rPr>
        <w:t>ust. 5 pkt 6 tej</w:t>
      </w:r>
      <w:r>
        <w:rPr>
          <w:rFonts w:eastAsia="Arial" w:cs="Arial"/>
          <w:noProof/>
          <w:color w:val="000000"/>
          <w:spacing w:val="3"/>
          <w:szCs w:val="20"/>
        </w:rPr>
        <w:t xml:space="preserve"> </w:t>
      </w:r>
      <w:r>
        <w:rPr>
          <w:rFonts w:eastAsia="Arial" w:cs="Arial"/>
          <w:noProof/>
          <w:color w:val="000000"/>
          <w:spacing w:val="1"/>
          <w:szCs w:val="20"/>
        </w:rPr>
        <w:t xml:space="preserve">ustawy. </w:t>
      </w:r>
      <w:r w:rsidRPr="00E01FBE">
        <w:rPr>
          <w:rFonts w:cs="Arial"/>
        </w:rPr>
        <w:t xml:space="preserve"> </w:t>
      </w:r>
      <w:r>
        <w:rPr>
          <w:rFonts w:eastAsia="Arial" w:cs="Arial"/>
          <w:noProof/>
          <w:color w:val="000000"/>
          <w:spacing w:val="3"/>
          <w:szCs w:val="20"/>
        </w:rPr>
        <w:t xml:space="preserve">Postępowanie </w:t>
      </w:r>
      <w:r>
        <w:rPr>
          <w:rFonts w:eastAsia="Arial" w:cs="Arial"/>
          <w:noProof/>
          <w:color w:val="000000"/>
          <w:szCs w:val="20"/>
        </w:rPr>
        <w:t>prowadzone</w:t>
      </w:r>
      <w:r>
        <w:rPr>
          <w:rFonts w:eastAsia="Arial" w:cs="Arial"/>
          <w:noProof/>
          <w:color w:val="000000"/>
          <w:spacing w:val="-19"/>
          <w:szCs w:val="20"/>
        </w:rPr>
        <w:t xml:space="preserve">  </w:t>
      </w:r>
      <w:r>
        <w:rPr>
          <w:rFonts w:eastAsia="Arial" w:cs="Arial"/>
          <w:noProof/>
          <w:color w:val="000000"/>
          <w:spacing w:val="7"/>
          <w:szCs w:val="20"/>
        </w:rPr>
        <w:t xml:space="preserve">jest </w:t>
      </w:r>
      <w:r>
        <w:rPr>
          <w:rFonts w:eastAsia="Arial" w:cs="Arial"/>
          <w:noProof/>
          <w:color w:val="000000"/>
          <w:spacing w:val="12"/>
          <w:szCs w:val="20"/>
        </w:rPr>
        <w:t xml:space="preserve">na </w:t>
      </w:r>
      <w:r>
        <w:rPr>
          <w:rFonts w:eastAsia="Arial" w:cs="Arial"/>
          <w:noProof/>
          <w:color w:val="000000"/>
          <w:spacing w:val="-1"/>
          <w:szCs w:val="20"/>
        </w:rPr>
        <w:t>podstawie</w:t>
      </w:r>
      <w:r>
        <w:rPr>
          <w:rFonts w:eastAsia="Arial" w:cs="Arial"/>
          <w:noProof/>
          <w:color w:val="000000"/>
          <w:spacing w:val="-19"/>
          <w:szCs w:val="20"/>
        </w:rPr>
        <w:t xml:space="preserve">  </w:t>
      </w:r>
      <w:r>
        <w:rPr>
          <w:rFonts w:eastAsia="Arial" w:cs="Arial"/>
          <w:noProof/>
          <w:color w:val="000000"/>
          <w:spacing w:val="-1"/>
          <w:szCs w:val="20"/>
        </w:rPr>
        <w:t>„Regulaminu</w:t>
      </w:r>
      <w:r>
        <w:rPr>
          <w:rFonts w:eastAsia="Arial" w:cs="Arial"/>
          <w:noProof/>
          <w:color w:val="000000"/>
          <w:spacing w:val="-19"/>
          <w:szCs w:val="20"/>
        </w:rPr>
        <w:t xml:space="preserve">  </w:t>
      </w:r>
      <w:r>
        <w:rPr>
          <w:rFonts w:eastAsia="Arial" w:cs="Arial"/>
          <w:noProof/>
          <w:color w:val="000000"/>
          <w:spacing w:val="3"/>
          <w:szCs w:val="20"/>
        </w:rPr>
        <w:t xml:space="preserve">udzielenia </w:t>
      </w:r>
      <w:r>
        <w:rPr>
          <w:rFonts w:eastAsia="Arial" w:cs="Arial"/>
          <w:noProof/>
          <w:color w:val="000000"/>
          <w:spacing w:val="-1"/>
          <w:szCs w:val="20"/>
        </w:rPr>
        <w:t>zamówienia</w:t>
      </w:r>
      <w:r>
        <w:rPr>
          <w:rFonts w:eastAsia="Arial" w:cs="Arial"/>
          <w:noProof/>
          <w:color w:val="000000"/>
          <w:spacing w:val="-19"/>
          <w:szCs w:val="20"/>
        </w:rPr>
        <w:t xml:space="preserve">  </w:t>
      </w:r>
      <w:r>
        <w:rPr>
          <w:rFonts w:eastAsia="Arial" w:cs="Arial"/>
          <w:noProof/>
          <w:color w:val="000000"/>
          <w:spacing w:val="9"/>
          <w:szCs w:val="20"/>
        </w:rPr>
        <w:t xml:space="preserve">pn. </w:t>
      </w:r>
      <w:r>
        <w:rPr>
          <w:rFonts w:eastAsia="Arial" w:cs="Arial"/>
          <w:noProof/>
          <w:color w:val="000000"/>
          <w:spacing w:val="-1"/>
          <w:szCs w:val="20"/>
        </w:rPr>
        <w:t xml:space="preserve">„Pozyskanie </w:t>
      </w:r>
      <w:r>
        <w:rPr>
          <w:rFonts w:eastAsia="Arial" w:cs="Arial"/>
          <w:noProof/>
          <w:color w:val="000000"/>
          <w:spacing w:val="10"/>
          <w:szCs w:val="20"/>
        </w:rPr>
        <w:t xml:space="preserve">drewna </w:t>
      </w:r>
      <w:r>
        <w:rPr>
          <w:rFonts w:eastAsia="Arial" w:cs="Arial"/>
          <w:noProof/>
          <w:color w:val="000000"/>
          <w:spacing w:val="35"/>
          <w:szCs w:val="20"/>
        </w:rPr>
        <w:t xml:space="preserve">w </w:t>
      </w:r>
      <w:r>
        <w:rPr>
          <w:rFonts w:eastAsia="Arial" w:cs="Arial"/>
          <w:noProof/>
          <w:color w:val="000000"/>
          <w:spacing w:val="10"/>
          <w:szCs w:val="20"/>
        </w:rPr>
        <w:t xml:space="preserve">ramach </w:t>
      </w:r>
      <w:r>
        <w:rPr>
          <w:rFonts w:eastAsia="Arial" w:cs="Arial"/>
          <w:noProof/>
          <w:color w:val="000000"/>
          <w:spacing w:val="6"/>
          <w:szCs w:val="20"/>
        </w:rPr>
        <w:t xml:space="preserve">wykonawstwa zastępczego </w:t>
      </w:r>
      <w:r>
        <w:rPr>
          <w:rFonts w:eastAsia="Arial" w:cs="Arial"/>
          <w:noProof/>
          <w:color w:val="000000"/>
          <w:spacing w:val="35"/>
          <w:szCs w:val="20"/>
        </w:rPr>
        <w:t xml:space="preserve">w </w:t>
      </w:r>
      <w:r>
        <w:rPr>
          <w:rFonts w:eastAsia="Arial" w:cs="Arial"/>
          <w:noProof/>
          <w:color w:val="000000"/>
          <w:spacing w:val="5"/>
          <w:szCs w:val="20"/>
        </w:rPr>
        <w:t xml:space="preserve">Leśnictwach: </w:t>
      </w:r>
      <w:r>
        <w:rPr>
          <w:rFonts w:eastAsia="Arial" w:cs="Arial"/>
          <w:noProof/>
          <w:color w:val="000000"/>
          <w:spacing w:val="17"/>
          <w:szCs w:val="20"/>
        </w:rPr>
        <w:t xml:space="preserve">01, </w:t>
      </w:r>
      <w:r>
        <w:rPr>
          <w:rFonts w:eastAsia="Arial" w:cs="Arial"/>
          <w:noProof/>
          <w:color w:val="000000"/>
          <w:spacing w:val="18"/>
          <w:szCs w:val="20"/>
        </w:rPr>
        <w:t xml:space="preserve">02, 03, </w:t>
      </w:r>
      <w:r>
        <w:rPr>
          <w:rFonts w:eastAsia="Arial" w:cs="Arial"/>
          <w:noProof/>
          <w:color w:val="000000"/>
          <w:spacing w:val="17"/>
          <w:szCs w:val="20"/>
        </w:rPr>
        <w:t xml:space="preserve">07, </w:t>
      </w:r>
      <w:r>
        <w:rPr>
          <w:rFonts w:eastAsia="Arial" w:cs="Arial"/>
          <w:noProof/>
          <w:color w:val="000000"/>
          <w:spacing w:val="24"/>
          <w:szCs w:val="20"/>
        </w:rPr>
        <w:t xml:space="preserve">09 </w:t>
      </w:r>
      <w:r>
        <w:rPr>
          <w:rFonts w:eastAsia="Arial" w:cs="Arial"/>
          <w:noProof/>
          <w:color w:val="000000"/>
          <w:spacing w:val="35"/>
          <w:szCs w:val="20"/>
        </w:rPr>
        <w:t xml:space="preserve">w </w:t>
      </w:r>
      <w:r>
        <w:rPr>
          <w:rFonts w:eastAsia="Arial" w:cs="Arial"/>
          <w:noProof/>
          <w:color w:val="000000"/>
          <w:spacing w:val="14"/>
          <w:szCs w:val="20"/>
        </w:rPr>
        <w:t xml:space="preserve">2026 </w:t>
      </w:r>
      <w:r>
        <w:rPr>
          <w:rFonts w:eastAsia="Arial" w:cs="Arial"/>
          <w:noProof/>
          <w:color w:val="000000"/>
          <w:spacing w:val="2"/>
          <w:szCs w:val="20"/>
        </w:rPr>
        <w:t xml:space="preserve">r.”, </w:t>
      </w:r>
      <w:r>
        <w:rPr>
          <w:rFonts w:eastAsia="Arial" w:cs="Arial"/>
          <w:noProof/>
          <w:color w:val="000000"/>
          <w:spacing w:val="-1"/>
          <w:szCs w:val="20"/>
        </w:rPr>
        <w:t>wprowadzonego</w:t>
      </w:r>
      <w:r>
        <w:rPr>
          <w:rFonts w:eastAsia="Arial" w:cs="Arial"/>
          <w:noProof/>
          <w:color w:val="000000"/>
          <w:spacing w:val="2"/>
          <w:szCs w:val="20"/>
        </w:rPr>
        <w:t xml:space="preserve"> </w:t>
      </w:r>
      <w:r>
        <w:rPr>
          <w:rFonts w:eastAsia="Arial" w:cs="Arial"/>
          <w:noProof/>
          <w:color w:val="000000"/>
          <w:spacing w:val="1"/>
          <w:szCs w:val="20"/>
        </w:rPr>
        <w:t xml:space="preserve">do </w:t>
      </w:r>
      <w:r>
        <w:rPr>
          <w:rFonts w:eastAsia="Arial" w:cs="Arial"/>
          <w:noProof/>
          <w:color w:val="000000"/>
          <w:szCs w:val="20"/>
        </w:rPr>
        <w:t>stosowania Decyzją nr 25/2026 Nadleśniczego Nadleśnictwa</w:t>
      </w:r>
      <w:r>
        <w:rPr>
          <w:rFonts w:eastAsia="Arial" w:cs="Arial"/>
          <w:noProof/>
          <w:color w:val="000000"/>
          <w:spacing w:val="3"/>
          <w:szCs w:val="20"/>
        </w:rPr>
        <w:t xml:space="preserve"> </w:t>
      </w:r>
      <w:r>
        <w:rPr>
          <w:rFonts w:eastAsia="Arial" w:cs="Arial"/>
          <w:noProof/>
          <w:color w:val="000000"/>
          <w:spacing w:val="1"/>
          <w:szCs w:val="20"/>
        </w:rPr>
        <w:t xml:space="preserve">Sława Śląska z dnia </w:t>
      </w:r>
      <w:r>
        <w:rPr>
          <w:rFonts w:eastAsia="Arial" w:cs="Arial"/>
          <w:noProof/>
          <w:color w:val="000000"/>
          <w:spacing w:val="7"/>
          <w:szCs w:val="20"/>
        </w:rPr>
        <w:t xml:space="preserve">28 </w:t>
      </w:r>
      <w:r>
        <w:rPr>
          <w:rFonts w:eastAsia="Arial" w:cs="Arial"/>
          <w:noProof/>
          <w:color w:val="000000"/>
          <w:spacing w:val="2"/>
          <w:szCs w:val="20"/>
        </w:rPr>
        <w:t xml:space="preserve">sierpnia </w:t>
      </w:r>
      <w:r>
        <w:rPr>
          <w:rFonts w:eastAsia="Arial" w:cs="Arial"/>
          <w:noProof/>
          <w:color w:val="000000"/>
          <w:spacing w:val="4"/>
          <w:szCs w:val="20"/>
        </w:rPr>
        <w:t xml:space="preserve">2026 </w:t>
      </w:r>
      <w:r>
        <w:rPr>
          <w:rFonts w:eastAsia="Arial" w:cs="Arial"/>
          <w:noProof/>
          <w:color w:val="000000"/>
          <w:spacing w:val="11"/>
          <w:szCs w:val="20"/>
        </w:rPr>
        <w:t xml:space="preserve">r. w </w:t>
      </w:r>
      <w:r>
        <w:rPr>
          <w:rFonts w:eastAsia="Arial" w:cs="Arial"/>
          <w:noProof/>
          <w:color w:val="000000"/>
          <w:spacing w:val="3"/>
          <w:szCs w:val="20"/>
        </w:rPr>
        <w:t xml:space="preserve">sprawie </w:t>
      </w:r>
      <w:r>
        <w:rPr>
          <w:rFonts w:eastAsia="Arial" w:cs="Arial"/>
          <w:noProof/>
          <w:color w:val="000000"/>
          <w:spacing w:val="2"/>
          <w:szCs w:val="20"/>
        </w:rPr>
        <w:t xml:space="preserve">wprowadzenia </w:t>
      </w:r>
      <w:r>
        <w:rPr>
          <w:rFonts w:eastAsia="Arial" w:cs="Arial"/>
          <w:noProof/>
          <w:color w:val="000000"/>
          <w:spacing w:val="7"/>
          <w:szCs w:val="20"/>
        </w:rPr>
        <w:t xml:space="preserve">do </w:t>
      </w:r>
      <w:r>
        <w:rPr>
          <w:rFonts w:eastAsia="Arial" w:cs="Arial"/>
          <w:noProof/>
          <w:color w:val="000000"/>
          <w:spacing w:val="2"/>
          <w:szCs w:val="20"/>
        </w:rPr>
        <w:t xml:space="preserve">stosowania Regulaminu udzielenia zamówienia </w:t>
      </w:r>
      <w:r>
        <w:rPr>
          <w:rFonts w:eastAsia="Arial" w:cs="Arial"/>
          <w:noProof/>
          <w:color w:val="000000"/>
          <w:szCs w:val="20"/>
        </w:rPr>
        <w:t xml:space="preserve">pn. </w:t>
      </w:r>
      <w:r>
        <w:rPr>
          <w:rFonts w:eastAsia="Arial" w:cs="Arial"/>
          <w:noProof/>
          <w:color w:val="000000"/>
          <w:spacing w:val="-1"/>
          <w:szCs w:val="20"/>
        </w:rPr>
        <w:t>„Pozyskanie drewna</w:t>
      </w:r>
      <w:r>
        <w:rPr>
          <w:rFonts w:eastAsia="Arial" w:cs="Arial"/>
          <w:noProof/>
          <w:color w:val="000000"/>
          <w:spacing w:val="-8"/>
          <w:szCs w:val="20"/>
        </w:rPr>
        <w:t xml:space="preserve"> </w:t>
      </w:r>
      <w:r>
        <w:rPr>
          <w:rFonts w:eastAsia="Arial" w:cs="Arial"/>
          <w:noProof/>
          <w:color w:val="000000"/>
          <w:spacing w:val="2"/>
          <w:szCs w:val="20"/>
        </w:rPr>
        <w:t>w ramach wykonawstwa zastępczego w Leśnictwach: 01, 02, 03, 07, 09</w:t>
      </w:r>
      <w:r>
        <w:rPr>
          <w:rFonts w:eastAsia="Arial" w:cs="Arial"/>
          <w:noProof/>
          <w:color w:val="000000"/>
          <w:spacing w:val="-8"/>
          <w:szCs w:val="20"/>
        </w:rPr>
        <w:t xml:space="preserve"> </w:t>
      </w:r>
      <w:r>
        <w:rPr>
          <w:rFonts w:eastAsia="Arial" w:cs="Arial"/>
          <w:noProof/>
          <w:color w:val="000000"/>
          <w:szCs w:val="20"/>
        </w:rPr>
        <w:t>w 2026 r.”,</w:t>
      </w:r>
    </w:p>
    <w:p w14:paraId="316A73EC" w14:textId="77777777" w:rsidR="00A91440" w:rsidRDefault="00A91440" w:rsidP="00424EA1">
      <w:pPr>
        <w:rPr>
          <w:rFonts w:cs="Arial"/>
        </w:rPr>
      </w:pPr>
    </w:p>
    <w:p w14:paraId="0F54B9AF" w14:textId="56631005" w:rsidR="00424EA1" w:rsidRPr="00E01FBE" w:rsidRDefault="00424EA1" w:rsidP="00424EA1">
      <w:pPr>
        <w:rPr>
          <w:rFonts w:cs="Arial"/>
        </w:rPr>
      </w:pPr>
      <w:r w:rsidRPr="00E01FBE">
        <w:rPr>
          <w:rFonts w:cs="Arial"/>
        </w:rPr>
        <w:t>Nazwa i adres Wykonawcy: ................................................................................................</w:t>
      </w:r>
    </w:p>
    <w:p w14:paraId="40641BFB" w14:textId="77777777" w:rsidR="00424EA1" w:rsidRPr="00E01FBE" w:rsidRDefault="00424EA1" w:rsidP="00424EA1">
      <w:pPr>
        <w:rPr>
          <w:rFonts w:cs="Arial"/>
        </w:rPr>
      </w:pPr>
      <w:r w:rsidRPr="00E01FBE">
        <w:rPr>
          <w:rFonts w:cs="Arial"/>
        </w:rPr>
        <w:t>NIP: ........................................    REGON: ........................................</w:t>
      </w:r>
    </w:p>
    <w:p w14:paraId="5B9248DE" w14:textId="77777777" w:rsidR="00424EA1" w:rsidRPr="00E01FBE" w:rsidRDefault="00424EA1" w:rsidP="00424EA1">
      <w:pPr>
        <w:rPr>
          <w:rFonts w:cs="Arial"/>
        </w:rPr>
      </w:pPr>
      <w:r w:rsidRPr="00E01FBE">
        <w:rPr>
          <w:rFonts w:cs="Arial"/>
        </w:rPr>
        <w:t>Telefon: ........................................    E-mail: ........................................</w:t>
      </w:r>
    </w:p>
    <w:p w14:paraId="769F86A1" w14:textId="07105DF1" w:rsidR="00E059BB" w:rsidRPr="00E01FBE" w:rsidRDefault="00000000" w:rsidP="00E01FBE">
      <w:pPr>
        <w:pStyle w:val="Akapitzlist"/>
        <w:numPr>
          <w:ilvl w:val="0"/>
          <w:numId w:val="12"/>
        </w:numPr>
        <w:rPr>
          <w:rFonts w:cs="Arial"/>
        </w:rPr>
      </w:pPr>
      <w:r w:rsidRPr="00E01FBE">
        <w:rPr>
          <w:rFonts w:cs="Arial"/>
        </w:rPr>
        <w:t>Działając w imieniu własnym / reprezentowanego Wykonawcy, w odpowiedzi na Zapytanie Ofertowe, składamy ofertę zgodnie z Opisem Przedmiotu Zamówienia,</w:t>
      </w:r>
      <w:r w:rsidR="00E01FBE" w:rsidRPr="00E01FBE">
        <w:rPr>
          <w:rFonts w:cs="Arial"/>
        </w:rPr>
        <w:t xml:space="preserve"> </w:t>
      </w:r>
      <w:r w:rsidRPr="00E01FBE">
        <w:rPr>
          <w:rFonts w:cs="Arial"/>
        </w:rPr>
        <w:t>Zapytaniem Ofertowym oraz projektem umowy.</w:t>
      </w:r>
    </w:p>
    <w:p w14:paraId="52DA4350" w14:textId="19F0A472" w:rsidR="00E059BB" w:rsidRPr="00E01FBE" w:rsidRDefault="00000000" w:rsidP="00E01FBE">
      <w:pPr>
        <w:pStyle w:val="Akapitzlist"/>
        <w:numPr>
          <w:ilvl w:val="0"/>
          <w:numId w:val="12"/>
        </w:numPr>
        <w:rPr>
          <w:rFonts w:cs="Arial"/>
        </w:rPr>
      </w:pPr>
      <w:r w:rsidRPr="00E01FBE">
        <w:rPr>
          <w:rFonts w:cs="Arial"/>
        </w:rPr>
        <w:t>Oferujemy wykonanie całego przedmiotu zamówienia za następującą cenę:</w:t>
      </w:r>
      <w:r w:rsidR="00E059BB" w:rsidRPr="00E01FBE">
        <w:rPr>
          <w:rFonts w:cs="Arial"/>
        </w:rPr>
        <w:t xml:space="preserve"> </w:t>
      </w:r>
    </w:p>
    <w:tbl>
      <w:tblPr>
        <w:tblW w:w="14186" w:type="dxa"/>
        <w:tblInd w:w="-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852"/>
        <w:gridCol w:w="959"/>
        <w:gridCol w:w="1876"/>
        <w:gridCol w:w="708"/>
        <w:gridCol w:w="851"/>
        <w:gridCol w:w="1110"/>
        <w:gridCol w:w="874"/>
        <w:gridCol w:w="993"/>
        <w:gridCol w:w="850"/>
        <w:gridCol w:w="1276"/>
        <w:gridCol w:w="3221"/>
        <w:gridCol w:w="191"/>
      </w:tblGrid>
      <w:tr w:rsidR="00E059BB" w:rsidRPr="00E01FBE" w14:paraId="517751FA" w14:textId="77777777" w:rsidTr="009D79D0">
        <w:trPr>
          <w:trHeight w:val="364"/>
        </w:trPr>
        <w:tc>
          <w:tcPr>
            <w:tcW w:w="139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A55273C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  <w:t>Trzebieże późne i cięcia sanitarno – selekcyjne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FCEF419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</w:tr>
      <w:tr w:rsidR="00E059BB" w:rsidRPr="00E01FBE" w14:paraId="3E6D70E5" w14:textId="77777777" w:rsidTr="009D79D0">
        <w:trPr>
          <w:trHeight w:val="10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990B710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FCBD972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A61D52F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63C6623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626FC25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0A3F075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C4C8A40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F60999B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7F1BFED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05CC12A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16B2879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6FC76FC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</w:tr>
      <w:tr w:rsidR="00E059BB" w:rsidRPr="00E01FBE" w14:paraId="7054B78C" w14:textId="77777777" w:rsidTr="009D79D0">
        <w:trPr>
          <w:gridAfter w:val="2"/>
          <w:wAfter w:w="3412" w:type="dxa"/>
          <w:trHeight w:val="1110"/>
        </w:trPr>
        <w:tc>
          <w:tcPr>
            <w:tcW w:w="42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7F7F7"/>
            <w:noWrap/>
            <w:vAlign w:val="center"/>
            <w:hideMark/>
          </w:tcPr>
          <w:p w14:paraId="0790E8BF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Lp.</w:t>
            </w:r>
          </w:p>
        </w:tc>
        <w:tc>
          <w:tcPr>
            <w:tcW w:w="852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5D3D9BE9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Nr poz.</w:t>
            </w: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br/>
              <w:t>w STWPL</w:t>
            </w:r>
          </w:p>
        </w:tc>
        <w:tc>
          <w:tcPr>
            <w:tcW w:w="959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1F932026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Kod czynności do rozliczenia</w:t>
            </w:r>
          </w:p>
        </w:tc>
        <w:tc>
          <w:tcPr>
            <w:tcW w:w="1876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6A4517DC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Czynność - opis prac</w:t>
            </w:r>
          </w:p>
        </w:tc>
        <w:tc>
          <w:tcPr>
            <w:tcW w:w="708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77B14CC1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Jedn. miary</w:t>
            </w:r>
          </w:p>
        </w:tc>
        <w:tc>
          <w:tcPr>
            <w:tcW w:w="851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67DA6F4A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Ilość</w:t>
            </w:r>
          </w:p>
        </w:tc>
        <w:tc>
          <w:tcPr>
            <w:tcW w:w="1110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41EC485E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Cena jednostkowa netto w PLN</w:t>
            </w:r>
          </w:p>
        </w:tc>
        <w:tc>
          <w:tcPr>
            <w:tcW w:w="874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20A119DD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 xml:space="preserve">Wartość </w:t>
            </w: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br/>
              <w:t>całkowita netto</w:t>
            </w: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br/>
              <w:t>w PLN</w:t>
            </w:r>
          </w:p>
        </w:tc>
        <w:tc>
          <w:tcPr>
            <w:tcW w:w="993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5F69F359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Stawka VAT</w:t>
            </w:r>
          </w:p>
        </w:tc>
        <w:tc>
          <w:tcPr>
            <w:tcW w:w="850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7EA982C8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Wartość VAT w PLN</w:t>
            </w:r>
          </w:p>
        </w:tc>
        <w:tc>
          <w:tcPr>
            <w:tcW w:w="1276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480B309C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 xml:space="preserve">Wartość całkowita brutto </w:t>
            </w: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br/>
              <w:t>w PLN</w:t>
            </w:r>
          </w:p>
        </w:tc>
      </w:tr>
      <w:tr w:rsidR="00E059BB" w:rsidRPr="00E01FBE" w14:paraId="093760C5" w14:textId="77777777" w:rsidTr="009D79D0">
        <w:trPr>
          <w:gridAfter w:val="2"/>
          <w:wAfter w:w="3412" w:type="dxa"/>
          <w:trHeight w:val="390"/>
        </w:trPr>
        <w:tc>
          <w:tcPr>
            <w:tcW w:w="425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7D125EC1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44CA1DB4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18E26B85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CWD-D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vAlign w:val="center"/>
            <w:hideMark/>
          </w:tcPr>
          <w:p w14:paraId="41437AB9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6"/>
                <w:szCs w:val="16"/>
                <w:lang w:val="pl-PL" w:eastAsia="pl-PL"/>
              </w:rPr>
              <w:t>Całkowity wyrób drewna technologią dowolną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54C7E7E4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M3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14180A1F" w14:textId="77777777" w:rsidR="00E059BB" w:rsidRPr="00E01FBE" w:rsidRDefault="00E059BB" w:rsidP="00E059BB">
            <w:pPr>
              <w:spacing w:after="0" w:line="240" w:lineRule="auto"/>
              <w:jc w:val="right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3 395,00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7948F723" w14:textId="77777777" w:rsidR="00E059BB" w:rsidRPr="00E01FBE" w:rsidRDefault="00E059BB" w:rsidP="00E059BB">
            <w:pPr>
              <w:spacing w:after="0" w:line="240" w:lineRule="auto"/>
              <w:jc w:val="right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7F3DFC89" w14:textId="7E863CF6" w:rsidR="00E059BB" w:rsidRPr="00E01FBE" w:rsidRDefault="00E059BB" w:rsidP="00E059BB">
            <w:pPr>
              <w:spacing w:after="0" w:line="240" w:lineRule="auto"/>
              <w:jc w:val="right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080E19AC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1FFB7F61" w14:textId="2AE4FA7F" w:rsidR="00E059BB" w:rsidRPr="00E01FBE" w:rsidRDefault="00E059BB" w:rsidP="00E059BB">
            <w:pPr>
              <w:spacing w:after="0" w:line="240" w:lineRule="auto"/>
              <w:jc w:val="right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0E525FF1" w14:textId="77777777" w:rsidR="00E059BB" w:rsidRPr="00E01FBE" w:rsidRDefault="00E059BB" w:rsidP="00E059BB">
            <w:pPr>
              <w:spacing w:after="0" w:line="240" w:lineRule="auto"/>
              <w:jc w:val="right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</w:tr>
      <w:tr w:rsidR="00E059BB" w:rsidRPr="00E01FBE" w14:paraId="38C2CB01" w14:textId="77777777" w:rsidTr="009D79D0">
        <w:trPr>
          <w:trHeight w:val="64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C880C3B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A4A02C8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4599A36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C7DBE4A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EFA1151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A775B1E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FEF7021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FAD80DA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E34DD07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D100101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A034454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A611080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</w:tr>
      <w:tr w:rsidR="00E059BB" w:rsidRPr="00E01FBE" w14:paraId="43A4A935" w14:textId="77777777" w:rsidTr="009D79D0">
        <w:trPr>
          <w:trHeight w:val="364"/>
        </w:trPr>
        <w:tc>
          <w:tcPr>
            <w:tcW w:w="139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3F2AA4D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  <w:t>Trzebieże wczesne, cięcia przygodne w trzebieżach wczesnych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F7C03A5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</w:tr>
      <w:tr w:rsidR="00E059BB" w:rsidRPr="00E01FBE" w14:paraId="77BAE4D6" w14:textId="77777777" w:rsidTr="009D79D0">
        <w:trPr>
          <w:trHeight w:val="10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EFC2F0C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BA59C33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B663D40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C48893C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5C57320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2DE7289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ADCB86C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09C1275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E7CB27F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0D8A17C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1B7CDEA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36368DD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</w:tr>
      <w:tr w:rsidR="00E059BB" w:rsidRPr="00E01FBE" w14:paraId="7CE4D71D" w14:textId="77777777" w:rsidTr="009D79D0">
        <w:trPr>
          <w:gridAfter w:val="2"/>
          <w:wAfter w:w="3412" w:type="dxa"/>
          <w:trHeight w:val="1125"/>
        </w:trPr>
        <w:tc>
          <w:tcPr>
            <w:tcW w:w="42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7F7F7"/>
            <w:noWrap/>
            <w:vAlign w:val="center"/>
            <w:hideMark/>
          </w:tcPr>
          <w:p w14:paraId="57E9DDED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Lp.</w:t>
            </w:r>
          </w:p>
        </w:tc>
        <w:tc>
          <w:tcPr>
            <w:tcW w:w="852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41F3B46D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Nr poz.</w:t>
            </w: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br/>
              <w:t>w STWPL</w:t>
            </w:r>
          </w:p>
        </w:tc>
        <w:tc>
          <w:tcPr>
            <w:tcW w:w="959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3D5D7F95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Kod czynności do rozliczenia</w:t>
            </w:r>
          </w:p>
        </w:tc>
        <w:tc>
          <w:tcPr>
            <w:tcW w:w="1876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46F443A1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Czynność - opis prac</w:t>
            </w:r>
          </w:p>
        </w:tc>
        <w:tc>
          <w:tcPr>
            <w:tcW w:w="708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23D362CA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Jedn. miary</w:t>
            </w:r>
          </w:p>
        </w:tc>
        <w:tc>
          <w:tcPr>
            <w:tcW w:w="851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7F81970D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Ilość</w:t>
            </w:r>
          </w:p>
        </w:tc>
        <w:tc>
          <w:tcPr>
            <w:tcW w:w="1110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298CCC5A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Cena jednostkowa netto w PLN</w:t>
            </w:r>
          </w:p>
        </w:tc>
        <w:tc>
          <w:tcPr>
            <w:tcW w:w="874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198871A3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 xml:space="preserve">Wartość </w:t>
            </w: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br/>
              <w:t>całkowita netto</w:t>
            </w: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br/>
              <w:t>w PLN</w:t>
            </w:r>
          </w:p>
        </w:tc>
        <w:tc>
          <w:tcPr>
            <w:tcW w:w="993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227C44FF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Stawka VAT</w:t>
            </w:r>
          </w:p>
        </w:tc>
        <w:tc>
          <w:tcPr>
            <w:tcW w:w="850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146FA8C1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>Wartość VAT w PLN</w:t>
            </w:r>
          </w:p>
        </w:tc>
        <w:tc>
          <w:tcPr>
            <w:tcW w:w="1276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7F7F7"/>
            <w:vAlign w:val="center"/>
            <w:hideMark/>
          </w:tcPr>
          <w:p w14:paraId="1AA9BDD8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t xml:space="preserve">Wartość całkowita brutto </w:t>
            </w:r>
            <w:r w:rsidRPr="00E01FBE">
              <w:rPr>
                <w:rFonts w:eastAsia="Times New Roman" w:cs="Arial"/>
                <w:b/>
                <w:bCs/>
                <w:color w:val="333333"/>
                <w:sz w:val="16"/>
                <w:szCs w:val="16"/>
                <w:lang w:val="pl-PL" w:eastAsia="pl-PL"/>
              </w:rPr>
              <w:br/>
              <w:t>w PLN</w:t>
            </w:r>
          </w:p>
        </w:tc>
      </w:tr>
      <w:tr w:rsidR="00E059BB" w:rsidRPr="00E01FBE" w14:paraId="41589198" w14:textId="77777777" w:rsidTr="009D79D0">
        <w:trPr>
          <w:gridAfter w:val="2"/>
          <w:wAfter w:w="3412" w:type="dxa"/>
          <w:trHeight w:val="645"/>
        </w:trPr>
        <w:tc>
          <w:tcPr>
            <w:tcW w:w="425" w:type="dxa"/>
            <w:tcBorders>
              <w:top w:val="nil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721D76F5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6F6985EB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3E437E62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CWD-D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vAlign w:val="center"/>
            <w:hideMark/>
          </w:tcPr>
          <w:p w14:paraId="3E5452BD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6"/>
                <w:szCs w:val="16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6"/>
                <w:szCs w:val="16"/>
                <w:lang w:val="pl-PL" w:eastAsia="pl-PL"/>
              </w:rPr>
              <w:t>Całkowity wyrób drewna technologią dowolną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43F6EE08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M3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73168CC8" w14:textId="77777777" w:rsidR="00E059BB" w:rsidRPr="00E01FBE" w:rsidRDefault="00E059BB" w:rsidP="00E059BB">
            <w:pPr>
              <w:spacing w:after="0" w:line="240" w:lineRule="auto"/>
              <w:jc w:val="right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927,00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4323D9BB" w14:textId="77777777" w:rsidR="00E059BB" w:rsidRPr="00E01FBE" w:rsidRDefault="00E059BB" w:rsidP="00E059BB">
            <w:pPr>
              <w:spacing w:after="0" w:line="240" w:lineRule="auto"/>
              <w:jc w:val="right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5164A530" w14:textId="77777777" w:rsidR="00E059BB" w:rsidRPr="00E01FBE" w:rsidRDefault="00E059BB" w:rsidP="00E059BB">
            <w:pPr>
              <w:spacing w:after="0" w:line="240" w:lineRule="auto"/>
              <w:jc w:val="right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1D21FC81" w14:textId="77777777" w:rsidR="00E059BB" w:rsidRPr="00E01FBE" w:rsidRDefault="00E059BB" w:rsidP="00E059BB">
            <w:pPr>
              <w:spacing w:after="0" w:line="240" w:lineRule="auto"/>
              <w:jc w:val="center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3BE0A114" w14:textId="77777777" w:rsidR="00E059BB" w:rsidRPr="00E01FBE" w:rsidRDefault="00E059BB" w:rsidP="00E059BB">
            <w:pPr>
              <w:spacing w:after="0" w:line="240" w:lineRule="auto"/>
              <w:jc w:val="right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3390494B" w14:textId="77777777" w:rsidR="00E059BB" w:rsidRPr="00E01FBE" w:rsidRDefault="00E059BB" w:rsidP="00E059BB">
            <w:pPr>
              <w:spacing w:after="0" w:line="240" w:lineRule="auto"/>
              <w:jc w:val="right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</w:tr>
    </w:tbl>
    <w:p w14:paraId="1F2E158D" w14:textId="703E13E1" w:rsidR="00E059BB" w:rsidRPr="00E01FBE" w:rsidRDefault="00E059BB" w:rsidP="00E059BB">
      <w:pPr>
        <w:rPr>
          <w:rFonts w:cs="Arial"/>
        </w:rPr>
      </w:pPr>
    </w:p>
    <w:tbl>
      <w:tblPr>
        <w:tblW w:w="10774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7938"/>
      </w:tblGrid>
      <w:tr w:rsidR="00E059BB" w:rsidRPr="00E01FBE" w14:paraId="600C9D56" w14:textId="77777777" w:rsidTr="00E01FBE">
        <w:trPr>
          <w:trHeight w:val="428"/>
        </w:trPr>
        <w:tc>
          <w:tcPr>
            <w:tcW w:w="283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7F7F7"/>
            <w:noWrap/>
            <w:vAlign w:val="center"/>
            <w:hideMark/>
          </w:tcPr>
          <w:p w14:paraId="45FD8E6D" w14:textId="77777777" w:rsidR="00E059BB" w:rsidRPr="00E01FBE" w:rsidRDefault="00E059BB" w:rsidP="00E01FB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  <w:lastRenderedPageBreak/>
              <w:t>Cena łączna netto w PLN</w:t>
            </w:r>
          </w:p>
        </w:tc>
        <w:tc>
          <w:tcPr>
            <w:tcW w:w="7938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center"/>
            <w:hideMark/>
          </w:tcPr>
          <w:p w14:paraId="2B4DBB06" w14:textId="77777777" w:rsidR="00E059BB" w:rsidRPr="00E01FBE" w:rsidRDefault="00E059BB" w:rsidP="00E059B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  <w:t> </w:t>
            </w:r>
          </w:p>
        </w:tc>
      </w:tr>
      <w:tr w:rsidR="00E059BB" w:rsidRPr="00E01FBE" w14:paraId="11ED9ED9" w14:textId="77777777" w:rsidTr="00E01FBE">
        <w:trPr>
          <w:trHeight w:val="428"/>
        </w:trPr>
        <w:tc>
          <w:tcPr>
            <w:tcW w:w="283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FFFFFF" w:fill="F7F7F7"/>
            <w:noWrap/>
            <w:vAlign w:val="center"/>
            <w:hideMark/>
          </w:tcPr>
          <w:p w14:paraId="5EFCC302" w14:textId="64BA055E" w:rsidR="00E059BB" w:rsidRPr="00E01FBE" w:rsidRDefault="00E01FBE" w:rsidP="00E01FB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</w:pPr>
            <w:r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  <w:t>C</w:t>
            </w:r>
            <w:r w:rsidR="00E059BB" w:rsidRPr="00E01FBE"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  <w:t>ena łączna brutto w PLN</w:t>
            </w:r>
          </w:p>
        </w:tc>
        <w:tc>
          <w:tcPr>
            <w:tcW w:w="7938" w:type="dxa"/>
            <w:tcBorders>
              <w:top w:val="single" w:sz="4" w:space="0" w:color="DDDDDD"/>
              <w:left w:val="nil"/>
              <w:bottom w:val="single" w:sz="4" w:space="0" w:color="DDDDDD"/>
              <w:right w:val="single" w:sz="4" w:space="0" w:color="DDDDDD"/>
            </w:tcBorders>
            <w:shd w:val="clear" w:color="FFFFFF" w:fill="FFFFFF"/>
            <w:noWrap/>
            <w:vAlign w:val="bottom"/>
            <w:hideMark/>
          </w:tcPr>
          <w:p w14:paraId="21D20A9B" w14:textId="77777777" w:rsidR="00E059BB" w:rsidRPr="00E01FBE" w:rsidRDefault="00E059BB" w:rsidP="00E059BB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</w:tr>
    </w:tbl>
    <w:p w14:paraId="376914C4" w14:textId="77777777" w:rsidR="00E059BB" w:rsidRPr="00E01FBE" w:rsidRDefault="00E059BB" w:rsidP="00E01FBE">
      <w:pPr>
        <w:jc w:val="both"/>
        <w:rPr>
          <w:rFonts w:cs="Arial"/>
        </w:rPr>
      </w:pPr>
    </w:p>
    <w:p w14:paraId="2C14A140" w14:textId="77777777" w:rsidR="003A07AE" w:rsidRDefault="003A07AE">
      <w:pPr>
        <w:rPr>
          <w:rFonts w:cs="Arial"/>
        </w:rPr>
      </w:pPr>
    </w:p>
    <w:p w14:paraId="67E59517" w14:textId="77777777" w:rsidR="003A07AE" w:rsidRPr="00E01FBE" w:rsidRDefault="003A07AE" w:rsidP="003A07AE">
      <w:pPr>
        <w:pStyle w:val="Akapitzlist"/>
        <w:numPr>
          <w:ilvl w:val="0"/>
          <w:numId w:val="12"/>
        </w:numPr>
        <w:rPr>
          <w:rFonts w:cs="Arial"/>
        </w:rPr>
      </w:pPr>
      <w:r w:rsidRPr="00E01FBE">
        <w:rPr>
          <w:rFonts w:cs="Arial"/>
        </w:rPr>
        <w:t>Oświadczamy, że cena oferty:</w:t>
      </w:r>
    </w:p>
    <w:p w14:paraId="6D959042" w14:textId="77777777" w:rsidR="003A07AE" w:rsidRPr="00E01FBE" w:rsidRDefault="003A07AE" w:rsidP="003A07AE">
      <w:pPr>
        <w:pStyle w:val="Akapitzlist"/>
        <w:numPr>
          <w:ilvl w:val="0"/>
          <w:numId w:val="10"/>
        </w:numPr>
        <w:jc w:val="both"/>
        <w:rPr>
          <w:rFonts w:cs="Arial"/>
        </w:rPr>
      </w:pPr>
      <w:r w:rsidRPr="00E01FBE">
        <w:rPr>
          <w:rFonts w:cs="Arial"/>
        </w:rPr>
        <w:t>obejmuje pełny zakres świadczeń objętych przedmiotem zamówienia;</w:t>
      </w:r>
    </w:p>
    <w:p w14:paraId="1DCC2C50" w14:textId="77777777" w:rsidR="003A07AE" w:rsidRPr="00E01FBE" w:rsidRDefault="003A07AE" w:rsidP="003A07AE">
      <w:pPr>
        <w:pStyle w:val="Akapitzlist"/>
        <w:numPr>
          <w:ilvl w:val="0"/>
          <w:numId w:val="10"/>
        </w:numPr>
        <w:jc w:val="both"/>
        <w:rPr>
          <w:rFonts w:cs="Arial"/>
        </w:rPr>
      </w:pPr>
      <w:r w:rsidRPr="00E01FBE">
        <w:rPr>
          <w:rFonts w:cs="Arial"/>
        </w:rPr>
        <w:t>uwzględnia wszystkie koszty niezbędne do prawidłowej realizacji zamówienia;</w:t>
      </w:r>
    </w:p>
    <w:p w14:paraId="3CCCC81D" w14:textId="77777777" w:rsidR="003A07AE" w:rsidRPr="00E01FBE" w:rsidRDefault="003A07AE" w:rsidP="003A07AE">
      <w:pPr>
        <w:pStyle w:val="Akapitzlist"/>
        <w:numPr>
          <w:ilvl w:val="0"/>
          <w:numId w:val="10"/>
        </w:numPr>
        <w:jc w:val="both"/>
        <w:rPr>
          <w:rFonts w:cs="Arial"/>
        </w:rPr>
      </w:pPr>
      <w:r w:rsidRPr="00E01FBE">
        <w:rPr>
          <w:rFonts w:cs="Arial"/>
        </w:rPr>
        <w:t>została skalkulowana na podstawie dokumentacji udostępnionej przez Zamawiającego;</w:t>
      </w:r>
    </w:p>
    <w:p w14:paraId="1725CC37" w14:textId="77777777" w:rsidR="003A07AE" w:rsidRPr="00E01FBE" w:rsidRDefault="003A07AE" w:rsidP="003A07AE">
      <w:pPr>
        <w:pStyle w:val="Akapitzlist"/>
        <w:numPr>
          <w:ilvl w:val="0"/>
          <w:numId w:val="10"/>
        </w:numPr>
        <w:jc w:val="both"/>
        <w:rPr>
          <w:rFonts w:cs="Arial"/>
        </w:rPr>
      </w:pPr>
      <w:r w:rsidRPr="00E01FBE">
        <w:rPr>
          <w:rFonts w:cs="Arial"/>
        </w:rPr>
        <w:t>obejmuje wszelkie koszty, ryzyka i obowiązki Wykonawcy wynikające z Zapytania fertowego, Opisu Przedmiotu Zamówienia oraz projektu umowy.</w:t>
      </w:r>
    </w:p>
    <w:p w14:paraId="20181EFE" w14:textId="77777777" w:rsidR="003A07AE" w:rsidRPr="00E01FBE" w:rsidRDefault="003A07AE" w:rsidP="003A07AE">
      <w:pPr>
        <w:pStyle w:val="Akapitzlist"/>
        <w:numPr>
          <w:ilvl w:val="0"/>
          <w:numId w:val="12"/>
        </w:numPr>
        <w:rPr>
          <w:rFonts w:cs="Arial"/>
        </w:rPr>
      </w:pPr>
      <w:r w:rsidRPr="00E01FBE">
        <w:rPr>
          <w:rFonts w:cs="Arial"/>
        </w:rPr>
        <w:t>Oświadczamy, że:</w:t>
      </w:r>
    </w:p>
    <w:p w14:paraId="5869B4EA" w14:textId="77777777" w:rsidR="003A07AE" w:rsidRPr="00E01FBE" w:rsidRDefault="003A07AE" w:rsidP="003A07AE">
      <w:pPr>
        <w:pStyle w:val="Akapitzlist"/>
        <w:numPr>
          <w:ilvl w:val="0"/>
          <w:numId w:val="13"/>
        </w:numPr>
        <w:jc w:val="both"/>
        <w:rPr>
          <w:rFonts w:cs="Arial"/>
        </w:rPr>
      </w:pPr>
      <w:r w:rsidRPr="00E01FBE">
        <w:rPr>
          <w:rFonts w:cs="Arial"/>
        </w:rPr>
        <w:t>zapoznaliśmy się z treścią Zapytania Ofertowego wraz ze wszystkimi załącznikami i nie wnosimy do nich zastrzeżeń;</w:t>
      </w:r>
    </w:p>
    <w:p w14:paraId="6A4E4926" w14:textId="77777777" w:rsidR="003A07AE" w:rsidRPr="00E01FBE" w:rsidRDefault="003A07AE" w:rsidP="003A07AE">
      <w:pPr>
        <w:pStyle w:val="Akapitzlist"/>
        <w:numPr>
          <w:ilvl w:val="0"/>
          <w:numId w:val="13"/>
        </w:numPr>
        <w:jc w:val="both"/>
        <w:rPr>
          <w:rFonts w:cs="Arial"/>
        </w:rPr>
      </w:pPr>
      <w:r w:rsidRPr="00E01FBE">
        <w:rPr>
          <w:rFonts w:cs="Arial"/>
        </w:rPr>
        <w:t>zapoznaliśmy się z Opisem Przedmiotu Zamówienia i przyjmujemy warunki realizacji zamówienia;</w:t>
      </w:r>
    </w:p>
    <w:p w14:paraId="58593655" w14:textId="77777777" w:rsidR="003A07AE" w:rsidRPr="00E01FBE" w:rsidRDefault="003A07AE" w:rsidP="003A07AE">
      <w:pPr>
        <w:pStyle w:val="Akapitzlist"/>
        <w:numPr>
          <w:ilvl w:val="0"/>
          <w:numId w:val="13"/>
        </w:numPr>
        <w:jc w:val="both"/>
        <w:rPr>
          <w:rFonts w:cs="Arial"/>
        </w:rPr>
      </w:pPr>
      <w:r w:rsidRPr="00E01FBE">
        <w:rPr>
          <w:rFonts w:cs="Arial"/>
        </w:rPr>
        <w:t>spełniamy warunki udziału w postępowaniu określone w Zapytaniu Ofertowym;</w:t>
      </w:r>
    </w:p>
    <w:p w14:paraId="71863A8F" w14:textId="77777777" w:rsidR="003A07AE" w:rsidRPr="00E01FBE" w:rsidRDefault="003A07AE" w:rsidP="003A07AE">
      <w:pPr>
        <w:pStyle w:val="Akapitzlist"/>
        <w:numPr>
          <w:ilvl w:val="0"/>
          <w:numId w:val="13"/>
        </w:numPr>
        <w:jc w:val="both"/>
        <w:rPr>
          <w:rFonts w:cs="Arial"/>
        </w:rPr>
      </w:pPr>
      <w:r w:rsidRPr="00E01FBE">
        <w:rPr>
          <w:rFonts w:cs="Arial"/>
        </w:rPr>
        <w:t>nie podlegamy wykluczeniu z postępowania na zasadach określonych w Zapytaniu Ofertowym;</w:t>
      </w:r>
    </w:p>
    <w:p w14:paraId="45817E6E" w14:textId="77777777" w:rsidR="003A07AE" w:rsidRPr="00E01FBE" w:rsidRDefault="003A07AE" w:rsidP="003A07AE">
      <w:pPr>
        <w:pStyle w:val="Akapitzlist"/>
        <w:numPr>
          <w:ilvl w:val="0"/>
          <w:numId w:val="13"/>
        </w:numPr>
        <w:jc w:val="both"/>
        <w:rPr>
          <w:rFonts w:cs="Arial"/>
        </w:rPr>
      </w:pPr>
      <w:r w:rsidRPr="00E01FBE">
        <w:rPr>
          <w:rFonts w:cs="Arial"/>
        </w:rPr>
        <w:t>zobowiązujemy się do realizacji zamówienia na warunkach określonych w Zapytaniu Ofertowym, naszej ofercie oraz zawartej umowie;</w:t>
      </w:r>
    </w:p>
    <w:p w14:paraId="13DC0CD1" w14:textId="77777777" w:rsidR="003A07AE" w:rsidRPr="00E01FBE" w:rsidRDefault="003A07AE" w:rsidP="003A07AE">
      <w:pPr>
        <w:pStyle w:val="Akapitzlist"/>
        <w:numPr>
          <w:ilvl w:val="0"/>
          <w:numId w:val="13"/>
        </w:numPr>
        <w:jc w:val="both"/>
        <w:rPr>
          <w:rFonts w:cs="Arial"/>
        </w:rPr>
      </w:pPr>
      <w:r w:rsidRPr="00E01FBE">
        <w:rPr>
          <w:rFonts w:cs="Arial"/>
        </w:rPr>
        <w:t>akceptujemy projekt umowy stanowiący Załącznik nr 3 do Zapytania Ofertowego;</w:t>
      </w:r>
    </w:p>
    <w:p w14:paraId="7BE47302" w14:textId="77777777" w:rsidR="003A07AE" w:rsidRPr="00E01FBE" w:rsidRDefault="003A07AE" w:rsidP="003A07AE">
      <w:pPr>
        <w:pStyle w:val="Akapitzlist"/>
        <w:numPr>
          <w:ilvl w:val="0"/>
          <w:numId w:val="13"/>
        </w:numPr>
        <w:jc w:val="both"/>
        <w:rPr>
          <w:rFonts w:cs="Arial"/>
        </w:rPr>
      </w:pPr>
      <w:r w:rsidRPr="00E01FBE">
        <w:rPr>
          <w:rFonts w:cs="Arial"/>
        </w:rPr>
        <w:t>uważamy się za związanych niniejszą ofertą przez okres wskazany w Zapytaniu Ofertowym.</w:t>
      </w:r>
    </w:p>
    <w:p w14:paraId="061CFFB4" w14:textId="77777777" w:rsidR="003A07AE" w:rsidRPr="00E01FBE" w:rsidRDefault="003A07AE" w:rsidP="003A07AE">
      <w:pPr>
        <w:pStyle w:val="Akapitzlist"/>
        <w:numPr>
          <w:ilvl w:val="0"/>
          <w:numId w:val="12"/>
        </w:numPr>
        <w:rPr>
          <w:rFonts w:cs="Arial"/>
        </w:rPr>
      </w:pPr>
      <w:r w:rsidRPr="00E01FBE">
        <w:rPr>
          <w:rFonts w:cs="Arial"/>
        </w:rPr>
        <w:t>Oświadczamy, że zamówienie będziemy realizować:</w:t>
      </w:r>
    </w:p>
    <w:p w14:paraId="218A4621" w14:textId="77777777" w:rsidR="003A07AE" w:rsidRPr="00E01FBE" w:rsidRDefault="003A07AE" w:rsidP="003A07AE">
      <w:pPr>
        <w:ind w:firstLine="720"/>
        <w:jc w:val="both"/>
        <w:rPr>
          <w:rFonts w:cs="Arial"/>
        </w:rPr>
      </w:pPr>
      <w:r w:rsidRPr="00E01FBE">
        <w:rPr>
          <w:rFonts w:ascii="Segoe UI Symbol" w:hAnsi="Segoe UI Symbol" w:cs="Segoe UI Symbol"/>
        </w:rPr>
        <w:t>☐</w:t>
      </w:r>
      <w:r w:rsidRPr="00E01FBE">
        <w:rPr>
          <w:rFonts w:cs="Arial"/>
        </w:rPr>
        <w:t xml:space="preserve"> samodzielnie</w:t>
      </w:r>
    </w:p>
    <w:p w14:paraId="50B11A22" w14:textId="77777777" w:rsidR="003A07AE" w:rsidRPr="00E01FBE" w:rsidRDefault="003A07AE" w:rsidP="003A07AE">
      <w:pPr>
        <w:ind w:firstLine="720"/>
        <w:jc w:val="both"/>
        <w:rPr>
          <w:rFonts w:cs="Arial"/>
        </w:rPr>
      </w:pPr>
      <w:r w:rsidRPr="00E01FBE">
        <w:rPr>
          <w:rFonts w:ascii="Segoe UI Symbol" w:hAnsi="Segoe UI Symbol" w:cs="Segoe UI Symbol"/>
        </w:rPr>
        <w:t>☐</w:t>
      </w:r>
      <w:r w:rsidRPr="00E01FBE">
        <w:rPr>
          <w:rFonts w:cs="Arial"/>
        </w:rPr>
        <w:t xml:space="preserve"> wspólnie z innymi Wykonawcami*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0"/>
        <w:gridCol w:w="4473"/>
      </w:tblGrid>
      <w:tr w:rsidR="003A07AE" w:rsidRPr="00E01FBE" w14:paraId="057476F9" w14:textId="77777777" w:rsidTr="00B81B55">
        <w:trPr>
          <w:trHeight w:val="1245"/>
        </w:trPr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7F7F7"/>
            <w:vAlign w:val="center"/>
            <w:hideMark/>
          </w:tcPr>
          <w:p w14:paraId="35446265" w14:textId="77777777" w:rsidR="003A07AE" w:rsidRPr="00E01FBE" w:rsidRDefault="003A07AE" w:rsidP="00B81B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  <w:t xml:space="preserve">Wykonawca wspólnie ubiegający się o udzielenie zamówienia </w:t>
            </w:r>
            <w:r w:rsidRPr="00E01FBE"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  <w:br/>
              <w:t>(nazwa/firma, adres)</w:t>
            </w:r>
          </w:p>
        </w:tc>
        <w:tc>
          <w:tcPr>
            <w:tcW w:w="44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7F7F7"/>
            <w:vAlign w:val="center"/>
            <w:hideMark/>
          </w:tcPr>
          <w:p w14:paraId="1B7F8094" w14:textId="77777777" w:rsidR="003A07AE" w:rsidRPr="00E01FBE" w:rsidRDefault="003A07AE" w:rsidP="00B81B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  <w:t>Zakres rzeczowy zamówienia, który zostanie wykonany przez danego Wykonawcę wspólnie ubiegającego się o udzielenie zamówienia</w:t>
            </w:r>
          </w:p>
        </w:tc>
      </w:tr>
      <w:tr w:rsidR="003A07AE" w:rsidRPr="00E01FBE" w14:paraId="27F86C9D" w14:textId="77777777" w:rsidTr="00B81B55">
        <w:trPr>
          <w:trHeight w:val="578"/>
        </w:trPr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004F3B0" w14:textId="77777777" w:rsidR="003A07AE" w:rsidRPr="00E01FBE" w:rsidRDefault="003A07AE" w:rsidP="00B81B55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44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905A0D9" w14:textId="77777777" w:rsidR="003A07AE" w:rsidRPr="00E01FBE" w:rsidRDefault="003A07AE" w:rsidP="00B81B55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</w:tr>
      <w:tr w:rsidR="003A07AE" w:rsidRPr="00E01FBE" w14:paraId="1DEA9419" w14:textId="77777777" w:rsidTr="00B81B55">
        <w:trPr>
          <w:trHeight w:val="578"/>
        </w:trPr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06B9D54" w14:textId="77777777" w:rsidR="003A07AE" w:rsidRPr="00E01FBE" w:rsidRDefault="003A07AE" w:rsidP="00B81B55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44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B7F4E46" w14:textId="77777777" w:rsidR="003A07AE" w:rsidRPr="00E01FBE" w:rsidRDefault="003A07AE" w:rsidP="00B81B55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</w:tr>
      <w:tr w:rsidR="003A07AE" w:rsidRPr="00E01FBE" w14:paraId="62EB8B17" w14:textId="77777777" w:rsidTr="00B81B55">
        <w:trPr>
          <w:trHeight w:val="578"/>
        </w:trPr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B4038A8" w14:textId="77777777" w:rsidR="003A07AE" w:rsidRPr="00E01FBE" w:rsidRDefault="003A07AE" w:rsidP="00B81B55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44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9CA59FF" w14:textId="77777777" w:rsidR="003A07AE" w:rsidRPr="00E01FBE" w:rsidRDefault="003A07AE" w:rsidP="00B81B55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</w:tr>
      <w:tr w:rsidR="003A07AE" w:rsidRPr="00E01FBE" w14:paraId="6D8736A9" w14:textId="77777777" w:rsidTr="00B81B55">
        <w:trPr>
          <w:trHeight w:val="578"/>
        </w:trPr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143CA26" w14:textId="77777777" w:rsidR="003A07AE" w:rsidRPr="00E01FBE" w:rsidRDefault="003A07AE" w:rsidP="00B81B55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44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0AED0A6" w14:textId="77777777" w:rsidR="003A07AE" w:rsidRPr="00E01FBE" w:rsidRDefault="003A07AE" w:rsidP="00B81B55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</w:tr>
    </w:tbl>
    <w:p w14:paraId="7748EC3D" w14:textId="77777777" w:rsidR="003A07AE" w:rsidRPr="00E01FBE" w:rsidRDefault="003A07AE" w:rsidP="003A07AE">
      <w:pPr>
        <w:rPr>
          <w:rFonts w:cs="Arial"/>
        </w:rPr>
      </w:pPr>
    </w:p>
    <w:p w14:paraId="49F60FD5" w14:textId="0DB885DB" w:rsidR="003A07AE" w:rsidRPr="003A07AE" w:rsidRDefault="003A07AE" w:rsidP="003A07AE">
      <w:pPr>
        <w:pStyle w:val="Akapitzlist"/>
        <w:numPr>
          <w:ilvl w:val="0"/>
          <w:numId w:val="12"/>
        </w:numPr>
        <w:rPr>
          <w:rFonts w:cs="Arial"/>
        </w:rPr>
      </w:pPr>
      <w:r w:rsidRPr="003A07AE">
        <w:rPr>
          <w:rFonts w:cs="Arial"/>
        </w:rPr>
        <w:lastRenderedPageBreak/>
        <w:t>Następujące zakresy rzeczowe wchodzące w przedmiot zamówienia zamierzamy zlecić następującym podwykonawcom: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0"/>
        <w:gridCol w:w="4473"/>
      </w:tblGrid>
      <w:tr w:rsidR="003A07AE" w:rsidRPr="00E01FBE" w14:paraId="3A5B07CD" w14:textId="77777777" w:rsidTr="00B81B55">
        <w:trPr>
          <w:trHeight w:val="758"/>
        </w:trPr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7F7F7"/>
            <w:vAlign w:val="center"/>
            <w:hideMark/>
          </w:tcPr>
          <w:p w14:paraId="7FCA29E7" w14:textId="77777777" w:rsidR="003A07AE" w:rsidRPr="00E01FBE" w:rsidRDefault="003A07AE" w:rsidP="00B81B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  <w:t xml:space="preserve">Podwykonawca </w:t>
            </w:r>
            <w:r w:rsidRPr="00E01FBE"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  <w:br/>
              <w:t>(firma lub nazwa, adres)</w:t>
            </w:r>
          </w:p>
        </w:tc>
        <w:tc>
          <w:tcPr>
            <w:tcW w:w="44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7F7F7"/>
            <w:noWrap/>
            <w:vAlign w:val="center"/>
            <w:hideMark/>
          </w:tcPr>
          <w:p w14:paraId="09B686B8" w14:textId="77777777" w:rsidR="003A07AE" w:rsidRPr="00E01FBE" w:rsidRDefault="003A07AE" w:rsidP="00B81B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</w:pPr>
            <w:r w:rsidRPr="00E01FBE">
              <w:rPr>
                <w:rFonts w:eastAsia="Times New Roman" w:cs="Arial"/>
                <w:b/>
                <w:bCs/>
                <w:color w:val="333333"/>
                <w:szCs w:val="20"/>
                <w:lang w:val="pl-PL" w:eastAsia="pl-PL"/>
              </w:rPr>
              <w:t>Zakres rzeczowy</w:t>
            </w:r>
          </w:p>
        </w:tc>
      </w:tr>
      <w:tr w:rsidR="003A07AE" w:rsidRPr="00E01FBE" w14:paraId="19EB85EC" w14:textId="77777777" w:rsidTr="00B81B55">
        <w:trPr>
          <w:trHeight w:val="578"/>
        </w:trPr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1471DD6" w14:textId="77777777" w:rsidR="003A07AE" w:rsidRPr="00E01FBE" w:rsidRDefault="003A07AE" w:rsidP="00B81B55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44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05076D5" w14:textId="77777777" w:rsidR="003A07AE" w:rsidRPr="00E01FBE" w:rsidRDefault="003A07AE" w:rsidP="00B81B55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</w:tr>
      <w:tr w:rsidR="003A07AE" w:rsidRPr="00E01FBE" w14:paraId="0CE4AC91" w14:textId="77777777" w:rsidTr="00B81B55">
        <w:trPr>
          <w:trHeight w:val="578"/>
        </w:trPr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B7D7F94" w14:textId="77777777" w:rsidR="003A07AE" w:rsidRPr="00E01FBE" w:rsidRDefault="003A07AE" w:rsidP="00B81B55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44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8945099" w14:textId="77777777" w:rsidR="003A07AE" w:rsidRPr="00E01FBE" w:rsidRDefault="003A07AE" w:rsidP="00B81B55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</w:tr>
      <w:tr w:rsidR="003A07AE" w:rsidRPr="00E01FBE" w14:paraId="1E729CBB" w14:textId="77777777" w:rsidTr="00B81B55">
        <w:trPr>
          <w:trHeight w:val="578"/>
        </w:trPr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BBCE5E2" w14:textId="77777777" w:rsidR="003A07AE" w:rsidRPr="00E01FBE" w:rsidRDefault="003A07AE" w:rsidP="00B81B55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44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8CBD336" w14:textId="77777777" w:rsidR="003A07AE" w:rsidRPr="00E01FBE" w:rsidRDefault="003A07AE" w:rsidP="00B81B55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</w:tr>
      <w:tr w:rsidR="003A07AE" w:rsidRPr="00E01FBE" w14:paraId="55F27971" w14:textId="77777777" w:rsidTr="00B81B55">
        <w:trPr>
          <w:trHeight w:val="578"/>
        </w:trPr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DF36ACE" w14:textId="77777777" w:rsidR="003A07AE" w:rsidRPr="00E01FBE" w:rsidRDefault="003A07AE" w:rsidP="00B81B55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44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E553581" w14:textId="77777777" w:rsidR="003A07AE" w:rsidRPr="00E01FBE" w:rsidRDefault="003A07AE" w:rsidP="00B81B55">
            <w:pPr>
              <w:spacing w:after="0" w:line="240" w:lineRule="auto"/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</w:pPr>
            <w:r w:rsidRPr="00E01FBE">
              <w:rPr>
                <w:rFonts w:eastAsia="Times New Roman" w:cs="Arial"/>
                <w:color w:val="333333"/>
                <w:sz w:val="18"/>
                <w:szCs w:val="18"/>
                <w:lang w:val="pl-PL" w:eastAsia="pl-PL"/>
              </w:rPr>
              <w:t> </w:t>
            </w:r>
          </w:p>
        </w:tc>
      </w:tr>
    </w:tbl>
    <w:p w14:paraId="5229CD53" w14:textId="77777777" w:rsidR="003A07AE" w:rsidRPr="00E01FBE" w:rsidRDefault="003A07AE" w:rsidP="003A07AE">
      <w:pPr>
        <w:rPr>
          <w:rFonts w:cs="Arial"/>
        </w:rPr>
      </w:pPr>
    </w:p>
    <w:p w14:paraId="28B6CADC" w14:textId="77777777" w:rsidR="003A07AE" w:rsidRPr="00E01FBE" w:rsidRDefault="003A07AE" w:rsidP="003A07AE">
      <w:pPr>
        <w:rPr>
          <w:rFonts w:cs="Arial"/>
        </w:rPr>
      </w:pPr>
      <w:r w:rsidRPr="00E01FBE">
        <w:rPr>
          <w:rFonts w:cs="Arial"/>
        </w:rPr>
        <w:t>* zaznaczyć właściwe</w:t>
      </w:r>
    </w:p>
    <w:p w14:paraId="07912E5F" w14:textId="77777777" w:rsidR="003A07AE" w:rsidRPr="00E01FBE" w:rsidRDefault="003A07AE" w:rsidP="003A07AE">
      <w:pPr>
        <w:pStyle w:val="Akapitzlist"/>
        <w:numPr>
          <w:ilvl w:val="0"/>
          <w:numId w:val="12"/>
        </w:numPr>
        <w:rPr>
          <w:rFonts w:cs="Arial"/>
        </w:rPr>
      </w:pPr>
      <w:r w:rsidRPr="00E01FBE">
        <w:rPr>
          <w:rFonts w:cs="Arial"/>
        </w:rPr>
        <w:t>Osoba uprawniona do kontaktu ze strony Wykonawcy:</w:t>
      </w:r>
    </w:p>
    <w:p w14:paraId="67AC9AD2" w14:textId="77777777" w:rsidR="003A07AE" w:rsidRPr="00E01FBE" w:rsidRDefault="003A07AE" w:rsidP="003A07AE">
      <w:pPr>
        <w:ind w:firstLine="720"/>
        <w:rPr>
          <w:rFonts w:cs="Arial"/>
        </w:rPr>
      </w:pPr>
      <w:r w:rsidRPr="00E01FBE">
        <w:rPr>
          <w:rFonts w:cs="Arial"/>
        </w:rPr>
        <w:t>Imię i nazwisko: ................................................................................................</w:t>
      </w:r>
    </w:p>
    <w:p w14:paraId="63BC5FDA" w14:textId="77777777" w:rsidR="003A07AE" w:rsidRPr="00E01FBE" w:rsidRDefault="003A07AE" w:rsidP="003A07AE">
      <w:pPr>
        <w:ind w:firstLine="720"/>
        <w:rPr>
          <w:rFonts w:cs="Arial"/>
        </w:rPr>
      </w:pPr>
      <w:r w:rsidRPr="00E01FBE">
        <w:rPr>
          <w:rFonts w:cs="Arial"/>
        </w:rPr>
        <w:t>Telefon: ........................................    E-mail: ........................................</w:t>
      </w:r>
    </w:p>
    <w:p w14:paraId="4CB607CF" w14:textId="77777777" w:rsidR="003A07AE" w:rsidRPr="00E01FBE" w:rsidRDefault="003A07AE" w:rsidP="003A07AE">
      <w:pPr>
        <w:rPr>
          <w:rFonts w:cs="Arial"/>
        </w:rPr>
      </w:pPr>
    </w:p>
    <w:p w14:paraId="7E567353" w14:textId="77777777" w:rsidR="003A07AE" w:rsidRPr="00E01FBE" w:rsidRDefault="003A07AE" w:rsidP="003A07AE">
      <w:pPr>
        <w:pStyle w:val="Akapitzlist"/>
        <w:numPr>
          <w:ilvl w:val="0"/>
          <w:numId w:val="12"/>
        </w:numPr>
        <w:rPr>
          <w:rFonts w:cs="Arial"/>
        </w:rPr>
      </w:pPr>
      <w:r w:rsidRPr="00E01FBE">
        <w:rPr>
          <w:rFonts w:cs="Arial"/>
        </w:rPr>
        <w:t>Załączniki składane wraz z ofertą:</w:t>
      </w:r>
    </w:p>
    <w:p w14:paraId="55934344" w14:textId="77777777" w:rsidR="003A07AE" w:rsidRPr="00E01FBE" w:rsidRDefault="003A07AE" w:rsidP="003A07AE">
      <w:pPr>
        <w:ind w:firstLine="720"/>
        <w:rPr>
          <w:rFonts w:cs="Arial"/>
        </w:rPr>
      </w:pPr>
      <w:r w:rsidRPr="00E01FBE">
        <w:rPr>
          <w:rFonts w:cs="Arial"/>
        </w:rPr>
        <w:t>• Załącznik nr 4 – Oświadczenie o braku podstaw wykluczenia z postępowania;</w:t>
      </w:r>
    </w:p>
    <w:p w14:paraId="0D887B52" w14:textId="77777777" w:rsidR="003A07AE" w:rsidRPr="00E01FBE" w:rsidRDefault="003A07AE" w:rsidP="003A07AE">
      <w:pPr>
        <w:ind w:left="720"/>
        <w:rPr>
          <w:rFonts w:cs="Arial"/>
        </w:rPr>
      </w:pPr>
      <w:r w:rsidRPr="00E01FBE">
        <w:rPr>
          <w:rFonts w:cs="Arial"/>
        </w:rPr>
        <w:t>• Załącznik nr 5 – Oświadczenie o spełnianiu warunków udziału w postępowaniu;</w:t>
      </w:r>
    </w:p>
    <w:p w14:paraId="47EFB6AE" w14:textId="77777777" w:rsidR="003A07AE" w:rsidRPr="00E01FBE" w:rsidRDefault="003A07AE" w:rsidP="003A07AE">
      <w:pPr>
        <w:rPr>
          <w:rFonts w:cs="Arial"/>
        </w:rPr>
      </w:pPr>
      <w:r w:rsidRPr="00E01FBE">
        <w:rPr>
          <w:rFonts w:cs="Arial"/>
        </w:rPr>
        <w:br/>
      </w:r>
      <w:r w:rsidRPr="00E01FBE">
        <w:rPr>
          <w:rFonts w:cs="Arial"/>
        </w:rPr>
        <w:br/>
        <w:t xml:space="preserve">...............................................                </w:t>
      </w:r>
      <w:r w:rsidRPr="00E01FBE">
        <w:rPr>
          <w:rFonts w:cs="Arial"/>
        </w:rPr>
        <w:tab/>
      </w:r>
      <w:r w:rsidRPr="00E01FBE">
        <w:rPr>
          <w:rFonts w:cs="Arial"/>
        </w:rPr>
        <w:tab/>
      </w:r>
      <w:r w:rsidRPr="00E01FBE">
        <w:rPr>
          <w:rFonts w:cs="Arial"/>
        </w:rPr>
        <w:tab/>
      </w:r>
      <w:r w:rsidRPr="00E01FBE">
        <w:rPr>
          <w:rFonts w:cs="Arial"/>
        </w:rPr>
        <w:tab/>
        <w:t>...............................................</w:t>
      </w:r>
    </w:p>
    <w:p w14:paraId="52400C66" w14:textId="77777777" w:rsidR="003A07AE" w:rsidRPr="00E01FBE" w:rsidRDefault="003A07AE" w:rsidP="003A07AE">
      <w:pPr>
        <w:rPr>
          <w:rFonts w:cs="Arial"/>
        </w:rPr>
      </w:pPr>
      <w:r w:rsidRPr="00E01FBE">
        <w:rPr>
          <w:rFonts w:cs="Arial"/>
        </w:rPr>
        <w:t xml:space="preserve">miejscowość i data                                    </w:t>
      </w:r>
      <w:r w:rsidRPr="00E01FBE">
        <w:rPr>
          <w:rFonts w:cs="Arial"/>
        </w:rPr>
        <w:tab/>
      </w:r>
      <w:r w:rsidRPr="00E01FBE">
        <w:rPr>
          <w:rFonts w:cs="Arial"/>
        </w:rPr>
        <w:tab/>
        <w:t xml:space="preserve">         podpis osoby uprawnionej</w:t>
      </w:r>
    </w:p>
    <w:p w14:paraId="39D97EE3" w14:textId="77777777" w:rsidR="003A07AE" w:rsidRDefault="003A07AE">
      <w:pPr>
        <w:rPr>
          <w:rFonts w:cs="Arial"/>
        </w:rPr>
      </w:pPr>
    </w:p>
    <w:p w14:paraId="7A7C938B" w14:textId="7084EDD7" w:rsidR="00E01FBE" w:rsidRPr="00E01FBE" w:rsidRDefault="00E01FBE">
      <w:pPr>
        <w:rPr>
          <w:rFonts w:cs="Arial"/>
        </w:rPr>
      </w:pPr>
    </w:p>
    <w:sectPr w:rsidR="00E01FBE" w:rsidRPr="00E01FBE" w:rsidSect="009D79D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37B7BC7"/>
    <w:multiLevelType w:val="hybridMultilevel"/>
    <w:tmpl w:val="7C1A76BA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8B3386"/>
    <w:multiLevelType w:val="hybridMultilevel"/>
    <w:tmpl w:val="45F2A2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FE52D4"/>
    <w:multiLevelType w:val="hybridMultilevel"/>
    <w:tmpl w:val="CD2211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B5382C"/>
    <w:multiLevelType w:val="hybridMultilevel"/>
    <w:tmpl w:val="7C1A76B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8334189">
    <w:abstractNumId w:val="8"/>
  </w:num>
  <w:num w:numId="2" w16cid:durableId="487206646">
    <w:abstractNumId w:val="6"/>
  </w:num>
  <w:num w:numId="3" w16cid:durableId="1263026039">
    <w:abstractNumId w:val="5"/>
  </w:num>
  <w:num w:numId="4" w16cid:durableId="1057823562">
    <w:abstractNumId w:val="4"/>
  </w:num>
  <w:num w:numId="5" w16cid:durableId="659041281">
    <w:abstractNumId w:val="7"/>
  </w:num>
  <w:num w:numId="6" w16cid:durableId="1907257564">
    <w:abstractNumId w:val="3"/>
  </w:num>
  <w:num w:numId="7" w16cid:durableId="309478143">
    <w:abstractNumId w:val="2"/>
  </w:num>
  <w:num w:numId="8" w16cid:durableId="1200432892">
    <w:abstractNumId w:val="1"/>
  </w:num>
  <w:num w:numId="9" w16cid:durableId="1462067596">
    <w:abstractNumId w:val="0"/>
  </w:num>
  <w:num w:numId="10" w16cid:durableId="1678262305">
    <w:abstractNumId w:val="12"/>
  </w:num>
  <w:num w:numId="11" w16cid:durableId="1709378137">
    <w:abstractNumId w:val="10"/>
  </w:num>
  <w:num w:numId="12" w16cid:durableId="983658302">
    <w:abstractNumId w:val="11"/>
  </w:num>
  <w:num w:numId="13" w16cid:durableId="12490747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460A"/>
    <w:rsid w:val="00160B97"/>
    <w:rsid w:val="001F7937"/>
    <w:rsid w:val="0029639D"/>
    <w:rsid w:val="002A1BD5"/>
    <w:rsid w:val="00326F90"/>
    <w:rsid w:val="003A07AE"/>
    <w:rsid w:val="00424EA1"/>
    <w:rsid w:val="00634E3E"/>
    <w:rsid w:val="00647ECF"/>
    <w:rsid w:val="0067249A"/>
    <w:rsid w:val="00686AD5"/>
    <w:rsid w:val="00723455"/>
    <w:rsid w:val="00745423"/>
    <w:rsid w:val="00816585"/>
    <w:rsid w:val="00823C2A"/>
    <w:rsid w:val="00924CEA"/>
    <w:rsid w:val="009D79D0"/>
    <w:rsid w:val="009E445F"/>
    <w:rsid w:val="00A91440"/>
    <w:rsid w:val="00AA1D8D"/>
    <w:rsid w:val="00B47730"/>
    <w:rsid w:val="00C62222"/>
    <w:rsid w:val="00CB0664"/>
    <w:rsid w:val="00D13844"/>
    <w:rsid w:val="00DB6607"/>
    <w:rsid w:val="00E01FBE"/>
    <w:rsid w:val="00E059BB"/>
    <w:rsid w:val="00F430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4F7BD0"/>
  <w14:defaultImageDpi w14:val="300"/>
  <w15:docId w15:val="{A57F3985-A89C-4E88-A179-706671A5C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633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Patrycja Poddenek-Gieraga (Nadleśnictwo Sława Śląska)</cp:lastModifiedBy>
  <cp:revision>9</cp:revision>
  <dcterms:created xsi:type="dcterms:W3CDTF">2026-09-21T06:35:00Z</dcterms:created>
  <dcterms:modified xsi:type="dcterms:W3CDTF">2026-09-21T08:18:00Z</dcterms:modified>
  <cp:category/>
</cp:coreProperties>
</file>