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C8CB7" w14:textId="1A96BE00" w:rsidR="003E56BC" w:rsidRPr="003E56BC" w:rsidRDefault="00000000" w:rsidP="003E56BC">
      <w:pPr>
        <w:jc w:val="center"/>
        <w:rPr>
          <w:rFonts w:ascii="Arial" w:hAnsi="Arial" w:cs="Arial"/>
          <w:b/>
          <w:bCs/>
          <w:sz w:val="22"/>
        </w:rPr>
      </w:pPr>
      <w:proofErr w:type="spellStart"/>
      <w:r w:rsidRPr="003E56BC">
        <w:rPr>
          <w:rFonts w:ascii="Arial" w:hAnsi="Arial" w:cs="Arial"/>
          <w:sz w:val="22"/>
        </w:rPr>
        <w:t>Załącznik</w:t>
      </w:r>
      <w:proofErr w:type="spellEnd"/>
      <w:r w:rsidRPr="003E56BC">
        <w:rPr>
          <w:rFonts w:ascii="Arial" w:hAnsi="Arial" w:cs="Arial"/>
          <w:sz w:val="22"/>
        </w:rPr>
        <w:t xml:space="preserve"> nr </w:t>
      </w:r>
      <w:r w:rsidR="003E56BC" w:rsidRPr="003E56BC">
        <w:rPr>
          <w:rFonts w:ascii="Arial" w:hAnsi="Arial" w:cs="Arial"/>
          <w:sz w:val="22"/>
        </w:rPr>
        <w:t>3</w:t>
      </w:r>
      <w:r w:rsidRPr="003E56BC">
        <w:rPr>
          <w:rFonts w:ascii="Arial" w:hAnsi="Arial" w:cs="Arial"/>
          <w:sz w:val="22"/>
        </w:rPr>
        <w:t xml:space="preserve"> do </w:t>
      </w:r>
      <w:proofErr w:type="spellStart"/>
      <w:r w:rsidRPr="003E56BC">
        <w:rPr>
          <w:rFonts w:ascii="Arial" w:hAnsi="Arial" w:cs="Arial"/>
          <w:sz w:val="22"/>
        </w:rPr>
        <w:t>zaproszenia</w:t>
      </w:r>
      <w:proofErr w:type="spellEnd"/>
      <w:r w:rsidRPr="003E56BC">
        <w:rPr>
          <w:rFonts w:ascii="Arial" w:hAnsi="Arial" w:cs="Arial"/>
          <w:sz w:val="22"/>
        </w:rPr>
        <w:t xml:space="preserve"> do </w:t>
      </w:r>
      <w:proofErr w:type="spellStart"/>
      <w:r w:rsidRPr="003E56BC">
        <w:rPr>
          <w:rFonts w:ascii="Arial" w:hAnsi="Arial" w:cs="Arial"/>
          <w:sz w:val="22"/>
        </w:rPr>
        <w:t>składania</w:t>
      </w:r>
      <w:proofErr w:type="spellEnd"/>
      <w:r w:rsidRPr="003E56BC">
        <w:rPr>
          <w:rFonts w:ascii="Arial" w:hAnsi="Arial" w:cs="Arial"/>
          <w:sz w:val="22"/>
        </w:rPr>
        <w:t xml:space="preserve"> </w:t>
      </w:r>
      <w:proofErr w:type="spellStart"/>
      <w:r w:rsidRPr="003E56BC">
        <w:rPr>
          <w:rFonts w:ascii="Arial" w:hAnsi="Arial" w:cs="Arial"/>
          <w:sz w:val="22"/>
        </w:rPr>
        <w:t>ofert</w:t>
      </w:r>
      <w:proofErr w:type="spellEnd"/>
      <w:r w:rsidR="003E56BC" w:rsidRPr="003E56BC">
        <w:rPr>
          <w:rFonts w:ascii="Arial" w:hAnsi="Arial" w:cs="Arial"/>
          <w:b/>
          <w:bCs/>
          <w:sz w:val="22"/>
        </w:rPr>
        <w:t xml:space="preserve"> </w:t>
      </w:r>
    </w:p>
    <w:p w14:paraId="4AAB6823" w14:textId="200D0885" w:rsidR="003E56BC" w:rsidRPr="003E56BC" w:rsidRDefault="003E56BC" w:rsidP="003E56BC">
      <w:pPr>
        <w:jc w:val="center"/>
        <w:rPr>
          <w:rFonts w:ascii="Arial" w:hAnsi="Arial" w:cs="Arial"/>
          <w:b/>
          <w:bCs/>
          <w:sz w:val="22"/>
        </w:rPr>
      </w:pPr>
      <w:r w:rsidRPr="003E56BC">
        <w:rPr>
          <w:rFonts w:ascii="Arial" w:hAnsi="Arial" w:cs="Arial"/>
          <w:b/>
          <w:bCs/>
          <w:sz w:val="22"/>
        </w:rPr>
        <w:t>FORMULARZ OFERTOWY</w:t>
      </w:r>
    </w:p>
    <w:p w14:paraId="02893416" w14:textId="2CC6D41E" w:rsidR="000A136D" w:rsidRPr="003E56BC" w:rsidRDefault="000A136D" w:rsidP="003E56BC">
      <w:pPr>
        <w:rPr>
          <w:rFonts w:ascii="Arial" w:hAnsi="Arial" w:cs="Arial"/>
          <w:sz w:val="22"/>
        </w:rPr>
      </w:pPr>
    </w:p>
    <w:p w14:paraId="361C0C37" w14:textId="77777777" w:rsid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 xml:space="preserve">Znak </w:t>
      </w:r>
      <w:proofErr w:type="spellStart"/>
      <w:r w:rsidRPr="003E56BC">
        <w:rPr>
          <w:rFonts w:ascii="Arial" w:hAnsi="Arial" w:cs="Arial"/>
          <w:sz w:val="22"/>
        </w:rPr>
        <w:t>postępowania</w:t>
      </w:r>
      <w:proofErr w:type="spellEnd"/>
      <w:r w:rsidRPr="003E56BC">
        <w:rPr>
          <w:rFonts w:ascii="Arial" w:hAnsi="Arial" w:cs="Arial"/>
          <w:sz w:val="22"/>
        </w:rPr>
        <w:t xml:space="preserve">: </w:t>
      </w:r>
      <w:r w:rsidR="003E56BC" w:rsidRPr="003E56BC">
        <w:rPr>
          <w:rFonts w:ascii="Arial" w:hAnsi="Arial" w:cs="Arial"/>
          <w:sz w:val="22"/>
        </w:rPr>
        <w:t xml:space="preserve">ZG.7615.10.2026 </w:t>
      </w:r>
    </w:p>
    <w:p w14:paraId="649FE2CB" w14:textId="1E6A211C" w:rsidR="000A136D" w:rsidRPr="003E56BC" w:rsidRDefault="00000000" w:rsidP="003E56BC">
      <w:pPr>
        <w:rPr>
          <w:rFonts w:ascii="Arial" w:hAnsi="Arial" w:cs="Arial"/>
          <w:sz w:val="22"/>
        </w:rPr>
      </w:pPr>
      <w:proofErr w:type="spellStart"/>
      <w:r w:rsidRPr="003E56BC">
        <w:rPr>
          <w:rFonts w:ascii="Arial" w:hAnsi="Arial" w:cs="Arial"/>
          <w:sz w:val="22"/>
        </w:rPr>
        <w:t>Zamawiający</w:t>
      </w:r>
      <w:proofErr w:type="spellEnd"/>
      <w:r w:rsidRPr="003E56BC">
        <w:rPr>
          <w:rFonts w:ascii="Arial" w:hAnsi="Arial" w:cs="Arial"/>
          <w:sz w:val="22"/>
        </w:rPr>
        <w:t>: Nadleśnictwo Jawor</w:t>
      </w:r>
      <w:r w:rsidR="003E56BC">
        <w:rPr>
          <w:rFonts w:ascii="Arial" w:hAnsi="Arial" w:cs="Arial"/>
          <w:sz w:val="22"/>
        </w:rPr>
        <w:t xml:space="preserve">, </w:t>
      </w:r>
      <w:proofErr w:type="spellStart"/>
      <w:r w:rsidR="003E56BC">
        <w:rPr>
          <w:rFonts w:ascii="Arial" w:hAnsi="Arial" w:cs="Arial"/>
          <w:sz w:val="22"/>
        </w:rPr>
        <w:t>Myśliborska</w:t>
      </w:r>
      <w:proofErr w:type="spellEnd"/>
      <w:r w:rsidR="003E56BC">
        <w:rPr>
          <w:rFonts w:ascii="Arial" w:hAnsi="Arial" w:cs="Arial"/>
          <w:sz w:val="22"/>
        </w:rPr>
        <w:t xml:space="preserve"> 3 59-400 Jawor</w:t>
      </w:r>
    </w:p>
    <w:p w14:paraId="766A0880" w14:textId="2D1D159E" w:rsidR="003E56BC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 xml:space="preserve">Nazwa </w:t>
      </w:r>
      <w:proofErr w:type="spellStart"/>
      <w:r w:rsidRPr="003E56BC">
        <w:rPr>
          <w:rFonts w:ascii="Arial" w:hAnsi="Arial" w:cs="Arial"/>
          <w:sz w:val="22"/>
        </w:rPr>
        <w:t>wykonawcy</w:t>
      </w:r>
      <w:proofErr w:type="spellEnd"/>
      <w:r w:rsidRPr="003E56BC">
        <w:rPr>
          <w:rFonts w:ascii="Arial" w:hAnsi="Arial" w:cs="Arial"/>
          <w:sz w:val="22"/>
        </w:rPr>
        <w:t>:</w:t>
      </w:r>
      <w:r w:rsidR="003E56BC">
        <w:rPr>
          <w:rFonts w:ascii="Arial" w:hAnsi="Arial" w:cs="Arial"/>
          <w:sz w:val="22"/>
        </w:rPr>
        <w:t xml:space="preserve"> </w:t>
      </w:r>
      <w:r w:rsidR="003E56BC" w:rsidRPr="003E56BC">
        <w:rPr>
          <w:rFonts w:ascii="Arial" w:hAnsi="Arial" w:cs="Arial"/>
          <w:sz w:val="22"/>
        </w:rPr>
        <w:t>………………</w:t>
      </w:r>
      <w:r w:rsidR="003E56BC">
        <w:rPr>
          <w:rFonts w:ascii="Arial" w:hAnsi="Arial" w:cs="Arial"/>
          <w:sz w:val="22"/>
        </w:rPr>
        <w:t>….</w:t>
      </w:r>
    </w:p>
    <w:p w14:paraId="64CC656E" w14:textId="0EA00D43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>Adres:</w:t>
      </w:r>
      <w:r w:rsidR="003E56BC">
        <w:rPr>
          <w:rFonts w:ascii="Arial" w:hAnsi="Arial" w:cs="Arial"/>
          <w:sz w:val="22"/>
        </w:rPr>
        <w:t xml:space="preserve">   </w:t>
      </w:r>
      <w:r w:rsidR="003E56BC" w:rsidRPr="003E56BC">
        <w:rPr>
          <w:rFonts w:ascii="Arial" w:hAnsi="Arial" w:cs="Arial"/>
          <w:sz w:val="22"/>
        </w:rPr>
        <w:t>……………..</w:t>
      </w:r>
    </w:p>
    <w:p w14:paraId="105C1C15" w14:textId="5489DA73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 xml:space="preserve">NIP: </w:t>
      </w:r>
      <w:r w:rsidR="003E56BC" w:rsidRPr="003E56BC">
        <w:rPr>
          <w:rFonts w:ascii="Arial" w:hAnsi="Arial" w:cs="Arial"/>
          <w:sz w:val="22"/>
        </w:rPr>
        <w:t xml:space="preserve">……………… </w:t>
      </w:r>
      <w:r w:rsidRPr="003E56BC">
        <w:rPr>
          <w:rFonts w:ascii="Arial" w:hAnsi="Arial" w:cs="Arial"/>
          <w:sz w:val="22"/>
        </w:rPr>
        <w:t>E-mail:</w:t>
      </w:r>
      <w:r w:rsidR="003E56BC" w:rsidRPr="003E56BC">
        <w:rPr>
          <w:rFonts w:ascii="Arial" w:hAnsi="Arial" w:cs="Arial"/>
          <w:sz w:val="22"/>
        </w:rPr>
        <w:t xml:space="preserve"> </w:t>
      </w:r>
      <w:r w:rsidRPr="003E56BC">
        <w:rPr>
          <w:rFonts w:ascii="Arial" w:hAnsi="Arial" w:cs="Arial"/>
          <w:sz w:val="22"/>
        </w:rPr>
        <w:t xml:space="preserve">  </w:t>
      </w:r>
      <w:r w:rsidR="003E56BC" w:rsidRPr="003E56BC">
        <w:rPr>
          <w:rFonts w:ascii="Arial" w:hAnsi="Arial" w:cs="Arial"/>
          <w:sz w:val="22"/>
        </w:rPr>
        <w:t>……………</w:t>
      </w:r>
      <w:proofErr w:type="spellStart"/>
      <w:r w:rsidRPr="003E56BC">
        <w:rPr>
          <w:rFonts w:ascii="Arial" w:hAnsi="Arial" w:cs="Arial"/>
          <w:sz w:val="22"/>
        </w:rPr>
        <w:t>Telefon</w:t>
      </w:r>
      <w:proofErr w:type="spellEnd"/>
      <w:r w:rsidRPr="003E56BC">
        <w:rPr>
          <w:rFonts w:ascii="Arial" w:hAnsi="Arial" w:cs="Arial"/>
          <w:sz w:val="22"/>
        </w:rPr>
        <w:t xml:space="preserve">: </w:t>
      </w:r>
      <w:r w:rsidR="003E56BC" w:rsidRPr="003E56BC">
        <w:rPr>
          <w:rFonts w:ascii="Arial" w:hAnsi="Arial" w:cs="Arial"/>
          <w:sz w:val="22"/>
        </w:rPr>
        <w:t>……………………</w:t>
      </w:r>
    </w:p>
    <w:p w14:paraId="3B8325DC" w14:textId="77777777" w:rsidR="003E56BC" w:rsidRPr="003E56BC" w:rsidRDefault="003E56BC" w:rsidP="003E56BC">
      <w:pPr>
        <w:rPr>
          <w:rFonts w:ascii="Arial" w:hAnsi="Arial" w:cs="Arial"/>
          <w:sz w:val="22"/>
        </w:rPr>
      </w:pPr>
    </w:p>
    <w:p w14:paraId="38AE136B" w14:textId="17C8A9ED" w:rsidR="000A136D" w:rsidRPr="003E56BC" w:rsidRDefault="00000000" w:rsidP="003E56BC">
      <w:pPr>
        <w:rPr>
          <w:rFonts w:ascii="Arial" w:hAnsi="Arial" w:cs="Arial"/>
          <w:b/>
          <w:bCs/>
          <w:sz w:val="22"/>
        </w:rPr>
      </w:pPr>
      <w:proofErr w:type="spellStart"/>
      <w:r w:rsidRPr="003E56BC">
        <w:rPr>
          <w:rFonts w:ascii="Arial" w:hAnsi="Arial" w:cs="Arial"/>
          <w:b/>
          <w:bCs/>
          <w:sz w:val="22"/>
        </w:rPr>
        <w:t>Ofer</w:t>
      </w:r>
      <w:r w:rsidR="003E56BC">
        <w:rPr>
          <w:rFonts w:ascii="Arial" w:hAnsi="Arial" w:cs="Arial"/>
          <w:b/>
          <w:bCs/>
          <w:sz w:val="22"/>
        </w:rPr>
        <w:t>ta</w:t>
      </w:r>
      <w:proofErr w:type="spellEnd"/>
      <w:r w:rsidR="003E56BC">
        <w:rPr>
          <w:rFonts w:ascii="Arial" w:hAnsi="Arial" w:cs="Arial"/>
          <w:b/>
          <w:bCs/>
          <w:sz w:val="22"/>
        </w:rPr>
        <w:t>:</w:t>
      </w:r>
    </w:p>
    <w:p w14:paraId="092BB5C8" w14:textId="77777777" w:rsidR="000A136D" w:rsidRPr="003E56BC" w:rsidRDefault="00000000" w:rsidP="003E56BC">
      <w:pPr>
        <w:rPr>
          <w:rFonts w:ascii="Arial" w:hAnsi="Arial" w:cs="Arial"/>
          <w:i/>
          <w:iCs/>
          <w:sz w:val="22"/>
        </w:rPr>
      </w:pPr>
      <w:r w:rsidRPr="003E56BC">
        <w:rPr>
          <w:rFonts w:ascii="Arial" w:hAnsi="Arial" w:cs="Arial"/>
          <w:i/>
          <w:iCs/>
          <w:sz w:val="22"/>
        </w:rPr>
        <w:t>Wypełnić wyłącznie wiersze dotyczące zadań, na które składana jest oferta. Liczba i opis zadań zgodnie z załącznikiem nr 1 do ogłoszenia.</w:t>
      </w:r>
    </w:p>
    <w:tbl>
      <w:tblPr>
        <w:tblStyle w:val="Tabelalisty4akcent3"/>
        <w:tblW w:w="0" w:type="auto"/>
        <w:tblLook w:val="04A0" w:firstRow="1" w:lastRow="0" w:firstColumn="1" w:lastColumn="0" w:noHBand="0" w:noVBand="1"/>
      </w:tblPr>
      <w:tblGrid>
        <w:gridCol w:w="2433"/>
        <w:gridCol w:w="2434"/>
        <w:gridCol w:w="2322"/>
        <w:gridCol w:w="2546"/>
      </w:tblGrid>
      <w:tr w:rsidR="000A136D" w:rsidRPr="003E56BC" w14:paraId="06C03F47" w14:textId="77777777" w:rsidTr="003E5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vAlign w:val="center"/>
          </w:tcPr>
          <w:p w14:paraId="6CE97F30" w14:textId="77777777" w:rsidR="000A136D" w:rsidRPr="003E56BC" w:rsidRDefault="00000000" w:rsidP="003E56BC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proofErr w:type="spellStart"/>
            <w:r w:rsidRPr="003E56BC">
              <w:rPr>
                <w:rFonts w:ascii="Arial" w:hAnsi="Arial" w:cs="Arial"/>
                <w:color w:val="000000" w:themeColor="text1"/>
                <w:sz w:val="22"/>
              </w:rPr>
              <w:t>Zadanie</w:t>
            </w:r>
            <w:proofErr w:type="spellEnd"/>
            <w:r w:rsidRPr="003E56BC">
              <w:rPr>
                <w:rFonts w:ascii="Arial" w:hAnsi="Arial" w:cs="Arial"/>
                <w:color w:val="000000" w:themeColor="text1"/>
                <w:sz w:val="22"/>
              </w:rPr>
              <w:t xml:space="preserve"> nr</w:t>
            </w:r>
          </w:p>
        </w:tc>
        <w:tc>
          <w:tcPr>
            <w:tcW w:w="2436" w:type="dxa"/>
            <w:vAlign w:val="center"/>
          </w:tcPr>
          <w:p w14:paraId="54C143DB" w14:textId="77777777" w:rsidR="000A136D" w:rsidRPr="003E56BC" w:rsidRDefault="00000000" w:rsidP="003E5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3E56BC">
              <w:rPr>
                <w:rFonts w:ascii="Arial" w:hAnsi="Arial" w:cs="Arial"/>
                <w:color w:val="000000" w:themeColor="text1"/>
                <w:sz w:val="22"/>
              </w:rPr>
              <w:t>Cena ryczałtowa netto (zł)</w:t>
            </w:r>
          </w:p>
        </w:tc>
        <w:tc>
          <w:tcPr>
            <w:tcW w:w="2324" w:type="dxa"/>
            <w:vAlign w:val="center"/>
          </w:tcPr>
          <w:p w14:paraId="1555064C" w14:textId="77777777" w:rsidR="000A136D" w:rsidRPr="003E56BC" w:rsidRDefault="00000000" w:rsidP="003E5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3E56BC">
              <w:rPr>
                <w:rFonts w:ascii="Arial" w:hAnsi="Arial" w:cs="Arial"/>
                <w:color w:val="000000" w:themeColor="text1"/>
                <w:sz w:val="22"/>
              </w:rPr>
              <w:t>VAT (%)</w:t>
            </w:r>
          </w:p>
        </w:tc>
        <w:tc>
          <w:tcPr>
            <w:tcW w:w="2548" w:type="dxa"/>
            <w:vAlign w:val="center"/>
          </w:tcPr>
          <w:p w14:paraId="79DF4E00" w14:textId="77777777" w:rsidR="000A136D" w:rsidRPr="003E56BC" w:rsidRDefault="00000000" w:rsidP="003E5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3E56BC">
              <w:rPr>
                <w:rFonts w:ascii="Arial" w:hAnsi="Arial" w:cs="Arial"/>
                <w:color w:val="000000" w:themeColor="text1"/>
                <w:sz w:val="22"/>
              </w:rPr>
              <w:t>Cena ryczałtowa brutto (zł)</w:t>
            </w:r>
          </w:p>
        </w:tc>
      </w:tr>
      <w:tr w:rsidR="000A136D" w:rsidRPr="003E56BC" w14:paraId="2476D125" w14:textId="77777777" w:rsidTr="003E5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vAlign w:val="center"/>
          </w:tcPr>
          <w:p w14:paraId="18484237" w14:textId="2BC8C676" w:rsidR="000A136D" w:rsidRPr="003E56BC" w:rsidRDefault="003E56BC" w:rsidP="003E56BC">
            <w:pPr>
              <w:jc w:val="center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I</w:t>
            </w:r>
          </w:p>
        </w:tc>
        <w:tc>
          <w:tcPr>
            <w:tcW w:w="2436" w:type="dxa"/>
            <w:vAlign w:val="center"/>
          </w:tcPr>
          <w:p w14:paraId="2720ED08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  <w:tc>
          <w:tcPr>
            <w:tcW w:w="2324" w:type="dxa"/>
            <w:vAlign w:val="center"/>
          </w:tcPr>
          <w:p w14:paraId="35321676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[stawka]</w:t>
            </w:r>
          </w:p>
        </w:tc>
        <w:tc>
          <w:tcPr>
            <w:tcW w:w="2548" w:type="dxa"/>
            <w:vAlign w:val="center"/>
          </w:tcPr>
          <w:p w14:paraId="5D947C71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</w:tr>
      <w:tr w:rsidR="000A136D" w:rsidRPr="003E56BC" w14:paraId="44FEB486" w14:textId="77777777" w:rsidTr="003E56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vAlign w:val="center"/>
          </w:tcPr>
          <w:p w14:paraId="7D4246F6" w14:textId="28290059" w:rsidR="000A136D" w:rsidRPr="003E56BC" w:rsidRDefault="003E56BC" w:rsidP="003E56BC">
            <w:pPr>
              <w:jc w:val="center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II</w:t>
            </w:r>
          </w:p>
        </w:tc>
        <w:tc>
          <w:tcPr>
            <w:tcW w:w="2436" w:type="dxa"/>
            <w:vAlign w:val="center"/>
          </w:tcPr>
          <w:p w14:paraId="72A9595B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  <w:tc>
          <w:tcPr>
            <w:tcW w:w="2324" w:type="dxa"/>
            <w:vAlign w:val="center"/>
          </w:tcPr>
          <w:p w14:paraId="65D5D9FD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[stawka]</w:t>
            </w:r>
          </w:p>
        </w:tc>
        <w:tc>
          <w:tcPr>
            <w:tcW w:w="2548" w:type="dxa"/>
            <w:vAlign w:val="center"/>
          </w:tcPr>
          <w:p w14:paraId="5818A855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</w:tr>
      <w:tr w:rsidR="000A136D" w:rsidRPr="003E56BC" w14:paraId="1EF21320" w14:textId="77777777" w:rsidTr="003E5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vAlign w:val="center"/>
          </w:tcPr>
          <w:p w14:paraId="7A6044E1" w14:textId="11124FDA" w:rsidR="000A136D" w:rsidRPr="003E56BC" w:rsidRDefault="003E56BC" w:rsidP="003E56BC">
            <w:pPr>
              <w:jc w:val="center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III</w:t>
            </w:r>
          </w:p>
        </w:tc>
        <w:tc>
          <w:tcPr>
            <w:tcW w:w="2436" w:type="dxa"/>
            <w:vAlign w:val="center"/>
          </w:tcPr>
          <w:p w14:paraId="5A3F6186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  <w:tc>
          <w:tcPr>
            <w:tcW w:w="2324" w:type="dxa"/>
            <w:vAlign w:val="center"/>
          </w:tcPr>
          <w:p w14:paraId="4C8D4033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[stawka]</w:t>
            </w:r>
          </w:p>
        </w:tc>
        <w:tc>
          <w:tcPr>
            <w:tcW w:w="2548" w:type="dxa"/>
            <w:vAlign w:val="center"/>
          </w:tcPr>
          <w:p w14:paraId="61E4BB4B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</w:tr>
      <w:tr w:rsidR="000A136D" w:rsidRPr="003E56BC" w14:paraId="2E593918" w14:textId="77777777" w:rsidTr="003E56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vAlign w:val="center"/>
          </w:tcPr>
          <w:p w14:paraId="47D47529" w14:textId="5D016B49" w:rsidR="000A136D" w:rsidRPr="003E56BC" w:rsidRDefault="003E56BC" w:rsidP="003E56BC">
            <w:pPr>
              <w:jc w:val="center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IV</w:t>
            </w:r>
          </w:p>
        </w:tc>
        <w:tc>
          <w:tcPr>
            <w:tcW w:w="2436" w:type="dxa"/>
            <w:vAlign w:val="center"/>
          </w:tcPr>
          <w:p w14:paraId="3C9F8B20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  <w:tc>
          <w:tcPr>
            <w:tcW w:w="2324" w:type="dxa"/>
            <w:vAlign w:val="center"/>
          </w:tcPr>
          <w:p w14:paraId="4FA90D50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[stawka]</w:t>
            </w:r>
          </w:p>
        </w:tc>
        <w:tc>
          <w:tcPr>
            <w:tcW w:w="2548" w:type="dxa"/>
            <w:vAlign w:val="center"/>
          </w:tcPr>
          <w:p w14:paraId="237082DE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</w:tr>
      <w:tr w:rsidR="000A136D" w:rsidRPr="003E56BC" w14:paraId="45A52AEE" w14:textId="77777777" w:rsidTr="003E5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vAlign w:val="center"/>
          </w:tcPr>
          <w:p w14:paraId="2FF01B45" w14:textId="63EDA80A" w:rsidR="000A136D" w:rsidRPr="003E56BC" w:rsidRDefault="003E56BC" w:rsidP="003E56BC">
            <w:pPr>
              <w:jc w:val="center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V</w:t>
            </w:r>
          </w:p>
        </w:tc>
        <w:tc>
          <w:tcPr>
            <w:tcW w:w="2436" w:type="dxa"/>
            <w:vAlign w:val="center"/>
          </w:tcPr>
          <w:p w14:paraId="2952FFD5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  <w:tc>
          <w:tcPr>
            <w:tcW w:w="2324" w:type="dxa"/>
            <w:vAlign w:val="center"/>
          </w:tcPr>
          <w:p w14:paraId="702D5914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[stawka]</w:t>
            </w:r>
          </w:p>
        </w:tc>
        <w:tc>
          <w:tcPr>
            <w:tcW w:w="2548" w:type="dxa"/>
            <w:vAlign w:val="center"/>
          </w:tcPr>
          <w:p w14:paraId="16BF5824" w14:textId="77777777" w:rsidR="000A136D" w:rsidRPr="003E56BC" w:rsidRDefault="00000000" w:rsidP="003E56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</w:tr>
      <w:tr w:rsidR="000A136D" w:rsidRPr="003E56BC" w14:paraId="58BAF96C" w14:textId="77777777" w:rsidTr="003E56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vAlign w:val="center"/>
          </w:tcPr>
          <w:p w14:paraId="6C6CBBBC" w14:textId="1A6C1171" w:rsidR="000A136D" w:rsidRPr="003E56BC" w:rsidRDefault="003E56BC" w:rsidP="003E56BC">
            <w:pPr>
              <w:jc w:val="center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VI</w:t>
            </w:r>
          </w:p>
        </w:tc>
        <w:tc>
          <w:tcPr>
            <w:tcW w:w="2436" w:type="dxa"/>
            <w:vAlign w:val="center"/>
          </w:tcPr>
          <w:p w14:paraId="226AFBE2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  <w:tc>
          <w:tcPr>
            <w:tcW w:w="2324" w:type="dxa"/>
            <w:vAlign w:val="center"/>
          </w:tcPr>
          <w:p w14:paraId="7D4DC5D2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[stawka]</w:t>
            </w:r>
          </w:p>
        </w:tc>
        <w:tc>
          <w:tcPr>
            <w:tcW w:w="2548" w:type="dxa"/>
            <w:vAlign w:val="center"/>
          </w:tcPr>
          <w:p w14:paraId="2BAAF663" w14:textId="77777777" w:rsidR="000A136D" w:rsidRPr="003E56BC" w:rsidRDefault="00000000" w:rsidP="003E56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3E56BC">
              <w:rPr>
                <w:rFonts w:ascii="Arial" w:hAnsi="Arial" w:cs="Arial"/>
                <w:sz w:val="22"/>
              </w:rPr>
              <w:t>[kwota]</w:t>
            </w:r>
          </w:p>
        </w:tc>
      </w:tr>
    </w:tbl>
    <w:p w14:paraId="1574B650" w14:textId="77777777" w:rsidR="003E56BC" w:rsidRPr="003E56BC" w:rsidRDefault="003E56BC" w:rsidP="003E56BC">
      <w:pPr>
        <w:rPr>
          <w:rFonts w:ascii="Arial" w:hAnsi="Arial" w:cs="Arial"/>
          <w:sz w:val="22"/>
        </w:rPr>
      </w:pPr>
    </w:p>
    <w:p w14:paraId="5F489759" w14:textId="4EE72B4B" w:rsidR="000A136D" w:rsidRPr="003E56BC" w:rsidRDefault="00000000" w:rsidP="003E56BC">
      <w:pPr>
        <w:rPr>
          <w:rFonts w:ascii="Arial" w:hAnsi="Arial" w:cs="Arial"/>
          <w:b/>
          <w:bCs/>
          <w:sz w:val="22"/>
        </w:rPr>
      </w:pPr>
      <w:proofErr w:type="spellStart"/>
      <w:r w:rsidRPr="003E56BC">
        <w:rPr>
          <w:rFonts w:ascii="Arial" w:hAnsi="Arial" w:cs="Arial"/>
          <w:b/>
          <w:bCs/>
          <w:sz w:val="22"/>
        </w:rPr>
        <w:t>Oświadczenia</w:t>
      </w:r>
      <w:proofErr w:type="spellEnd"/>
      <w:r w:rsidRPr="003E56BC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3E56BC">
        <w:rPr>
          <w:rFonts w:ascii="Arial" w:hAnsi="Arial" w:cs="Arial"/>
          <w:b/>
          <w:bCs/>
          <w:sz w:val="22"/>
        </w:rPr>
        <w:t>wykonawcy</w:t>
      </w:r>
      <w:proofErr w:type="spellEnd"/>
    </w:p>
    <w:p w14:paraId="7EE32637" w14:textId="7E2A0AFF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 xml:space="preserve">1. Zapoznałem/am się z zaproszeniem, wykazem zadań i projektem umowy; akceptuję zasady ryczałtowego wynagrodzenia, tolerancji liczby drzew oraz proporcjonalnego </w:t>
      </w:r>
      <w:proofErr w:type="spellStart"/>
      <w:r w:rsidRPr="003E56BC">
        <w:rPr>
          <w:rFonts w:ascii="Arial" w:hAnsi="Arial" w:cs="Arial"/>
          <w:sz w:val="22"/>
        </w:rPr>
        <w:t>zmniejszenia</w:t>
      </w:r>
      <w:proofErr w:type="spellEnd"/>
      <w:r w:rsidR="003E56BC" w:rsidRPr="003E56BC">
        <w:rPr>
          <w:rFonts w:ascii="Arial" w:hAnsi="Arial" w:cs="Arial"/>
          <w:sz w:val="22"/>
        </w:rPr>
        <w:t>/</w:t>
      </w:r>
      <w:proofErr w:type="spellStart"/>
      <w:r w:rsidR="003E56BC" w:rsidRPr="003E56BC">
        <w:rPr>
          <w:rFonts w:ascii="Arial" w:hAnsi="Arial" w:cs="Arial"/>
          <w:sz w:val="22"/>
        </w:rPr>
        <w:t>zwiększenia</w:t>
      </w:r>
      <w:proofErr w:type="spellEnd"/>
      <w:r w:rsidRPr="003E56BC">
        <w:rPr>
          <w:rFonts w:ascii="Arial" w:hAnsi="Arial" w:cs="Arial"/>
          <w:sz w:val="22"/>
        </w:rPr>
        <w:t xml:space="preserve"> ceny poza dolną granicą tolerancji.</w:t>
      </w:r>
    </w:p>
    <w:p w14:paraId="6B3E19F8" w14:textId="77777777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>2. Cena każdego oferowanego zadania obejmuje całość kosztów wykonania, w tym podnośnik, dojazdy, personel, cięcia, przemieszczenie gałęzi na grunt leśny i pełne uprzątnięcie drogi.</w:t>
      </w:r>
    </w:p>
    <w:p w14:paraId="48772106" w14:textId="77777777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>3. Zapewnię sprzęt dopuszczony do eksploatacji oraz osoby posiadające wszystkie wymagane prawem uprawnienia, kwalifikacje i przeszkolenia. Na żądanie okażę stosowne dokumenty przed rozpoczęciem prac.</w:t>
      </w:r>
    </w:p>
    <w:p w14:paraId="1D3ACC9B" w14:textId="77777777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>4. Zobowiązuję się nie rozpoczynać żadnego zadania bez wcześniejszego uzgodnienia terminu i potwierdzenia dopuszczenia do prac przez Zamawiającego.</w:t>
      </w:r>
    </w:p>
    <w:p w14:paraId="73C81F96" w14:textId="29D0445E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 xml:space="preserve">5. </w:t>
      </w:r>
      <w:proofErr w:type="spellStart"/>
      <w:r w:rsidRPr="003E56BC">
        <w:rPr>
          <w:rFonts w:ascii="Arial" w:hAnsi="Arial" w:cs="Arial"/>
          <w:sz w:val="22"/>
        </w:rPr>
        <w:t>Wykonam</w:t>
      </w:r>
      <w:proofErr w:type="spellEnd"/>
      <w:r w:rsidRPr="003E56BC">
        <w:rPr>
          <w:rFonts w:ascii="Arial" w:hAnsi="Arial" w:cs="Arial"/>
          <w:sz w:val="22"/>
        </w:rPr>
        <w:t xml:space="preserve"> </w:t>
      </w:r>
      <w:proofErr w:type="spellStart"/>
      <w:r w:rsidRPr="003E56BC">
        <w:rPr>
          <w:rFonts w:ascii="Arial" w:hAnsi="Arial" w:cs="Arial"/>
          <w:sz w:val="22"/>
        </w:rPr>
        <w:t>zamówienie</w:t>
      </w:r>
      <w:proofErr w:type="spellEnd"/>
      <w:r w:rsidRPr="003E56BC">
        <w:rPr>
          <w:rFonts w:ascii="Arial" w:hAnsi="Arial" w:cs="Arial"/>
          <w:sz w:val="22"/>
        </w:rPr>
        <w:t xml:space="preserve"> bez </w:t>
      </w:r>
      <w:proofErr w:type="spellStart"/>
      <w:r w:rsidRPr="003E56BC">
        <w:rPr>
          <w:rFonts w:ascii="Arial" w:hAnsi="Arial" w:cs="Arial"/>
          <w:sz w:val="22"/>
        </w:rPr>
        <w:t>udziału</w:t>
      </w:r>
      <w:proofErr w:type="spellEnd"/>
      <w:r w:rsidRPr="003E56BC">
        <w:rPr>
          <w:rFonts w:ascii="Arial" w:hAnsi="Arial" w:cs="Arial"/>
          <w:sz w:val="22"/>
        </w:rPr>
        <w:t xml:space="preserve"> </w:t>
      </w:r>
      <w:proofErr w:type="spellStart"/>
      <w:r w:rsidRPr="003E56BC">
        <w:rPr>
          <w:rFonts w:ascii="Arial" w:hAnsi="Arial" w:cs="Arial"/>
          <w:sz w:val="22"/>
        </w:rPr>
        <w:t>podwykonawców</w:t>
      </w:r>
      <w:proofErr w:type="spellEnd"/>
      <w:r w:rsidRPr="003E56BC">
        <w:rPr>
          <w:rFonts w:ascii="Arial" w:hAnsi="Arial" w:cs="Arial"/>
          <w:sz w:val="22"/>
        </w:rPr>
        <w:t xml:space="preserve"> </w:t>
      </w:r>
      <w:proofErr w:type="spellStart"/>
      <w:r w:rsidRPr="003E56BC">
        <w:rPr>
          <w:rFonts w:ascii="Arial" w:hAnsi="Arial" w:cs="Arial"/>
          <w:sz w:val="22"/>
        </w:rPr>
        <w:t>i</w:t>
      </w:r>
      <w:proofErr w:type="spellEnd"/>
      <w:r w:rsidRPr="003E56BC">
        <w:rPr>
          <w:rFonts w:ascii="Arial" w:hAnsi="Arial" w:cs="Arial"/>
          <w:sz w:val="22"/>
        </w:rPr>
        <w:t xml:space="preserve"> w </w:t>
      </w:r>
      <w:proofErr w:type="spellStart"/>
      <w:r w:rsidRPr="003E56BC">
        <w:rPr>
          <w:rFonts w:ascii="Arial" w:hAnsi="Arial" w:cs="Arial"/>
          <w:sz w:val="22"/>
        </w:rPr>
        <w:t>terminach</w:t>
      </w:r>
      <w:proofErr w:type="spellEnd"/>
      <w:r w:rsidRPr="003E56BC">
        <w:rPr>
          <w:rFonts w:ascii="Arial" w:hAnsi="Arial" w:cs="Arial"/>
          <w:sz w:val="22"/>
        </w:rPr>
        <w:t xml:space="preserve"> </w:t>
      </w:r>
      <w:proofErr w:type="spellStart"/>
      <w:r w:rsidRPr="003E56BC">
        <w:rPr>
          <w:rFonts w:ascii="Arial" w:hAnsi="Arial" w:cs="Arial"/>
          <w:sz w:val="22"/>
        </w:rPr>
        <w:t>ustalonych</w:t>
      </w:r>
      <w:proofErr w:type="spellEnd"/>
      <w:r w:rsidRPr="003E56BC">
        <w:rPr>
          <w:rFonts w:ascii="Arial" w:hAnsi="Arial" w:cs="Arial"/>
          <w:sz w:val="22"/>
        </w:rPr>
        <w:t xml:space="preserve"> z </w:t>
      </w:r>
      <w:proofErr w:type="spellStart"/>
      <w:r w:rsidRPr="003E56BC">
        <w:rPr>
          <w:rFonts w:ascii="Arial" w:hAnsi="Arial" w:cs="Arial"/>
          <w:sz w:val="22"/>
        </w:rPr>
        <w:t>Zamawiającym</w:t>
      </w:r>
      <w:proofErr w:type="spellEnd"/>
      <w:r w:rsidR="003E56BC" w:rsidRPr="003E56BC">
        <w:rPr>
          <w:rFonts w:ascii="Arial" w:hAnsi="Arial" w:cs="Arial"/>
          <w:sz w:val="22"/>
        </w:rPr>
        <w:t>.</w:t>
      </w:r>
    </w:p>
    <w:p w14:paraId="444C084F" w14:textId="77777777" w:rsidR="003E56BC" w:rsidRPr="003E56BC" w:rsidRDefault="003E56BC" w:rsidP="003E56BC">
      <w:pPr>
        <w:rPr>
          <w:rFonts w:ascii="Arial" w:hAnsi="Arial" w:cs="Arial"/>
          <w:sz w:val="22"/>
        </w:rPr>
      </w:pPr>
    </w:p>
    <w:p w14:paraId="5707757A" w14:textId="77777777" w:rsidR="003E56BC" w:rsidRPr="003E56BC" w:rsidRDefault="003E56BC" w:rsidP="003E56BC">
      <w:pPr>
        <w:rPr>
          <w:rFonts w:ascii="Arial" w:hAnsi="Arial" w:cs="Arial"/>
          <w:sz w:val="22"/>
        </w:rPr>
      </w:pPr>
    </w:p>
    <w:p w14:paraId="011EFEF4" w14:textId="1998F21E" w:rsidR="000A136D" w:rsidRPr="003E56BC" w:rsidRDefault="00000000" w:rsidP="003E56BC">
      <w:pPr>
        <w:rPr>
          <w:rFonts w:ascii="Arial" w:hAnsi="Arial" w:cs="Arial"/>
          <w:sz w:val="22"/>
        </w:rPr>
      </w:pPr>
      <w:r w:rsidRPr="003E56BC">
        <w:rPr>
          <w:rFonts w:ascii="Arial" w:hAnsi="Arial" w:cs="Arial"/>
          <w:sz w:val="22"/>
        </w:rPr>
        <w:t>Miejscowość, data: ...........</w:t>
      </w:r>
      <w:r w:rsidR="003E56BC" w:rsidRPr="003E56BC">
        <w:rPr>
          <w:rFonts w:ascii="Arial" w:hAnsi="Arial" w:cs="Arial"/>
          <w:sz w:val="22"/>
        </w:rPr>
        <w:t xml:space="preserve">................,    </w:t>
      </w:r>
      <w:r w:rsidRPr="003E56BC">
        <w:rPr>
          <w:rFonts w:ascii="Arial" w:hAnsi="Arial" w:cs="Arial"/>
          <w:sz w:val="22"/>
        </w:rPr>
        <w:t>................     Podpis wykonawcy: ........................................</w:t>
      </w:r>
    </w:p>
    <w:sectPr w:rsidR="000A136D" w:rsidRPr="003E56BC" w:rsidSect="00034616">
      <w:footerReference w:type="default" r:id="rId8"/>
      <w:pgSz w:w="12240" w:h="15840"/>
      <w:pgMar w:top="1162" w:right="1191" w:bottom="1049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0A16" w14:textId="77777777" w:rsidR="009B615F" w:rsidRDefault="009B615F">
      <w:pPr>
        <w:spacing w:after="0" w:line="240" w:lineRule="auto"/>
      </w:pPr>
      <w:r>
        <w:separator/>
      </w:r>
    </w:p>
  </w:endnote>
  <w:endnote w:type="continuationSeparator" w:id="0">
    <w:p w14:paraId="748E7F43" w14:textId="77777777" w:rsidR="009B615F" w:rsidRDefault="009B6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ACAE" w14:textId="5D00B1D9" w:rsidR="000A136D" w:rsidRDefault="000A136D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B330" w14:textId="77777777" w:rsidR="009B615F" w:rsidRDefault="009B615F">
      <w:pPr>
        <w:spacing w:after="0" w:line="240" w:lineRule="auto"/>
      </w:pPr>
      <w:r>
        <w:separator/>
      </w:r>
    </w:p>
  </w:footnote>
  <w:footnote w:type="continuationSeparator" w:id="0">
    <w:p w14:paraId="5935D700" w14:textId="77777777" w:rsidR="009B615F" w:rsidRDefault="009B6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225468">
    <w:abstractNumId w:val="8"/>
  </w:num>
  <w:num w:numId="2" w16cid:durableId="457450772">
    <w:abstractNumId w:val="6"/>
  </w:num>
  <w:num w:numId="3" w16cid:durableId="839933223">
    <w:abstractNumId w:val="5"/>
  </w:num>
  <w:num w:numId="4" w16cid:durableId="394013108">
    <w:abstractNumId w:val="4"/>
  </w:num>
  <w:num w:numId="5" w16cid:durableId="190843349">
    <w:abstractNumId w:val="7"/>
  </w:num>
  <w:num w:numId="6" w16cid:durableId="2132822992">
    <w:abstractNumId w:val="3"/>
  </w:num>
  <w:num w:numId="7" w16cid:durableId="701171073">
    <w:abstractNumId w:val="2"/>
  </w:num>
  <w:num w:numId="8" w16cid:durableId="2048093259">
    <w:abstractNumId w:val="1"/>
  </w:num>
  <w:num w:numId="9" w16cid:durableId="805002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36D"/>
    <w:rsid w:val="0015074B"/>
    <w:rsid w:val="0029639D"/>
    <w:rsid w:val="00326F90"/>
    <w:rsid w:val="003E56BC"/>
    <w:rsid w:val="009B615F"/>
    <w:rsid w:val="00AA1D8D"/>
    <w:rsid w:val="00B47730"/>
    <w:rsid w:val="00CB0664"/>
    <w:rsid w:val="00ED38B6"/>
    <w:rsid w:val="00FC693F"/>
    <w:rsid w:val="00FD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386A7A"/>
  <w14:defaultImageDpi w14:val="300"/>
  <w15:docId w15:val="{A9678B01-B1DF-4F4F-9BCC-9D05EB29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E4153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E4153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E4153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alisty4akcent3">
    <w:name w:val="List Table 4 Accent 3"/>
    <w:basedOn w:val="Standardowy"/>
    <w:uiPriority w:val="49"/>
    <w:rsid w:val="003E56BC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1461</Characters>
  <Application>Microsoft Office Word</Application>
  <DocSecurity>0</DocSecurity>
  <Lines>50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Dominika Kubica</cp:lastModifiedBy>
  <cp:revision>2</cp:revision>
  <dcterms:created xsi:type="dcterms:W3CDTF">2026-10-29T15:00:00Z</dcterms:created>
  <dcterms:modified xsi:type="dcterms:W3CDTF">2026-10-29T15:00:00Z</dcterms:modified>
  <cp:category/>
</cp:coreProperties>
</file>