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0731" w14:textId="77777777" w:rsidR="00E92785" w:rsidRPr="00E92785" w:rsidRDefault="00E92785" w:rsidP="00E92785">
      <w:pPr>
        <w:shd w:val="clear" w:color="auto" w:fill="FFFFFF"/>
        <w:tabs>
          <w:tab w:val="left" w:pos="3261"/>
        </w:tabs>
        <w:spacing w:before="120"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val="pl-PL" w:eastAsia="pl-PL"/>
        </w:rPr>
      </w:pPr>
      <w:r w:rsidRPr="00E92785">
        <w:rPr>
          <w:rFonts w:ascii="Lato" w:eastAsia="Times New Roman" w:hAnsi="Lato" w:cs="Times New Roman"/>
          <w:b/>
          <w:spacing w:val="-8"/>
          <w:sz w:val="20"/>
          <w:szCs w:val="20"/>
          <w:lang w:val="pl-PL" w:eastAsia="pl-PL"/>
        </w:rPr>
        <w:t>Załącznik nr 4</w:t>
      </w:r>
      <w:r w:rsidRPr="00E92785">
        <w:rPr>
          <w:rFonts w:ascii="Lato" w:eastAsia="Times New Roman" w:hAnsi="Lato" w:cs="Times New Roman"/>
          <w:spacing w:val="-8"/>
          <w:sz w:val="20"/>
          <w:szCs w:val="20"/>
          <w:lang w:val="pl-PL" w:eastAsia="pl-PL"/>
        </w:rPr>
        <w:t xml:space="preserve"> do Regulaminu Udzielania Zamówień Publicznych </w:t>
      </w:r>
    </w:p>
    <w:p w14:paraId="7F699DC4" w14:textId="77777777" w:rsidR="00E92785" w:rsidRPr="00E92785" w:rsidRDefault="00E92785" w:rsidP="00E92785">
      <w:pPr>
        <w:shd w:val="clear" w:color="auto" w:fill="FFFFFF"/>
        <w:tabs>
          <w:tab w:val="left" w:pos="3261"/>
        </w:tabs>
        <w:spacing w:before="120"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val="pl-PL" w:eastAsia="pl-PL"/>
        </w:rPr>
      </w:pPr>
      <w:r w:rsidRPr="00E92785">
        <w:rPr>
          <w:rFonts w:ascii="Lato" w:eastAsia="Times New Roman" w:hAnsi="Lato" w:cs="Times New Roman"/>
          <w:spacing w:val="-8"/>
          <w:sz w:val="20"/>
          <w:szCs w:val="20"/>
          <w:lang w:val="pl-PL" w:eastAsia="pl-PL"/>
        </w:rPr>
        <w:t xml:space="preserve">                                              w Zachodniopomorskim Urzędzie Wojewódzkim </w:t>
      </w:r>
      <w:r w:rsidRPr="00E92785">
        <w:rPr>
          <w:rFonts w:ascii="Lato" w:eastAsia="Times New Roman" w:hAnsi="Lato" w:cs="Times New Roman"/>
          <w:spacing w:val="-8"/>
          <w:sz w:val="20"/>
          <w:szCs w:val="20"/>
          <w:lang w:val="pl-PL" w:eastAsia="pl-PL"/>
        </w:rPr>
        <w:br/>
        <w:t>w Szczecinie</w:t>
      </w:r>
    </w:p>
    <w:p w14:paraId="11D66689" w14:textId="77777777" w:rsidR="00E92785" w:rsidRPr="00E92785" w:rsidRDefault="00E92785" w:rsidP="00E92785">
      <w:pPr>
        <w:pStyle w:val="Default"/>
        <w:spacing w:before="120"/>
        <w:jc w:val="center"/>
        <w:rPr>
          <w:rFonts w:ascii="Lato" w:hAnsi="Lato"/>
          <w:b/>
          <w:bCs/>
        </w:rPr>
      </w:pPr>
    </w:p>
    <w:p w14:paraId="4AFEB701" w14:textId="77777777" w:rsidR="00E92785" w:rsidRPr="00E92785" w:rsidRDefault="00E92785" w:rsidP="00E92785">
      <w:pPr>
        <w:spacing w:before="120" w:after="0" w:line="240" w:lineRule="auto"/>
        <w:jc w:val="both"/>
        <w:rPr>
          <w:rFonts w:ascii="Lato" w:hAnsi="Lato" w:cs="Times New Roman"/>
          <w:b/>
          <w:lang w:val="pl-PL"/>
        </w:rPr>
      </w:pPr>
      <w:r w:rsidRPr="00E92785">
        <w:rPr>
          <w:rFonts w:ascii="Lato" w:hAnsi="Lato" w:cs="Times New Roman"/>
          <w:b/>
          <w:lang w:val="pl-PL"/>
        </w:rPr>
        <w:t>……………………………………</w:t>
      </w:r>
    </w:p>
    <w:p w14:paraId="28BF8458" w14:textId="77777777" w:rsidR="00E92785" w:rsidRPr="00E92785" w:rsidRDefault="00E92785" w:rsidP="0043277B">
      <w:pPr>
        <w:spacing w:after="0" w:line="240" w:lineRule="auto"/>
        <w:jc w:val="both"/>
        <w:rPr>
          <w:rFonts w:ascii="Lato" w:hAnsi="Lato" w:cs="Times New Roman"/>
          <w:vertAlign w:val="superscript"/>
          <w:lang w:val="pl-PL"/>
        </w:rPr>
      </w:pPr>
      <w:r w:rsidRPr="00E92785">
        <w:rPr>
          <w:rFonts w:ascii="Lato" w:hAnsi="Lato" w:cs="Times New Roman"/>
          <w:vertAlign w:val="superscript"/>
          <w:lang w:val="pl-PL"/>
        </w:rPr>
        <w:t>(nazwa lub pieczęć wykonawcy)</w:t>
      </w:r>
    </w:p>
    <w:p w14:paraId="49485549" w14:textId="3B449BC4" w:rsidR="00E92785" w:rsidRPr="0043277B" w:rsidRDefault="00E92785" w:rsidP="0043277B">
      <w:pPr>
        <w:pStyle w:val="Bezodstpw"/>
        <w:spacing w:before="120"/>
        <w:ind w:left="4956"/>
        <w:rPr>
          <w:rFonts w:ascii="Lato" w:hAnsi="Lato" w:cs="Times New Roman"/>
          <w:b/>
          <w:lang w:val="pl-PL"/>
        </w:rPr>
      </w:pPr>
      <w:r w:rsidRPr="00E92785">
        <w:rPr>
          <w:rFonts w:ascii="Lato" w:hAnsi="Lato" w:cs="Times New Roman"/>
          <w:b/>
          <w:lang w:val="pl-PL"/>
        </w:rPr>
        <w:t xml:space="preserve">Zachodniopomorski Urząd Wojewódzki </w:t>
      </w:r>
      <w:r w:rsidRPr="00E92785">
        <w:rPr>
          <w:rFonts w:ascii="Lato" w:hAnsi="Lato" w:cs="Times New Roman"/>
          <w:b/>
          <w:lang w:val="pl-PL"/>
        </w:rPr>
        <w:br/>
        <w:t>w Szczecinie</w:t>
      </w:r>
      <w:r w:rsidR="0043277B">
        <w:rPr>
          <w:rFonts w:ascii="Lato" w:hAnsi="Lato" w:cs="Times New Roman"/>
          <w:b/>
          <w:lang w:val="pl-PL"/>
        </w:rPr>
        <w:br/>
      </w:r>
      <w:r w:rsidRPr="00E92785">
        <w:rPr>
          <w:rFonts w:ascii="Lato" w:hAnsi="Lato" w:cs="Times New Roman"/>
          <w:b/>
          <w:lang w:val="pl-PL"/>
        </w:rPr>
        <w:t>ul. Wały Chrobrego 4</w:t>
      </w:r>
      <w:r w:rsidR="0043277B">
        <w:rPr>
          <w:rFonts w:ascii="Lato" w:hAnsi="Lato" w:cs="Times New Roman"/>
          <w:b/>
          <w:lang w:val="pl-PL"/>
        </w:rPr>
        <w:br/>
      </w:r>
      <w:r w:rsidRPr="00E92785">
        <w:rPr>
          <w:rFonts w:ascii="Lato" w:hAnsi="Lato" w:cs="Times New Roman"/>
          <w:b/>
          <w:lang w:val="pl-PL"/>
        </w:rPr>
        <w:t xml:space="preserve">70-502 Szczecin </w:t>
      </w:r>
    </w:p>
    <w:p w14:paraId="428D04A4" w14:textId="77777777" w:rsidR="0043277B" w:rsidRDefault="0043277B" w:rsidP="00E92785">
      <w:pPr>
        <w:pStyle w:val="Nagwek2"/>
        <w:spacing w:before="120"/>
        <w:jc w:val="center"/>
        <w:rPr>
          <w:rFonts w:ascii="Lato" w:hAnsi="Lato"/>
          <w:color w:val="auto"/>
          <w:sz w:val="24"/>
          <w:szCs w:val="24"/>
          <w:lang w:val="pl-PL"/>
        </w:rPr>
      </w:pPr>
    </w:p>
    <w:p w14:paraId="0D160055" w14:textId="376BEDC2" w:rsidR="00557FB7" w:rsidRPr="00E92785" w:rsidRDefault="00CD6112" w:rsidP="00E92785">
      <w:pPr>
        <w:pStyle w:val="Nagwek2"/>
        <w:spacing w:before="120"/>
        <w:jc w:val="center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OFERTA CENOWA</w:t>
      </w:r>
    </w:p>
    <w:p w14:paraId="201767D1" w14:textId="77777777" w:rsidR="00557FB7" w:rsidRPr="00E92785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Odpowiadając na zaproszenie do złożenia oferty cenowej składamy ofertę na realizację zamówienia pn.:</w:t>
      </w:r>
    </w:p>
    <w:p w14:paraId="3CF67379" w14:textId="77777777" w:rsidR="00557FB7" w:rsidRPr="00E92785" w:rsidRDefault="00CD6112" w:rsidP="00E92785">
      <w:pPr>
        <w:spacing w:before="120" w:after="0"/>
        <w:rPr>
          <w:rFonts w:ascii="Lato" w:hAnsi="Lato"/>
          <w:b/>
          <w:bCs/>
          <w:sz w:val="24"/>
          <w:szCs w:val="24"/>
          <w:lang w:val="pl-PL"/>
        </w:rPr>
      </w:pPr>
      <w:r w:rsidRPr="00E92785">
        <w:rPr>
          <w:rFonts w:ascii="Lato" w:hAnsi="Lato"/>
          <w:b/>
          <w:bCs/>
          <w:sz w:val="24"/>
          <w:szCs w:val="24"/>
          <w:lang w:val="pl-PL"/>
        </w:rPr>
        <w:t>„Dostawa 10 sztuk przemysłowych generatorów ozonu o wydajności nie mniejszej niż 64 g/h wraz z wyposażeniem”.</w:t>
      </w:r>
    </w:p>
    <w:p w14:paraId="55B8CBC9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1. Oferowana cena</w:t>
      </w:r>
    </w:p>
    <w:p w14:paraId="2D6ECE43" w14:textId="77777777" w:rsidR="00557FB7" w:rsidRPr="00E92785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Cena netto: ................................ PLN</w:t>
      </w:r>
      <w:r w:rsidRPr="00E92785">
        <w:rPr>
          <w:rFonts w:ascii="Lato" w:hAnsi="Lato"/>
          <w:sz w:val="24"/>
          <w:szCs w:val="24"/>
          <w:lang w:val="pl-PL"/>
        </w:rPr>
        <w:br/>
        <w:t>VAT ............ %</w:t>
      </w:r>
      <w:r w:rsidRPr="00E92785">
        <w:rPr>
          <w:rFonts w:ascii="Lato" w:hAnsi="Lato"/>
          <w:sz w:val="24"/>
          <w:szCs w:val="24"/>
          <w:lang w:val="pl-PL"/>
        </w:rPr>
        <w:br/>
        <w:t>Cena brutto: .............................. PLN</w:t>
      </w:r>
      <w:r w:rsidRPr="00E92785">
        <w:rPr>
          <w:rFonts w:ascii="Lato" w:hAnsi="Lato"/>
          <w:sz w:val="24"/>
          <w:szCs w:val="24"/>
          <w:lang w:val="pl-PL"/>
        </w:rPr>
        <w:br/>
        <w:t>Cena brutto słownie: ........................................................................</w:t>
      </w:r>
    </w:p>
    <w:p w14:paraId="0EEBBDEE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2. Termin realizacji</w:t>
      </w:r>
    </w:p>
    <w:p w14:paraId="04E201EC" w14:textId="68EA65F5" w:rsidR="00557FB7" w:rsidRPr="00A77722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 xml:space="preserve">Oferuję wykonanie zamówienia </w:t>
      </w:r>
      <w:r w:rsidR="00A77722" w:rsidRPr="00A77722">
        <w:rPr>
          <w:rFonts w:ascii="Lato" w:hAnsi="Lato"/>
          <w:sz w:val="24"/>
          <w:szCs w:val="24"/>
          <w:lang w:val="pl-PL"/>
        </w:rPr>
        <w:t>w terminie do 30 dni kalendarzowych od dnia zawarcia umowy</w:t>
      </w:r>
      <w:r w:rsidR="00A77722">
        <w:rPr>
          <w:rFonts w:ascii="Lato" w:hAnsi="Lato"/>
          <w:sz w:val="24"/>
          <w:szCs w:val="24"/>
          <w:lang w:val="pl-PL"/>
        </w:rPr>
        <w:t>.</w:t>
      </w:r>
    </w:p>
    <w:p w14:paraId="6D705F86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3. Okres gwarancji</w:t>
      </w:r>
    </w:p>
    <w:p w14:paraId="0B0D78A4" w14:textId="77777777" w:rsidR="00557FB7" w:rsidRPr="00E92785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Oferuję gwarancję: ............... miesięcy (minimum 24 miesiące).</w:t>
      </w:r>
    </w:p>
    <w:p w14:paraId="1ED9E0B4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4. Dane oferowanego urządzenia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5800"/>
      </w:tblGrid>
      <w:tr w:rsidR="00A52229" w:rsidRPr="00E92785" w14:paraId="6FCA6B55" w14:textId="77777777" w:rsidTr="0043277B">
        <w:tc>
          <w:tcPr>
            <w:tcW w:w="2830" w:type="dxa"/>
            <w:shd w:val="clear" w:color="auto" w:fill="F2F2F2" w:themeFill="background1" w:themeFillShade="F2"/>
          </w:tcPr>
          <w:p w14:paraId="278E2AEA" w14:textId="77777777" w:rsidR="00557FB7" w:rsidRPr="00E92785" w:rsidRDefault="00CD6112" w:rsidP="00E92785">
            <w:pPr>
              <w:spacing w:before="120"/>
              <w:jc w:val="center"/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Parametr</w:t>
            </w:r>
          </w:p>
        </w:tc>
        <w:tc>
          <w:tcPr>
            <w:tcW w:w="5800" w:type="dxa"/>
            <w:shd w:val="clear" w:color="auto" w:fill="F2F2F2" w:themeFill="background1" w:themeFillShade="F2"/>
          </w:tcPr>
          <w:p w14:paraId="14111E77" w14:textId="77777777" w:rsidR="00557FB7" w:rsidRPr="00E92785" w:rsidRDefault="00CD6112" w:rsidP="00E92785">
            <w:pPr>
              <w:spacing w:before="120"/>
              <w:jc w:val="center"/>
              <w:rPr>
                <w:rFonts w:ascii="Lato" w:hAnsi="Lato"/>
                <w:b/>
                <w:bCs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b/>
                <w:bCs/>
                <w:sz w:val="24"/>
                <w:szCs w:val="24"/>
                <w:lang w:val="pl-PL"/>
              </w:rPr>
              <w:t>Dane</w:t>
            </w:r>
          </w:p>
        </w:tc>
      </w:tr>
      <w:tr w:rsidR="00A52229" w:rsidRPr="00E92785" w14:paraId="526693E1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43848D3F" w14:textId="77777777" w:rsidR="00557FB7" w:rsidRPr="00E92785" w:rsidRDefault="00CD6112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sz w:val="24"/>
                <w:szCs w:val="24"/>
                <w:lang w:val="pl-PL"/>
              </w:rPr>
              <w:t>Producent</w:t>
            </w:r>
          </w:p>
        </w:tc>
        <w:tc>
          <w:tcPr>
            <w:tcW w:w="5800" w:type="dxa"/>
          </w:tcPr>
          <w:p w14:paraId="4F2B7CFB" w14:textId="77777777" w:rsidR="00557FB7" w:rsidRPr="00E92785" w:rsidRDefault="00557FB7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A52229" w:rsidRPr="00E92785" w14:paraId="348EF857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444411C1" w14:textId="77777777" w:rsidR="00557FB7" w:rsidRPr="00E92785" w:rsidRDefault="00CD6112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sz w:val="24"/>
                <w:szCs w:val="24"/>
                <w:lang w:val="pl-PL"/>
              </w:rPr>
              <w:t>Model</w:t>
            </w:r>
          </w:p>
        </w:tc>
        <w:tc>
          <w:tcPr>
            <w:tcW w:w="5800" w:type="dxa"/>
          </w:tcPr>
          <w:p w14:paraId="0269EBFD" w14:textId="77777777" w:rsidR="00557FB7" w:rsidRPr="00E92785" w:rsidRDefault="00557FB7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3B74F9" w:rsidRPr="00A44445" w14:paraId="46B8FEC3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1083E459" w14:textId="02B1A5FB" w:rsidR="003B74F9" w:rsidRPr="00E92785" w:rsidRDefault="003B74F9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>
              <w:rPr>
                <w:rFonts w:ascii="Lato" w:hAnsi="Lato"/>
                <w:sz w:val="24"/>
                <w:szCs w:val="24"/>
                <w:lang w:val="pl-PL"/>
              </w:rPr>
              <w:t xml:space="preserve">Wydajność wytwarzania ozonu </w:t>
            </w:r>
            <w:r>
              <w:rPr>
                <w:rFonts w:ascii="Lato" w:hAnsi="Lato"/>
                <w:sz w:val="24"/>
                <w:szCs w:val="24"/>
                <w:lang w:val="pl-PL"/>
              </w:rPr>
              <w:sym w:font="Symbol" w:char="F05B"/>
            </w:r>
            <w:r>
              <w:rPr>
                <w:rFonts w:ascii="Lato" w:hAnsi="Lato"/>
                <w:sz w:val="24"/>
                <w:szCs w:val="24"/>
                <w:lang w:val="pl-PL"/>
              </w:rPr>
              <w:t>g/h</w:t>
            </w:r>
            <w:r>
              <w:rPr>
                <w:rFonts w:ascii="Lato" w:hAnsi="Lato"/>
                <w:sz w:val="24"/>
                <w:szCs w:val="24"/>
                <w:lang w:val="pl-PL"/>
              </w:rPr>
              <w:sym w:font="Symbol" w:char="F05D"/>
            </w:r>
          </w:p>
        </w:tc>
        <w:tc>
          <w:tcPr>
            <w:tcW w:w="5800" w:type="dxa"/>
          </w:tcPr>
          <w:p w14:paraId="2EDBF0FE" w14:textId="77777777" w:rsidR="003B74F9" w:rsidRPr="00E92785" w:rsidRDefault="003B74F9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43277B" w:rsidRPr="0043277B" w14:paraId="578F9A7B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2231C28E" w14:textId="0CAABE59" w:rsidR="0043277B" w:rsidRPr="00E92785" w:rsidRDefault="0043277B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43277B">
              <w:rPr>
                <w:rFonts w:ascii="Lato" w:hAnsi="Lato"/>
                <w:sz w:val="24"/>
                <w:szCs w:val="24"/>
                <w:lang w:val="pl-PL"/>
              </w:rPr>
              <w:lastRenderedPageBreak/>
              <w:t>Wydajność przepływu powietrza [m³/h]</w:t>
            </w:r>
          </w:p>
        </w:tc>
        <w:tc>
          <w:tcPr>
            <w:tcW w:w="5800" w:type="dxa"/>
          </w:tcPr>
          <w:p w14:paraId="6A018671" w14:textId="77777777" w:rsidR="0043277B" w:rsidRPr="00E92785" w:rsidRDefault="0043277B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A52229" w:rsidRPr="00E92785" w14:paraId="0D180EE2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6BD9FA9F" w14:textId="77777777" w:rsidR="00557FB7" w:rsidRPr="00E92785" w:rsidRDefault="00CD6112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sz w:val="24"/>
                <w:szCs w:val="24"/>
                <w:lang w:val="pl-PL"/>
              </w:rPr>
              <w:t>Kraj pochodzenia</w:t>
            </w:r>
          </w:p>
        </w:tc>
        <w:tc>
          <w:tcPr>
            <w:tcW w:w="5800" w:type="dxa"/>
          </w:tcPr>
          <w:p w14:paraId="24708E83" w14:textId="77777777" w:rsidR="00557FB7" w:rsidRPr="00E92785" w:rsidRDefault="00557FB7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A52229" w:rsidRPr="00E92785" w14:paraId="7ACADBED" w14:textId="77777777" w:rsidTr="0043277B">
        <w:trPr>
          <w:trHeight w:val="680"/>
        </w:trPr>
        <w:tc>
          <w:tcPr>
            <w:tcW w:w="2830" w:type="dxa"/>
            <w:vAlign w:val="center"/>
          </w:tcPr>
          <w:p w14:paraId="6EFFBF07" w14:textId="77777777" w:rsidR="00557FB7" w:rsidRPr="00E92785" w:rsidRDefault="00CD6112" w:rsidP="0043277B">
            <w:pPr>
              <w:rPr>
                <w:rFonts w:ascii="Lato" w:hAnsi="Lato"/>
                <w:sz w:val="24"/>
                <w:szCs w:val="24"/>
                <w:lang w:val="pl-PL"/>
              </w:rPr>
            </w:pPr>
            <w:r w:rsidRPr="00E92785">
              <w:rPr>
                <w:rFonts w:ascii="Lato" w:hAnsi="Lato"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5800" w:type="dxa"/>
          </w:tcPr>
          <w:p w14:paraId="645061F5" w14:textId="77777777" w:rsidR="00557FB7" w:rsidRPr="00E92785" w:rsidRDefault="00557FB7" w:rsidP="00E92785">
            <w:pPr>
              <w:spacing w:before="120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</w:tbl>
    <w:p w14:paraId="536410D4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5. Oświadczenia Wykonawcy</w:t>
      </w:r>
    </w:p>
    <w:p w14:paraId="40E666EA" w14:textId="77777777" w:rsidR="00557FB7" w:rsidRPr="00E92785" w:rsidRDefault="00CD6112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Akceptuję warunki określone w zaproszeniu, OPZ, Specyfikacji Technicznej oraz projekcie umowy.</w:t>
      </w:r>
    </w:p>
    <w:p w14:paraId="6206E6F0" w14:textId="77777777" w:rsidR="00557FB7" w:rsidRPr="00E92785" w:rsidRDefault="00CD6112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Oświadczam, że oferowany sprzęt jest fabrycznie nowy, nieużywany i pochodzi z produkcji seryjnej.</w:t>
      </w:r>
    </w:p>
    <w:p w14:paraId="3DD66D6A" w14:textId="77777777" w:rsidR="00557FB7" w:rsidRPr="00E92785" w:rsidRDefault="00CD6112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Oświadczam, że zapoznałem się z dokumentacją postępowania i nie wnoszę do niej zastrzeżeń.</w:t>
      </w:r>
    </w:p>
    <w:p w14:paraId="66304862" w14:textId="77777777" w:rsidR="00557FB7" w:rsidRPr="00E92785" w:rsidRDefault="00CD6112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Uważam się za związanego ofertą przez 30 dni od upływu terminu składania ofert.</w:t>
      </w:r>
    </w:p>
    <w:p w14:paraId="58482349" w14:textId="46857F03" w:rsidR="00E92785" w:rsidRPr="00E92785" w:rsidRDefault="00E92785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AA639AC" w14:textId="76D774DA" w:rsidR="00A77722" w:rsidRDefault="00E92785" w:rsidP="00E92785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Oświadczam, że w stosunku do Wykonawcy, którego reprezentuję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poz. 835)</w:t>
      </w:r>
      <w:r w:rsidR="00A77722">
        <w:rPr>
          <w:rFonts w:ascii="Lato" w:hAnsi="Lato"/>
          <w:sz w:val="24"/>
          <w:szCs w:val="24"/>
          <w:lang w:val="pl-PL"/>
        </w:rPr>
        <w:t>.</w:t>
      </w:r>
    </w:p>
    <w:p w14:paraId="3F09B50C" w14:textId="77777777" w:rsidR="00A77722" w:rsidRPr="00A77722" w:rsidRDefault="00A77722" w:rsidP="00A77722">
      <w:pPr>
        <w:pStyle w:val="Listanumerowana"/>
        <w:spacing w:before="120" w:after="0"/>
        <w:rPr>
          <w:rFonts w:ascii="Lato" w:hAnsi="Lato"/>
          <w:sz w:val="24"/>
          <w:szCs w:val="24"/>
          <w:lang w:val="pl-PL"/>
        </w:rPr>
      </w:pPr>
      <w:r w:rsidRPr="00A77722">
        <w:rPr>
          <w:rFonts w:ascii="Lato" w:hAnsi="Lato"/>
          <w:sz w:val="24"/>
          <w:szCs w:val="24"/>
          <w:lang w:val="pl-PL"/>
        </w:rPr>
        <w:t>Do oferty załączam wypełnioną Specyfikację Techniczną oferowanego urządzenia oraz kartę katalogową lub dokumentację techniczną producenta potwierdzającą parametry oferowanego urządzenia.</w:t>
      </w:r>
    </w:p>
    <w:p w14:paraId="61953B42" w14:textId="77777777" w:rsidR="00557FB7" w:rsidRPr="00E92785" w:rsidRDefault="00CD6112" w:rsidP="00E92785">
      <w:pPr>
        <w:pStyle w:val="Nagwek2"/>
        <w:spacing w:before="120"/>
        <w:rPr>
          <w:rFonts w:ascii="Lato" w:hAnsi="Lato"/>
          <w:color w:val="auto"/>
          <w:sz w:val="24"/>
          <w:szCs w:val="24"/>
          <w:lang w:val="pl-PL"/>
        </w:rPr>
      </w:pPr>
      <w:r w:rsidRPr="00E92785">
        <w:rPr>
          <w:rFonts w:ascii="Lato" w:hAnsi="Lato"/>
          <w:color w:val="auto"/>
          <w:sz w:val="24"/>
          <w:szCs w:val="24"/>
          <w:lang w:val="pl-PL"/>
        </w:rPr>
        <w:t>6. Dane osoby do kontaktu</w:t>
      </w:r>
    </w:p>
    <w:p w14:paraId="350F4086" w14:textId="77777777" w:rsidR="00557FB7" w:rsidRPr="00E92785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t>Imię i nazwisko: ........................................</w:t>
      </w:r>
      <w:r w:rsidRPr="00E92785">
        <w:rPr>
          <w:rFonts w:ascii="Lato" w:hAnsi="Lato"/>
          <w:sz w:val="24"/>
          <w:szCs w:val="24"/>
          <w:lang w:val="pl-PL"/>
        </w:rPr>
        <w:br/>
        <w:t>Telefon: ........................................</w:t>
      </w:r>
      <w:r w:rsidRPr="00E92785">
        <w:rPr>
          <w:rFonts w:ascii="Lato" w:hAnsi="Lato"/>
          <w:sz w:val="24"/>
          <w:szCs w:val="24"/>
          <w:lang w:val="pl-PL"/>
        </w:rPr>
        <w:br/>
        <w:t>E-mail: ........................................</w:t>
      </w:r>
    </w:p>
    <w:p w14:paraId="7F21AE0A" w14:textId="77777777" w:rsidR="00E92785" w:rsidRDefault="00E92785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</w:p>
    <w:p w14:paraId="252B1D96" w14:textId="42D1B54A" w:rsidR="00557FB7" w:rsidRPr="00E92785" w:rsidRDefault="00CD6112" w:rsidP="00E92785">
      <w:pPr>
        <w:spacing w:before="120" w:after="0"/>
        <w:rPr>
          <w:rFonts w:ascii="Lato" w:hAnsi="Lato"/>
          <w:sz w:val="24"/>
          <w:szCs w:val="24"/>
          <w:lang w:val="pl-PL"/>
        </w:rPr>
      </w:pPr>
      <w:r w:rsidRPr="00E92785">
        <w:rPr>
          <w:rFonts w:ascii="Lato" w:hAnsi="Lato"/>
          <w:sz w:val="24"/>
          <w:szCs w:val="24"/>
          <w:lang w:val="pl-PL"/>
        </w:rPr>
        <w:br/>
        <w:t xml:space="preserve">.................................................               </w:t>
      </w:r>
      <w:r w:rsidR="00E92785">
        <w:rPr>
          <w:rFonts w:ascii="Lato" w:hAnsi="Lato"/>
          <w:sz w:val="24"/>
          <w:szCs w:val="24"/>
          <w:lang w:val="pl-PL"/>
        </w:rPr>
        <w:tab/>
      </w:r>
      <w:r w:rsidR="00E92785">
        <w:rPr>
          <w:rFonts w:ascii="Lato" w:hAnsi="Lato"/>
          <w:sz w:val="24"/>
          <w:szCs w:val="24"/>
          <w:lang w:val="pl-PL"/>
        </w:rPr>
        <w:tab/>
      </w:r>
      <w:r w:rsidR="00E92785">
        <w:rPr>
          <w:rFonts w:ascii="Lato" w:hAnsi="Lato"/>
          <w:sz w:val="24"/>
          <w:szCs w:val="24"/>
          <w:lang w:val="pl-PL"/>
        </w:rPr>
        <w:tab/>
      </w:r>
      <w:r w:rsidRPr="00E92785">
        <w:rPr>
          <w:rFonts w:ascii="Lato" w:hAnsi="Lato"/>
          <w:sz w:val="24"/>
          <w:szCs w:val="24"/>
          <w:lang w:val="pl-PL"/>
        </w:rPr>
        <w:t xml:space="preserve"> .................................................</w:t>
      </w:r>
    </w:p>
    <w:p w14:paraId="2B499D7A" w14:textId="77A920D4" w:rsidR="0043277B" w:rsidRPr="0043277B" w:rsidRDefault="00CD6112" w:rsidP="0043277B">
      <w:pPr>
        <w:spacing w:after="0" w:line="240" w:lineRule="auto"/>
        <w:rPr>
          <w:rFonts w:ascii="Lato" w:hAnsi="Lato"/>
          <w:sz w:val="24"/>
          <w:szCs w:val="24"/>
          <w:vertAlign w:val="superscript"/>
          <w:lang w:val="pl-PL"/>
        </w:rPr>
      </w:pPr>
      <w:r w:rsidRPr="0043277B">
        <w:rPr>
          <w:rFonts w:ascii="Lato" w:hAnsi="Lato"/>
          <w:sz w:val="24"/>
          <w:szCs w:val="24"/>
          <w:vertAlign w:val="superscript"/>
          <w:lang w:val="pl-PL"/>
        </w:rPr>
        <w:t xml:space="preserve">miejscowość i data                                    </w:t>
      </w:r>
      <w:r w:rsidR="00E92785" w:rsidRPr="0043277B">
        <w:rPr>
          <w:rFonts w:ascii="Lato" w:hAnsi="Lato"/>
          <w:sz w:val="24"/>
          <w:szCs w:val="24"/>
          <w:vertAlign w:val="superscript"/>
          <w:lang w:val="pl-PL"/>
        </w:rPr>
        <w:tab/>
      </w:r>
      <w:r w:rsidR="00E92785" w:rsidRPr="0043277B">
        <w:rPr>
          <w:rFonts w:ascii="Lato" w:hAnsi="Lato"/>
          <w:sz w:val="24"/>
          <w:szCs w:val="24"/>
          <w:vertAlign w:val="superscript"/>
          <w:lang w:val="pl-PL"/>
        </w:rPr>
        <w:tab/>
      </w:r>
      <w:r w:rsidR="00E92785" w:rsidRPr="0043277B">
        <w:rPr>
          <w:rFonts w:ascii="Lato" w:hAnsi="Lato"/>
          <w:sz w:val="24"/>
          <w:szCs w:val="24"/>
          <w:vertAlign w:val="superscript"/>
          <w:lang w:val="pl-PL"/>
        </w:rPr>
        <w:tab/>
      </w:r>
      <w:r w:rsidR="00E92785" w:rsidRPr="0043277B">
        <w:rPr>
          <w:rFonts w:ascii="Lato" w:hAnsi="Lato"/>
          <w:sz w:val="24"/>
          <w:szCs w:val="24"/>
          <w:vertAlign w:val="superscript"/>
          <w:lang w:val="pl-PL"/>
        </w:rPr>
        <w:tab/>
      </w:r>
      <w:r w:rsidRPr="0043277B">
        <w:rPr>
          <w:rFonts w:ascii="Lato" w:hAnsi="Lato"/>
          <w:sz w:val="24"/>
          <w:szCs w:val="24"/>
          <w:vertAlign w:val="superscript"/>
          <w:lang w:val="pl-PL"/>
        </w:rPr>
        <w:t xml:space="preserve">  podpis i pieczęć Wykonawcy</w:t>
      </w:r>
    </w:p>
    <w:sectPr w:rsidR="0043277B" w:rsidRPr="0043277B" w:rsidSect="00F80022"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9071086">
    <w:abstractNumId w:val="8"/>
  </w:num>
  <w:num w:numId="2" w16cid:durableId="1405106331">
    <w:abstractNumId w:val="6"/>
  </w:num>
  <w:num w:numId="3" w16cid:durableId="389156665">
    <w:abstractNumId w:val="5"/>
  </w:num>
  <w:num w:numId="4" w16cid:durableId="950357297">
    <w:abstractNumId w:val="4"/>
  </w:num>
  <w:num w:numId="5" w16cid:durableId="1632242778">
    <w:abstractNumId w:val="7"/>
  </w:num>
  <w:num w:numId="6" w16cid:durableId="448476538">
    <w:abstractNumId w:val="3"/>
  </w:num>
  <w:num w:numId="7" w16cid:durableId="1624385687">
    <w:abstractNumId w:val="2"/>
  </w:num>
  <w:num w:numId="8" w16cid:durableId="1317799260">
    <w:abstractNumId w:val="1"/>
  </w:num>
  <w:num w:numId="9" w16cid:durableId="1084958012">
    <w:abstractNumId w:val="0"/>
  </w:num>
  <w:num w:numId="10" w16cid:durableId="642589531">
    <w:abstractNumId w:val="9"/>
  </w:num>
  <w:num w:numId="11" w16cid:durableId="41515084">
    <w:abstractNumId w:val="7"/>
  </w:num>
  <w:num w:numId="12" w16cid:durableId="9612333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3763"/>
    <w:rsid w:val="003B74F9"/>
    <w:rsid w:val="003C31C6"/>
    <w:rsid w:val="0043277B"/>
    <w:rsid w:val="00557FB7"/>
    <w:rsid w:val="00621D04"/>
    <w:rsid w:val="00863C8A"/>
    <w:rsid w:val="00A44445"/>
    <w:rsid w:val="00A52229"/>
    <w:rsid w:val="00A77722"/>
    <w:rsid w:val="00AA1D8D"/>
    <w:rsid w:val="00B47730"/>
    <w:rsid w:val="00CA5F9A"/>
    <w:rsid w:val="00CB0664"/>
    <w:rsid w:val="00CD6112"/>
    <w:rsid w:val="00D20071"/>
    <w:rsid w:val="00E92785"/>
    <w:rsid w:val="00F800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11992"/>
  <w14:defaultImageDpi w14:val="300"/>
  <w15:docId w15:val="{5D89CACB-B7F4-964E-B259-16498D0C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E927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Pilarska-Zamiela</cp:lastModifiedBy>
  <cp:revision>2</cp:revision>
  <dcterms:created xsi:type="dcterms:W3CDTF">2026-09-01T11:02:00Z</dcterms:created>
  <dcterms:modified xsi:type="dcterms:W3CDTF">2026-09-01T11:02:00Z</dcterms:modified>
  <cp:category/>
</cp:coreProperties>
</file>