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44044" w14:textId="0D83E2BF" w:rsidR="00AA4EE6" w:rsidRPr="00AA4EE6" w:rsidRDefault="00AA4EE6" w:rsidP="00AA4EE6">
      <w:pPr>
        <w:spacing w:after="240"/>
        <w:ind w:left="7920" w:firstLine="720"/>
        <w:rPr>
          <w:rFonts w:ascii="Arial" w:hAnsi="Arial" w:cs="Arial"/>
        </w:rPr>
      </w:pPr>
      <w:r w:rsidRPr="007872DA">
        <w:rPr>
          <w:rFonts w:ascii="Arial" w:hAnsi="Arial" w:cs="Arial"/>
        </w:rPr>
        <w:t>Załącznik do regulaminu organizacyjnego</w:t>
      </w:r>
      <w:r w:rsidRPr="00AA4EE6">
        <w:t xml:space="preserve"> </w:t>
      </w:r>
      <w:r w:rsidRPr="00AA4EE6">
        <w:rPr>
          <w:rFonts w:ascii="Arial" w:hAnsi="Arial" w:cs="Arial"/>
        </w:rPr>
        <w:t>Wydziału Polityki Społecznej</w:t>
      </w:r>
    </w:p>
    <w:p w14:paraId="6B2AB625" w14:textId="65795538" w:rsidR="0043685B" w:rsidRDefault="00AA4EE6" w:rsidP="00AA4EE6">
      <w:pPr>
        <w:spacing w:after="0"/>
        <w:ind w:left="2880"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70110" wp14:editId="5F3C8BC3">
                <wp:simplePos x="0" y="0"/>
                <wp:positionH relativeFrom="page">
                  <wp:posOffset>3305505</wp:posOffset>
                </wp:positionH>
                <wp:positionV relativeFrom="page">
                  <wp:posOffset>892454</wp:posOffset>
                </wp:positionV>
                <wp:extent cx="3429000" cy="504698"/>
                <wp:effectExtent l="0" t="0" r="19050" b="10160"/>
                <wp:wrapNone/>
                <wp:docPr id="637903234" name="dir" descr="element schematu ramka w niej nazwa stanowisk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504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A815E" w14:textId="77777777" w:rsidR="0043685B" w:rsidRDefault="00DF3F0D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Dyrektor Wydziału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70110" id="dir" o:spid="_x0000_s1026" alt="element schematu ramka w niej nazwa stanowiska " style="position:absolute;left:0;text-align:left;margin-left:260.3pt;margin-top:70.25pt;width:270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" strokeweight="1pt">
                <v:textbox inset="5pt,5pt,5pt,5pt">
                  <w:txbxContent>
                    <w:p w14:paraId="00CA815E" w14:textId="77777777" w:rsidR="0043685B" w:rsidRDefault="00DF3F0D">
                      <w:pPr>
                        <w:jc w:val="center"/>
                      </w:pPr>
                      <w:r>
                        <w:rPr>
                          <w:rFonts w:ascii="Arial" w:hAnsi="Arial"/>
                          <w:b/>
                        </w:rPr>
                        <w:t>Dyrektor Wydziału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sz w:val="28"/>
        </w:rPr>
        <w:t xml:space="preserve">     </w:t>
      </w:r>
      <w:r w:rsidR="00DF3F0D">
        <w:rPr>
          <w:rFonts w:ascii="Arial" w:hAnsi="Arial"/>
          <w:b/>
          <w:sz w:val="28"/>
        </w:rPr>
        <w:t>Schemat organizacyjny Wydziału Polityki Społecznej</w:t>
      </w:r>
    </w:p>
    <w:p w14:paraId="609A957D" w14:textId="513B27F9" w:rsidR="0043685B" w:rsidRDefault="00DF27E8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90838D" wp14:editId="694E8ED5">
                <wp:simplePos x="0" y="0"/>
                <wp:positionH relativeFrom="page">
                  <wp:posOffset>5461000</wp:posOffset>
                </wp:positionH>
                <wp:positionV relativeFrom="page">
                  <wp:posOffset>1587500</wp:posOffset>
                </wp:positionV>
                <wp:extent cx="2921000" cy="533400"/>
                <wp:effectExtent l="12700" t="6350" r="9525" b="12700"/>
                <wp:wrapNone/>
                <wp:docPr id="1210216963" name="zast" descr="element schematu ramka w niej nazwa stanowisk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49E66" w14:textId="77777777" w:rsidR="0043685B" w:rsidRDefault="00DF3F0D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Zastępca Dyrektora Wydziału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0838D" id="zast" o:spid="_x0000_s1027" alt="element schematu ramka w niej nazwa stanowiska " style="position:absolute;margin-left:430pt;margin-top:125pt;width:230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" strokeweight="1pt">
                <v:textbox inset="5pt,5pt,5pt,5pt">
                  <w:txbxContent>
                    <w:p w14:paraId="49C49E66" w14:textId="77777777" w:rsidR="0043685B" w:rsidRDefault="00DF3F0D">
                      <w:pPr>
                        <w:jc w:val="center"/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Zastępca Dyrektora Wydziału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38FAB" wp14:editId="7CCEF840">
                <wp:simplePos x="0" y="0"/>
                <wp:positionH relativeFrom="page">
                  <wp:posOffset>317500</wp:posOffset>
                </wp:positionH>
                <wp:positionV relativeFrom="page">
                  <wp:posOffset>1714500</wp:posOffset>
                </wp:positionV>
                <wp:extent cx="3619500" cy="736600"/>
                <wp:effectExtent l="12700" t="9525" r="6350" b="6350"/>
                <wp:wrapNone/>
                <wp:docPr id="358177159" name="std" descr="element schematu ramka w niej nazwa oddziału podlegającego bezpośrednio dyrektorowi wydzia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35F4D" w14:textId="77777777" w:rsidR="0043685B" w:rsidRPr="00DF27E8" w:rsidRDefault="00DF3F0D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DF27E8">
                              <w:rPr>
                                <w:rFonts w:ascii="Arial" w:hAnsi="Arial"/>
                                <w:b/>
                                <w:sz w:val="18"/>
                                <w:lang w:val="pl-PL"/>
                              </w:rPr>
                              <w:t>Oddział Standardów i Jakości Usług Społecznych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38FAB" id="std" o:spid="_x0000_s1028" alt="element schematu ramka w niej nazwa oddziału podlegającego bezpośrednio dyrektorowi wydziału" style="position:absolute;margin-left:25pt;margin-top:135pt;width:285pt;height:5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" strokeweight="1pt">
                <v:textbox inset="5pt,5pt,5pt,5pt">
                  <w:txbxContent>
                    <w:p w14:paraId="15B35F4D" w14:textId="77777777" w:rsidR="0043685B" w:rsidRPr="00DF27E8" w:rsidRDefault="00DF3F0D">
                      <w:pPr>
                        <w:jc w:val="center"/>
                        <w:rPr>
                          <w:lang w:val="pl-PL"/>
                        </w:rPr>
                      </w:pPr>
                      <w:r w:rsidRPr="00DF27E8">
                        <w:rPr>
                          <w:rFonts w:ascii="Arial" w:hAnsi="Arial"/>
                          <w:b/>
                          <w:sz w:val="18"/>
                          <w:lang w:val="pl-PL"/>
                        </w:rPr>
                        <w:t>Oddział Standardów i Jakości Usług Społecznych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7B5CA1" wp14:editId="03CAD9E2">
                <wp:simplePos x="0" y="0"/>
                <wp:positionH relativeFrom="page">
                  <wp:posOffset>317500</wp:posOffset>
                </wp:positionH>
                <wp:positionV relativeFrom="page">
                  <wp:posOffset>2794000</wp:posOffset>
                </wp:positionV>
                <wp:extent cx="3619500" cy="736600"/>
                <wp:effectExtent l="12700" t="12700" r="6350" b="12700"/>
                <wp:wrapNone/>
                <wp:docPr id="1559786610" name="rodz" descr="element schematu ramka w niej nazwa oddziału podlegającego bezpośrednio dyrektorowi wydzia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95009" w14:textId="77777777" w:rsidR="0043685B" w:rsidRPr="00DF27E8" w:rsidRDefault="00DF3F0D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DF27E8">
                              <w:rPr>
                                <w:rFonts w:ascii="Arial" w:hAnsi="Arial"/>
                                <w:b/>
                                <w:sz w:val="18"/>
                                <w:lang w:val="pl-PL"/>
                              </w:rPr>
                              <w:t>Oddział Wspierania Rodziny i Systemu Pieczy Zastępczej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B5CA1" id="rodz" o:spid="_x0000_s1029" alt="element schematu ramka w niej nazwa oddziału podlegającego bezpośrednio dyrektorowi wydziału" style="position:absolute;margin-left:25pt;margin-top:220pt;width:285pt;height:5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" strokeweight="1pt">
                <v:textbox inset="5pt,5pt,5pt,5pt">
                  <w:txbxContent>
                    <w:p w14:paraId="63B95009" w14:textId="77777777" w:rsidR="0043685B" w:rsidRPr="00DF27E8" w:rsidRDefault="00DF3F0D">
                      <w:pPr>
                        <w:jc w:val="center"/>
                        <w:rPr>
                          <w:lang w:val="pl-PL"/>
                        </w:rPr>
                      </w:pPr>
                      <w:r w:rsidRPr="00DF27E8">
                        <w:rPr>
                          <w:rFonts w:ascii="Arial" w:hAnsi="Arial"/>
                          <w:b/>
                          <w:sz w:val="18"/>
                          <w:lang w:val="pl-PL"/>
                        </w:rPr>
                        <w:t>Oddział Wspierania Rodziny i Systemu Pieczy Zastępczej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9D473B" wp14:editId="283FBE8A">
                <wp:simplePos x="0" y="0"/>
                <wp:positionH relativeFrom="page">
                  <wp:posOffset>317500</wp:posOffset>
                </wp:positionH>
                <wp:positionV relativeFrom="page">
                  <wp:posOffset>3873500</wp:posOffset>
                </wp:positionV>
                <wp:extent cx="3619500" cy="736600"/>
                <wp:effectExtent l="12700" t="6350" r="6350" b="9525"/>
                <wp:wrapNone/>
                <wp:docPr id="233307404" name="bud" descr="element schematu ramka w niej nazwa oddziału podlegającego bezpośrednio dyrektorowi wydzia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491CA" w14:textId="77777777" w:rsidR="0043685B" w:rsidRDefault="00DF3F0D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Oddział Planowania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Budżetu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D473B" id="bud" o:spid="_x0000_s1030" alt="element schematu ramka w niej nazwa oddziału podlegającego bezpośrednio dyrektorowi wydziału" style="position:absolute;margin-left:25pt;margin-top:305pt;width:285pt;height:5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" strokeweight="1pt">
                <v:textbox inset="5pt,5pt,5pt,5pt">
                  <w:txbxContent>
                    <w:p w14:paraId="582491CA" w14:textId="77777777" w:rsidR="0043685B" w:rsidRDefault="00DF3F0D">
                      <w:pPr>
                        <w:jc w:val="center"/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Oddział Planowania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18"/>
                        </w:rPr>
                        <w:t>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Budżetu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C28BDB" wp14:editId="0C98D486">
                <wp:simplePos x="0" y="0"/>
                <wp:positionH relativeFrom="page">
                  <wp:posOffset>825500</wp:posOffset>
                </wp:positionH>
                <wp:positionV relativeFrom="page">
                  <wp:posOffset>5016500</wp:posOffset>
                </wp:positionV>
                <wp:extent cx="3111500" cy="609600"/>
                <wp:effectExtent l="6350" t="6350" r="6350" b="12700"/>
                <wp:wrapNone/>
                <wp:docPr id="1676085293" name="sam" descr="element schematu ramka w niej nazwa stanowis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E5957" w14:textId="77777777" w:rsidR="0043685B" w:rsidRPr="00DF27E8" w:rsidRDefault="00DF3F0D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DF27E8">
                              <w:rPr>
                                <w:rFonts w:ascii="Arial" w:hAnsi="Arial"/>
                                <w:b/>
                                <w:sz w:val="16"/>
                                <w:lang w:val="pl-PL"/>
                              </w:rPr>
                              <w:t>Samodzielne stanowisko pracy ds. organizacyjno-administracyjnych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28BDB" id="sam" o:spid="_x0000_s1031" alt="element schematu ramka w niej nazwa stanowiska" style="position:absolute;margin-left:65pt;margin-top:395pt;width:245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" strokeweight="1pt">
                <v:textbox inset="5pt,5pt,5pt,5pt">
                  <w:txbxContent>
                    <w:p w14:paraId="45CE5957" w14:textId="77777777" w:rsidR="0043685B" w:rsidRPr="00DF27E8" w:rsidRDefault="00DF3F0D">
                      <w:pPr>
                        <w:jc w:val="center"/>
                        <w:rPr>
                          <w:lang w:val="pl-PL"/>
                        </w:rPr>
                      </w:pPr>
                      <w:r w:rsidRPr="00DF27E8">
                        <w:rPr>
                          <w:rFonts w:ascii="Arial" w:hAnsi="Arial"/>
                          <w:b/>
                          <w:sz w:val="16"/>
                          <w:lang w:val="pl-PL"/>
                        </w:rPr>
                        <w:t>Samodzielne stanowisko pracy ds. organizacyjno-administracyjnych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7C4033" wp14:editId="27E62769">
                <wp:simplePos x="0" y="0"/>
                <wp:positionH relativeFrom="page">
                  <wp:posOffset>6604000</wp:posOffset>
                </wp:positionH>
                <wp:positionV relativeFrom="page">
                  <wp:posOffset>2603500</wp:posOffset>
                </wp:positionV>
                <wp:extent cx="3683000" cy="736600"/>
                <wp:effectExtent l="12700" t="12700" r="9525" b="12700"/>
                <wp:wrapNone/>
                <wp:docPr id="7193992" name="rynek" descr="element schematu ramka w niej nazwa oddziału podlegającego zastępcy dyrektora wydzia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0F160" w14:textId="77777777" w:rsidR="0043685B" w:rsidRPr="00DF27E8" w:rsidRDefault="00DF3F0D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DF27E8">
                              <w:rPr>
                                <w:rFonts w:ascii="Arial" w:hAnsi="Arial"/>
                                <w:b/>
                                <w:sz w:val="18"/>
                                <w:lang w:val="pl-PL"/>
                              </w:rPr>
                              <w:t>Oddział Rynku Pracy i Aktywności Społeczno-Zawodowej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C4033" id="rynek" o:spid="_x0000_s1032" alt="element schematu ramka w niej nazwa oddziału podlegającego zastępcy dyrektora wydziału" style="position:absolute;margin-left:520pt;margin-top:205pt;width:290pt;height:5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" strokeweight="1pt">
                <v:textbox inset="5pt,5pt,5pt,5pt">
                  <w:txbxContent>
                    <w:p w14:paraId="5A20F160" w14:textId="77777777" w:rsidR="0043685B" w:rsidRPr="00DF27E8" w:rsidRDefault="00DF3F0D">
                      <w:pPr>
                        <w:jc w:val="center"/>
                        <w:rPr>
                          <w:lang w:val="pl-PL"/>
                        </w:rPr>
                      </w:pPr>
                      <w:r w:rsidRPr="00DF27E8">
                        <w:rPr>
                          <w:rFonts w:ascii="Arial" w:hAnsi="Arial"/>
                          <w:b/>
                          <w:sz w:val="18"/>
                          <w:lang w:val="pl-PL"/>
                        </w:rPr>
                        <w:t>Oddział Rynku Pracy i Aktywności Społeczno-Zawodowej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B7D719" wp14:editId="08216D05">
                <wp:simplePos x="0" y="0"/>
                <wp:positionH relativeFrom="page">
                  <wp:posOffset>6604000</wp:posOffset>
                </wp:positionH>
                <wp:positionV relativeFrom="page">
                  <wp:posOffset>3683000</wp:posOffset>
                </wp:positionV>
                <wp:extent cx="3683000" cy="736600"/>
                <wp:effectExtent l="12700" t="6350" r="9525" b="9525"/>
                <wp:wrapNone/>
                <wp:docPr id="879935463" name="prog" descr="element schematu ramka w niej nazwa oddziału podlegającego zastępcy dyrektora wydzia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49B51" w14:textId="77777777" w:rsidR="0043685B" w:rsidRDefault="00DF3F0D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Oddział Programów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Projektów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Społecznych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7D719" id="prog" o:spid="_x0000_s1033" alt="element schematu ramka w niej nazwa oddziału podlegającego zastępcy dyrektora wydziału" style="position:absolute;margin-left:520pt;margin-top:290pt;width:290pt;height:5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" strokeweight="1pt">
                <v:textbox inset="5pt,5pt,5pt,5pt">
                  <w:txbxContent>
                    <w:p w14:paraId="67349B51" w14:textId="77777777" w:rsidR="0043685B" w:rsidRDefault="00DF3F0D">
                      <w:pPr>
                        <w:jc w:val="center"/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Oddział Programów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18"/>
                        </w:rPr>
                        <w:t>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Projektów</w:t>
                      </w:r>
                      <w:bookmarkStart w:id="1" w:name="_GoBack"/>
                      <w:bookmarkEnd w:id="1"/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Społecznych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C38326" wp14:editId="28DBC563">
                <wp:simplePos x="0" y="0"/>
                <wp:positionH relativeFrom="page">
                  <wp:posOffset>5461000</wp:posOffset>
                </wp:positionH>
                <wp:positionV relativeFrom="page">
                  <wp:posOffset>5016500</wp:posOffset>
                </wp:positionV>
                <wp:extent cx="3556000" cy="609600"/>
                <wp:effectExtent l="12700" t="6350" r="12700" b="12700"/>
                <wp:wrapNone/>
                <wp:docPr id="1192186553" name="koord" descr="element schematu ramka w niej nazwa stanowis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5A2A1" w14:textId="77777777" w:rsidR="0043685B" w:rsidRDefault="00DF3F0D">
                            <w:pPr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Koordynator ds. przeciwdziałania przemocy domowej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38326" id="koord" o:spid="_x0000_s1034" alt="element schematu ramka w niej nazwa stanowiska" style="position:absolute;margin-left:430pt;margin-top:395pt;width:280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" strokeweight="1pt">
                <v:textbox inset="5pt,5pt,5pt,5pt">
                  <w:txbxContent>
                    <w:p w14:paraId="31A5A2A1" w14:textId="77777777" w:rsidR="0043685B" w:rsidRDefault="00DF3F0D">
                      <w:pPr>
                        <w:jc w:val="center"/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Koordynator ds. przeciwdziałania przemocy domowej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B8AEA99" wp14:editId="27F6A7B4">
                <wp:simplePos x="0" y="0"/>
                <wp:positionH relativeFrom="page">
                  <wp:posOffset>4953000</wp:posOffset>
                </wp:positionH>
                <wp:positionV relativeFrom="page">
                  <wp:posOffset>1397000</wp:posOffset>
                </wp:positionV>
                <wp:extent cx="0" cy="3924300"/>
                <wp:effectExtent l="9525" t="15875" r="9525" b="12700"/>
                <wp:wrapNone/>
                <wp:docPr id="1420908528" name="trunk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2430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579726B" id="trunkL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0pt,110pt" to="390pt,4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" strokeweight="1.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C029FB" wp14:editId="62A391FB">
                <wp:simplePos x="0" y="0"/>
                <wp:positionH relativeFrom="page">
                  <wp:posOffset>6159500</wp:posOffset>
                </wp:positionH>
                <wp:positionV relativeFrom="page">
                  <wp:posOffset>2120900</wp:posOffset>
                </wp:positionV>
                <wp:extent cx="0" cy="1930400"/>
                <wp:effectExtent l="15875" t="15875" r="12700" b="15875"/>
                <wp:wrapNone/>
                <wp:docPr id="1853137293" name="trunk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3040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0CED4CF" id="trunkR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5pt,167pt" to="485pt,3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" strokeweight="1.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172BC6" wp14:editId="26F44FFA">
                <wp:simplePos x="0" y="0"/>
                <wp:positionH relativeFrom="page">
                  <wp:posOffset>6159500</wp:posOffset>
                </wp:positionH>
                <wp:positionV relativeFrom="page">
                  <wp:posOffset>2971800</wp:posOffset>
                </wp:positionV>
                <wp:extent cx="444500" cy="0"/>
                <wp:effectExtent l="15875" t="57150" r="25400" b="57150"/>
                <wp:wrapNone/>
                <wp:docPr id="826534288" name="aRyn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2D03297" id="aRynek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5pt,234pt" to="520pt,2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" strokeweight="1.2pt">
                <v:stroke endarrow="block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F6F723" wp14:editId="2D19E4F0">
                <wp:simplePos x="0" y="0"/>
                <wp:positionH relativeFrom="page">
                  <wp:posOffset>6159500</wp:posOffset>
                </wp:positionH>
                <wp:positionV relativeFrom="page">
                  <wp:posOffset>4051300</wp:posOffset>
                </wp:positionV>
                <wp:extent cx="444500" cy="0"/>
                <wp:effectExtent l="15875" t="60325" r="25400" b="63500"/>
                <wp:wrapNone/>
                <wp:docPr id="843938069" name="aPro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D0F793A" id="aProg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5pt,319pt" to="520pt,3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" strokeweight="1.2pt">
                <v:stroke endarrow="block"/>
                <w10:wrap anchorx="page" anchory="page"/>
              </v:line>
            </w:pict>
          </mc:Fallback>
        </mc:AlternateContent>
      </w:r>
    </w:p>
    <w:p w14:paraId="011CBC05" w14:textId="282FC83F" w:rsidR="00DF27E8" w:rsidRDefault="00DF27E8"/>
    <w:p w14:paraId="2565B38E" w14:textId="27547D9C" w:rsidR="0043685B" w:rsidRDefault="00DF27E8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8F6F723" wp14:editId="014A65D0">
                <wp:simplePos x="0" y="0"/>
                <wp:positionH relativeFrom="page">
                  <wp:posOffset>6152198</wp:posOffset>
                </wp:positionH>
                <wp:positionV relativeFrom="page">
                  <wp:posOffset>1400175</wp:posOffset>
                </wp:positionV>
                <wp:extent cx="5080" cy="184785"/>
                <wp:effectExtent l="76200" t="0" r="71120" b="62865"/>
                <wp:wrapNone/>
                <wp:docPr id="1544182164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184785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A2A72AD" id="Łącznik prosty 2" o:spid="_x0000_s1026" style="position:absolute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4.45pt,110.25pt" to="484.85pt,1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" strokeweight="1.2pt">
                <v:stroke endarrow="block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B8AEA99" wp14:editId="179ABA1A">
                <wp:simplePos x="0" y="0"/>
                <wp:positionH relativeFrom="page">
                  <wp:posOffset>4533265</wp:posOffset>
                </wp:positionH>
                <wp:positionV relativeFrom="page">
                  <wp:posOffset>1404620</wp:posOffset>
                </wp:positionV>
                <wp:extent cx="19050" cy="2838450"/>
                <wp:effectExtent l="0" t="0" r="19050" b="19050"/>
                <wp:wrapNone/>
                <wp:docPr id="1106436227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83845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2E97D39" id="Łącznik prosty 6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6.95pt,110.6pt" to="358.45pt,3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" strokeweight="1.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AA19467" wp14:editId="1F3AA18E">
                <wp:simplePos x="0" y="0"/>
                <wp:positionH relativeFrom="page">
                  <wp:posOffset>3948430</wp:posOffset>
                </wp:positionH>
                <wp:positionV relativeFrom="page">
                  <wp:posOffset>4248150</wp:posOffset>
                </wp:positionV>
                <wp:extent cx="596900" cy="0"/>
                <wp:effectExtent l="24130" t="57150" r="7620" b="57150"/>
                <wp:wrapNone/>
                <wp:docPr id="1823306892" name="aB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690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B7BEF78" id="aBud" o:spid="_x0000_s1026" style="position:absolute;flip:x y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0.9pt,334.5pt" to="357.9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" strokeweight="1.2pt">
                <v:stroke endarrow="block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E76477E" wp14:editId="3BE10733">
                <wp:simplePos x="0" y="0"/>
                <wp:positionH relativeFrom="page">
                  <wp:posOffset>3917950</wp:posOffset>
                </wp:positionH>
                <wp:positionV relativeFrom="page">
                  <wp:posOffset>3162300</wp:posOffset>
                </wp:positionV>
                <wp:extent cx="644525" cy="0"/>
                <wp:effectExtent l="22225" t="57150" r="9525" b="57150"/>
                <wp:wrapNone/>
                <wp:docPr id="1598671940" name="aRodz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1DD2293" id="aRodz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8.5pt,249pt" to="359.25pt,2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" strokeweight="1.2pt">
                <v:stroke endarrow="block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56DD57" wp14:editId="393038EC">
                <wp:simplePos x="0" y="0"/>
                <wp:positionH relativeFrom="page">
                  <wp:posOffset>3929380</wp:posOffset>
                </wp:positionH>
                <wp:positionV relativeFrom="page">
                  <wp:posOffset>2068195</wp:posOffset>
                </wp:positionV>
                <wp:extent cx="619125" cy="0"/>
                <wp:effectExtent l="24130" t="58420" r="13970" b="55880"/>
                <wp:wrapNone/>
                <wp:docPr id="569317182" name="aSt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C64AB18" id="aStd" o:spid="_x0000_s1026" style="position:absolute;flip:x y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4pt,162.85pt" to="358.15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" strokeweight="1.2pt">
                <v:stroke endarrow="block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73DA00" wp14:editId="7EFF17BF">
                <wp:simplePos x="0" y="0"/>
                <wp:positionH relativeFrom="page">
                  <wp:posOffset>5229225</wp:posOffset>
                </wp:positionH>
                <wp:positionV relativeFrom="page">
                  <wp:posOffset>2229485</wp:posOffset>
                </wp:positionV>
                <wp:extent cx="13970" cy="3096260"/>
                <wp:effectExtent l="9525" t="10160" r="14605" b="8255"/>
                <wp:wrapNone/>
                <wp:docPr id="211178834" name="trunk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" cy="309626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19AC76C" id="trunkK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1.75pt,175.55pt" to="412.85pt,4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" strokeweight="1.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573DA00" wp14:editId="38BE4459">
                <wp:simplePos x="0" y="0"/>
                <wp:positionH relativeFrom="page">
                  <wp:posOffset>3938588</wp:posOffset>
                </wp:positionH>
                <wp:positionV relativeFrom="page">
                  <wp:posOffset>2224088</wp:posOffset>
                </wp:positionV>
                <wp:extent cx="1290637" cy="0"/>
                <wp:effectExtent l="0" t="0" r="0" b="0"/>
                <wp:wrapNone/>
                <wp:docPr id="1775360612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0637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A164727" id="Łącznik prosty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0.15pt,175.15pt" to="411.75pt,1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" strokeweight="1.2pt">
                <w10:wrap anchorx="page" anchory="page"/>
              </v:line>
            </w:pict>
          </mc:Fallback>
        </mc:AlternateContent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  <w:r w:rsidR="00DF3F0D">
        <w:br/>
      </w:r>
    </w:p>
    <w:p w14:paraId="49A60B94" w14:textId="3CC13800" w:rsidR="0043685B" w:rsidRDefault="00DF27E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8F6F723" wp14:editId="6525DDA5">
                <wp:simplePos x="0" y="0"/>
                <wp:positionH relativeFrom="page">
                  <wp:posOffset>5252720</wp:posOffset>
                </wp:positionH>
                <wp:positionV relativeFrom="page">
                  <wp:posOffset>5319077</wp:posOffset>
                </wp:positionV>
                <wp:extent cx="204787" cy="0"/>
                <wp:effectExtent l="0" t="76200" r="24130" b="95250"/>
                <wp:wrapNone/>
                <wp:docPr id="2113638364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787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AA18500" id="Łącznik prosty 3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3.6pt,418.8pt" to="429.7pt,4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" strokeweight="1.2pt">
                <v:stroke endarrow="block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3C6EEEA" wp14:editId="7D40DF3E">
                <wp:simplePos x="0" y="0"/>
                <wp:positionH relativeFrom="page">
                  <wp:posOffset>3937000</wp:posOffset>
                </wp:positionH>
                <wp:positionV relativeFrom="page">
                  <wp:posOffset>5321300</wp:posOffset>
                </wp:positionV>
                <wp:extent cx="1023620" cy="9525"/>
                <wp:effectExtent l="22225" t="53975" r="11430" b="60325"/>
                <wp:wrapNone/>
                <wp:docPr id="644660985" name="aS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3620" cy="9525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3D811E7" id="aSam" o:spid="_x0000_s1026" style="position:absolute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0pt,419pt" to="390.6pt,4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" strokeweight="1.2pt">
                <v:stroke endarrow="block"/>
                <w10:wrap anchorx="page" anchory="page"/>
              </v:line>
            </w:pict>
          </mc:Fallback>
        </mc:AlternateContent>
      </w:r>
    </w:p>
    <w:sectPr w:rsidR="0043685B" w:rsidSect="00034616">
      <w:pgSz w:w="16838" w:h="11906" w:orient="landscape"/>
      <w:pgMar w:top="397" w:right="397" w:bottom="397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4DE"/>
    <w:rsid w:val="0015074B"/>
    <w:rsid w:val="0029639D"/>
    <w:rsid w:val="00326F90"/>
    <w:rsid w:val="003D7F7E"/>
    <w:rsid w:val="0043685B"/>
    <w:rsid w:val="00AA1D8D"/>
    <w:rsid w:val="00AA4EE6"/>
    <w:rsid w:val="00B47730"/>
    <w:rsid w:val="00BD1467"/>
    <w:rsid w:val="00CB0664"/>
    <w:rsid w:val="00CC6841"/>
    <w:rsid w:val="00DF27E8"/>
    <w:rsid w:val="00DF3F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43EBC"/>
  <w14:defaultImageDpi w14:val="300"/>
  <w15:docId w15:val="{81669A41-EDF2-49C9-9DD8-B80792D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2902D7-8262-482E-AA83-32ECFD4B1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>Załącznik do regulaminu organizacyjnego Wydziału Polityki Społecznej - Schemat Wydziału</cp:keywords>
  <dc:description>generated by python-docx</dc:description>
  <cp:lastModifiedBy>Monika Giedrojć</cp:lastModifiedBy>
  <cp:revision>6</cp:revision>
  <dcterms:created xsi:type="dcterms:W3CDTF">2026-08-07T08:07:00Z</dcterms:created>
  <dcterms:modified xsi:type="dcterms:W3CDTF">2026-09-28T07:22:00Z</dcterms:modified>
  <cp:category/>
</cp:coreProperties>
</file>