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4986"/>
        <w:gridCol w:w="4986"/>
      </w:tblGrid>
      <w:tr w:rsidR="00636775" w14:paraId="54D3D41C" w14:textId="77777777">
        <w:trPr>
          <w:jc w:val="center"/>
        </w:trPr>
        <w:tc>
          <w:tcPr>
            <w:tcW w:w="4986" w:type="dxa"/>
            <w:tcBorders>
              <w:top w:val="nil"/>
              <w:left w:val="nil"/>
              <w:bottom w:val="nil"/>
              <w:right w:val="nil"/>
            </w:tcBorders>
          </w:tcPr>
          <w:p w14:paraId="2D347388" w14:textId="77777777" w:rsidR="00636775" w:rsidRDefault="00000000">
            <w:r>
              <w:rPr>
                <w:sz w:val="19"/>
              </w:rPr>
              <w:t>Zn. spr.: NP.1101.7.2026</w:t>
            </w:r>
          </w:p>
        </w:tc>
        <w:tc>
          <w:tcPr>
            <w:tcW w:w="4986" w:type="dxa"/>
            <w:tcBorders>
              <w:top w:val="nil"/>
              <w:left w:val="nil"/>
              <w:bottom w:val="nil"/>
              <w:right w:val="nil"/>
            </w:tcBorders>
          </w:tcPr>
          <w:p w14:paraId="5040FF40" w14:textId="77777777" w:rsidR="00636775" w:rsidRDefault="00000000">
            <w:pPr>
              <w:spacing w:after="0"/>
              <w:jc w:val="right"/>
            </w:pPr>
            <w:r>
              <w:rPr>
                <w:b/>
                <w:sz w:val="19"/>
              </w:rPr>
              <w:t>Załącznik nr 2</w:t>
            </w:r>
          </w:p>
          <w:p w14:paraId="688D0D3B" w14:textId="77777777" w:rsidR="00636775" w:rsidRDefault="00000000">
            <w:pPr>
              <w:spacing w:after="0"/>
              <w:jc w:val="right"/>
            </w:pPr>
            <w:r>
              <w:rPr>
                <w:sz w:val="18"/>
              </w:rPr>
              <w:t>do ogłoszenia o naborze na stanowisko</w:t>
            </w:r>
          </w:p>
          <w:p w14:paraId="064183D4" w14:textId="77777777" w:rsidR="00636775" w:rsidRDefault="00000000">
            <w:pPr>
              <w:spacing w:after="0"/>
              <w:jc w:val="right"/>
            </w:pPr>
            <w:r>
              <w:rPr>
                <w:sz w:val="18"/>
              </w:rPr>
              <w:t>Kierownik ds. Budów (K/M/N)</w:t>
            </w:r>
          </w:p>
          <w:p w14:paraId="1A6B0501" w14:textId="77777777" w:rsidR="00636775" w:rsidRDefault="00000000">
            <w:pPr>
              <w:spacing w:after="0"/>
              <w:jc w:val="right"/>
            </w:pPr>
            <w:r>
              <w:rPr>
                <w:sz w:val="18"/>
              </w:rPr>
              <w:t>w Zakładzie Usług Leśnych</w:t>
            </w:r>
          </w:p>
          <w:p w14:paraId="16ABB88E" w14:textId="77777777" w:rsidR="00636775" w:rsidRDefault="00000000">
            <w:pPr>
              <w:spacing w:after="0"/>
              <w:jc w:val="right"/>
            </w:pPr>
            <w:r>
              <w:rPr>
                <w:sz w:val="18"/>
              </w:rPr>
              <w:t>w Bystrzycy Kłodzkiej</w:t>
            </w:r>
          </w:p>
        </w:tc>
      </w:tr>
    </w:tbl>
    <w:p w14:paraId="5D7D1CAC" w14:textId="77777777" w:rsidR="00636775" w:rsidRDefault="00636775">
      <w:pPr>
        <w:spacing w:after="20"/>
      </w:pPr>
    </w:p>
    <w:p w14:paraId="23C1DEE8" w14:textId="77777777" w:rsidR="00636775" w:rsidRDefault="00000000">
      <w:pPr>
        <w:spacing w:before="60" w:after="180"/>
        <w:jc w:val="center"/>
      </w:pPr>
      <w:r>
        <w:rPr>
          <w:b/>
          <w:sz w:val="26"/>
        </w:rPr>
        <w:t>KLAUZULA INFORMACYJNA</w:t>
      </w:r>
      <w:r>
        <w:rPr>
          <w:b/>
          <w:sz w:val="26"/>
        </w:rPr>
        <w:br/>
        <w:t>DLA KANDYDATÓW/KANDYDATEK DO PRACY</w:t>
      </w:r>
    </w:p>
    <w:p w14:paraId="5F913DC0" w14:textId="77777777" w:rsidR="00636775" w:rsidRDefault="00000000">
      <w:pPr>
        <w:jc w:val="both"/>
      </w:pPr>
      <w: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Dz. Urz. UE L 127 z 23.05.2018, str. 2 oraz Dz. Urz. UE L 74 z 4.03.2021, str. 35), zwane dalej „RODO”, informujemy, że:</w:t>
      </w:r>
    </w:p>
    <w:p w14:paraId="61FAD5ED" w14:textId="77777777" w:rsidR="00636775" w:rsidRDefault="00000000">
      <w:pPr>
        <w:keepNext/>
        <w:spacing w:before="100" w:after="40"/>
      </w:pPr>
      <w:r>
        <w:rPr>
          <w:b/>
          <w:sz w:val="21"/>
        </w:rPr>
        <w:t>1. Tożsamość administratora</w:t>
      </w:r>
    </w:p>
    <w:p w14:paraId="6EEDC381" w14:textId="77777777" w:rsidR="00636775" w:rsidRDefault="00000000">
      <w:pPr>
        <w:jc w:val="both"/>
      </w:pPr>
      <w:r>
        <w:t>Administratorem Pana/Pani danych osobowych jest Zakład Usług Leśnych w Bystrzycy Kłodzkiej z siedzibą przy ul. Nadbrzeżnej 11, 57-500 Bystrzyca Kłodzka.</w:t>
      </w:r>
    </w:p>
    <w:p w14:paraId="327226F9" w14:textId="77777777" w:rsidR="00636775" w:rsidRDefault="00000000">
      <w:pPr>
        <w:keepNext/>
        <w:spacing w:before="100" w:after="40"/>
      </w:pPr>
      <w:r>
        <w:rPr>
          <w:b/>
          <w:sz w:val="21"/>
        </w:rPr>
        <w:t>2. Dane kontaktowe administratora</w:t>
      </w:r>
    </w:p>
    <w:p w14:paraId="604DE2B7" w14:textId="77777777" w:rsidR="00636775" w:rsidRDefault="00000000">
      <w:pPr>
        <w:jc w:val="both"/>
      </w:pPr>
      <w:r>
        <w:t>Z administratorem można skontaktować się:</w:t>
      </w:r>
    </w:p>
    <w:p w14:paraId="26FF7287" w14:textId="77777777" w:rsidR="00636775" w:rsidRDefault="00000000">
      <w:pPr>
        <w:spacing w:after="30"/>
        <w:ind w:left="312" w:hanging="198"/>
      </w:pPr>
      <w:r>
        <w:t>• listownie na adres siedziby administratora;</w:t>
      </w:r>
    </w:p>
    <w:p w14:paraId="30D97C09" w14:textId="77777777" w:rsidR="00636775" w:rsidRDefault="00000000">
      <w:pPr>
        <w:spacing w:after="30"/>
        <w:ind w:left="312" w:hanging="198"/>
      </w:pPr>
      <w:r>
        <w:t>• telefonicznie: 74 811 04 15;</w:t>
      </w:r>
    </w:p>
    <w:p w14:paraId="22783AB1" w14:textId="77777777" w:rsidR="00636775" w:rsidRDefault="00000000">
      <w:pPr>
        <w:spacing w:after="30"/>
        <w:ind w:left="312" w:hanging="198"/>
      </w:pPr>
      <w:r>
        <w:t>• pocztą elektroniczną: zulbystrzyca@wroclaw.lasy.gov.pl.</w:t>
      </w:r>
    </w:p>
    <w:p w14:paraId="79704E79" w14:textId="77777777" w:rsidR="00636775" w:rsidRDefault="00000000">
      <w:pPr>
        <w:keepNext/>
        <w:spacing w:before="100" w:after="40"/>
      </w:pPr>
      <w:r>
        <w:rPr>
          <w:b/>
          <w:sz w:val="21"/>
        </w:rPr>
        <w:t>3. Inspektor Ochrony Danych</w:t>
      </w:r>
    </w:p>
    <w:p w14:paraId="647F5E4F" w14:textId="77777777" w:rsidR="00636775" w:rsidRDefault="00000000">
      <w:pPr>
        <w:jc w:val="both"/>
      </w:pPr>
      <w:r>
        <w:t>Inspektorem Ochrony Danych jest Piotr Kensicki. Z Inspektorem Ochrony Danych można skontaktować się we wszystkich sprawach dotyczących przetwarzania danych osobowych oraz korzystania z praw związanych z przetwarzaniem danych, kierując korespondencję na adres siedziby Administratora lub na adres e-mail Administratora wskazany powyżej.</w:t>
      </w:r>
    </w:p>
    <w:p w14:paraId="0551DB56" w14:textId="77777777" w:rsidR="00636775" w:rsidRDefault="00000000">
      <w:pPr>
        <w:keepNext/>
        <w:spacing w:before="100" w:after="40"/>
      </w:pPr>
      <w:r>
        <w:rPr>
          <w:b/>
          <w:sz w:val="21"/>
        </w:rPr>
        <w:t>4. Cel i podstawy przetwarzania</w:t>
      </w:r>
    </w:p>
    <w:p w14:paraId="30583587" w14:textId="77777777" w:rsidR="00636775" w:rsidRDefault="00000000">
      <w:pPr>
        <w:jc w:val="both"/>
      </w:pPr>
      <w:r>
        <w:t>Pana/Pani dane osobowe będą przetwarzane w celu:</w:t>
      </w:r>
    </w:p>
    <w:p w14:paraId="430A5A3A" w14:textId="77777777" w:rsidR="00636775" w:rsidRDefault="00000000">
      <w:pPr>
        <w:keepLines/>
        <w:ind w:left="369" w:hanging="369"/>
        <w:jc w:val="both"/>
      </w:pPr>
      <w:r>
        <w:rPr>
          <w:b/>
        </w:rPr>
        <w:t xml:space="preserve">1) </w:t>
      </w:r>
      <w:r>
        <w:t>wypełnienia ciążących na Administratorze obowiązków prawnych (art. 6 ust. 1 lit. c RODO) – wynikających z art. 22¹ Kodeksu pracy (m.in. dane identyfikacyjne, dane kontaktowe, wykształcenie, doświadczenie zawodowe, umiejętności i kwalifikacje) lub z innych przepisów prawa, zgodnie z wymogami postępowania rekrutacyjnego;</w:t>
      </w:r>
    </w:p>
    <w:p w14:paraId="7F344945" w14:textId="77777777" w:rsidR="00636775" w:rsidRDefault="00000000">
      <w:pPr>
        <w:keepLines/>
        <w:ind w:left="369" w:hanging="369"/>
        <w:jc w:val="both"/>
      </w:pPr>
      <w:r>
        <w:rPr>
          <w:b/>
        </w:rPr>
        <w:t xml:space="preserve">2) </w:t>
      </w:r>
      <w:r>
        <w:t>podjęcia działań na Pana/Pani żądanie przed zawarciem umowy (art. 6 ust. 1 lit. b RODO) – m.in. w zakresie informacji o oczekiwanym wynagrodzeniu i Pana/Pani dostępności do rozpoczęcia pracy, informacji o spotkaniach rekrutacyjnych oraz informacji o dokonanej przez Administratora ocenie Pana/Pani predyspozycji do zajmowania określonego stanowiska;</w:t>
      </w:r>
    </w:p>
    <w:p w14:paraId="13EBD2FB" w14:textId="77777777" w:rsidR="00636775" w:rsidRDefault="00000000">
      <w:pPr>
        <w:keepLines/>
        <w:ind w:left="369" w:hanging="369"/>
        <w:jc w:val="both"/>
      </w:pPr>
      <w:r>
        <w:rPr>
          <w:b/>
        </w:rPr>
        <w:t xml:space="preserve">3) </w:t>
      </w:r>
      <w:r>
        <w:t>w oparciu o prawnie uzasadniony interes Administratora (art. 6 ust. 1 lit. f RODO), jakim jest sprawdzenie Pana/Pani umiejętności i zdolności potrzebnych do pracy na stanowisku objętym postępowaniem rekrutacyjnym (np. wyniki testów kompetencyjnych) oraz zbieranie informacji z portali zawodowo-biznesowych, np. LinkedIn;</w:t>
      </w:r>
    </w:p>
    <w:p w14:paraId="5909A4D9" w14:textId="77777777" w:rsidR="00636775" w:rsidRDefault="00000000">
      <w:pPr>
        <w:keepLines/>
        <w:ind w:left="369" w:hanging="369"/>
        <w:jc w:val="both"/>
      </w:pPr>
      <w:r>
        <w:rPr>
          <w:b/>
        </w:rPr>
        <w:t xml:space="preserve">4) </w:t>
      </w:r>
      <w:r>
        <w:t>przetwarzania danych niewymaganych przepisami prawa, np. wizerunku, zainteresowań lub danych zawartych w referencjach od byłych pracodawców, przekazanych przez Pana/Panią w dokumentach aplikacyjnych (CV, formularzu, liście motywacyjnym i innych dokumentach) – na podstawie zgody wyrażonej przez wyraźne działanie potwierdzające, polegające na dobrowolnym zamieszczeniu tych danych w zgłoszeniu aplikacyjnym i ich przesłaniu Administratorowi (art. 6 ust. 1 lit. a RODO);</w:t>
      </w:r>
    </w:p>
    <w:p w14:paraId="6206057A" w14:textId="77777777" w:rsidR="00636775" w:rsidRDefault="00000000">
      <w:pPr>
        <w:keepLines/>
        <w:ind w:left="369" w:hanging="369"/>
        <w:jc w:val="both"/>
      </w:pPr>
      <w:r>
        <w:rPr>
          <w:b/>
        </w:rPr>
        <w:t xml:space="preserve">5) </w:t>
      </w:r>
      <w:r>
        <w:t>wykonania Pana/Pani szczególnych praw, na podstawie informacji zamieszczonych przez Pana/Panią w dokumentach aplikacyjnych, zawierających dane szczególnej kategorii dotyczące Pana/Pani niepełnosprawności (art. 9 ust. 2 lit. b RODO w związku z ustawą z dnia 26 czerwca 1974 r. – Kodeks pracy, ustawą o zapewnianiu dostępności osobom ze szczególnymi potrzebami oraz ustawą z dnia 27 sierpnia 1997 r. o rehabilitacji zawodowej i społecznej oraz zatrudnianiu osób niepełnosprawnych; lub art. 9 ust. 2 lit. a RODO – jeżeli zakres danych jest szerszy niż wynika to z przepisów prawa) [jeżeli dotyczy];</w:t>
      </w:r>
    </w:p>
    <w:p w14:paraId="1C0D01B3" w14:textId="77777777" w:rsidR="00636775" w:rsidRDefault="00000000">
      <w:pPr>
        <w:keepLines/>
        <w:ind w:left="369" w:hanging="369"/>
        <w:jc w:val="both"/>
      </w:pPr>
      <w:r>
        <w:rPr>
          <w:b/>
        </w:rPr>
        <w:lastRenderedPageBreak/>
        <w:t xml:space="preserve">6) </w:t>
      </w:r>
      <w:r>
        <w:t>prowadzenia przyszłych rekrutacji na różne stanowiska – na podstawie Pana/Pani zgody (art. 6 ust. 1 lit. a RODO). W tym celu w zgłoszeniu rekrutacyjnym można zamieścić oświadczenie: „Wyrażam zgodę na przetwarzanie przez Zakład Usług Leśnych w Bystrzycy Kłodzkiej moich danych osobowych zawartych w moim zgłoszeniu rekrutacyjnym do potrzeb przyszłych rekrutacji” [jeżeli dotyczy];</w:t>
      </w:r>
    </w:p>
    <w:p w14:paraId="3A06E47A" w14:textId="77777777" w:rsidR="00636775" w:rsidRDefault="00000000">
      <w:pPr>
        <w:keepLines/>
        <w:ind w:left="369" w:hanging="369"/>
        <w:jc w:val="both"/>
      </w:pPr>
      <w:r>
        <w:rPr>
          <w:b/>
        </w:rPr>
        <w:t xml:space="preserve">7) </w:t>
      </w:r>
      <w:r>
        <w:t>przeprowadzenia badania satysfakcji kandydatów po zakończeniu procesu rekrutacji, co stanowi prawnie uzasadniony interes Administratora (art. 6 ust. 1 lit. f RODO) [jeżeli dotyczy];</w:t>
      </w:r>
    </w:p>
    <w:p w14:paraId="3577FBDB" w14:textId="77777777" w:rsidR="00636775" w:rsidRDefault="00000000">
      <w:pPr>
        <w:keepLines/>
        <w:ind w:left="369" w:hanging="369"/>
        <w:jc w:val="both"/>
      </w:pPr>
      <w:r>
        <w:rPr>
          <w:b/>
        </w:rPr>
        <w:t xml:space="preserve">8) </w:t>
      </w:r>
      <w:r>
        <w:t>ustalenia, dochodzenia lub obrony przed roszczeniami związanymi z rekrutacją, co stanowi prawnie uzasadniony interes Administratora (art. 6 ust. 1 lit. f RODO);</w:t>
      </w:r>
    </w:p>
    <w:p w14:paraId="5705CABD" w14:textId="77777777" w:rsidR="00636775" w:rsidRDefault="00000000">
      <w:pPr>
        <w:keepLines/>
        <w:ind w:left="369" w:hanging="369"/>
        <w:jc w:val="both"/>
      </w:pPr>
      <w:r>
        <w:rPr>
          <w:b/>
        </w:rPr>
        <w:t xml:space="preserve">9) </w:t>
      </w:r>
      <w:r>
        <w:t>na wypadek konieczności powtórzenia rekrutacji, w której Pan/Pani uczestniczy, co stanowi prawnie uzasadniony interes Administratora (art. 6 ust. 1 lit. f RODO) [jeżeli dotyczy];</w:t>
      </w:r>
    </w:p>
    <w:p w14:paraId="143F87C2" w14:textId="77777777" w:rsidR="00636775" w:rsidRDefault="00000000">
      <w:pPr>
        <w:keepLines/>
        <w:ind w:left="369" w:hanging="369"/>
        <w:jc w:val="both"/>
      </w:pPr>
      <w:r>
        <w:rPr>
          <w:b/>
        </w:rPr>
        <w:t xml:space="preserve">10) </w:t>
      </w:r>
      <w:r>
        <w:t>dokonania wyboru osoby, która pomyślnie przejdzie proces rekrutacji i zostanie zatrudniona (art. 6 ust. 1 lit. b RODO);</w:t>
      </w:r>
    </w:p>
    <w:p w14:paraId="6447E1CF" w14:textId="77777777" w:rsidR="00636775" w:rsidRDefault="00000000">
      <w:pPr>
        <w:keepLines/>
        <w:ind w:left="369" w:hanging="369"/>
        <w:jc w:val="both"/>
      </w:pPr>
      <w:r>
        <w:rPr>
          <w:b/>
        </w:rPr>
        <w:t xml:space="preserve">11) </w:t>
      </w:r>
      <w:r>
        <w:t>wypełnienia obowiązku archiwizacji dokumentacji – podstawą prawną przetwarzania jest art. 6 ust. 1 lit. c RODO w związku z ustawą z dnia 14 lipca 1983 r. o narodowym zasobie archiwalnym i archiwach;</w:t>
      </w:r>
    </w:p>
    <w:p w14:paraId="34AEB537" w14:textId="77777777" w:rsidR="00636775" w:rsidRDefault="00000000">
      <w:pPr>
        <w:keepLines/>
        <w:ind w:left="369" w:hanging="369"/>
        <w:jc w:val="both"/>
      </w:pPr>
      <w:r>
        <w:rPr>
          <w:b/>
        </w:rPr>
        <w:t xml:space="preserve">12) </w:t>
      </w:r>
      <w:r>
        <w:t>umożliwienia kontaktu z Administratorem oraz podejmowania kontaktu z kandydatami w ramach prowadzonego postępowania rekrutacyjnego (art. 6 ust. 1 lit. e RODO lub art. 6 ust. 1 lit. f RODO). Uzasadnionym interesem Administratora jest zapewnienie ciągłości komunikacji i umożliwienie kontaktowania się z Administratorem;</w:t>
      </w:r>
    </w:p>
    <w:p w14:paraId="2D6AD1DA" w14:textId="77777777" w:rsidR="00636775" w:rsidRDefault="00000000">
      <w:pPr>
        <w:keepLines/>
        <w:ind w:left="369" w:hanging="369"/>
        <w:jc w:val="both"/>
      </w:pPr>
      <w:r>
        <w:rPr>
          <w:b/>
        </w:rPr>
        <w:t xml:space="preserve">13) </w:t>
      </w:r>
      <w:r>
        <w:t>doręczania korespondencji z wykorzystaniem publicznej usługi rejestrowanego doręczenia elektronicznego (PURDE) i publicznej usługi hybrydowej (PUH) – na podstawie art. 6 ust. 1 lit. c RODO w związku z przepisami ustawy z dnia 18 listopada 2020 r. o doręczeniach elektronicznych oraz przepisami rozporządzenia Parlamentu Europejskiego i Rady (UE) nr 910/2014 z dnia 23 lipca 2014 r. w sprawie identyfikacji elektronicznej i usług zaufania w odniesieniu do transakcji elektronicznych na rynku wewnętrznym oraz uchylającego dyrektywę 1999/93/WE (rozporządzenie eIDAS).</w:t>
      </w:r>
    </w:p>
    <w:p w14:paraId="76016DFC" w14:textId="77777777" w:rsidR="00636775" w:rsidRDefault="00000000">
      <w:pPr>
        <w:spacing w:after="100"/>
        <w:jc w:val="both"/>
      </w:pPr>
      <w:r>
        <w:rPr>
          <w:i/>
        </w:rPr>
        <w:t>Zasadniczo prosimy o nieprzekazywanie Administratorowi podczas procesu rekrutacji danych szczególnej kategorii, takich jak np. informacje o stanie zdrowia, ani innych danych wskazanych w art. 9 RODO. Jeżeli jednak takie dane zostaną zawarte w dokumentach aplikacyjnych, prosimy o wyrażenie odrębnej zgody na ich przetwarzanie.</w:t>
      </w:r>
    </w:p>
    <w:p w14:paraId="2FE55BED" w14:textId="77777777" w:rsidR="00636775" w:rsidRDefault="00000000">
      <w:pPr>
        <w:keepNext/>
        <w:spacing w:before="100" w:after="40"/>
      </w:pPr>
      <w:r>
        <w:rPr>
          <w:b/>
          <w:sz w:val="21"/>
        </w:rPr>
        <w:t>5. Odbiorcy lub kategorie odbiorców danych</w:t>
      </w:r>
    </w:p>
    <w:p w14:paraId="0D0464D9" w14:textId="77777777" w:rsidR="00636775" w:rsidRDefault="00000000">
      <w:pPr>
        <w:jc w:val="both"/>
      </w:pPr>
      <w:r>
        <w:t>Pana/Pani dane osobowe mogą być udostępnione podmiotom i organom, którym Administrator jest zobowiązany lub upoważniony udostępnić dane osobowe na podstawie powszechnie obowiązujących przepisów prawa, a także Poczcie Polskiej S.A., będącej publicznym dostawcą e-Doręczeń.</w:t>
      </w:r>
    </w:p>
    <w:p w14:paraId="7C9D92D3" w14:textId="77777777" w:rsidR="00636775" w:rsidRDefault="00000000">
      <w:pPr>
        <w:jc w:val="both"/>
      </w:pPr>
      <w:r>
        <w:t>Ponadto Pana/Pani dane osobowe mogą być ujawnione dostawcom usług publikacji ogłoszeń o pracę, dostawcom systemów do zarządzania rekrutacjami, dostawcom usług IT, takich jak hosting, oraz dostawcom systemów informatycznych.</w:t>
      </w:r>
    </w:p>
    <w:p w14:paraId="4416991F" w14:textId="77777777" w:rsidR="00636775" w:rsidRDefault="00000000">
      <w:pPr>
        <w:keepNext/>
        <w:spacing w:before="100" w:after="40"/>
      </w:pPr>
      <w:r>
        <w:rPr>
          <w:b/>
          <w:sz w:val="21"/>
        </w:rPr>
        <w:t>6. Okres przechowywania danych</w:t>
      </w:r>
    </w:p>
    <w:p w14:paraId="31FD0677" w14:textId="77777777" w:rsidR="00636775" w:rsidRDefault="00000000">
      <w:pPr>
        <w:keepNext/>
        <w:spacing w:before="60" w:after="20"/>
        <w:ind w:left="369" w:hanging="369"/>
      </w:pPr>
      <w:r>
        <w:rPr>
          <w:b/>
        </w:rPr>
        <w:t>1) Kandydaci wybrani do pracy</w:t>
      </w:r>
    </w:p>
    <w:p w14:paraId="52EDD2A7" w14:textId="77777777" w:rsidR="00636775" w:rsidRDefault="00000000">
      <w:pPr>
        <w:ind w:left="369"/>
        <w:jc w:val="both"/>
      </w:pPr>
      <w:r>
        <w:t>Dokumenty aplikacyjne, w tym zawierające dane osobowe, kandydata wybranego w procesie rekrutacji zostaną dołączone do jego akt osobowych i będą przechowywane na zasadach wynikających z powszechnie obowiązujących przepisów prawa.</w:t>
      </w:r>
    </w:p>
    <w:p w14:paraId="08B73F31" w14:textId="77777777" w:rsidR="00636775" w:rsidRDefault="00000000">
      <w:pPr>
        <w:keepNext/>
        <w:spacing w:before="60" w:after="20"/>
        <w:ind w:left="369" w:hanging="369"/>
      </w:pPr>
      <w:r>
        <w:rPr>
          <w:b/>
        </w:rPr>
        <w:t>2) Kandydaci niezakwalifikowani bez zgody na przyszłe rekrutacje</w:t>
      </w:r>
    </w:p>
    <w:p w14:paraId="78FFEB34" w14:textId="77777777" w:rsidR="00636775" w:rsidRDefault="00000000">
      <w:pPr>
        <w:ind w:left="369"/>
        <w:jc w:val="both"/>
      </w:pPr>
      <w:r>
        <w:t>Dokumenty aplikacyjne kandydatów niezakwalifikowanych, którzy nie wyrazili zgody na udział w przyszłych rekrutacjach, będą przechowywane przez okres 3 miesięcy od zakończenia procesu rekrutacji. Po upływie tego okresu dane zostaną usunięte, chyba że dalsze przetwarzanie jest niezbędne do obrony lub dochodzenia roszczeń związanych z dyskryminacją – wówczas okres przechowywania może być przedłużony maksymalnie do 3 lat od zakończenia procesu rekrutacji. Po tym okresie dane zostaną usunięte. Aplikacji nie odsyłamy.</w:t>
      </w:r>
    </w:p>
    <w:p w14:paraId="0CEF10C5" w14:textId="77777777" w:rsidR="00636775" w:rsidRDefault="00000000">
      <w:pPr>
        <w:keepNext/>
        <w:spacing w:before="60" w:after="20"/>
        <w:ind w:left="369" w:hanging="369"/>
      </w:pPr>
      <w:r>
        <w:rPr>
          <w:b/>
        </w:rPr>
        <w:t>3) Kandydaci wyrażający zgodę na przyszłe rekrutacje</w:t>
      </w:r>
    </w:p>
    <w:p w14:paraId="4A63182D" w14:textId="77777777" w:rsidR="00636775" w:rsidRDefault="00000000">
      <w:pPr>
        <w:ind w:left="369"/>
        <w:jc w:val="both"/>
      </w:pPr>
      <w:r>
        <w:t>W przypadku wyrażenia zgody na udział w przyszłych rekrutacjach dane osobowe będą przechowywane przez okres 12 miesięcy (maksymalnie 2 lata) od dnia wyrażenia zgody, a po tym okresie zostaną usunięte, chyba że kandydat wcześniej wycofa zgodę.</w:t>
      </w:r>
    </w:p>
    <w:p w14:paraId="56A3628B" w14:textId="77777777" w:rsidR="00636775" w:rsidRDefault="00000000">
      <w:pPr>
        <w:keepNext/>
        <w:spacing w:before="60" w:after="20"/>
        <w:ind w:left="369" w:hanging="369"/>
      </w:pPr>
      <w:r>
        <w:rPr>
          <w:b/>
        </w:rPr>
        <w:t>4) Pozostała dokumentacja rekrutacyjna</w:t>
      </w:r>
    </w:p>
    <w:p w14:paraId="5508536C" w14:textId="77777777" w:rsidR="00636775" w:rsidRDefault="00000000">
      <w:pPr>
        <w:ind w:left="369"/>
        <w:jc w:val="both"/>
      </w:pPr>
      <w:r>
        <w:t>Pozostała dokumentacja z przebiegu procesu rekrutacji jest przechowywana zgodnie z instrukcją kancelaryjną obowiązującą u Administratora, przy zachowaniu zasad wynikających z RODO.</w:t>
      </w:r>
    </w:p>
    <w:p w14:paraId="3B7549C6" w14:textId="77777777" w:rsidR="00636775" w:rsidRDefault="00000000">
      <w:pPr>
        <w:keepNext/>
        <w:spacing w:before="60" w:after="20"/>
        <w:ind w:left="369" w:hanging="369"/>
      </w:pPr>
      <w:r>
        <w:rPr>
          <w:b/>
        </w:rPr>
        <w:lastRenderedPageBreak/>
        <w:t>5) Przedłużenie okresu przechowywania w związku z roszczeniami – reguła ogólna</w:t>
      </w:r>
    </w:p>
    <w:p w14:paraId="1D9C0E38" w14:textId="77777777" w:rsidR="00636775" w:rsidRDefault="00000000">
      <w:pPr>
        <w:ind w:left="369"/>
        <w:jc w:val="both"/>
      </w:pPr>
      <w:r>
        <w:t>Okres przetwarzania danych będzie każdorazowo przedłużony o okres przedawnienia roszczeń, jeżeli przetwarzanie danych będzie niezbędne do dochodzenia roszczeń lub do obrony przed takimi roszczeniami przez Administratora.</w:t>
      </w:r>
    </w:p>
    <w:p w14:paraId="06DA334B" w14:textId="77777777" w:rsidR="00636775" w:rsidRDefault="00000000">
      <w:pPr>
        <w:keepNext/>
        <w:spacing w:before="60" w:after="20"/>
        <w:ind w:left="369" w:hanging="369"/>
      </w:pPr>
      <w:r>
        <w:rPr>
          <w:b/>
        </w:rPr>
        <w:t>6) Prawo sprzeciwu i wycofania zgody</w:t>
      </w:r>
    </w:p>
    <w:p w14:paraId="7BEE7984" w14:textId="77777777" w:rsidR="00636775" w:rsidRDefault="00000000">
      <w:pPr>
        <w:ind w:left="369"/>
        <w:jc w:val="both"/>
      </w:pPr>
      <w:r>
        <w:t>Dane osobowe będą przetwarzane do czasu uwzględnienia uzasadnionego sprzeciwu wniesionego przez kandydata wobec przetwarzania jego danych osobowych (jeżeli podstawą przetwarzania jest prawnie uzasadniony interes Administratora) lub do czasu wycofania zgody (jeżeli przetwarzanie danych osobowych odbywa się na podstawie zgody).</w:t>
      </w:r>
    </w:p>
    <w:p w14:paraId="06B8C2C7" w14:textId="77777777" w:rsidR="00636775" w:rsidRDefault="00000000">
      <w:pPr>
        <w:keepNext/>
        <w:spacing w:before="100" w:after="40"/>
      </w:pPr>
      <w:r>
        <w:rPr>
          <w:b/>
          <w:sz w:val="21"/>
        </w:rPr>
        <w:t>7. Prawa osób, których dane osobowe dotyczą</w:t>
      </w:r>
    </w:p>
    <w:p w14:paraId="79150FA6" w14:textId="77777777" w:rsidR="00636775" w:rsidRDefault="00000000">
      <w:pPr>
        <w:jc w:val="both"/>
      </w:pPr>
      <w:r>
        <w:t>W związku z przetwarzaniem Pana/Pani danych osobowych przysługują Panu/Pani następujące prawa:</w:t>
      </w:r>
    </w:p>
    <w:p w14:paraId="38065ED2" w14:textId="77777777" w:rsidR="00636775" w:rsidRDefault="00000000">
      <w:pPr>
        <w:spacing w:after="30"/>
        <w:ind w:left="312" w:hanging="198"/>
      </w:pPr>
      <w:r>
        <w:t>• prawo dostępu do danych;</w:t>
      </w:r>
    </w:p>
    <w:p w14:paraId="67708085" w14:textId="77777777" w:rsidR="00636775" w:rsidRDefault="00000000">
      <w:pPr>
        <w:spacing w:after="30"/>
        <w:ind w:left="312" w:hanging="198"/>
      </w:pPr>
      <w:r>
        <w:t>• prawo do uzyskania kopii danych;</w:t>
      </w:r>
    </w:p>
    <w:p w14:paraId="61FF4D2D" w14:textId="77777777" w:rsidR="00636775" w:rsidRDefault="00000000">
      <w:pPr>
        <w:spacing w:after="30"/>
        <w:ind w:left="312" w:hanging="198"/>
      </w:pPr>
      <w:r>
        <w:t>• prawo żądania sprostowania danych;</w:t>
      </w:r>
    </w:p>
    <w:p w14:paraId="1A408F8A" w14:textId="77777777" w:rsidR="00636775" w:rsidRDefault="00000000">
      <w:pPr>
        <w:spacing w:after="30"/>
        <w:ind w:left="312" w:hanging="198"/>
      </w:pPr>
      <w:r>
        <w:t>• prawo do usunięcia danych;</w:t>
      </w:r>
    </w:p>
    <w:p w14:paraId="39CF72F5" w14:textId="77777777" w:rsidR="00636775" w:rsidRDefault="00000000">
      <w:pPr>
        <w:spacing w:after="30"/>
        <w:ind w:left="312" w:hanging="198"/>
      </w:pPr>
      <w:r>
        <w:t>• prawo do ograniczenia przetwarzania;</w:t>
      </w:r>
    </w:p>
    <w:p w14:paraId="6679E1F7" w14:textId="77777777" w:rsidR="00636775" w:rsidRDefault="00000000">
      <w:pPr>
        <w:spacing w:after="30"/>
        <w:ind w:left="312" w:hanging="198"/>
      </w:pPr>
      <w:r>
        <w:t>• prawo do przenoszenia danych;</w:t>
      </w:r>
    </w:p>
    <w:p w14:paraId="6CDEAD13" w14:textId="77777777" w:rsidR="00636775" w:rsidRDefault="00000000">
      <w:pPr>
        <w:spacing w:after="30"/>
        <w:ind w:left="312" w:hanging="198"/>
      </w:pPr>
      <w:r>
        <w:t>• prawo do wyrażenia sprzeciwu wobec przetwarzania danych (w zakresie, w którym podstawą prawną przetwarzania jest realizacja prawnie uzasadnionego interesu Administratora).</w:t>
      </w:r>
    </w:p>
    <w:p w14:paraId="35A2A4C5" w14:textId="77777777" w:rsidR="00636775" w:rsidRDefault="00000000">
      <w:pPr>
        <w:jc w:val="both"/>
      </w:pPr>
      <w:r>
        <w:t>Zakres każdego z tych praw oraz sytuacje, w których można z nich skorzystać, wynikają z rozdziału III RODO (art. 15–22 RODO).</w:t>
      </w:r>
    </w:p>
    <w:p w14:paraId="3B97DE93" w14:textId="77777777" w:rsidR="00636775" w:rsidRDefault="00000000">
      <w:pPr>
        <w:keepNext/>
        <w:spacing w:before="100" w:after="40"/>
      </w:pPr>
      <w:r>
        <w:rPr>
          <w:b/>
          <w:sz w:val="21"/>
        </w:rPr>
        <w:t>8. Prawo do cofnięcia zgody</w:t>
      </w:r>
    </w:p>
    <w:p w14:paraId="4C429268" w14:textId="77777777" w:rsidR="00636775" w:rsidRDefault="00000000">
      <w:pPr>
        <w:jc w:val="both"/>
      </w:pPr>
      <w:r>
        <w:t>Ma Pan/Pani prawo do wycofania zgody na przetwarzanie danych osobowych w dowolnym momencie. Wycofanie zgody nie ma wpływu na zgodność z prawem przetwarzania, którego dokonano na podstawie zgody przed jej wycofaniem.</w:t>
      </w:r>
    </w:p>
    <w:p w14:paraId="30F773ED" w14:textId="77777777" w:rsidR="00636775" w:rsidRDefault="00000000">
      <w:pPr>
        <w:keepNext/>
        <w:spacing w:before="100" w:after="40"/>
      </w:pPr>
      <w:r>
        <w:rPr>
          <w:b/>
          <w:sz w:val="21"/>
        </w:rPr>
        <w:t>9. Prawo wniesienia skargi do organu nadzorczego</w:t>
      </w:r>
    </w:p>
    <w:p w14:paraId="20272444" w14:textId="77777777" w:rsidR="00636775" w:rsidRDefault="00000000">
      <w:pPr>
        <w:jc w:val="both"/>
      </w:pPr>
      <w:r>
        <w:t>Posiada Pan/Pani prawo wniesienia skargi do organu nadzorczego – Prezesa Urzędu Ochrony Danych Osobowych, jeżeli uzna Pan/Pani, że przetwarzanie Pana/Pani danych osobowych narusza przepisy RODO.</w:t>
      </w:r>
    </w:p>
    <w:p w14:paraId="18A6FE07" w14:textId="77777777" w:rsidR="00636775" w:rsidRDefault="00000000">
      <w:pPr>
        <w:keepNext/>
        <w:spacing w:before="100" w:after="40"/>
      </w:pPr>
      <w:r>
        <w:rPr>
          <w:b/>
          <w:sz w:val="21"/>
        </w:rPr>
        <w:t>10. Przekazanie danych osobowych do państwa trzeciego lub organizacji międzynarodowej</w:t>
      </w:r>
    </w:p>
    <w:p w14:paraId="596C044B" w14:textId="77777777" w:rsidR="00636775" w:rsidRDefault="00000000">
      <w:pPr>
        <w:jc w:val="both"/>
      </w:pPr>
      <w:r>
        <w:t>Administrator nie planuje przekazywać Pana/Pani danych osobowych odbiorcom spoza EOG, czyli do państw trzecich.</w:t>
      </w:r>
    </w:p>
    <w:p w14:paraId="1FEDA277" w14:textId="77777777" w:rsidR="00636775" w:rsidRDefault="00000000">
      <w:pPr>
        <w:keepNext/>
        <w:spacing w:before="100" w:after="40"/>
      </w:pPr>
      <w:r>
        <w:rPr>
          <w:b/>
          <w:sz w:val="21"/>
        </w:rPr>
        <w:t>11. Zautomatyzowane decyzje oraz profilowanie</w:t>
      </w:r>
    </w:p>
    <w:p w14:paraId="7A7E7450" w14:textId="77777777" w:rsidR="00636775" w:rsidRDefault="00000000">
      <w:pPr>
        <w:jc w:val="both"/>
      </w:pPr>
      <w:r>
        <w:t>Informujemy, że w ramach przetwarzania danych, o których mowa powyżej, nie będą podejmowane decyzje w sposób zautomatyzowany i Pana/Pani dane nie będą profilowane.</w:t>
      </w:r>
    </w:p>
    <w:p w14:paraId="60410D08" w14:textId="77777777" w:rsidR="00636775" w:rsidRDefault="00000000">
      <w:pPr>
        <w:keepNext/>
        <w:spacing w:before="100" w:after="40"/>
      </w:pPr>
      <w:r>
        <w:rPr>
          <w:b/>
          <w:sz w:val="21"/>
        </w:rPr>
        <w:t>12. Informacja o wymogu podania danych</w:t>
      </w:r>
    </w:p>
    <w:p w14:paraId="3A9DE25E" w14:textId="77777777" w:rsidR="00636775" w:rsidRDefault="00000000">
      <w:pPr>
        <w:jc w:val="both"/>
      </w:pPr>
      <w:r>
        <w:t>Podanie przez Panią/Pana danych osobowych jest obowiązkowe w sytuacji, gdy przesłankę przetwarzania danych osobowych stanowi przepis prawa lub umowa. W pozostałych przypadkach podanie danych osobowych jest dobrowolne, ale niezbędne do przeprowadzenia procesu rekrutacji. Niepodanie danych będzie skutkować brakiem możliwości udziału w postępowaniu rekrutacyjnym.</w:t>
      </w:r>
    </w:p>
    <w:p w14:paraId="560210A8" w14:textId="77777777" w:rsidR="00636775" w:rsidRDefault="00000000">
      <w:pPr>
        <w:spacing w:before="120"/>
        <w:jc w:val="right"/>
      </w:pPr>
      <w:r>
        <w:t>............................................................</w:t>
      </w:r>
    </w:p>
    <w:p w14:paraId="2845D513" w14:textId="77777777" w:rsidR="00636775" w:rsidRDefault="00000000">
      <w:pPr>
        <w:spacing w:after="40"/>
        <w:jc w:val="right"/>
      </w:pPr>
      <w:r>
        <w:rPr>
          <w:i/>
          <w:sz w:val="17"/>
        </w:rPr>
        <w:t>(miejscowość, data i podpis kandydata/kandydatki)</w:t>
      </w:r>
    </w:p>
    <w:p w14:paraId="1A0BFDCA" w14:textId="77777777" w:rsidR="00636775" w:rsidRDefault="00000000">
      <w:pPr>
        <w:pageBreakBefore/>
        <w:spacing w:after="240"/>
        <w:jc w:val="center"/>
      </w:pPr>
      <w:r>
        <w:rPr>
          <w:b/>
          <w:sz w:val="25"/>
        </w:rPr>
        <w:lastRenderedPageBreak/>
        <w:t>ZGODA NA PRZETWARZANIE DANYCH OSOBOWYCH</w:t>
      </w:r>
      <w:r>
        <w:rPr>
          <w:b/>
          <w:sz w:val="25"/>
        </w:rPr>
        <w:br/>
        <w:t>SZCZEGÓLNEJ KATEGORII</w:t>
      </w:r>
    </w:p>
    <w:p w14:paraId="5913F796" w14:textId="77777777" w:rsidR="00636775" w:rsidRDefault="00000000">
      <w:pPr>
        <w:jc w:val="both"/>
      </w:pPr>
      <w:r>
        <w:t>Na podstawie art. 22¹b § 2 ustawy z dnia 26.06.1974 r. – Kodeks pracy oraz w związku z art. 9 ust. 2 lit.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s. 1) wyrażam zgodę na przetwarzanie przez Administratora – Zakład Usług Leśnych w Bystrzycy Kłodzkiej – moich danych osobowych szczególnej kategorii, które zamieściłem/am w przesłanych do Administratora dokumentach aplikacyjnych, gdyż w mojej opinii są one niezbędne do celów uwzględnienia mojej kandydatury w ramach postępowania rekrutacyjnego.</w:t>
      </w:r>
    </w:p>
    <w:p w14:paraId="6E0E2116" w14:textId="77777777" w:rsidR="00636775" w:rsidRDefault="00000000">
      <w:pPr>
        <w:jc w:val="both"/>
      </w:pPr>
      <w:r>
        <w:t>Jednocześnie oświadczam, że zostałem/am poinformowany/a o przysługującym mi prawie dostępu do treści moich danych oraz ich poprawiania, wycofania zgody na ich przetwarzanie w każdym czasie, jak również o tym, że podanie tych danych jest dobrowolne.</w:t>
      </w:r>
    </w:p>
    <w:p w14:paraId="2F1842E7" w14:textId="77777777" w:rsidR="00636775" w:rsidRDefault="00000000">
      <w:pPr>
        <w:spacing w:before="120"/>
        <w:jc w:val="right"/>
      </w:pPr>
      <w:r>
        <w:t>............................................................</w:t>
      </w:r>
    </w:p>
    <w:p w14:paraId="50CB5FC6" w14:textId="77777777" w:rsidR="00636775" w:rsidRDefault="00000000">
      <w:pPr>
        <w:spacing w:after="40"/>
        <w:jc w:val="right"/>
      </w:pPr>
      <w:r>
        <w:rPr>
          <w:i/>
          <w:sz w:val="17"/>
        </w:rPr>
        <w:t>(miejscowość, data i podpis kandydata/kandydatki)</w:t>
      </w:r>
    </w:p>
    <w:sectPr w:rsidR="00636775" w:rsidSect="00034616">
      <w:footerReference w:type="default" r:id="rId8"/>
      <w:pgSz w:w="12240" w:h="15840"/>
      <w:pgMar w:top="907" w:right="1134" w:bottom="90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A1EC4" w14:textId="77777777" w:rsidR="0019035C" w:rsidRDefault="0019035C">
      <w:pPr>
        <w:spacing w:after="0" w:line="240" w:lineRule="auto"/>
      </w:pPr>
      <w:r>
        <w:separator/>
      </w:r>
    </w:p>
  </w:endnote>
  <w:endnote w:type="continuationSeparator" w:id="0">
    <w:p w14:paraId="213D36FE" w14:textId="77777777" w:rsidR="0019035C" w:rsidRDefault="00190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CA7F0" w14:textId="79CF7FB5" w:rsidR="00636775" w:rsidRDefault="00636775">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3FBDD" w14:textId="77777777" w:rsidR="0019035C" w:rsidRDefault="0019035C">
      <w:pPr>
        <w:spacing w:after="0" w:line="240" w:lineRule="auto"/>
      </w:pPr>
      <w:r>
        <w:separator/>
      </w:r>
    </w:p>
  </w:footnote>
  <w:footnote w:type="continuationSeparator" w:id="0">
    <w:p w14:paraId="41D4C735" w14:textId="77777777" w:rsidR="0019035C" w:rsidRDefault="001903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636759079">
    <w:abstractNumId w:val="8"/>
  </w:num>
  <w:num w:numId="2" w16cid:durableId="1731809742">
    <w:abstractNumId w:val="6"/>
  </w:num>
  <w:num w:numId="3" w16cid:durableId="1455054130">
    <w:abstractNumId w:val="5"/>
  </w:num>
  <w:num w:numId="4" w16cid:durableId="691687592">
    <w:abstractNumId w:val="4"/>
  </w:num>
  <w:num w:numId="5" w16cid:durableId="2094619728">
    <w:abstractNumId w:val="7"/>
  </w:num>
  <w:num w:numId="6" w16cid:durableId="455834661">
    <w:abstractNumId w:val="3"/>
  </w:num>
  <w:num w:numId="7" w16cid:durableId="1832024098">
    <w:abstractNumId w:val="2"/>
  </w:num>
  <w:num w:numId="8" w16cid:durableId="541290940">
    <w:abstractNumId w:val="1"/>
  </w:num>
  <w:num w:numId="9" w16cid:durableId="896630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035C"/>
    <w:rsid w:val="0029639D"/>
    <w:rsid w:val="00326F90"/>
    <w:rsid w:val="00636775"/>
    <w:rsid w:val="006C6F82"/>
    <w:rsid w:val="00734EDC"/>
    <w:rsid w:val="00907F73"/>
    <w:rsid w:val="00A35284"/>
    <w:rsid w:val="00AA1D8D"/>
    <w:rsid w:val="00B47730"/>
    <w:rsid w:val="00CB0664"/>
    <w:rsid w:val="00F37B3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3B3BA7"/>
  <w14:defaultImageDpi w14:val="300"/>
  <w15:docId w15:val="{3EDCDC6B-5DB0-4182-A536-469760584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60" w:line="250" w:lineRule="auto"/>
    </w:pPr>
    <w:rPr>
      <w:rFonts w:ascii="Arial" w:eastAsia="Arial" w:hAnsi="Arial"/>
      <w:sz w:val="20"/>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1698</Words>
  <Characters>10192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11867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Beata Woch</cp:lastModifiedBy>
  <cp:revision>3</cp:revision>
  <dcterms:created xsi:type="dcterms:W3CDTF">2026-08-26T16:38:00Z</dcterms:created>
  <dcterms:modified xsi:type="dcterms:W3CDTF">2026-08-28T05:05:00Z</dcterms:modified>
  <cp:category/>
</cp:coreProperties>
</file>