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F60D2" w14:textId="77777777" w:rsidR="00D42523" w:rsidRPr="00D42523" w:rsidRDefault="00D42523" w:rsidP="00D42523">
      <w:pPr>
        <w:spacing w:after="135" w:line="259" w:lineRule="auto"/>
        <w:ind w:right="86"/>
        <w:jc w:val="center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i/>
          <w:color w:val="000000"/>
          <w:kern w:val="2"/>
          <w:sz w:val="16"/>
          <w:szCs w:val="24"/>
          <w:lang w:val="pl-PL" w:eastAsia="pl-PL"/>
          <w14:ligatures w14:val="standardContextual"/>
        </w:rPr>
        <w:t>Wypełnia Administrator Danych Osobowych (dalej: Administrator</w:t>
      </w:r>
      <w:r w:rsidRPr="00D42523">
        <w:rPr>
          <w:rFonts w:ascii="Times New Roman" w:eastAsia="Calibri" w:hAnsi="Times New Roman" w:cs="Times New Roman"/>
          <w:color w:val="000000"/>
          <w:kern w:val="2"/>
          <w:sz w:val="16"/>
          <w:szCs w:val="24"/>
          <w:lang w:val="pl-PL" w:eastAsia="pl-PL"/>
          <w14:ligatures w14:val="standardContextual"/>
        </w:rPr>
        <w:t xml:space="preserve">) </w:t>
      </w:r>
    </w:p>
    <w:tbl>
      <w:tblPr>
        <w:tblStyle w:val="TableGrid"/>
        <w:tblpPr w:vertAnchor="text" w:tblpX="5862" w:tblpYSpec="top"/>
        <w:tblOverlap w:val="never"/>
        <w:tblW w:w="782" w:type="dxa"/>
        <w:tblInd w:w="0" w:type="dxa"/>
        <w:tblCellMar>
          <w:top w:w="32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82"/>
      </w:tblGrid>
      <w:tr w:rsidR="00D42523" w:rsidRPr="00D42523" w14:paraId="14D6003B" w14:textId="77777777" w:rsidTr="001F6423">
        <w:trPr>
          <w:trHeight w:val="20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14D5" w14:textId="77777777" w:rsidR="00D42523" w:rsidRPr="00D42523" w:rsidRDefault="00D42523" w:rsidP="00D42523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42523">
              <w:rPr>
                <w:rFonts w:ascii="Times New Roman" w:eastAsia="Calibri" w:hAnsi="Times New Roman" w:cs="Times New Roman"/>
                <w:color w:val="D0CECE"/>
                <w:sz w:val="10"/>
              </w:rPr>
              <w:t>DD  –  MM  -  RRRR</w:t>
            </w:r>
          </w:p>
        </w:tc>
      </w:tr>
    </w:tbl>
    <w:p w14:paraId="70D38A88" w14:textId="5A9EBF87" w:rsidR="00D42523" w:rsidRPr="00D42523" w:rsidRDefault="00D42523" w:rsidP="00D42523">
      <w:pPr>
        <w:spacing w:after="385" w:line="265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Numer wniosku  </w:t>
      </w:r>
      <w:r w:rsidRPr="00D42523">
        <w:rPr>
          <w:rFonts w:ascii="Times New Roman" w:eastAsia="Calibri" w:hAnsi="Times New Roman" w:cs="Times New Roman"/>
          <w:noProof/>
          <w:color w:val="000000"/>
          <w:kern w:val="2"/>
          <w:szCs w:val="24"/>
          <w:lang w:val="pl-PL" w:eastAsia="pl-PL"/>
          <w14:ligatures w14:val="standardContextual"/>
        </w:rPr>
        <mc:AlternateContent>
          <mc:Choice Requires="wpg">
            <w:drawing>
              <wp:inline distT="0" distB="0" distL="0" distR="0" wp14:anchorId="50B18AD6" wp14:editId="46281646">
                <wp:extent cx="316865" cy="90805"/>
                <wp:effectExtent l="0" t="0" r="0" b="0"/>
                <wp:docPr id="7806" name="Group 7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" cy="90805"/>
                          <a:chOff x="0" y="0"/>
                          <a:chExt cx="316865" cy="90805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3168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90805">
                                <a:moveTo>
                                  <a:pt x="0" y="90805"/>
                                </a:moveTo>
                                <a:lnTo>
                                  <a:pt x="316865" y="90805"/>
                                </a:lnTo>
                                <a:lnTo>
                                  <a:pt x="316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0A146" id="Group 7806" o:spid="_x0000_s1026" style="width:24.95pt;height:7.15pt;mso-position-horizontal-relative:char;mso-position-vertical-relative:line" coordsize="31686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">
                <v:shape id="Shape 265" o:spid="_x0000_s1027" style="position:absolute;width:316865;height:90805;visibility:visible;mso-wrap-style:square;v-text-anchor:top" coordsize="3168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" path="m,90805r316865,l316865,,,,,90805xe" filled="f" strokeweight=".25pt">
                  <v:stroke miterlimit="83231f" joinstyle="miter"/>
                  <v:path arrowok="t" textboxrect="0,0,316865,90805"/>
                </v:shape>
                <w10:anchorlock/>
              </v:group>
            </w:pict>
          </mc:Fallback>
        </mc:AlternateConten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Data wpłynięcia wniosku </w: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D42523">
        <w:rPr>
          <w:rFonts w:ascii="Times New Roman" w:eastAsia="Calibri" w:hAnsi="Times New Roman" w:cs="Times New Roman"/>
          <w:color w:val="000000"/>
          <w:kern w:val="2"/>
          <w:sz w:val="16"/>
          <w:szCs w:val="24"/>
          <w:vertAlign w:val="superscript"/>
          <w:lang w:val="pl-PL" w:eastAsia="pl-PL"/>
          <w14:ligatures w14:val="standardContextual"/>
        </w:rPr>
        <w:t xml:space="preserve">                     </w: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 </w:t>
      </w:r>
    </w:p>
    <w:p w14:paraId="7E767EF6" w14:textId="43703EB6" w:rsidR="00D42523" w:rsidRPr="00D42523" w:rsidRDefault="00D42523" w:rsidP="00D42523">
      <w:pPr>
        <w:spacing w:after="0" w:line="265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>Miejscowość: .....................................................  Data: ............................................................................</w:t>
      </w:r>
    </w:p>
    <w:p w14:paraId="6C64AE37" w14:textId="77777777" w:rsidR="00D42523" w:rsidRDefault="00D42523" w:rsidP="00D42523">
      <w:pPr>
        <w:keepNext/>
        <w:keepLines/>
        <w:spacing w:after="106" w:line="259" w:lineRule="auto"/>
        <w:ind w:left="358" w:right="434" w:hanging="10"/>
        <w:jc w:val="center"/>
        <w:outlineLvl w:val="0"/>
        <w:rPr>
          <w:rFonts w:ascii="Calibri" w:eastAsia="Calibri" w:hAnsi="Calibri" w:cs="Calibri"/>
          <w:color w:val="000000"/>
          <w:kern w:val="2"/>
          <w:sz w:val="24"/>
          <w:szCs w:val="24"/>
          <w:lang w:val="pl-PL" w:eastAsia="pl-PL"/>
          <w14:ligatures w14:val="standardContextual"/>
        </w:rPr>
      </w:pPr>
    </w:p>
    <w:p w14:paraId="28654916" w14:textId="2025FCEC" w:rsidR="00D42523" w:rsidRPr="00D42523" w:rsidRDefault="00D42523" w:rsidP="00D42523">
      <w:pPr>
        <w:keepNext/>
        <w:keepLines/>
        <w:spacing w:after="106" w:line="259" w:lineRule="auto"/>
        <w:ind w:left="358" w:right="434" w:hanging="10"/>
        <w:jc w:val="center"/>
        <w:outlineLvl w:val="0"/>
        <w:rPr>
          <w:rFonts w:ascii="Calibri" w:eastAsia="Calibri" w:hAnsi="Calibri" w:cs="Calibri"/>
          <w:b/>
          <w:color w:val="000000"/>
          <w:kern w:val="2"/>
          <w:sz w:val="28"/>
          <w:szCs w:val="24"/>
          <w:lang w:val="pl-PL" w:eastAsia="pl-PL"/>
          <w14:ligatures w14:val="standardContextual"/>
        </w:rPr>
      </w:pPr>
      <w:r w:rsidRPr="00D42523">
        <w:rPr>
          <w:rFonts w:ascii="Calibri" w:eastAsia="Calibri" w:hAnsi="Calibri" w:cs="Calibri"/>
          <w:b/>
          <w:color w:val="000000"/>
          <w:kern w:val="2"/>
          <w:sz w:val="28"/>
          <w:szCs w:val="24"/>
          <w:lang w:val="pl-PL" w:eastAsia="pl-PL"/>
          <w14:ligatures w14:val="standardContextual"/>
        </w:rPr>
        <w:t xml:space="preserve">WNIOSEK OSOBY FIZYCZNEJ O REALIZACJĘ PRAWA </w:t>
      </w:r>
    </w:p>
    <w:p w14:paraId="3D8D5149" w14:textId="77777777" w:rsidR="007E1A93" w:rsidRPr="003939D2" w:rsidRDefault="007E1A93">
      <w:pPr>
        <w:rPr>
          <w:rFonts w:ascii="Times New Roman" w:hAnsi="Times New Roman" w:cs="Times New Roman"/>
          <w:sz w:val="24"/>
          <w:szCs w:val="24"/>
        </w:rPr>
      </w:pPr>
    </w:p>
    <w:p w14:paraId="348D0434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proofErr w:type="spellStart"/>
      <w:r w:rsidRPr="00D42523">
        <w:t>Dostępu</w:t>
      </w:r>
      <w:proofErr w:type="spellEnd"/>
      <w:r w:rsidRPr="00D42523">
        <w:t xml:space="preserve"> do </w:t>
      </w:r>
      <w:proofErr w:type="spellStart"/>
      <w:r w:rsidRPr="00D42523">
        <w:t>danych</w:t>
      </w:r>
      <w:proofErr w:type="spellEnd"/>
      <w:r w:rsidRPr="00D42523">
        <w:t xml:space="preserve"> </w:t>
      </w:r>
      <w:proofErr w:type="spellStart"/>
      <w:r w:rsidRPr="00D42523">
        <w:t>oraz</w:t>
      </w:r>
      <w:proofErr w:type="spellEnd"/>
      <w:r w:rsidRPr="00D42523">
        <w:t xml:space="preserve"> </w:t>
      </w:r>
      <w:proofErr w:type="spellStart"/>
      <w:r w:rsidRPr="00D42523">
        <w:t>uzyskania</w:t>
      </w:r>
      <w:proofErr w:type="spellEnd"/>
      <w:r w:rsidRPr="00D42523">
        <w:t xml:space="preserve"> </w:t>
      </w:r>
      <w:proofErr w:type="spellStart"/>
      <w:r w:rsidRPr="00D42523">
        <w:t>informacji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15 RODO)</w:t>
      </w:r>
      <w:r w:rsidRPr="00D42523">
        <w:rPr>
          <w:vertAlign w:val="superscript"/>
        </w:rPr>
        <w:t>1</w:t>
      </w:r>
      <w:r w:rsidRPr="00D42523">
        <w:t xml:space="preserve"> </w:t>
      </w:r>
    </w:p>
    <w:p w14:paraId="20E7185B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sprostowania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16 RODO)</w:t>
      </w:r>
      <w:r w:rsidRPr="00D42523">
        <w:rPr>
          <w:vertAlign w:val="superscript"/>
        </w:rPr>
        <w:t>2</w:t>
      </w:r>
      <w:r w:rsidRPr="00D42523">
        <w:t xml:space="preserve"> </w:t>
      </w:r>
    </w:p>
    <w:p w14:paraId="5C9E3040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usunięcia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(„</w:t>
      </w:r>
      <w:proofErr w:type="spellStart"/>
      <w:r w:rsidRPr="00D42523">
        <w:t>prawo</w:t>
      </w:r>
      <w:proofErr w:type="spellEnd"/>
      <w:r w:rsidRPr="00D42523">
        <w:t xml:space="preserve"> do </w:t>
      </w:r>
      <w:proofErr w:type="spellStart"/>
      <w:r w:rsidRPr="00D42523">
        <w:t>bycia</w:t>
      </w:r>
      <w:proofErr w:type="spellEnd"/>
      <w:r w:rsidRPr="00D42523">
        <w:t xml:space="preserve"> </w:t>
      </w:r>
      <w:proofErr w:type="spellStart"/>
      <w:r w:rsidRPr="00D42523">
        <w:t>zapomnianym</w:t>
      </w:r>
      <w:proofErr w:type="spellEnd"/>
      <w:r w:rsidRPr="00D42523">
        <w:t>”)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17 RODO)</w:t>
      </w:r>
      <w:r w:rsidRPr="00D42523">
        <w:rPr>
          <w:vertAlign w:val="superscript"/>
        </w:rPr>
        <w:t>3</w:t>
      </w:r>
      <w:r w:rsidRPr="00D42523">
        <w:t xml:space="preserve"> </w:t>
      </w:r>
    </w:p>
    <w:p w14:paraId="3BADF53F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ograniczenia</w:t>
      </w:r>
      <w:proofErr w:type="spellEnd"/>
      <w:r w:rsidRPr="00D42523">
        <w:t xml:space="preserve"> </w:t>
      </w:r>
      <w:proofErr w:type="spellStart"/>
      <w:r w:rsidRPr="00D42523">
        <w:t>przetwarzania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18 RODO)</w:t>
      </w:r>
      <w:r w:rsidRPr="00D42523">
        <w:rPr>
          <w:vertAlign w:val="superscript"/>
        </w:rPr>
        <w:t>4</w:t>
      </w:r>
      <w:r w:rsidRPr="00D42523">
        <w:t xml:space="preserve"> </w:t>
      </w:r>
    </w:p>
    <w:p w14:paraId="1BA63E3E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przenoszenia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do </w:t>
      </w:r>
      <w:proofErr w:type="spellStart"/>
      <w:r w:rsidRPr="00D42523">
        <w:t>innego</w:t>
      </w:r>
      <w:proofErr w:type="spellEnd"/>
      <w:r w:rsidRPr="00D42523">
        <w:t xml:space="preserve"> </w:t>
      </w:r>
      <w:proofErr w:type="spellStart"/>
      <w:r w:rsidRPr="00D42523">
        <w:t>Administratora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20 RODO)</w:t>
      </w:r>
      <w:r w:rsidRPr="00D42523">
        <w:rPr>
          <w:vertAlign w:val="superscript"/>
        </w:rPr>
        <w:t>5</w:t>
      </w:r>
      <w:r w:rsidRPr="00D42523">
        <w:t xml:space="preserve"> </w:t>
      </w:r>
    </w:p>
    <w:p w14:paraId="53AE8785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sprzeciwu</w:t>
      </w:r>
      <w:proofErr w:type="spellEnd"/>
      <w:r w:rsidRPr="00D42523">
        <w:t xml:space="preserve"> </w:t>
      </w:r>
      <w:proofErr w:type="spellStart"/>
      <w:r w:rsidRPr="00D42523">
        <w:t>wobec</w:t>
      </w:r>
      <w:proofErr w:type="spellEnd"/>
      <w:r w:rsidRPr="00D42523">
        <w:t xml:space="preserve"> </w:t>
      </w:r>
      <w:proofErr w:type="spellStart"/>
      <w:r w:rsidRPr="00D42523">
        <w:t>przetwarzania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art.21 RODO)</w:t>
      </w:r>
      <w:r w:rsidRPr="00D42523">
        <w:rPr>
          <w:vertAlign w:val="superscript"/>
        </w:rPr>
        <w:t>6</w:t>
      </w:r>
      <w:r w:rsidRPr="00D42523">
        <w:t xml:space="preserve"> </w:t>
      </w:r>
    </w:p>
    <w:p w14:paraId="6991DF97" w14:textId="77777777" w:rsidR="00D42523" w:rsidRPr="00D42523" w:rsidRDefault="00D42523" w:rsidP="00D42523">
      <w:pPr>
        <w:spacing w:after="252" w:line="259" w:lineRule="auto"/>
        <w:ind w:right="1360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niepodlegania</w:t>
      </w:r>
      <w:proofErr w:type="spellEnd"/>
      <w:r w:rsidRPr="00D42523">
        <w:t xml:space="preserve"> pod </w:t>
      </w:r>
      <w:proofErr w:type="spellStart"/>
      <w:r w:rsidRPr="00D42523">
        <w:t>decyzje</w:t>
      </w:r>
      <w:proofErr w:type="spellEnd"/>
      <w:r w:rsidRPr="00D42523">
        <w:t xml:space="preserve"> </w:t>
      </w:r>
      <w:proofErr w:type="spellStart"/>
      <w:r w:rsidRPr="00D42523">
        <w:t>oparte</w:t>
      </w:r>
      <w:proofErr w:type="spellEnd"/>
      <w:r w:rsidRPr="00D42523">
        <w:t xml:space="preserve"> 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zautomatyzowanym</w:t>
      </w:r>
      <w:proofErr w:type="spellEnd"/>
      <w:r w:rsidRPr="00D42523">
        <w:t xml:space="preserve"> </w:t>
      </w:r>
      <w:proofErr w:type="spellStart"/>
      <w:r w:rsidRPr="00D42523">
        <w:t>przetwarzaniu</w:t>
      </w:r>
      <w:proofErr w:type="spellEnd"/>
      <w:r w:rsidRPr="00D42523">
        <w:t xml:space="preserve"> w </w:t>
      </w:r>
      <w:proofErr w:type="spellStart"/>
      <w:r w:rsidRPr="00D42523">
        <w:t>tym</w:t>
      </w:r>
      <w:proofErr w:type="spellEnd"/>
      <w:r w:rsidRPr="00D42523">
        <w:t xml:space="preserve"> </w:t>
      </w:r>
      <w:proofErr w:type="spellStart"/>
      <w:r w:rsidRPr="00D42523">
        <w:t>profilowaniu</w:t>
      </w:r>
      <w:proofErr w:type="spellEnd"/>
      <w:r w:rsidRPr="00D42523">
        <w:t xml:space="preserve"> 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22 RODO)</w:t>
      </w:r>
      <w:r w:rsidRPr="00D42523">
        <w:rPr>
          <w:vertAlign w:val="superscript"/>
        </w:rPr>
        <w:t>7</w:t>
      </w:r>
      <w:r w:rsidRPr="00D42523">
        <w:t xml:space="preserve"> </w:t>
      </w:r>
    </w:p>
    <w:p w14:paraId="1C3BA1BD" w14:textId="77777777" w:rsidR="00D42523" w:rsidRPr="00D42523" w:rsidRDefault="00D42523" w:rsidP="00D42523">
      <w:pPr>
        <w:spacing w:after="33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uzyskania</w:t>
      </w:r>
      <w:proofErr w:type="spellEnd"/>
      <w:r w:rsidRPr="00D42523">
        <w:t xml:space="preserve"> </w:t>
      </w:r>
      <w:proofErr w:type="spellStart"/>
      <w:r w:rsidRPr="00D42523">
        <w:t>kopii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15 RODO)</w:t>
      </w:r>
      <w:r w:rsidRPr="00D42523">
        <w:rPr>
          <w:vertAlign w:val="superscript"/>
        </w:rPr>
        <w:t>8</w:t>
      </w:r>
      <w:r w:rsidRPr="00D42523">
        <w:t xml:space="preserve"> </w:t>
      </w:r>
    </w:p>
    <w:p w14:paraId="12529E1F" w14:textId="77777777" w:rsidR="00D42523" w:rsidRDefault="00D42523" w:rsidP="00D42523">
      <w:pPr>
        <w:spacing w:after="9" w:line="259" w:lineRule="auto"/>
        <w:ind w:left="1573" w:firstLine="587"/>
        <w:rPr>
          <w:sz w:val="21"/>
        </w:rPr>
      </w:pPr>
    </w:p>
    <w:p w14:paraId="43926586" w14:textId="1B687B65" w:rsidR="003939D2" w:rsidRPr="00D42523" w:rsidRDefault="00D42523" w:rsidP="006D00D4">
      <w:pPr>
        <w:spacing w:after="9" w:line="259" w:lineRule="auto"/>
        <w:ind w:left="720" w:firstLine="720"/>
        <w:rPr>
          <w:rFonts w:ascii="Times New Roman" w:hAnsi="Times New Roman" w:cs="Times New Roman"/>
        </w:rPr>
      </w:pPr>
      <w:proofErr w:type="spellStart"/>
      <w:r w:rsidRPr="00D42523">
        <w:rPr>
          <w:rFonts w:ascii="Times New Roman" w:hAnsi="Times New Roman" w:cs="Times New Roman"/>
        </w:rPr>
        <w:t>Podmiot</w:t>
      </w:r>
      <w:proofErr w:type="spellEnd"/>
      <w:r w:rsidRPr="00D42523">
        <w:rPr>
          <w:rFonts w:ascii="Times New Roman" w:hAnsi="Times New Roman" w:cs="Times New Roman"/>
        </w:rPr>
        <w:t xml:space="preserve">, do </w:t>
      </w:r>
      <w:proofErr w:type="spellStart"/>
      <w:r w:rsidRPr="00D42523">
        <w:rPr>
          <w:rFonts w:ascii="Times New Roman" w:hAnsi="Times New Roman" w:cs="Times New Roman"/>
        </w:rPr>
        <w:t>którego</w:t>
      </w:r>
      <w:proofErr w:type="spellEnd"/>
      <w:r w:rsidRPr="00D42523">
        <w:rPr>
          <w:rFonts w:ascii="Times New Roman" w:hAnsi="Times New Roman" w:cs="Times New Roman"/>
        </w:rPr>
        <w:t xml:space="preserve"> </w:t>
      </w:r>
      <w:proofErr w:type="spellStart"/>
      <w:r w:rsidRPr="00D42523">
        <w:rPr>
          <w:rFonts w:ascii="Times New Roman" w:hAnsi="Times New Roman" w:cs="Times New Roman"/>
        </w:rPr>
        <w:t>składany</w:t>
      </w:r>
      <w:proofErr w:type="spellEnd"/>
      <w:r w:rsidRPr="00D42523">
        <w:rPr>
          <w:rFonts w:ascii="Times New Roman" w:hAnsi="Times New Roman" w:cs="Times New Roman"/>
        </w:rPr>
        <w:t xml:space="preserve"> jest </w:t>
      </w:r>
      <w:proofErr w:type="spellStart"/>
      <w:r w:rsidRPr="00D42523">
        <w:rPr>
          <w:rFonts w:ascii="Times New Roman" w:hAnsi="Times New Roman" w:cs="Times New Roman"/>
        </w:rPr>
        <w:t>wniosek</w:t>
      </w:r>
      <w:proofErr w:type="spellEnd"/>
      <w:r w:rsidRPr="00D42523">
        <w:rPr>
          <w:rFonts w:ascii="Times New Roman" w:hAnsi="Times New Roman" w:cs="Times New Roman"/>
        </w:rPr>
        <w:t xml:space="preserve">: </w:t>
      </w:r>
    </w:p>
    <w:p w14:paraId="747BA3FD" w14:textId="49127E03" w:rsidR="00D42523" w:rsidRPr="00D42523" w:rsidRDefault="00D42523" w:rsidP="006D00D4">
      <w:pPr>
        <w:pStyle w:val="Nagwek2"/>
        <w:spacing w:before="0" w:line="343" w:lineRule="auto"/>
        <w:ind w:left="144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0663D">
        <w:rPr>
          <w:rFonts w:ascii="Times New Roman" w:eastAsia="Calibri" w:hAnsi="Times New Roman" w:cs="Times New Roman"/>
          <w:bCs w:val="0"/>
          <w:color w:val="auto"/>
          <w:sz w:val="24"/>
          <w:szCs w:val="24"/>
          <w:highlight w:val="yellow"/>
        </w:rPr>
        <w:t>Nazwa:</w:t>
      </w:r>
      <w:r w:rsidR="006D00D4" w:rsidRPr="00E0663D">
        <w:rPr>
          <w:rFonts w:ascii="Times New Roman" w:eastAsia="Calibri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proofErr w:type="spellStart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Komendant</w:t>
      </w:r>
      <w:proofErr w:type="spellEnd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proofErr w:type="spellStart"/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Powiatowy</w:t>
      </w:r>
      <w:proofErr w:type="spellEnd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proofErr w:type="spellStart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Państwowej</w:t>
      </w:r>
      <w:proofErr w:type="spellEnd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proofErr w:type="spellStart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Straży</w:t>
      </w:r>
      <w:proofErr w:type="spellEnd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proofErr w:type="spellStart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Pożarnej</w:t>
      </w:r>
      <w:proofErr w:type="spellEnd"/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br/>
      </w:r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w </w:t>
      </w:r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Bolesławcu</w:t>
      </w:r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; ul. </w:t>
      </w:r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Wesoła 2</w:t>
      </w:r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, 5</w:t>
      </w:r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9</w:t>
      </w:r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-</w:t>
      </w:r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700</w:t>
      </w:r>
      <w:r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 xml:space="preserve"> </w:t>
      </w:r>
      <w:r w:rsidR="006B3672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Bolesławiec</w:t>
      </w:r>
      <w:r w:rsidR="006D00D4" w:rsidRPr="00E0663D">
        <w:rPr>
          <w:rFonts w:ascii="Times New Roman" w:hAnsi="Times New Roman" w:cs="Times New Roman"/>
          <w:bCs w:val="0"/>
          <w:color w:val="auto"/>
          <w:sz w:val="24"/>
          <w:szCs w:val="24"/>
          <w:highlight w:val="yellow"/>
        </w:rPr>
        <w:t>.</w:t>
      </w:r>
    </w:p>
    <w:p w14:paraId="223F90CE" w14:textId="0602C34A" w:rsidR="00D42523" w:rsidRPr="00D42523" w:rsidRDefault="00D42523" w:rsidP="00D42523">
      <w:pPr>
        <w:pStyle w:val="Nagwek2"/>
        <w:spacing w:after="31" w:line="343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Na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podstawie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artykułu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12-22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Rozporządzenia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Parlamentu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Europejskiego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Rady (UE) 2016/679 z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dnia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27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kwietnia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2016r. (RODO) 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sprawie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ochrony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osób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fizycznych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br/>
      </w:r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związku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z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przetwarzaniem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danych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osobowych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sprawie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swobodnego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przepływu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takich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danych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proszę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realizację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praw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związku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z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przetwarzaniem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moich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danych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osobowych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p w14:paraId="2D18E46D" w14:textId="77777777" w:rsidR="00D42523" w:rsidRPr="00D42523" w:rsidRDefault="00D42523" w:rsidP="00D42523">
      <w:pPr>
        <w:numPr>
          <w:ilvl w:val="0"/>
          <w:numId w:val="10"/>
        </w:numPr>
        <w:spacing w:after="77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 xml:space="preserve">Dane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wnioskującej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niezbędne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identyfikacji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zbiorach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316894" w14:textId="77777777" w:rsidR="00D42523" w:rsidRDefault="00D42523" w:rsidP="00D42523">
      <w:pPr>
        <w:spacing w:after="32" w:line="33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Imię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Nazwisko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..............................................</w:t>
      </w:r>
    </w:p>
    <w:p w14:paraId="2EFFE22B" w14:textId="6E6ADEB1" w:rsidR="00D42523" w:rsidRDefault="00D42523" w:rsidP="00D42523">
      <w:pPr>
        <w:spacing w:after="32" w:line="33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Adres e-mail/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numer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telefonu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</w:t>
      </w:r>
      <w:r w:rsidRPr="00D42523"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468A00" w14:textId="77777777" w:rsidR="00D42523" w:rsidRPr="00D42523" w:rsidRDefault="00D42523" w:rsidP="00D42523">
      <w:pPr>
        <w:spacing w:after="32" w:line="335" w:lineRule="auto"/>
        <w:rPr>
          <w:rFonts w:ascii="Times New Roman" w:hAnsi="Times New Roman" w:cs="Times New Roman"/>
          <w:sz w:val="24"/>
          <w:szCs w:val="24"/>
        </w:rPr>
      </w:pPr>
    </w:p>
    <w:p w14:paraId="29946AC8" w14:textId="77777777" w:rsidR="00D42523" w:rsidRPr="00D42523" w:rsidRDefault="00D42523" w:rsidP="00D42523">
      <w:pPr>
        <w:numPr>
          <w:ilvl w:val="0"/>
          <w:numId w:val="10"/>
        </w:numPr>
        <w:spacing w:after="90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Dodatkowe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informacje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umożliwiające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identyfikację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przez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DD1485B" w14:textId="311A5346" w:rsid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  <w:r w:rsidRPr="00D42523">
        <w:rPr>
          <w:rFonts w:ascii="Times New Roman" w:hAnsi="Times New Roman" w:cs="Times New Roman"/>
          <w:sz w:val="24"/>
          <w:szCs w:val="24"/>
        </w:rPr>
        <w:t xml:space="preserve">….. </w:t>
      </w:r>
    </w:p>
    <w:p w14:paraId="3A363416" w14:textId="77777777" w:rsid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</w:p>
    <w:p w14:paraId="5883F8AE" w14:textId="77777777" w:rsidR="00D42523" w:rsidRP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</w:p>
    <w:p w14:paraId="20D1B2C3" w14:textId="77777777" w:rsidR="00D42523" w:rsidRPr="00D42523" w:rsidRDefault="00D42523" w:rsidP="00D42523">
      <w:pPr>
        <w:numPr>
          <w:ilvl w:val="0"/>
          <w:numId w:val="10"/>
        </w:numPr>
        <w:spacing w:after="0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lastRenderedPageBreak/>
        <w:t>Uzasadnienie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C3A54E" w14:textId="689A2C9C" w:rsidR="00D42523" w:rsidRPr="00D42523" w:rsidRDefault="00D42523" w:rsidP="00D42523">
      <w:pPr>
        <w:tabs>
          <w:tab w:val="center" w:pos="379"/>
          <w:tab w:val="center" w:pos="5517"/>
        </w:tabs>
        <w:spacing w:after="72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ab/>
      </w:r>
      <w:r>
        <w:rPr>
          <w:sz w:val="21"/>
        </w:rPr>
        <w:t xml:space="preserve"> </w:t>
      </w:r>
      <w:r w:rsidRPr="00D42523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</w:p>
    <w:p w14:paraId="17A9593C" w14:textId="77777777" w:rsidR="00D42523" w:rsidRDefault="00D42523" w:rsidP="00D42523">
      <w:pPr>
        <w:numPr>
          <w:ilvl w:val="0"/>
          <w:numId w:val="10"/>
        </w:numPr>
        <w:spacing w:after="256" w:line="265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Wnioskowany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sposób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odbioru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2CF2C" w14:textId="77777777" w:rsidR="00D42523" w:rsidRPr="00D42523" w:rsidRDefault="00D42523" w:rsidP="00D42523">
      <w:pPr>
        <w:spacing w:after="7" w:line="323" w:lineRule="auto"/>
        <w:ind w:right="843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Osobiście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siedzibie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AA7BA" w14:textId="4923B0DA" w:rsidR="00D42523" w:rsidRPr="00D42523" w:rsidRDefault="00D42523" w:rsidP="00D42523">
      <w:pPr>
        <w:spacing w:after="7" w:line="323" w:lineRule="auto"/>
        <w:ind w:right="843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Listownie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adres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>: ……………………………………….</w:t>
      </w:r>
      <w:r w:rsidRPr="00D4252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3B13DAC" w14:textId="67DDD833" w:rsidR="00D42523" w:rsidRDefault="00D42523" w:rsidP="00D42523">
      <w:pPr>
        <w:spacing w:after="0" w:line="259" w:lineRule="auto"/>
        <w:ind w:right="12"/>
        <w:rPr>
          <w:rFonts w:ascii="Times New Roman" w:eastAsia="Microsoft Sans Serif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Pocztą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elektroniczną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podany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adres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e-mail:</w:t>
      </w:r>
      <w:r w:rsidRPr="00D42523">
        <w:rPr>
          <w:rFonts w:ascii="Times New Roman" w:eastAsia="Microsoft Sans Serif" w:hAnsi="Times New Roman" w:cs="Times New Roman"/>
          <w:sz w:val="24"/>
          <w:szCs w:val="24"/>
        </w:rPr>
        <w:t xml:space="preserve"> ………………………………</w:t>
      </w:r>
    </w:p>
    <w:p w14:paraId="130E297E" w14:textId="77777777" w:rsidR="00D42523" w:rsidRPr="00D42523" w:rsidRDefault="00D42523" w:rsidP="00D42523">
      <w:pPr>
        <w:spacing w:after="0" w:line="259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1A911182" w14:textId="164D7429" w:rsidR="00D42523" w:rsidRPr="00D42523" w:rsidRDefault="00D42523" w:rsidP="00D42523">
      <w:pPr>
        <w:spacing w:after="0" w:line="240" w:lineRule="auto"/>
        <w:ind w:left="4820" w:right="12"/>
      </w:pPr>
      <w:r w:rsidRPr="00D42523">
        <w:rPr>
          <w:sz w:val="19"/>
        </w:rPr>
        <w:t>……………………………………………</w:t>
      </w:r>
      <w:r>
        <w:rPr>
          <w:sz w:val="19"/>
        </w:rPr>
        <w:t>..</w:t>
      </w:r>
      <w:r w:rsidRPr="00D42523">
        <w:rPr>
          <w:sz w:val="19"/>
        </w:rPr>
        <w:t xml:space="preserve">…………………… </w:t>
      </w:r>
    </w:p>
    <w:p w14:paraId="73FE9454" w14:textId="77777777" w:rsidR="00D42523" w:rsidRDefault="00D42523" w:rsidP="00D42523">
      <w:pPr>
        <w:spacing w:after="1000" w:line="240" w:lineRule="auto"/>
        <w:ind w:left="5245" w:right="12" w:hanging="283"/>
        <w:rPr>
          <w:rFonts w:ascii="Times New Roman" w:hAnsi="Times New Roman" w:cs="Times New Roman"/>
          <w:sz w:val="19"/>
        </w:rPr>
      </w:pPr>
      <w:proofErr w:type="spellStart"/>
      <w:r w:rsidRPr="00D42523">
        <w:rPr>
          <w:rFonts w:ascii="Times New Roman" w:hAnsi="Times New Roman" w:cs="Times New Roman"/>
          <w:sz w:val="19"/>
        </w:rPr>
        <w:t>Czytelny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podpis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osoby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składającej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wniosek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</w:p>
    <w:p w14:paraId="3F978F11" w14:textId="3FB73F27" w:rsidR="00D42523" w:rsidRPr="00D42523" w:rsidRDefault="00D42523" w:rsidP="00D42523">
      <w:pPr>
        <w:spacing w:after="0" w:line="240" w:lineRule="auto"/>
        <w:ind w:right="12"/>
        <w:rPr>
          <w:rFonts w:ascii="Times New Roman" w:hAnsi="Times New Roman" w:cs="Times New Roman"/>
          <w:sz w:val="19"/>
        </w:rPr>
      </w:pPr>
      <w:proofErr w:type="spellStart"/>
      <w:r w:rsidRPr="00D42523">
        <w:rPr>
          <w:rFonts w:ascii="Times New Roman" w:eastAsia="Calibri" w:hAnsi="Times New Roman" w:cs="Times New Roman"/>
          <w:b/>
          <w:sz w:val="18"/>
          <w:szCs w:val="18"/>
        </w:rPr>
        <w:t>Wyjaśnienia</w:t>
      </w:r>
      <w:proofErr w:type="spellEnd"/>
      <w:r w:rsidRPr="00D42523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</w:p>
    <w:p w14:paraId="34585D23" w14:textId="77777777" w:rsidR="00D42523" w:rsidRPr="00D42523" w:rsidRDefault="00D42523" w:rsidP="00D42523">
      <w:pPr>
        <w:numPr>
          <w:ilvl w:val="1"/>
          <w:numId w:val="11"/>
        </w:numPr>
        <w:spacing w:after="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Prosimy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czytelne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wypełnienie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formularza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DRUKOWANYMI LITERAMI. </w:t>
      </w:r>
    </w:p>
    <w:p w14:paraId="3CF9D903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Administrator ma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prawo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odmówić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przekazania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danych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lub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zmienić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formę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odbioru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sytuacji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kiedy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jest 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stanie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prawidłowo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zidentyfikować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wnioskującej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58072500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Na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potrzeby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rozpatrzenia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jego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dalszej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realizacji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być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wymagane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podanie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dodatkowych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danych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Pani/Pana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identyfikujących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252353D5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sytuacji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kiedy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żądania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zostaną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uznane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za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nadmierne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lub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nieuzasadnione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Administrator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pobrać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stosowną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kosztów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odpowiedzi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informując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wcześniej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wnioskującą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wysokości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5753DC42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Szczegółowe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informacje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temat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odpowiedzi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uzyskać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poprzez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kontakt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z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naszym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Inspektorem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Ochrony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Danych. </w:t>
      </w:r>
    </w:p>
    <w:p w14:paraId="4735AD90" w14:textId="77777777" w:rsidR="00D42523" w:rsidRPr="00D42523" w:rsidRDefault="00D42523" w:rsidP="00D42523">
      <w:pPr>
        <w:numPr>
          <w:ilvl w:val="1"/>
          <w:numId w:val="11"/>
        </w:numPr>
        <w:spacing w:after="7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sytuacji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kiedy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żądania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zostaną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uznane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za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nadmierne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lub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nieuzasadnione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Administrator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pobrać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stosowną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kosztów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odpowiedzi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informując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wcześniej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wnioskującą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wysokości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71504221" w14:textId="3064E704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Odpowiedź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zgłoszenie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zostanie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udzielona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niezwłocznie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później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niż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wciągu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miesiąca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jego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otrzymania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  <w:r w:rsidR="00CC3817">
        <w:rPr>
          <w:rFonts w:ascii="Times New Roman" w:hAnsi="Times New Roman" w:cs="Times New Roman"/>
          <w:sz w:val="18"/>
          <w:szCs w:val="18"/>
        </w:rPr>
        <w:br/>
      </w:r>
      <w:r w:rsidRPr="00D42523">
        <w:rPr>
          <w:rFonts w:ascii="Times New Roman" w:hAnsi="Times New Roman" w:cs="Times New Roman"/>
          <w:sz w:val="18"/>
          <w:szCs w:val="18"/>
        </w:rPr>
        <w:t xml:space="preserve">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razie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konieczności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przedłużenia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terminu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Administrator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poinformuje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składającą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wniosek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przyczynach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takiego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przedłużenia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2F05DD82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Odpowiedź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będzie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udzielana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zgodnie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wybraną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opcją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określoną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we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0F28287" w14:textId="77777777" w:rsidR="00D42523" w:rsidRPr="00D42523" w:rsidRDefault="00D42523" w:rsidP="00D42523">
      <w:pPr>
        <w:spacing w:after="1000" w:line="240" w:lineRule="auto"/>
        <w:ind w:right="12"/>
      </w:pPr>
    </w:p>
    <w:p w14:paraId="359E2088" w14:textId="09377224" w:rsidR="00D42523" w:rsidRDefault="00CC3817" w:rsidP="00CC3817">
      <w:pPr>
        <w:spacing w:after="256" w:line="265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E3479D" wp14:editId="2D574D26">
            <wp:extent cx="5486400" cy="8099561"/>
            <wp:effectExtent l="0" t="0" r="0" b="0"/>
            <wp:docPr id="8369" name="Picture 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83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1783" w14:textId="675A5C0B" w:rsidR="003939D2" w:rsidRPr="00695E7F" w:rsidRDefault="003939D2" w:rsidP="003939D2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695E7F">
        <w:rPr>
          <w:rFonts w:ascii="Times New Roman" w:hAnsi="Times New Roman" w:cs="Times New Roman"/>
          <w:b/>
          <w:bCs/>
          <w:sz w:val="24"/>
          <w:szCs w:val="24"/>
        </w:rPr>
        <w:lastRenderedPageBreak/>
        <w:t>KLAUZULA INFORMACYJNA O PRZETWARZANIU DANYCH OSOBOWYCH</w:t>
      </w:r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dla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osób</w:t>
      </w:r>
      <w:proofErr w:type="spellEnd"/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realizujących</w:t>
      </w:r>
      <w:proofErr w:type="spellEnd"/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wniosek</w:t>
      </w:r>
      <w:proofErr w:type="spellEnd"/>
    </w:p>
    <w:p w14:paraId="626368F9" w14:textId="77777777" w:rsidR="003939D2" w:rsidRPr="00695E7F" w:rsidRDefault="003939D2" w:rsidP="003939D2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(art. 13 </w:t>
      </w:r>
      <w:proofErr w:type="spellStart"/>
      <w:r w:rsidRPr="00695E7F">
        <w:rPr>
          <w:rFonts w:ascii="Times New Roman" w:hAnsi="Times New Roman" w:cs="Times New Roman"/>
          <w:i/>
          <w:iCs/>
          <w:sz w:val="24"/>
          <w:szCs w:val="24"/>
        </w:rPr>
        <w:t>ust</w:t>
      </w:r>
      <w:proofErr w:type="spellEnd"/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. 1 </w:t>
      </w:r>
      <w:proofErr w:type="spellStart"/>
      <w:r w:rsidRPr="00695E7F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 2 RODO*)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939D2" w:rsidRPr="002F5379" w14:paraId="2B875217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BEF9F1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Administrator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kontakt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6B3672" w:rsidRPr="002F5379" w14:paraId="1E3F4BC5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6C5F" w14:textId="77777777" w:rsidR="006B3672" w:rsidRPr="006B3672" w:rsidRDefault="006B3672" w:rsidP="006B367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Administratorem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przetwarzającym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Pani/Pana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jest: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Komendant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Powiatowy</w:t>
            </w:r>
            <w:proofErr w:type="spellEnd"/>
          </w:p>
          <w:p w14:paraId="188F46BD" w14:textId="77777777" w:rsidR="006B3672" w:rsidRPr="006B3672" w:rsidRDefault="006B3672" w:rsidP="006B367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Państwowej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Straży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Pożarnej</w:t>
            </w:r>
            <w:proofErr w:type="spellEnd"/>
            <w:r w:rsidRPr="006B3672">
              <w:rPr>
                <w:rFonts w:ascii="Times New Roman" w:hAnsi="Times New Roman" w:cs="Times New Roman"/>
                <w:sz w:val="20"/>
                <w:szCs w:val="20"/>
              </w:rPr>
              <w:t xml:space="preserve"> w Bolesławcu, 59-700 Bolesławiec, ul. Wesoła 2</w:t>
            </w:r>
          </w:p>
          <w:p w14:paraId="01651766" w14:textId="4B998C6A" w:rsidR="006B3672" w:rsidRPr="002F5379" w:rsidRDefault="006B3672" w:rsidP="006B367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3672">
              <w:rPr>
                <w:rFonts w:ascii="Times New Roman" w:hAnsi="Times New Roman" w:cs="Times New Roman"/>
                <w:sz w:val="20"/>
                <w:szCs w:val="20"/>
              </w:rPr>
              <w:t>tel. 75 6443300, email: kpboleslawiec@kwpsp.wroc.pl</w:t>
            </w:r>
          </w:p>
        </w:tc>
      </w:tr>
      <w:tr w:rsidR="003939D2" w:rsidRPr="002F5379" w14:paraId="2E78C953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4A8261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Dane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kontaktowe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Inspektora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Ochrony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Danych:</w:t>
            </w:r>
          </w:p>
        </w:tc>
      </w:tr>
      <w:tr w:rsidR="003939D2" w:rsidRPr="002F5379" w14:paraId="51D855F3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3D9B" w14:textId="0FC72ACB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celu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zapewnienia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bezpieczeństwa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ułatwienia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kontaktu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osób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których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dotyczą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Pani/Pan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skontaktować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się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wyznaczonym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Administratora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Inspektorem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Ochrony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Danych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telefonicznie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pod nr tel. 71 3682213, e-mail: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7" w:history="1">
              <w:r w:rsidRPr="0072113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iod@kwpsp.wroc.pl</w:t>
              </w:r>
            </w:hyperlink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listownie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adres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: Komenda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Wojewódzka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PSP we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Wrocławiu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ul. Borowska 138, 50-552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Wrocław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39D2" w:rsidRPr="002F5379" w14:paraId="302C4743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6621D1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Cele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podstawy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prawne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2B4F7DBD" w14:textId="77777777" w:rsidTr="006B3672">
        <w:trPr>
          <w:trHeight w:val="722"/>
        </w:trPr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5C01" w14:textId="658646CC" w:rsidR="003939D2" w:rsidRPr="003939D2" w:rsidRDefault="003939D2" w:rsidP="00CC3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Pani/Pana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będą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przetwarzane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celu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dotyczącego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wykonywania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praw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której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dotyczą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85442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="00F85442" w:rsidRPr="00F85442">
              <w:rPr>
                <w:rFonts w:ascii="Times New Roman" w:hAnsi="Times New Roman" w:cs="Times New Roman"/>
                <w:sz w:val="20"/>
                <w:szCs w:val="20"/>
              </w:rPr>
              <w:t>związku</w:t>
            </w:r>
            <w:proofErr w:type="spellEnd"/>
            <w:r w:rsidR="00F85442"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z art. 15, art., 16, art. 17, art. 18, art. 20, art. 21, art. 22 RODO</w:t>
            </w:r>
            <w:r w:rsidR="00F8544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8544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</w:t>
            </w:r>
            <w:proofErr w:type="spellStart"/>
            <w:r w:rsidR="00F85442">
              <w:rPr>
                <w:rFonts w:ascii="Times New Roman" w:hAnsi="Times New Roman" w:cs="Times New Roman"/>
                <w:sz w:val="20"/>
                <w:szCs w:val="20"/>
              </w:rPr>
              <w:t>myśl</w:t>
            </w:r>
            <w:proofErr w:type="spellEnd"/>
            <w:r w:rsid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5442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art. 6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ust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. 1 lit. 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e</w:t>
            </w:r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RODO,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art. 9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ust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. 2 lit. g RODO (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jeżeli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dotyczy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3939D2" w:rsidRPr="002F5379" w14:paraId="053BB01F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977A4D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Odbiorcy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00396D80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4810" w14:textId="6AD1DEDE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Dane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możemy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przekazywać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udostępniać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wyłącznie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uprawnionym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podstawie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obowiązujących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nimi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m.in.: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e-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doręczeń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Poczta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Polska S.A.,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jako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dostawca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publiczny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ministrowi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właściwemu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spraw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cyfryzacji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związku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zamieszczeniem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bazie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adresów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elektronicznych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komercyjnym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dostawcom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niepublicznym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wpisanym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rejestru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prowadzonego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Ministra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Cyfryzacji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pozostałym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świadczącym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usługi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pocztowe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telekomunikacyjne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bankowe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publicznym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gdy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wystąpią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takim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żądaniem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oczywiście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oparciu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stosowną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podstawę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prawną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Państwa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możemy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przekazywać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które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je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zlecenie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Administratora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tzw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przetwarzającym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nimi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np.: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świadczące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dla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administratora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usługi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wsparcia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teleinformatycznym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np.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fizycznego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wybrakowania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zniszczenia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dokumentów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firma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zapewniająca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wsparcie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techniczne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IT.</w:t>
            </w:r>
          </w:p>
        </w:tc>
      </w:tr>
      <w:tr w:rsidR="003939D2" w:rsidRPr="002F5379" w14:paraId="167A7D79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A7941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Obowiązek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3CFA6A67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5C65" w14:textId="0D01A340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Podanie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Panią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/Pana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jest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dobrowolne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ale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niezbędne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rozpatrzenia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Konsekwencją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niepodania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będzie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brak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możliwości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rozpatrzenia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</w:tc>
      </w:tr>
      <w:tr w:rsidR="003939D2" w:rsidRPr="002F5379" w14:paraId="7FF55EEB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D0D7D8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Prawa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związane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przetwarzaniem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638D25C5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75B7B" w14:textId="473AE78D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Posiada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Pani/Pan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żądania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dostępu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treści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swoich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ich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sprostowania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poprawiania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bookmarkStart w:id="0" w:name="__DdeLink__4297_275676422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żądania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usunięcia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ograniczenia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przenoszenia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wniesienia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wniesienia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skargi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organu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nadzorczego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Prezesa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UODO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Wymienione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mogą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być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ograniczone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bookmarkEnd w:id="0"/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kiedy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Administrator jest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zobowiązany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prawnie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celu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obowiązku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ustawowego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występują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nadrzędne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podstawy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F53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3939D2" w:rsidRPr="002F5379" w14:paraId="3DC3A2B0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EED73A" w14:textId="77777777" w:rsidR="003939D2" w:rsidRPr="002F5379" w:rsidRDefault="003939D2" w:rsidP="001F64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15F20C85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12E1" w14:textId="39D1E23E" w:rsidR="003939D2" w:rsidRPr="002F5379" w:rsidRDefault="003939D2" w:rsidP="001F6423">
            <w:pPr>
              <w:jc w:val="both"/>
              <w:rPr>
                <w:rFonts w:ascii="Times New Roman" w:eastAsiaTheme="minorHAns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każdej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chwili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przysługuje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Pani/Panu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wniesienia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wobec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Przestaniemy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przetwarzać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celach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chyba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będziemy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stanie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wykazać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stosunku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do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istnieją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dla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nas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ważne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prawnie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uzasadnione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podstawy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które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są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nadrzędne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wobec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interesów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praw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wolności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będą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niezbędne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C38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do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ewentualnego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ustalenia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dochodzenia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obrony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roszczeń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3939D2" w:rsidRPr="002F5379" w14:paraId="316B540E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D70870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Okres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przechowywania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5C4C5C5C" w14:textId="77777777" w:rsidTr="006B3672">
        <w:tc>
          <w:tcPr>
            <w:tcW w:w="8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6CBC" w14:textId="501BC496" w:rsidR="003939D2" w:rsidRPr="002F5379" w:rsidRDefault="00F8544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Dane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będą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przechowywane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okres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niezbędny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następnie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czas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wynikający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prawa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, w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szczególności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o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archiwizacji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496E4C9" w14:textId="43E12C14" w:rsidR="007E1A93" w:rsidRPr="00CC3817" w:rsidRDefault="003939D2" w:rsidP="00CC3817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2"/>
          <w:sz w:val="20"/>
          <w:szCs w:val="20"/>
          <w14:ligatures w14:val="standardContextual"/>
        </w:rPr>
      </w:pPr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*RODO -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rozporządzenie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Parlamentu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Europejskiego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Rady (UE) 2016/679 z 27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kwietnia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2016 r. </w:t>
      </w:r>
      <w:r w:rsidR="00F85442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w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sprawie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ochrony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osób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fizycznych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w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związku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z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przetwarzaniem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danych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w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sprawie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swobodnego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przepływu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takich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danych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oraz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uchylenia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dyrektywy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95/46/WE (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ogólne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rozporządzenie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o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ochronie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danych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09252BEF" w14:textId="77777777" w:rsidR="007E1A93" w:rsidRPr="003939D2" w:rsidRDefault="007E1A93">
      <w:pPr>
        <w:rPr>
          <w:rFonts w:ascii="Times New Roman" w:hAnsi="Times New Roman" w:cs="Times New Roman"/>
          <w:sz w:val="24"/>
          <w:szCs w:val="24"/>
        </w:rPr>
      </w:pPr>
    </w:p>
    <w:sectPr w:rsidR="007E1A93" w:rsidRPr="003939D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DE6E64"/>
    <w:multiLevelType w:val="hybridMultilevel"/>
    <w:tmpl w:val="42D2C68A"/>
    <w:lvl w:ilvl="0" w:tplc="382202DE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B6CE7E">
      <w:start w:val="1"/>
      <w:numFmt w:val="decimal"/>
      <w:lvlText w:val="%2.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B406CE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D6C53F4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624B00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B834D0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09C2656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0E6BE16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C0A19E0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FC1740"/>
    <w:multiLevelType w:val="hybridMultilevel"/>
    <w:tmpl w:val="0812D518"/>
    <w:lvl w:ilvl="0" w:tplc="FFFFFFFF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1200" w:hanging="360"/>
      </w:pPr>
    </w:lvl>
    <w:lvl w:ilvl="2" w:tplc="FFFFFFFF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6603377">
    <w:abstractNumId w:val="8"/>
  </w:num>
  <w:num w:numId="2" w16cid:durableId="127284553">
    <w:abstractNumId w:val="6"/>
  </w:num>
  <w:num w:numId="3" w16cid:durableId="932203930">
    <w:abstractNumId w:val="5"/>
  </w:num>
  <w:num w:numId="4" w16cid:durableId="1897430714">
    <w:abstractNumId w:val="4"/>
  </w:num>
  <w:num w:numId="5" w16cid:durableId="389043278">
    <w:abstractNumId w:val="7"/>
  </w:num>
  <w:num w:numId="6" w16cid:durableId="1542356397">
    <w:abstractNumId w:val="3"/>
  </w:num>
  <w:num w:numId="7" w16cid:durableId="444739763">
    <w:abstractNumId w:val="2"/>
  </w:num>
  <w:num w:numId="8" w16cid:durableId="1790314354">
    <w:abstractNumId w:val="1"/>
  </w:num>
  <w:num w:numId="9" w16cid:durableId="1495563594">
    <w:abstractNumId w:val="0"/>
  </w:num>
  <w:num w:numId="10" w16cid:durableId="798449902">
    <w:abstractNumId w:val="9"/>
  </w:num>
  <w:num w:numId="11" w16cid:durableId="8614793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939D2"/>
    <w:rsid w:val="00501953"/>
    <w:rsid w:val="006B3672"/>
    <w:rsid w:val="006D00D4"/>
    <w:rsid w:val="007E1A93"/>
    <w:rsid w:val="00912E7C"/>
    <w:rsid w:val="00AA1D8D"/>
    <w:rsid w:val="00B47730"/>
    <w:rsid w:val="00B56C23"/>
    <w:rsid w:val="00C363A6"/>
    <w:rsid w:val="00CB0664"/>
    <w:rsid w:val="00CC3817"/>
    <w:rsid w:val="00D42523"/>
    <w:rsid w:val="00E0663D"/>
    <w:rsid w:val="00F854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08E73C"/>
  <w14:defaultImageDpi w14:val="330"/>
  <w15:docId w15:val="{427D19E8-80BE-4F5C-A084-76540386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3939D2"/>
    <w:rPr>
      <w:color w:val="0000FF" w:themeColor="hyperlink"/>
      <w:u w:val="single"/>
    </w:rPr>
  </w:style>
  <w:style w:type="table" w:customStyle="1" w:styleId="TableGrid">
    <w:name w:val="TableGrid"/>
    <w:rsid w:val="00D42523"/>
    <w:pPr>
      <w:spacing w:after="0" w:line="240" w:lineRule="auto"/>
    </w:pPr>
    <w:rPr>
      <w:kern w:val="2"/>
      <w:sz w:val="24"/>
      <w:szCs w:val="24"/>
      <w:lang w:val="pl-PL"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kwpsp.wroc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1059</Words>
  <Characters>6359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Mateusz Dąbrowa</cp:lastModifiedBy>
  <cp:revision>8</cp:revision>
  <dcterms:created xsi:type="dcterms:W3CDTF">2026-04-15T10:20:00Z</dcterms:created>
  <dcterms:modified xsi:type="dcterms:W3CDTF">2026-05-27T06:28:00Z</dcterms:modified>
  <cp:category/>
</cp:coreProperties>
</file>