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F60D2" w14:textId="77777777" w:rsidR="00D42523" w:rsidRPr="00C14299" w:rsidRDefault="00D42523" w:rsidP="00C14299">
      <w:pPr>
        <w:spacing w:after="135" w:line="259" w:lineRule="auto"/>
        <w:ind w:right="86"/>
        <w:rPr>
          <w:rFonts w:ascii="Arial" w:eastAsia="Calibri" w:hAnsi="Arial" w:cs="Arial"/>
          <w:iCs/>
          <w:color w:val="000000"/>
          <w:kern w:val="2"/>
          <w:lang w:val="pl-PL" w:eastAsia="pl-PL"/>
          <w14:ligatures w14:val="standardContextual"/>
        </w:rPr>
      </w:pPr>
      <w:r w:rsidRPr="00C14299">
        <w:rPr>
          <w:rFonts w:ascii="Arial" w:eastAsia="Calibri" w:hAnsi="Arial" w:cs="Arial"/>
          <w:iCs/>
          <w:color w:val="000000"/>
          <w:kern w:val="2"/>
          <w:lang w:val="pl-PL" w:eastAsia="pl-PL"/>
          <w14:ligatures w14:val="standardContextual"/>
        </w:rPr>
        <w:t xml:space="preserve">Wypełnia Administrator Danych Osobowych (dalej: Administrator) </w:t>
      </w:r>
    </w:p>
    <w:tbl>
      <w:tblPr>
        <w:tblStyle w:val="TableGrid"/>
        <w:tblpPr w:vertAnchor="text" w:tblpX="5862" w:tblpYSpec="top"/>
        <w:tblOverlap w:val="never"/>
        <w:tblW w:w="782" w:type="dxa"/>
        <w:tblInd w:w="0" w:type="dxa"/>
        <w:tblCellMar>
          <w:top w:w="32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82"/>
      </w:tblGrid>
      <w:tr w:rsidR="00D42523" w:rsidRPr="00F4108B" w14:paraId="14D6003B" w14:textId="77777777" w:rsidTr="001F6423">
        <w:trPr>
          <w:trHeight w:val="20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14D5" w14:textId="77777777" w:rsidR="00D42523" w:rsidRPr="00F4108B" w:rsidRDefault="00D42523" w:rsidP="00C14299">
            <w:pPr>
              <w:spacing w:line="259" w:lineRule="auto"/>
              <w:rPr>
                <w:rFonts w:ascii="Arial" w:eastAsia="Calibri" w:hAnsi="Arial" w:cs="Arial"/>
                <w:iCs/>
                <w:color w:val="000000"/>
              </w:rPr>
            </w:pPr>
            <w:r w:rsidRPr="00F4108B">
              <w:rPr>
                <w:rFonts w:ascii="Arial" w:eastAsia="Calibri" w:hAnsi="Arial" w:cs="Arial"/>
                <w:iCs/>
                <w:color w:val="D0CECE"/>
                <w:sz w:val="10"/>
              </w:rPr>
              <w:t>DD  –  MM  -  RRRR</w:t>
            </w:r>
          </w:p>
        </w:tc>
      </w:tr>
    </w:tbl>
    <w:p w14:paraId="70D38A88" w14:textId="5A9EBF87" w:rsidR="00D42523" w:rsidRPr="00F4108B" w:rsidRDefault="00D42523" w:rsidP="00C14299">
      <w:pPr>
        <w:spacing w:after="385" w:line="265" w:lineRule="auto"/>
        <w:rPr>
          <w:rFonts w:ascii="Arial" w:eastAsia="Calibri" w:hAnsi="Arial" w:cs="Arial"/>
          <w:iCs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Numer wniosku  </w:t>
      </w:r>
      <w:r w:rsidRPr="00F4108B">
        <w:rPr>
          <w:rFonts w:ascii="Arial" w:eastAsia="Calibri" w:hAnsi="Arial" w:cs="Arial"/>
          <w:iCs/>
          <w:noProof/>
          <w:color w:val="000000"/>
          <w:kern w:val="2"/>
          <w:szCs w:val="24"/>
          <w:lang w:val="pl-PL" w:eastAsia="pl-PL"/>
          <w14:ligatures w14:val="standardContextual"/>
        </w:rPr>
        <mc:AlternateContent>
          <mc:Choice Requires="wpg">
            <w:drawing>
              <wp:inline distT="0" distB="0" distL="0" distR="0" wp14:anchorId="50B18AD6" wp14:editId="46281646">
                <wp:extent cx="316865" cy="90805"/>
                <wp:effectExtent l="0" t="0" r="0" b="0"/>
                <wp:docPr id="7806" name="Group 7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90805"/>
                          <a:chOff x="0" y="0"/>
                          <a:chExt cx="316865" cy="90805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316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90805">
                                <a:moveTo>
                                  <a:pt x="0" y="90805"/>
                                </a:moveTo>
                                <a:lnTo>
                                  <a:pt x="316865" y="90805"/>
                                </a:ln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A146" id="Group 7806" o:spid="_x0000_s1026" style="width:24.95pt;height:7.15pt;mso-position-horizontal-relative:char;mso-position-vertical-relative:line" coordsize="31686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">
                <v:shape id="Shape 265" o:spid="_x0000_s1027" style="position:absolute;width:316865;height:90805;visibility:visible;mso-wrap-style:square;v-text-anchor:top" coordsize="3168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" path="m,90805r316865,l316865,,,,,90805xe" filled="f" strokeweight=".25pt">
                  <v:stroke miterlimit="83231f" joinstyle="miter"/>
                  <v:path arrowok="t" textboxrect="0,0,316865,90805"/>
                </v:shape>
                <w10:anchorlock/>
              </v:group>
            </w:pict>
          </mc:Fallback>
        </mc:AlternateContent>
      </w: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ab/>
        <w:t xml:space="preserve">Data wpłynięcia wniosku </w:t>
      </w: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F4108B">
        <w:rPr>
          <w:rFonts w:ascii="Arial" w:eastAsia="Calibri" w:hAnsi="Arial" w:cs="Arial"/>
          <w:iCs/>
          <w:color w:val="000000"/>
          <w:kern w:val="2"/>
          <w:sz w:val="16"/>
          <w:szCs w:val="24"/>
          <w:vertAlign w:val="superscript"/>
          <w:lang w:val="pl-PL" w:eastAsia="pl-PL"/>
          <w14:ligatures w14:val="standardContextual"/>
        </w:rPr>
        <w:t xml:space="preserve">                     </w:t>
      </w: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 </w:t>
      </w:r>
    </w:p>
    <w:p w14:paraId="7E767EF6" w14:textId="43703EB6" w:rsidR="00D42523" w:rsidRPr="00F4108B" w:rsidRDefault="00D42523" w:rsidP="00C14299">
      <w:pPr>
        <w:spacing w:after="0" w:line="265" w:lineRule="auto"/>
        <w:rPr>
          <w:rFonts w:ascii="Arial" w:eastAsia="Calibri" w:hAnsi="Arial" w:cs="Arial"/>
          <w:iCs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F4108B">
        <w:rPr>
          <w:rFonts w:ascii="Arial" w:eastAsia="Calibri" w:hAnsi="Arial" w:cs="Arial"/>
          <w:iCs/>
          <w:color w:val="000000"/>
          <w:kern w:val="2"/>
          <w:sz w:val="21"/>
          <w:szCs w:val="24"/>
          <w:lang w:val="pl-PL" w:eastAsia="pl-PL"/>
          <w14:ligatures w14:val="standardContextual"/>
        </w:rPr>
        <w:t>Miejscowość: .....................................................  Data: ............................................................................</w:t>
      </w:r>
    </w:p>
    <w:p w14:paraId="6C64AE37" w14:textId="77777777" w:rsidR="00D42523" w:rsidRPr="00F4108B" w:rsidRDefault="00D42523" w:rsidP="00C14299">
      <w:pPr>
        <w:keepNext/>
        <w:keepLines/>
        <w:spacing w:after="106" w:line="259" w:lineRule="auto"/>
        <w:ind w:left="358" w:right="434" w:hanging="10"/>
        <w:outlineLvl w:val="0"/>
        <w:rPr>
          <w:rFonts w:ascii="Arial" w:eastAsia="Calibri" w:hAnsi="Arial" w:cs="Arial"/>
          <w:iCs/>
          <w:color w:val="000000"/>
          <w:kern w:val="2"/>
          <w:sz w:val="24"/>
          <w:szCs w:val="24"/>
          <w:lang w:val="pl-PL" w:eastAsia="pl-PL"/>
          <w14:ligatures w14:val="standardContextual"/>
        </w:rPr>
      </w:pPr>
    </w:p>
    <w:p w14:paraId="28654916" w14:textId="2025FCEC" w:rsidR="00D42523" w:rsidRPr="00F4108B" w:rsidRDefault="00D42523" w:rsidP="00C14299">
      <w:pPr>
        <w:keepNext/>
        <w:keepLines/>
        <w:spacing w:after="106" w:line="259" w:lineRule="auto"/>
        <w:ind w:left="358" w:right="434" w:hanging="10"/>
        <w:outlineLvl w:val="0"/>
        <w:rPr>
          <w:rFonts w:ascii="Arial" w:eastAsia="Calibri" w:hAnsi="Arial" w:cs="Arial"/>
          <w:b/>
          <w:iCs/>
          <w:color w:val="000000"/>
          <w:kern w:val="2"/>
          <w:sz w:val="28"/>
          <w:szCs w:val="24"/>
          <w:lang w:val="pl-PL" w:eastAsia="pl-PL"/>
          <w14:ligatures w14:val="standardContextual"/>
        </w:rPr>
      </w:pPr>
      <w:r w:rsidRPr="00F4108B">
        <w:rPr>
          <w:rFonts w:ascii="Arial" w:eastAsia="Calibri" w:hAnsi="Arial" w:cs="Arial"/>
          <w:b/>
          <w:iCs/>
          <w:color w:val="000000"/>
          <w:kern w:val="2"/>
          <w:sz w:val="28"/>
          <w:szCs w:val="24"/>
          <w:lang w:val="pl-PL" w:eastAsia="pl-PL"/>
          <w14:ligatures w14:val="standardContextual"/>
        </w:rPr>
        <w:t xml:space="preserve">WNIOSEK OSOBY FIZYCZNEJ O REALIZACJĘ PRAWA </w:t>
      </w:r>
    </w:p>
    <w:p w14:paraId="3D8D5149" w14:textId="77777777" w:rsidR="007E1A93" w:rsidRPr="00F4108B" w:rsidRDefault="007E1A93" w:rsidP="00C14299">
      <w:pPr>
        <w:rPr>
          <w:rFonts w:ascii="Arial" w:hAnsi="Arial" w:cs="Arial"/>
          <w:iCs/>
          <w:sz w:val="24"/>
          <w:szCs w:val="24"/>
        </w:rPr>
      </w:pPr>
    </w:p>
    <w:p w14:paraId="348D0434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Dostępu do danych oraz uzyskania informacji (na podstawie art. 15 RODO)</w:t>
      </w:r>
      <w:r w:rsidRPr="00F4108B">
        <w:rPr>
          <w:rFonts w:ascii="Arial" w:hAnsi="Arial" w:cs="Arial"/>
          <w:iCs/>
          <w:vertAlign w:val="superscript"/>
        </w:rPr>
        <w:t>1</w:t>
      </w:r>
      <w:r w:rsidRPr="00F4108B">
        <w:rPr>
          <w:rFonts w:ascii="Arial" w:hAnsi="Arial" w:cs="Arial"/>
          <w:iCs/>
        </w:rPr>
        <w:t xml:space="preserve"> </w:t>
      </w:r>
    </w:p>
    <w:p w14:paraId="20E7185B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sprostowania danych (na podstawie art. 16 RODO)</w:t>
      </w:r>
      <w:r w:rsidRPr="00F4108B">
        <w:rPr>
          <w:rFonts w:ascii="Arial" w:hAnsi="Arial" w:cs="Arial"/>
          <w:iCs/>
          <w:vertAlign w:val="superscript"/>
        </w:rPr>
        <w:t>2</w:t>
      </w:r>
      <w:r w:rsidRPr="00F4108B">
        <w:rPr>
          <w:rFonts w:ascii="Arial" w:hAnsi="Arial" w:cs="Arial"/>
          <w:iCs/>
        </w:rPr>
        <w:t xml:space="preserve"> </w:t>
      </w:r>
    </w:p>
    <w:p w14:paraId="5C9E3040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usunięcia danych („prawo do bycia zapomnianym”) (na podstawie art. 17 RODO)</w:t>
      </w:r>
      <w:r w:rsidRPr="00F4108B">
        <w:rPr>
          <w:rFonts w:ascii="Arial" w:hAnsi="Arial" w:cs="Arial"/>
          <w:iCs/>
          <w:vertAlign w:val="superscript"/>
        </w:rPr>
        <w:t>3</w:t>
      </w:r>
      <w:r w:rsidRPr="00F4108B">
        <w:rPr>
          <w:rFonts w:ascii="Arial" w:hAnsi="Arial" w:cs="Arial"/>
          <w:iCs/>
        </w:rPr>
        <w:t xml:space="preserve"> </w:t>
      </w:r>
    </w:p>
    <w:p w14:paraId="3BADF53F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ograniczenia przetwarzania (na podstawie art. 18 RODO)</w:t>
      </w:r>
      <w:r w:rsidRPr="00F4108B">
        <w:rPr>
          <w:rFonts w:ascii="Arial" w:hAnsi="Arial" w:cs="Arial"/>
          <w:iCs/>
          <w:vertAlign w:val="superscript"/>
        </w:rPr>
        <w:t>4</w:t>
      </w:r>
      <w:r w:rsidRPr="00F4108B">
        <w:rPr>
          <w:rFonts w:ascii="Arial" w:hAnsi="Arial" w:cs="Arial"/>
          <w:iCs/>
        </w:rPr>
        <w:t xml:space="preserve"> </w:t>
      </w:r>
    </w:p>
    <w:p w14:paraId="1BA63E3E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przenoszenia danych do innego Administratora (na podstawie 20 RODO)</w:t>
      </w:r>
      <w:r w:rsidRPr="00F4108B">
        <w:rPr>
          <w:rFonts w:ascii="Arial" w:hAnsi="Arial" w:cs="Arial"/>
          <w:iCs/>
          <w:vertAlign w:val="superscript"/>
        </w:rPr>
        <w:t>5</w:t>
      </w:r>
      <w:r w:rsidRPr="00F4108B">
        <w:rPr>
          <w:rFonts w:ascii="Arial" w:hAnsi="Arial" w:cs="Arial"/>
          <w:iCs/>
        </w:rPr>
        <w:t xml:space="preserve"> </w:t>
      </w:r>
    </w:p>
    <w:p w14:paraId="53AE8785" w14:textId="77777777" w:rsidR="00D42523" w:rsidRPr="00F4108B" w:rsidRDefault="00D42523" w:rsidP="00C14299">
      <w:pPr>
        <w:spacing w:after="115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sprzeciwu wobec przetwarzania danych (na podstawie art.21 RODO)</w:t>
      </w:r>
      <w:r w:rsidRPr="00F4108B">
        <w:rPr>
          <w:rFonts w:ascii="Arial" w:hAnsi="Arial" w:cs="Arial"/>
          <w:iCs/>
          <w:vertAlign w:val="superscript"/>
        </w:rPr>
        <w:t>6</w:t>
      </w:r>
      <w:r w:rsidRPr="00F4108B">
        <w:rPr>
          <w:rFonts w:ascii="Arial" w:hAnsi="Arial" w:cs="Arial"/>
          <w:iCs/>
        </w:rPr>
        <w:t xml:space="preserve"> </w:t>
      </w:r>
    </w:p>
    <w:p w14:paraId="6991DF97" w14:textId="77777777" w:rsidR="00D42523" w:rsidRPr="00F4108B" w:rsidRDefault="00D42523" w:rsidP="00C14299">
      <w:pPr>
        <w:spacing w:after="252" w:line="259" w:lineRule="auto"/>
        <w:ind w:right="1360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niepodlegania pod decyzje oparte na zautomatyzowanym przetwarzaniu w tym profilowaniu  (na podstawie art. 22 RODO)</w:t>
      </w:r>
      <w:r w:rsidRPr="00F4108B">
        <w:rPr>
          <w:rFonts w:ascii="Arial" w:hAnsi="Arial" w:cs="Arial"/>
          <w:iCs/>
          <w:vertAlign w:val="superscript"/>
        </w:rPr>
        <w:t>7</w:t>
      </w:r>
      <w:r w:rsidRPr="00F4108B">
        <w:rPr>
          <w:rFonts w:ascii="Arial" w:hAnsi="Arial" w:cs="Arial"/>
          <w:iCs/>
        </w:rPr>
        <w:t xml:space="preserve"> </w:t>
      </w:r>
    </w:p>
    <w:p w14:paraId="1C3BA1BD" w14:textId="77777777" w:rsidR="00D42523" w:rsidRPr="00F4108B" w:rsidRDefault="00D42523" w:rsidP="00C14299">
      <w:pPr>
        <w:spacing w:after="33" w:line="259" w:lineRule="auto"/>
        <w:ind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>□</w:t>
      </w:r>
      <w:r w:rsidRPr="00F4108B">
        <w:rPr>
          <w:rFonts w:ascii="Arial" w:eastAsia="Arial" w:hAnsi="Arial" w:cs="Arial"/>
          <w:iCs/>
        </w:rPr>
        <w:t xml:space="preserve"> </w:t>
      </w:r>
      <w:r w:rsidRPr="00F4108B">
        <w:rPr>
          <w:rFonts w:ascii="Arial" w:hAnsi="Arial" w:cs="Arial"/>
          <w:iCs/>
        </w:rPr>
        <w:t>Do uzyskania kopii danych (na podstawie art. 15 RODO)</w:t>
      </w:r>
      <w:r w:rsidRPr="00F4108B">
        <w:rPr>
          <w:rFonts w:ascii="Arial" w:hAnsi="Arial" w:cs="Arial"/>
          <w:iCs/>
          <w:vertAlign w:val="superscript"/>
        </w:rPr>
        <w:t>8</w:t>
      </w:r>
      <w:r w:rsidRPr="00F4108B">
        <w:rPr>
          <w:rFonts w:ascii="Arial" w:hAnsi="Arial" w:cs="Arial"/>
          <w:iCs/>
        </w:rPr>
        <w:t xml:space="preserve"> </w:t>
      </w:r>
    </w:p>
    <w:p w14:paraId="12529E1F" w14:textId="77777777" w:rsidR="00D42523" w:rsidRPr="00F4108B" w:rsidRDefault="00D42523" w:rsidP="00C14299">
      <w:pPr>
        <w:spacing w:after="9" w:line="259" w:lineRule="auto"/>
        <w:ind w:left="1573" w:firstLine="587"/>
        <w:rPr>
          <w:rFonts w:ascii="Arial" w:hAnsi="Arial" w:cs="Arial"/>
          <w:iCs/>
          <w:sz w:val="21"/>
        </w:rPr>
      </w:pPr>
    </w:p>
    <w:p w14:paraId="43926586" w14:textId="1B687B65" w:rsidR="003939D2" w:rsidRPr="00F4108B" w:rsidRDefault="00D42523" w:rsidP="00C14299">
      <w:pPr>
        <w:spacing w:after="9" w:line="259" w:lineRule="auto"/>
        <w:ind w:left="720" w:firstLine="720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</w:rPr>
        <w:t xml:space="preserve">Podmiot, do którego składany jest wniosek: </w:t>
      </w:r>
    </w:p>
    <w:p w14:paraId="747BA3FD" w14:textId="1BCF26F2" w:rsidR="00D42523" w:rsidRPr="00F4108B" w:rsidRDefault="00D42523" w:rsidP="00C14299">
      <w:pPr>
        <w:pStyle w:val="Nagwek2"/>
        <w:spacing w:before="0" w:line="343" w:lineRule="auto"/>
        <w:ind w:left="1440"/>
        <w:rPr>
          <w:rFonts w:ascii="Arial" w:hAnsi="Arial" w:cs="Arial"/>
          <w:bCs w:val="0"/>
          <w:iCs/>
          <w:color w:val="auto"/>
          <w:sz w:val="24"/>
          <w:szCs w:val="24"/>
        </w:rPr>
      </w:pPr>
      <w:r w:rsidRPr="00F4108B">
        <w:rPr>
          <w:rFonts w:ascii="Arial" w:eastAsia="Calibri" w:hAnsi="Arial" w:cs="Arial"/>
          <w:bCs w:val="0"/>
          <w:iCs/>
          <w:color w:val="auto"/>
          <w:sz w:val="24"/>
          <w:szCs w:val="24"/>
        </w:rPr>
        <w:t>Nazwa:</w:t>
      </w:r>
      <w:r w:rsidR="006D00D4" w:rsidRPr="00F4108B">
        <w:rPr>
          <w:rFonts w:ascii="Arial" w:eastAsia="Calibri" w:hAnsi="Arial" w:cs="Arial"/>
          <w:bCs w:val="0"/>
          <w:iCs/>
          <w:color w:val="auto"/>
          <w:sz w:val="24"/>
          <w:szCs w:val="24"/>
        </w:rPr>
        <w:t xml:space="preserve"> Dolnośląski</w:t>
      </w:r>
      <w:r w:rsidRPr="00F4108B">
        <w:rPr>
          <w:rFonts w:ascii="Arial" w:eastAsia="Calibri" w:hAnsi="Arial" w:cs="Arial"/>
          <w:bCs w:val="0"/>
          <w:iCs/>
          <w:color w:val="auto"/>
          <w:sz w:val="24"/>
          <w:szCs w:val="24"/>
        </w:rPr>
        <w:t xml:space="preserve"> </w:t>
      </w:r>
      <w:r w:rsidRPr="00F4108B">
        <w:rPr>
          <w:rFonts w:ascii="Arial" w:hAnsi="Arial" w:cs="Arial"/>
          <w:bCs w:val="0"/>
          <w:iCs/>
          <w:color w:val="auto"/>
          <w:sz w:val="24"/>
          <w:szCs w:val="24"/>
        </w:rPr>
        <w:t>Komendant Wojewódzki Państwowej Straży Pożarnej we Wrocławiu; ul. Borowska 138, 50-552 Wrocław</w:t>
      </w:r>
      <w:r w:rsidR="006D00D4" w:rsidRPr="00F4108B">
        <w:rPr>
          <w:rFonts w:ascii="Arial" w:hAnsi="Arial" w:cs="Arial"/>
          <w:bCs w:val="0"/>
          <w:iCs/>
          <w:color w:val="auto"/>
          <w:sz w:val="24"/>
          <w:szCs w:val="24"/>
        </w:rPr>
        <w:t>.</w:t>
      </w:r>
    </w:p>
    <w:p w14:paraId="223F90CE" w14:textId="0602C34A" w:rsidR="00D42523" w:rsidRPr="00F4108B" w:rsidRDefault="00D42523" w:rsidP="00C14299">
      <w:pPr>
        <w:pStyle w:val="Nagwek2"/>
        <w:spacing w:after="31" w:line="343" w:lineRule="auto"/>
        <w:rPr>
          <w:rFonts w:ascii="Arial" w:hAnsi="Arial" w:cs="Arial"/>
          <w:b w:val="0"/>
          <w:bCs w:val="0"/>
          <w:iCs/>
          <w:color w:val="auto"/>
          <w:sz w:val="24"/>
          <w:szCs w:val="24"/>
        </w:rPr>
      </w:pPr>
      <w:r w:rsidRPr="00F4108B">
        <w:rPr>
          <w:rFonts w:ascii="Arial" w:hAnsi="Arial" w:cs="Arial"/>
          <w:b w:val="0"/>
          <w:bCs w:val="0"/>
          <w:iCs/>
          <w:color w:val="auto"/>
          <w:sz w:val="24"/>
          <w:szCs w:val="24"/>
        </w:rPr>
        <w:t xml:space="preserve">Na podstawie artykułu 12-22 Rozporządzenia Parlamentu Europejskiego i Rady (UE) 2016/679 z dnia 27 kwietnia 2016r. (RODO) w sprawie ochrony osób fizycznych </w:t>
      </w:r>
      <w:r w:rsidRPr="00F4108B">
        <w:rPr>
          <w:rFonts w:ascii="Arial" w:hAnsi="Arial" w:cs="Arial"/>
          <w:b w:val="0"/>
          <w:bCs w:val="0"/>
          <w:iCs/>
          <w:color w:val="auto"/>
          <w:sz w:val="24"/>
          <w:szCs w:val="24"/>
        </w:rPr>
        <w:br/>
        <w:t xml:space="preserve">w związku z przetwarzaniem danych osobowych i w sprawie swobodnego przepływu takich danych, proszę o realizację praw w związku z przetwarzaniem moich danych osobowych. </w:t>
      </w:r>
    </w:p>
    <w:p w14:paraId="2D18E46D" w14:textId="77777777" w:rsidR="00D42523" w:rsidRPr="00F4108B" w:rsidRDefault="00D42523" w:rsidP="00C14299">
      <w:pPr>
        <w:numPr>
          <w:ilvl w:val="0"/>
          <w:numId w:val="10"/>
        </w:numPr>
        <w:spacing w:after="77" w:line="265" w:lineRule="auto"/>
        <w:ind w:left="284" w:hanging="284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 xml:space="preserve">Dane osoby wnioskującej niezbędne do identyfikacji w zbiorach Administratora: </w:t>
      </w:r>
    </w:p>
    <w:p w14:paraId="70316894" w14:textId="45E03D13" w:rsidR="00D42523" w:rsidRPr="00F4108B" w:rsidRDefault="00D42523" w:rsidP="00C14299">
      <w:pPr>
        <w:spacing w:after="32" w:line="335" w:lineRule="auto"/>
        <w:ind w:left="284" w:hanging="284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Imię .................</w:t>
      </w:r>
      <w:r w:rsidR="00C14299">
        <w:rPr>
          <w:rFonts w:ascii="Arial" w:hAnsi="Arial" w:cs="Arial"/>
          <w:iCs/>
          <w:sz w:val="24"/>
          <w:szCs w:val="24"/>
        </w:rPr>
        <w:t>....</w:t>
      </w:r>
      <w:r w:rsidRPr="00F4108B">
        <w:rPr>
          <w:rFonts w:ascii="Arial" w:hAnsi="Arial" w:cs="Arial"/>
          <w:iCs/>
          <w:sz w:val="24"/>
          <w:szCs w:val="24"/>
        </w:rPr>
        <w:t>...................... Nazwisko ............</w:t>
      </w:r>
      <w:r w:rsidR="00C14299">
        <w:rPr>
          <w:rFonts w:ascii="Arial" w:hAnsi="Arial" w:cs="Arial"/>
          <w:iCs/>
          <w:sz w:val="24"/>
          <w:szCs w:val="24"/>
        </w:rPr>
        <w:t>......................</w:t>
      </w:r>
      <w:r w:rsidRPr="00F4108B">
        <w:rPr>
          <w:rFonts w:ascii="Arial" w:hAnsi="Arial" w:cs="Arial"/>
          <w:iCs/>
          <w:sz w:val="24"/>
          <w:szCs w:val="24"/>
        </w:rPr>
        <w:t>....................</w:t>
      </w:r>
    </w:p>
    <w:p w14:paraId="2EFFE22B" w14:textId="082A68E0" w:rsidR="00D42523" w:rsidRPr="00F4108B" w:rsidRDefault="00D42523" w:rsidP="00C14299">
      <w:pPr>
        <w:spacing w:after="32" w:line="335" w:lineRule="auto"/>
        <w:ind w:left="284" w:hanging="284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Adres e-mail/numer telefonu ...........................................................................</w:t>
      </w:r>
    </w:p>
    <w:p w14:paraId="77468A00" w14:textId="77777777" w:rsidR="00D42523" w:rsidRPr="00F4108B" w:rsidRDefault="00D42523" w:rsidP="00C14299">
      <w:pPr>
        <w:spacing w:after="32" w:line="335" w:lineRule="auto"/>
        <w:rPr>
          <w:rFonts w:ascii="Arial" w:hAnsi="Arial" w:cs="Arial"/>
          <w:iCs/>
          <w:sz w:val="24"/>
          <w:szCs w:val="24"/>
        </w:rPr>
      </w:pPr>
    </w:p>
    <w:p w14:paraId="29946AC8" w14:textId="77777777" w:rsidR="00D42523" w:rsidRPr="00F4108B" w:rsidRDefault="00D42523" w:rsidP="00C14299">
      <w:pPr>
        <w:numPr>
          <w:ilvl w:val="0"/>
          <w:numId w:val="10"/>
        </w:numPr>
        <w:spacing w:after="90" w:line="265" w:lineRule="auto"/>
        <w:ind w:left="284" w:hanging="284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lastRenderedPageBreak/>
        <w:t xml:space="preserve">Dodatkowe informacje umożliwiające identyfikację osoby przez Administratora: </w:t>
      </w:r>
    </w:p>
    <w:p w14:paraId="3DD1485B" w14:textId="298F5437" w:rsidR="00D42523" w:rsidRPr="00F4108B" w:rsidRDefault="00D42523" w:rsidP="00C14299">
      <w:pPr>
        <w:tabs>
          <w:tab w:val="center" w:pos="379"/>
          <w:tab w:val="center" w:pos="5517"/>
        </w:tabs>
        <w:spacing w:after="0" w:line="265" w:lineRule="auto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…………………………………………………………………………………………………………………………………………………………………………………………..….</w:t>
      </w:r>
    </w:p>
    <w:p w14:paraId="3A363416" w14:textId="77777777" w:rsidR="00D42523" w:rsidRPr="00F4108B" w:rsidRDefault="00D42523" w:rsidP="00C14299">
      <w:pPr>
        <w:tabs>
          <w:tab w:val="center" w:pos="379"/>
          <w:tab w:val="center" w:pos="5517"/>
        </w:tabs>
        <w:spacing w:after="0" w:line="265" w:lineRule="auto"/>
        <w:rPr>
          <w:rFonts w:ascii="Arial" w:hAnsi="Arial" w:cs="Arial"/>
          <w:iCs/>
          <w:sz w:val="24"/>
          <w:szCs w:val="24"/>
        </w:rPr>
      </w:pPr>
    </w:p>
    <w:p w14:paraId="5883F8AE" w14:textId="77777777" w:rsidR="00D42523" w:rsidRPr="00F4108B" w:rsidRDefault="00D42523" w:rsidP="00C14299">
      <w:pPr>
        <w:tabs>
          <w:tab w:val="center" w:pos="379"/>
          <w:tab w:val="center" w:pos="5517"/>
        </w:tabs>
        <w:spacing w:after="0" w:line="265" w:lineRule="auto"/>
        <w:rPr>
          <w:rFonts w:ascii="Arial" w:hAnsi="Arial" w:cs="Arial"/>
          <w:iCs/>
          <w:sz w:val="24"/>
          <w:szCs w:val="24"/>
        </w:rPr>
      </w:pPr>
    </w:p>
    <w:p w14:paraId="20D1B2C3" w14:textId="77777777" w:rsidR="00D42523" w:rsidRPr="00F4108B" w:rsidRDefault="00D42523" w:rsidP="00C14299">
      <w:pPr>
        <w:numPr>
          <w:ilvl w:val="0"/>
          <w:numId w:val="10"/>
        </w:numPr>
        <w:spacing w:after="0" w:line="265" w:lineRule="auto"/>
        <w:ind w:left="284" w:hanging="284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 xml:space="preserve">Uzasadnienie wniosku: </w:t>
      </w:r>
    </w:p>
    <w:p w14:paraId="27C3A54E" w14:textId="689A2C9C" w:rsidR="00D42523" w:rsidRPr="00F4108B" w:rsidRDefault="00D42523" w:rsidP="00C14299">
      <w:pPr>
        <w:tabs>
          <w:tab w:val="center" w:pos="379"/>
          <w:tab w:val="center" w:pos="5517"/>
        </w:tabs>
        <w:spacing w:after="72" w:line="265" w:lineRule="auto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eastAsia="Calibri" w:hAnsi="Arial" w:cs="Arial"/>
          <w:iCs/>
        </w:rPr>
        <w:tab/>
      </w:r>
      <w:r w:rsidRPr="00F4108B">
        <w:rPr>
          <w:rFonts w:ascii="Arial" w:hAnsi="Arial" w:cs="Arial"/>
          <w:iCs/>
          <w:sz w:val="21"/>
        </w:rPr>
        <w:t xml:space="preserve"> </w:t>
      </w:r>
      <w:r w:rsidRPr="00F4108B">
        <w:rPr>
          <w:rFonts w:ascii="Arial" w:hAnsi="Arial" w:cs="Arial"/>
          <w:iCs/>
          <w:sz w:val="24"/>
          <w:szCs w:val="24"/>
        </w:rPr>
        <w:tab/>
        <w:t>……………………………………………………………………………………………</w:t>
      </w:r>
    </w:p>
    <w:p w14:paraId="17A9593C" w14:textId="77777777" w:rsidR="00D42523" w:rsidRPr="00F4108B" w:rsidRDefault="00D42523" w:rsidP="00C14299">
      <w:pPr>
        <w:numPr>
          <w:ilvl w:val="0"/>
          <w:numId w:val="10"/>
        </w:numPr>
        <w:spacing w:after="256" w:line="265" w:lineRule="auto"/>
        <w:ind w:left="426" w:hanging="426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 xml:space="preserve">Wnioskowany sposób odbioru: </w:t>
      </w:r>
    </w:p>
    <w:p w14:paraId="6EF2CF2C" w14:textId="77777777" w:rsidR="00D42523" w:rsidRPr="00F4108B" w:rsidRDefault="00D42523" w:rsidP="00C14299">
      <w:pPr>
        <w:spacing w:after="7" w:line="323" w:lineRule="auto"/>
        <w:ind w:right="843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□</w:t>
      </w:r>
      <w:r w:rsidRPr="00F4108B">
        <w:rPr>
          <w:rFonts w:ascii="Arial" w:eastAsia="Arial" w:hAnsi="Arial" w:cs="Arial"/>
          <w:iCs/>
          <w:sz w:val="24"/>
          <w:szCs w:val="24"/>
        </w:rPr>
        <w:t xml:space="preserve"> </w:t>
      </w:r>
      <w:r w:rsidRPr="00F4108B">
        <w:rPr>
          <w:rFonts w:ascii="Arial" w:hAnsi="Arial" w:cs="Arial"/>
          <w:iCs/>
          <w:sz w:val="24"/>
          <w:szCs w:val="24"/>
        </w:rPr>
        <w:t xml:space="preserve">Osobiście w siedzibie Administratora </w:t>
      </w:r>
    </w:p>
    <w:p w14:paraId="116AA7BA" w14:textId="4923B0DA" w:rsidR="00D42523" w:rsidRPr="00F4108B" w:rsidRDefault="00D42523" w:rsidP="00C14299">
      <w:pPr>
        <w:spacing w:after="7" w:line="323" w:lineRule="auto"/>
        <w:ind w:right="843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□</w:t>
      </w:r>
      <w:r w:rsidRPr="00F4108B">
        <w:rPr>
          <w:rFonts w:ascii="Arial" w:eastAsia="Arial" w:hAnsi="Arial" w:cs="Arial"/>
          <w:iCs/>
          <w:sz w:val="24"/>
          <w:szCs w:val="24"/>
        </w:rPr>
        <w:t xml:space="preserve"> </w:t>
      </w:r>
      <w:r w:rsidRPr="00F4108B">
        <w:rPr>
          <w:rFonts w:ascii="Arial" w:hAnsi="Arial" w:cs="Arial"/>
          <w:iCs/>
          <w:sz w:val="24"/>
          <w:szCs w:val="24"/>
        </w:rPr>
        <w:t>Listownie na adres: ……………………………………….</w:t>
      </w:r>
      <w:r w:rsidRPr="00F4108B">
        <w:rPr>
          <w:rFonts w:ascii="Arial" w:hAnsi="Arial" w:cs="Arial"/>
          <w:iCs/>
          <w:sz w:val="24"/>
          <w:szCs w:val="24"/>
        </w:rPr>
        <w:tab/>
        <w:t xml:space="preserve"> </w:t>
      </w:r>
    </w:p>
    <w:p w14:paraId="43B13DAC" w14:textId="67DDD833" w:rsidR="00D42523" w:rsidRPr="00F4108B" w:rsidRDefault="00D42523" w:rsidP="00C14299">
      <w:pPr>
        <w:spacing w:after="0" w:line="259" w:lineRule="auto"/>
        <w:ind w:right="12"/>
        <w:rPr>
          <w:rFonts w:ascii="Arial" w:eastAsia="Microsoft Sans Serif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□</w:t>
      </w:r>
      <w:r w:rsidRPr="00F4108B">
        <w:rPr>
          <w:rFonts w:ascii="Arial" w:eastAsia="Arial" w:hAnsi="Arial" w:cs="Arial"/>
          <w:iCs/>
          <w:sz w:val="24"/>
          <w:szCs w:val="24"/>
        </w:rPr>
        <w:t xml:space="preserve"> </w:t>
      </w:r>
      <w:r w:rsidRPr="00F4108B">
        <w:rPr>
          <w:rFonts w:ascii="Arial" w:hAnsi="Arial" w:cs="Arial"/>
          <w:iCs/>
          <w:sz w:val="24"/>
          <w:szCs w:val="24"/>
        </w:rPr>
        <w:t>Pocztą elektroniczną na podany adres e-mail:</w:t>
      </w:r>
      <w:r w:rsidRPr="00F4108B">
        <w:rPr>
          <w:rFonts w:ascii="Arial" w:eastAsia="Microsoft Sans Serif" w:hAnsi="Arial" w:cs="Arial"/>
          <w:iCs/>
          <w:sz w:val="24"/>
          <w:szCs w:val="24"/>
        </w:rPr>
        <w:t xml:space="preserve"> ………………………………</w:t>
      </w:r>
    </w:p>
    <w:p w14:paraId="130E297E" w14:textId="77777777" w:rsidR="00D42523" w:rsidRPr="00F4108B" w:rsidRDefault="00D42523" w:rsidP="00C14299">
      <w:pPr>
        <w:spacing w:after="0" w:line="259" w:lineRule="auto"/>
        <w:ind w:right="12"/>
        <w:rPr>
          <w:rFonts w:ascii="Arial" w:hAnsi="Arial" w:cs="Arial"/>
          <w:iCs/>
          <w:sz w:val="24"/>
          <w:szCs w:val="24"/>
        </w:rPr>
      </w:pPr>
    </w:p>
    <w:p w14:paraId="1A911182" w14:textId="713F74C6" w:rsidR="00D42523" w:rsidRPr="00F4108B" w:rsidRDefault="00D42523" w:rsidP="00C14299">
      <w:pPr>
        <w:spacing w:after="0" w:line="240" w:lineRule="auto"/>
        <w:ind w:left="4820" w:right="12"/>
        <w:rPr>
          <w:rFonts w:ascii="Arial" w:hAnsi="Arial" w:cs="Arial"/>
          <w:iCs/>
        </w:rPr>
      </w:pPr>
      <w:r w:rsidRPr="00F4108B">
        <w:rPr>
          <w:rFonts w:ascii="Arial" w:hAnsi="Arial" w:cs="Arial"/>
          <w:iCs/>
          <w:sz w:val="19"/>
        </w:rPr>
        <w:t>……………………………………………..……</w:t>
      </w:r>
    </w:p>
    <w:p w14:paraId="73FE9454" w14:textId="77777777" w:rsidR="00D42523" w:rsidRPr="00F4108B" w:rsidRDefault="00D42523" w:rsidP="00C14299">
      <w:pPr>
        <w:spacing w:after="1000" w:line="240" w:lineRule="auto"/>
        <w:ind w:left="5245" w:right="12" w:hanging="283"/>
        <w:rPr>
          <w:rFonts w:ascii="Arial" w:hAnsi="Arial" w:cs="Arial"/>
          <w:iCs/>
          <w:sz w:val="19"/>
        </w:rPr>
      </w:pPr>
      <w:r w:rsidRPr="00F4108B">
        <w:rPr>
          <w:rFonts w:ascii="Arial" w:hAnsi="Arial" w:cs="Arial"/>
          <w:iCs/>
          <w:sz w:val="19"/>
        </w:rPr>
        <w:t xml:space="preserve">Czytelny podpis osoby składającej wniosek </w:t>
      </w:r>
    </w:p>
    <w:p w14:paraId="3F978F11" w14:textId="3FB73F27" w:rsidR="00D42523" w:rsidRPr="00C14299" w:rsidRDefault="00D42523" w:rsidP="00C14299">
      <w:pPr>
        <w:spacing w:after="0" w:line="240" w:lineRule="auto"/>
        <w:ind w:right="12"/>
        <w:rPr>
          <w:rFonts w:ascii="Arial" w:hAnsi="Arial" w:cs="Arial"/>
          <w:iCs/>
        </w:rPr>
      </w:pPr>
      <w:r w:rsidRPr="00C14299">
        <w:rPr>
          <w:rFonts w:ascii="Arial" w:eastAsia="Calibri" w:hAnsi="Arial" w:cs="Arial"/>
          <w:b/>
          <w:iCs/>
        </w:rPr>
        <w:t xml:space="preserve">Wyjaśnienia </w:t>
      </w:r>
    </w:p>
    <w:p w14:paraId="34585D23" w14:textId="77777777" w:rsidR="00D42523" w:rsidRPr="00C14299" w:rsidRDefault="00D42523" w:rsidP="00C14299">
      <w:pPr>
        <w:numPr>
          <w:ilvl w:val="1"/>
          <w:numId w:val="11"/>
        </w:numPr>
        <w:spacing w:after="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Prosimy o czytelne wypełnienie formularza DRUKOWANYMI LITERAMI. </w:t>
      </w:r>
    </w:p>
    <w:p w14:paraId="3CF9D903" w14:textId="77777777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Administrator ma prawo odmówić przekazania danych lub zmienić formę odbioru w sytuacji, kiedy nie jest w stanie prawidłowo zidentyfikować osoby wnioskującej. </w:t>
      </w:r>
    </w:p>
    <w:p w14:paraId="58072500" w14:textId="77777777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Na potrzeby rozpatrzenia wniosku i jego dalszej realizacji może być wymagane podanie dodatkowych danych Pani/Pana identyfikujących. </w:t>
      </w:r>
    </w:p>
    <w:p w14:paraId="252353D5" w14:textId="77777777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W sytuacji, kiedy żądania osoby zostaną uznane za nadmierne lub nieuzasadnione, Administrator może pobrać opłatę stosowną do kosztów udzielenia odpowiedzi, informując wcześniej osobę wnioskującą o wysokości opłaty. </w:t>
      </w:r>
    </w:p>
    <w:p w14:paraId="5753DC42" w14:textId="77777777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Szczegółowe informacje na temat udzielania odpowiedzi można uzyskać poprzez kontakt z naszym Inspektorem Ochrony Danych. </w:t>
      </w:r>
    </w:p>
    <w:p w14:paraId="4735AD90" w14:textId="77777777" w:rsidR="00D42523" w:rsidRPr="00C14299" w:rsidRDefault="00D42523" w:rsidP="00C14299">
      <w:pPr>
        <w:numPr>
          <w:ilvl w:val="1"/>
          <w:numId w:val="11"/>
        </w:numPr>
        <w:spacing w:after="7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W sytuacji, kiedy żądania osoby zostaną uznane za nadmierne lub nieuzasadnione, Administrator może pobrać opłatę stosowną do kosztów udzielenia odpowiedzi, informując wcześniej osobę wnioskującą o wysokości opłaty. </w:t>
      </w:r>
    </w:p>
    <w:p w14:paraId="71504221" w14:textId="3064E704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Odpowiedź na zgłoszenie zostanie udzielona niezwłocznie, nie później niż wciągu miesiąca od jego otrzymania. </w:t>
      </w:r>
      <w:r w:rsidR="00CC3817" w:rsidRPr="00C14299">
        <w:rPr>
          <w:rFonts w:ascii="Arial" w:hAnsi="Arial" w:cs="Arial"/>
          <w:iCs/>
        </w:rPr>
        <w:br/>
      </w:r>
      <w:r w:rsidRPr="00C14299">
        <w:rPr>
          <w:rFonts w:ascii="Arial" w:hAnsi="Arial" w:cs="Arial"/>
          <w:iCs/>
        </w:rPr>
        <w:t xml:space="preserve">W razie konieczności przedłużenia tego terminu, Administrator poinformuje osobę składającą wniosek o przyczynach takiego przedłużenia. </w:t>
      </w:r>
    </w:p>
    <w:p w14:paraId="2F05DD82" w14:textId="77777777" w:rsidR="00D42523" w:rsidRPr="00C14299" w:rsidRDefault="00D42523" w:rsidP="00C14299">
      <w:pPr>
        <w:numPr>
          <w:ilvl w:val="1"/>
          <w:numId w:val="11"/>
        </w:numPr>
        <w:spacing w:after="30" w:line="248" w:lineRule="auto"/>
        <w:ind w:left="284" w:hanging="284"/>
        <w:rPr>
          <w:rFonts w:ascii="Arial" w:hAnsi="Arial" w:cs="Arial"/>
          <w:iCs/>
        </w:rPr>
      </w:pPr>
      <w:r w:rsidRPr="00C14299">
        <w:rPr>
          <w:rFonts w:ascii="Arial" w:hAnsi="Arial" w:cs="Arial"/>
          <w:iCs/>
        </w:rPr>
        <w:t xml:space="preserve">Odpowiedź będzie udzielana zgodnie wybraną opcją określoną we wniosku </w:t>
      </w:r>
    </w:p>
    <w:p w14:paraId="40F28287" w14:textId="77777777" w:rsidR="00D42523" w:rsidRPr="00C14299" w:rsidRDefault="00D42523" w:rsidP="00C14299">
      <w:pPr>
        <w:spacing w:after="1000" w:line="240" w:lineRule="auto"/>
        <w:ind w:right="12"/>
        <w:rPr>
          <w:rFonts w:ascii="Arial" w:hAnsi="Arial" w:cs="Arial"/>
          <w:iCs/>
        </w:rPr>
      </w:pPr>
    </w:p>
    <w:p w14:paraId="359E2088" w14:textId="09377224" w:rsidR="00D42523" w:rsidRPr="00F4108B" w:rsidRDefault="00CC3817" w:rsidP="00CC3817">
      <w:pPr>
        <w:spacing w:after="256" w:line="265" w:lineRule="auto"/>
        <w:ind w:left="426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noProof/>
        </w:rPr>
        <w:lastRenderedPageBreak/>
        <w:drawing>
          <wp:inline distT="0" distB="0" distL="0" distR="0" wp14:anchorId="1CE3479D" wp14:editId="2D574D26">
            <wp:extent cx="5486400" cy="8099561"/>
            <wp:effectExtent l="0" t="0" r="0" b="0"/>
            <wp:docPr id="8369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1783" w14:textId="675A5C0B" w:rsidR="003939D2" w:rsidRPr="00F4108B" w:rsidRDefault="003939D2" w:rsidP="003939D2">
      <w:pPr>
        <w:jc w:val="center"/>
        <w:rPr>
          <w:rFonts w:ascii="Arial" w:eastAsiaTheme="minorHAnsi" w:hAnsi="Arial" w:cs="Arial"/>
          <w:b/>
          <w:bCs/>
          <w:iCs/>
          <w:sz w:val="24"/>
          <w:szCs w:val="24"/>
        </w:rPr>
      </w:pPr>
      <w:r w:rsidRPr="00F4108B">
        <w:rPr>
          <w:rFonts w:ascii="Arial" w:hAnsi="Arial" w:cs="Arial"/>
          <w:b/>
          <w:bCs/>
          <w:iCs/>
          <w:sz w:val="24"/>
          <w:szCs w:val="24"/>
        </w:rPr>
        <w:lastRenderedPageBreak/>
        <w:t>KLAUZULA INFORMACYJNA O PRZETWARZANIU DANYCH OSOBOWYCH</w:t>
      </w:r>
      <w:r w:rsidR="00F85442" w:rsidRPr="00F4108B">
        <w:rPr>
          <w:rFonts w:ascii="Arial" w:hAnsi="Arial" w:cs="Arial"/>
          <w:b/>
          <w:bCs/>
          <w:iCs/>
          <w:sz w:val="24"/>
          <w:szCs w:val="24"/>
        </w:rPr>
        <w:t xml:space="preserve"> dla osób realizujących wniosek</w:t>
      </w:r>
    </w:p>
    <w:p w14:paraId="626368F9" w14:textId="77777777" w:rsidR="003939D2" w:rsidRPr="00F4108B" w:rsidRDefault="003939D2" w:rsidP="003939D2">
      <w:pPr>
        <w:spacing w:line="240" w:lineRule="auto"/>
        <w:jc w:val="center"/>
        <w:rPr>
          <w:rFonts w:ascii="Arial" w:hAnsi="Arial" w:cs="Arial"/>
          <w:iCs/>
          <w:sz w:val="24"/>
          <w:szCs w:val="24"/>
        </w:rPr>
      </w:pPr>
      <w:r w:rsidRPr="00F4108B">
        <w:rPr>
          <w:rFonts w:ascii="Arial" w:hAnsi="Arial" w:cs="Arial"/>
          <w:iCs/>
          <w:sz w:val="24"/>
          <w:szCs w:val="24"/>
        </w:rPr>
        <w:t>(art. 13 ust. 1 i 2 RODO*)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939D2" w:rsidRPr="00F4108B" w14:paraId="2B87521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BEF9F1" w14:textId="77777777" w:rsidR="003939D2" w:rsidRPr="00F4108B" w:rsidRDefault="003939D2" w:rsidP="001F6423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Administrator Danych Osobowych i kontakt:</w:t>
            </w:r>
          </w:p>
        </w:tc>
      </w:tr>
      <w:tr w:rsidR="003939D2" w:rsidRPr="00F4108B" w14:paraId="1E3F4B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1766" w14:textId="77777777" w:rsidR="003939D2" w:rsidRPr="00F4108B" w:rsidRDefault="003939D2" w:rsidP="001F6423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Dolnośląski Komendant Wojewódzki Państwowej Straży Pożarnej we Wrocławiu; </w:t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br/>
              <w:t xml:space="preserve">ul. Borowska 138, 50-552 Wrocław, tel. 71 3682100, e-mail: </w:t>
            </w:r>
            <w:hyperlink r:id="rId7" w:history="1">
              <w:r w:rsidRPr="00F4108B">
                <w:rPr>
                  <w:rStyle w:val="Hipercze"/>
                  <w:rFonts w:ascii="Arial" w:hAnsi="Arial" w:cs="Arial"/>
                  <w:iCs/>
                  <w:sz w:val="20"/>
                  <w:szCs w:val="20"/>
                </w:rPr>
                <w:t>kw@kwpsp.wroc.pl</w:t>
              </w:r>
            </w:hyperlink>
          </w:p>
        </w:tc>
      </w:tr>
      <w:tr w:rsidR="003939D2" w:rsidRPr="00F4108B" w14:paraId="2E78C95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4A8261" w14:textId="77777777" w:rsidR="003939D2" w:rsidRPr="00F4108B" w:rsidRDefault="003939D2" w:rsidP="001F6423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Dane kontaktowe Inspektora Ochrony Danych:</w:t>
            </w:r>
          </w:p>
        </w:tc>
      </w:tr>
      <w:tr w:rsidR="003939D2" w:rsidRPr="00F4108B" w14:paraId="51D855F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3D9B" w14:textId="0FC72ACB" w:rsidR="003939D2" w:rsidRPr="00F4108B" w:rsidRDefault="003939D2" w:rsidP="001F6423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W celu zapewnienia bezpieczeństwa przetwarzania danych osobowych oraz ułatwienia kontaktu </w:t>
            </w:r>
            <w:r w:rsidR="00CC3817" w:rsidRPr="00F4108B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w zakresie realizacji praw osób, których dane dotyczą może Pani/Pan skontaktować się z wyznaczonym przez Administratora Inspektorem Ochrony Danych  telefonicznie pod nr tel. 71 3682213, e-mail: </w:t>
            </w:r>
            <w:hyperlink r:id="rId8" w:history="1">
              <w:r w:rsidRPr="00F4108B">
                <w:rPr>
                  <w:rStyle w:val="Hipercze"/>
                  <w:rFonts w:ascii="Arial" w:hAnsi="Arial" w:cs="Arial"/>
                  <w:iCs/>
                  <w:sz w:val="20"/>
                  <w:szCs w:val="20"/>
                </w:rPr>
                <w:t>iod@kwpsp.wroc.pl</w:t>
              </w:r>
            </w:hyperlink>
            <w:r w:rsidRPr="00F4108B">
              <w:rPr>
                <w:rFonts w:ascii="Arial" w:hAnsi="Arial" w:cs="Arial"/>
                <w:iCs/>
                <w:sz w:val="20"/>
                <w:szCs w:val="20"/>
              </w:rPr>
              <w:t>. lub listownie na adres: Komenda Wojewódzka PSP we Wrocławiu, ul. Borowska 138, 50-552 Wrocław.</w:t>
            </w:r>
          </w:p>
        </w:tc>
      </w:tr>
      <w:tr w:rsidR="003939D2" w:rsidRPr="00F4108B" w14:paraId="302C474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6621D1" w14:textId="77777777" w:rsidR="003939D2" w:rsidRPr="00F4108B" w:rsidRDefault="003939D2" w:rsidP="001F6423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Cele i podstawy prawne przetwarzania danych osobowych:</w:t>
            </w:r>
          </w:p>
        </w:tc>
      </w:tr>
      <w:tr w:rsidR="003939D2" w:rsidRPr="00F4108B" w14:paraId="2B4F7DBD" w14:textId="77777777" w:rsidTr="00CC3817">
        <w:trPr>
          <w:trHeight w:val="722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5C01" w14:textId="658646CC" w:rsidR="003939D2" w:rsidRPr="00F4108B" w:rsidRDefault="003939D2" w:rsidP="00CC3817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Pani/Pana dane osobowe będą przetwarzane w celu realizacji wniosku dotyczącego wykonywania praw osoby, której dane dotyczą, </w:t>
            </w:r>
            <w:r w:rsidR="00F85442" w:rsidRPr="00F4108B">
              <w:rPr>
                <w:rFonts w:ascii="Arial" w:hAnsi="Arial" w:cs="Arial"/>
                <w:iCs/>
                <w:sz w:val="20"/>
                <w:szCs w:val="20"/>
              </w:rPr>
              <w:t xml:space="preserve">w związku z art. 15, art., 16, art. 17, art. 18, art. 20, art. 21, art. 22 RODO, </w:t>
            </w:r>
            <w:r w:rsidR="00F85442" w:rsidRPr="00F4108B">
              <w:rPr>
                <w:rFonts w:ascii="Arial" w:hAnsi="Arial" w:cs="Arial"/>
                <w:iCs/>
                <w:sz w:val="20"/>
                <w:szCs w:val="20"/>
              </w:rPr>
              <w:br/>
              <w:t>w myśl przepisów</w:t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 art. 6 ust. 1 lit. c, e RODO, art. 9 ust. 2 lit. g RODO (jeżeli dotyczy).</w:t>
            </w:r>
          </w:p>
        </w:tc>
      </w:tr>
      <w:tr w:rsidR="003939D2" w:rsidRPr="00F4108B" w14:paraId="053BB01F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977A4D" w14:textId="77777777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Odbiorcy danych osobowych:</w:t>
            </w:r>
          </w:p>
        </w:tc>
      </w:tr>
      <w:tr w:rsidR="003939D2" w:rsidRPr="00F4108B" w14:paraId="00396D8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4810" w14:textId="6AD1DEDE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Dane osobowe możemy przekazywać i udostępniać wyłącznie podmiotom uprawnionym na podstawie obowiązujących przepisów prawa. Są nimi m.in.: w zakresie e-doręczeń Poczta Polska S.A., jako dostawca publiczny oraz ministrowi właściwemu do spraw cyfryzacji w związku z zamieszczeniem danych w bazie adresów elektronicznych lub  komercyjnym  dostawcom niepublicznym wpisanym  </w:t>
            </w:r>
            <w:r w:rsidR="00CC3817" w:rsidRPr="00F4108B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do rejestru prowadzonego przez Ministra Cyfryzacji. W pozostałym zakresie innym podmiotom świadczącym usługi pocztowe, telekomunikacyjne, bankowe oraz innym podmiotom publicznym, </w:t>
            </w:r>
            <w:r w:rsidR="00CC3817" w:rsidRPr="00F4108B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gdy wystąpią z takim żądaniem, oczywiście w oparciu o stosowną podstawę prawną. Państwa dane osobowe możemy także przekazywać podmiotom, które przetwarzają je na zlecenie Administratora tzw. podmiotom przetwarzającym, są nimi np.: podmioty świadczące dla administratora usługi wsparcia </w:t>
            </w:r>
            <w:r w:rsidR="00CC3817" w:rsidRPr="00F4108B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>w zakresie teleinformatycznym np. w zakresie fizycznego wybrakowania i zniszczenia dokumentów, firma  zapewniająca wsparcie techniczne IT.</w:t>
            </w:r>
          </w:p>
        </w:tc>
      </w:tr>
      <w:tr w:rsidR="003939D2" w:rsidRPr="00F4108B" w14:paraId="167A7D79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A7941" w14:textId="77777777" w:rsidR="003939D2" w:rsidRPr="00F4108B" w:rsidRDefault="003939D2" w:rsidP="001F6423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Obowiązek podania danych osobowych:</w:t>
            </w:r>
          </w:p>
        </w:tc>
      </w:tr>
      <w:tr w:rsidR="003939D2" w:rsidRPr="00F4108B" w14:paraId="3CFA6A6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5C65" w14:textId="0D01A340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Podanie przez Panią/Pana danych osobowych jest dobrowolne, ale niezbędne do rozpatrzenia wniosku. Konsekwencją niepodania danych osobowych będzie brak możliwości rozpatrzenia wniosku.  </w:t>
            </w:r>
          </w:p>
        </w:tc>
      </w:tr>
      <w:tr w:rsidR="003939D2" w:rsidRPr="00F4108B" w14:paraId="7FF55EEB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D0D7D8" w14:textId="77777777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Prawa związane z przetwarzaniem danych osobowych:</w:t>
            </w:r>
          </w:p>
        </w:tc>
      </w:tr>
      <w:tr w:rsidR="003939D2" w:rsidRPr="00F4108B" w14:paraId="638D25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5B7B" w14:textId="473AE78D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t>Posiada Pani/Pan prawo żądania dostępu do treści swoich danych, a także prawo ich sprostowania (poprawiania)</w:t>
            </w:r>
            <w:bookmarkStart w:id="0" w:name="__DdeLink__4297_275676422"/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, żądania usunięcia, ograniczenia przetwarzania, prawo do przenoszenia danych, prawo wniesienia sprzeciwu, a także prawo wniesienia skargi do organu nadzorczego - Prezesa UODO Wymienione prawa mogą być ograniczone, </w:t>
            </w:r>
            <w:bookmarkEnd w:id="0"/>
            <w:r w:rsidRPr="00F4108B">
              <w:rPr>
                <w:rFonts w:ascii="Arial" w:hAnsi="Arial" w:cs="Arial"/>
                <w:iCs/>
                <w:sz w:val="20"/>
                <w:szCs w:val="20"/>
              </w:rPr>
              <w:t xml:space="preserve">kiedy Administrator jest zobowiązany prawnie </w:t>
            </w:r>
            <w:r w:rsidR="00CC3817" w:rsidRPr="00F4108B"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sz w:val="20"/>
                <w:szCs w:val="20"/>
              </w:rPr>
              <w:t>do przetwarzania danych w celu realizacji obowiązku ustawowego lub występują inne nadrzędne prawne podstawy przetwarzania..</w:t>
            </w:r>
          </w:p>
        </w:tc>
      </w:tr>
      <w:tr w:rsidR="003939D2" w:rsidRPr="00F4108B" w14:paraId="3DC3A2B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ED73A" w14:textId="77777777" w:rsidR="003939D2" w:rsidRPr="00F4108B" w:rsidRDefault="003939D2" w:rsidP="001F6423">
            <w:pPr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bidi="hi-IN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Prawo do sprzeciwu:</w:t>
            </w:r>
          </w:p>
        </w:tc>
      </w:tr>
      <w:tr w:rsidR="003939D2" w:rsidRPr="00F4108B" w14:paraId="15F20C8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12E1" w14:textId="39D1E23E" w:rsidR="003939D2" w:rsidRPr="00F4108B" w:rsidRDefault="003939D2" w:rsidP="001F6423">
            <w:pPr>
              <w:jc w:val="both"/>
              <w:rPr>
                <w:rFonts w:ascii="Arial" w:eastAsiaTheme="minorHAnsi" w:hAnsi="Arial" w:cs="Arial"/>
                <w:i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4108B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W każdej chwili przysługuje Pani/Panu prawo do wniesienia sprzeciwu wobec przetwarzania danych osobowych. Przestaniemy przetwarzać Pani/Pana dane w tych celach, chyba że będziemy w stanie wykazać, że w stosunku do Pani/Pana danych istnieją dla nas ważne prawnie uzasadnione podstawy, które są nadrzędne wobec Pani/Pana interesów, praw i wolności lub Pani/Pana dane będą nam niezbędne </w:t>
            </w:r>
            <w:r w:rsidR="00CC3817" w:rsidRPr="00F4108B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Pr="00F4108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do ewentualnego ustalenia, dochodzenia lub obrony roszczeń.</w:t>
            </w:r>
          </w:p>
        </w:tc>
      </w:tr>
      <w:tr w:rsidR="003939D2" w:rsidRPr="00F4108B" w14:paraId="316B540E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D70870" w14:textId="77777777" w:rsidR="003939D2" w:rsidRPr="00F4108B" w:rsidRDefault="003939D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Okres przechowywania danych osobowych:</w:t>
            </w:r>
          </w:p>
        </w:tc>
      </w:tr>
      <w:tr w:rsidR="003939D2" w:rsidRPr="00F4108B" w14:paraId="5C4C5C5C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6CBC" w14:textId="501BC496" w:rsidR="003939D2" w:rsidRPr="00F4108B" w:rsidRDefault="00F85442" w:rsidP="001F6423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F4108B">
              <w:rPr>
                <w:rFonts w:ascii="Arial" w:hAnsi="Arial" w:cs="Arial"/>
                <w:iCs/>
                <w:sz w:val="20"/>
                <w:szCs w:val="20"/>
              </w:rPr>
              <w:lastRenderedPageBreak/>
              <w:t>Dane osobowe będą przechowywane przez okres niezbędny do realizacji wniosku, a następnie przez czas wynikający z przepisów prawa, w szczególności przepisów o archiwizacji.</w:t>
            </w:r>
          </w:p>
        </w:tc>
      </w:tr>
    </w:tbl>
    <w:p w14:paraId="0496E4C9" w14:textId="43E12C14" w:rsidR="007E1A93" w:rsidRPr="00F4108B" w:rsidRDefault="003939D2" w:rsidP="00CC3817">
      <w:pPr>
        <w:spacing w:after="0" w:line="240" w:lineRule="auto"/>
        <w:jc w:val="both"/>
        <w:rPr>
          <w:rFonts w:ascii="Arial" w:hAnsi="Arial" w:cs="Arial"/>
          <w:iCs/>
          <w:kern w:val="2"/>
          <w:sz w:val="20"/>
          <w:szCs w:val="20"/>
          <w14:ligatures w14:val="standardContextual"/>
        </w:rPr>
      </w:pPr>
      <w:r w:rsidRPr="00F4108B">
        <w:rPr>
          <w:rFonts w:ascii="Arial" w:hAnsi="Arial" w:cs="Arial"/>
          <w:iCs/>
          <w:sz w:val="20"/>
          <w:szCs w:val="20"/>
        </w:rPr>
        <w:t xml:space="preserve">*RODO - rozporządzenie Parlamentu Europejskiego i Rady (UE) 2016/679 z 27 kwietnia 2016 r. </w:t>
      </w:r>
      <w:r w:rsidR="00F85442" w:rsidRPr="00F4108B">
        <w:rPr>
          <w:rFonts w:ascii="Arial" w:hAnsi="Arial" w:cs="Arial"/>
          <w:iCs/>
          <w:sz w:val="20"/>
          <w:szCs w:val="20"/>
        </w:rPr>
        <w:br/>
      </w:r>
      <w:r w:rsidRPr="00F4108B">
        <w:rPr>
          <w:rFonts w:ascii="Arial" w:hAnsi="Arial" w:cs="Arial"/>
          <w:iCs/>
          <w:sz w:val="20"/>
          <w:szCs w:val="20"/>
        </w:rPr>
        <w:t>w sprawie ochrony osób fizycznych w związku z przetwarzaniem danych osobowych i w sprawie swobodnego przepływu takich danych oraz uchylenia dyrektywy 95/46/WE (ogólne rozporządzenie o ochronie danych)</w:t>
      </w:r>
    </w:p>
    <w:p w14:paraId="09252BEF" w14:textId="77777777" w:rsidR="007E1A93" w:rsidRPr="00F4108B" w:rsidRDefault="007E1A93">
      <w:pPr>
        <w:rPr>
          <w:rFonts w:ascii="Arial" w:hAnsi="Arial" w:cs="Arial"/>
          <w:iCs/>
          <w:sz w:val="24"/>
          <w:szCs w:val="24"/>
        </w:rPr>
      </w:pPr>
    </w:p>
    <w:sectPr w:rsidR="007E1A93" w:rsidRPr="00F4108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DE6E64"/>
    <w:multiLevelType w:val="hybridMultilevel"/>
    <w:tmpl w:val="42D2C68A"/>
    <w:lvl w:ilvl="0" w:tplc="382202DE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B6CE7E">
      <w:start w:val="1"/>
      <w:numFmt w:val="decimal"/>
      <w:lvlText w:val="%2.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B406CE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6C53F4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624B00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B834D0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9C2656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E6BE16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0A19E0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FC1740"/>
    <w:multiLevelType w:val="hybridMultilevel"/>
    <w:tmpl w:val="0812D518"/>
    <w:lvl w:ilvl="0" w:tplc="FFFFFFFF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1200" w:hanging="360"/>
      </w:pPr>
    </w:lvl>
    <w:lvl w:ilvl="2" w:tplc="FFFFFFFF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6603377">
    <w:abstractNumId w:val="8"/>
  </w:num>
  <w:num w:numId="2" w16cid:durableId="127284553">
    <w:abstractNumId w:val="6"/>
  </w:num>
  <w:num w:numId="3" w16cid:durableId="932203930">
    <w:abstractNumId w:val="5"/>
  </w:num>
  <w:num w:numId="4" w16cid:durableId="1897430714">
    <w:abstractNumId w:val="4"/>
  </w:num>
  <w:num w:numId="5" w16cid:durableId="389043278">
    <w:abstractNumId w:val="7"/>
  </w:num>
  <w:num w:numId="6" w16cid:durableId="1542356397">
    <w:abstractNumId w:val="3"/>
  </w:num>
  <w:num w:numId="7" w16cid:durableId="444739763">
    <w:abstractNumId w:val="2"/>
  </w:num>
  <w:num w:numId="8" w16cid:durableId="1790314354">
    <w:abstractNumId w:val="1"/>
  </w:num>
  <w:num w:numId="9" w16cid:durableId="1495563594">
    <w:abstractNumId w:val="0"/>
  </w:num>
  <w:num w:numId="10" w16cid:durableId="798449902">
    <w:abstractNumId w:val="9"/>
  </w:num>
  <w:num w:numId="11" w16cid:durableId="8614793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39D2"/>
    <w:rsid w:val="00501953"/>
    <w:rsid w:val="006D00D4"/>
    <w:rsid w:val="007E1A93"/>
    <w:rsid w:val="00912E7C"/>
    <w:rsid w:val="00A7220D"/>
    <w:rsid w:val="00AA1D8D"/>
    <w:rsid w:val="00B47730"/>
    <w:rsid w:val="00C14299"/>
    <w:rsid w:val="00CB0664"/>
    <w:rsid w:val="00CC3817"/>
    <w:rsid w:val="00D42523"/>
    <w:rsid w:val="00F4108B"/>
    <w:rsid w:val="00F854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8E73C"/>
  <w14:defaultImageDpi w14:val="330"/>
  <w15:docId w15:val="{427D19E8-80BE-4F5C-A084-76540386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3939D2"/>
    <w:rPr>
      <w:color w:val="0000FF" w:themeColor="hyperlink"/>
      <w:u w:val="single"/>
    </w:rPr>
  </w:style>
  <w:style w:type="table" w:customStyle="1" w:styleId="TableGrid">
    <w:name w:val="TableGrid"/>
    <w:rsid w:val="00D42523"/>
    <w:pPr>
      <w:spacing w:after="0" w:line="240" w:lineRule="auto"/>
    </w:pPr>
    <w:rPr>
      <w:kern w:val="2"/>
      <w:sz w:val="24"/>
      <w:szCs w:val="24"/>
      <w:lang w:val="pl-PL"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wpsp.wroc.pl" TargetMode="External"/><Relationship Id="rId3" Type="http://schemas.openxmlformats.org/officeDocument/2006/relationships/styles" Target="styles.xml"/><Relationship Id="rId7" Type="http://schemas.openxmlformats.org/officeDocument/2006/relationships/hyperlink" Target="mailto:kw@kwpsp.wroc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1051</Words>
  <Characters>6312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Ewa Mikołajewska (KW PSP WROCŁAW)</cp:lastModifiedBy>
  <cp:revision>3</cp:revision>
  <dcterms:created xsi:type="dcterms:W3CDTF">2026-06-12T10:35:00Z</dcterms:created>
  <dcterms:modified xsi:type="dcterms:W3CDTF">2026-06-12T11:14:00Z</dcterms:modified>
  <cp:category/>
</cp:coreProperties>
</file>