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B4A71" w14:textId="675D6033" w:rsidR="00552C38" w:rsidRPr="00F53779" w:rsidRDefault="00552C38" w:rsidP="00552C38">
      <w:pPr>
        <w:spacing w:after="60"/>
        <w:jc w:val="right"/>
        <w:rPr>
          <w:rFonts w:asciiTheme="majorHAnsi" w:hAnsiTheme="majorHAnsi" w:cstheme="majorHAnsi"/>
          <w:b/>
          <w:i/>
          <w:iCs/>
          <w:sz w:val="18"/>
          <w:szCs w:val="18"/>
          <w:lang w:val="pl-PL"/>
        </w:rPr>
      </w:pPr>
      <w:r w:rsidRPr="00F53779">
        <w:rPr>
          <w:rFonts w:asciiTheme="majorHAnsi" w:hAnsiTheme="majorHAnsi" w:cstheme="majorHAnsi"/>
          <w:b/>
          <w:i/>
          <w:iCs/>
          <w:sz w:val="18"/>
          <w:szCs w:val="18"/>
          <w:lang w:val="pl-PL"/>
        </w:rPr>
        <w:t>…………………………………………………………………………</w:t>
      </w:r>
    </w:p>
    <w:p w14:paraId="359C005F" w14:textId="1D2D40C4" w:rsidR="00552C38" w:rsidRPr="00F53779" w:rsidRDefault="00552C38" w:rsidP="00316B46">
      <w:pPr>
        <w:spacing w:after="60"/>
        <w:jc w:val="right"/>
        <w:rPr>
          <w:rFonts w:asciiTheme="majorHAnsi" w:hAnsiTheme="majorHAnsi" w:cstheme="majorHAnsi"/>
          <w:bCs/>
          <w:i/>
          <w:iCs/>
          <w:sz w:val="16"/>
          <w:szCs w:val="16"/>
          <w:lang w:val="pl-PL"/>
        </w:rPr>
      </w:pPr>
      <w:r w:rsidRPr="00F53779">
        <w:rPr>
          <w:rFonts w:asciiTheme="majorHAnsi" w:hAnsiTheme="majorHAnsi" w:cstheme="majorHAnsi"/>
          <w:bCs/>
          <w:i/>
          <w:iCs/>
          <w:sz w:val="16"/>
          <w:szCs w:val="16"/>
          <w:lang w:val="pl-PL"/>
        </w:rPr>
        <w:t>Miejscowość, data wystawienia</w:t>
      </w:r>
    </w:p>
    <w:p w14:paraId="4DA5780C" w14:textId="77777777" w:rsidR="00316B46" w:rsidRPr="00F53779" w:rsidRDefault="00316B46" w:rsidP="00316B46">
      <w:pPr>
        <w:spacing w:after="60"/>
        <w:jc w:val="right"/>
        <w:rPr>
          <w:rFonts w:asciiTheme="majorHAnsi" w:hAnsiTheme="majorHAnsi" w:cstheme="majorHAnsi"/>
          <w:bCs/>
          <w:i/>
          <w:iCs/>
          <w:sz w:val="18"/>
          <w:szCs w:val="18"/>
          <w:lang w:val="pl-PL"/>
        </w:rPr>
      </w:pPr>
    </w:p>
    <w:p w14:paraId="07E6A6BE" w14:textId="0FE13805" w:rsidR="0091075E" w:rsidRPr="00F53779" w:rsidRDefault="00B67305" w:rsidP="00776BA9">
      <w:pPr>
        <w:spacing w:after="60"/>
        <w:jc w:val="center"/>
        <w:rPr>
          <w:rFonts w:asciiTheme="majorHAnsi" w:hAnsiTheme="majorHAnsi" w:cstheme="majorHAnsi"/>
          <w:lang w:val="pl-PL"/>
        </w:rPr>
      </w:pPr>
      <w:r w:rsidRPr="00F53779">
        <w:rPr>
          <w:rFonts w:asciiTheme="majorHAnsi" w:hAnsiTheme="majorHAnsi" w:cstheme="majorHAnsi"/>
          <w:b/>
          <w:sz w:val="30"/>
          <w:lang w:val="pl-PL"/>
        </w:rPr>
        <w:t>NOTA KSIĘGOWA</w:t>
      </w:r>
      <w:r w:rsidR="00D059C9" w:rsidRPr="00F53779">
        <w:rPr>
          <w:rFonts w:asciiTheme="majorHAnsi" w:hAnsiTheme="majorHAnsi" w:cstheme="majorHAnsi"/>
          <w:b/>
          <w:sz w:val="30"/>
          <w:lang w:val="pl-PL"/>
        </w:rPr>
        <w:t xml:space="preserve"> </w:t>
      </w:r>
      <w:r w:rsidR="00D059C9" w:rsidRPr="00F53779">
        <w:rPr>
          <w:rFonts w:asciiTheme="majorHAnsi" w:hAnsiTheme="majorHAnsi" w:cstheme="majorHAnsi"/>
          <w:b/>
          <w:sz w:val="24"/>
          <w:szCs w:val="24"/>
          <w:lang w:val="pl-PL"/>
        </w:rPr>
        <w:t>NR ………………………</w:t>
      </w:r>
    </w:p>
    <w:tbl>
      <w:tblPr>
        <w:tblStyle w:val="Tabela-Siatka"/>
        <w:tblW w:w="10541" w:type="dxa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1"/>
      </w:tblGrid>
      <w:tr w:rsidR="0091075E" w:rsidRPr="00F53779" w14:paraId="4A9E667A" w14:textId="77777777" w:rsidTr="00D9575B">
        <w:trPr>
          <w:cantSplit/>
          <w:trHeight w:val="368"/>
          <w:jc w:val="center"/>
        </w:trPr>
        <w:tc>
          <w:tcPr>
            <w:tcW w:w="5270" w:type="dxa"/>
            <w:shd w:val="clear" w:color="auto" w:fill="DDEB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AB14EA" w14:textId="77777777" w:rsidR="00EA511B" w:rsidRPr="00F53779" w:rsidRDefault="00B67305" w:rsidP="00EA511B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WYSTAWCA</w:t>
            </w:r>
          </w:p>
          <w:p w14:paraId="36976C0A" w14:textId="204E2841" w:rsidR="0091075E" w:rsidRPr="00F53779" w:rsidRDefault="00EA511B" w:rsidP="00EA511B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  <w:lang w:val="pl-PL"/>
              </w:rPr>
              <w:t>/nazwa, adres/</w:t>
            </w:r>
          </w:p>
        </w:tc>
        <w:tc>
          <w:tcPr>
            <w:tcW w:w="5271" w:type="dxa"/>
            <w:shd w:val="clear" w:color="auto" w:fill="DDEB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89EC5F" w14:textId="77777777" w:rsidR="00EA511B" w:rsidRPr="00F53779" w:rsidRDefault="006712C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ODBIORCA</w:t>
            </w:r>
            <w:r w:rsidR="00EA511B"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 </w:t>
            </w:r>
          </w:p>
          <w:p w14:paraId="6A188B21" w14:textId="51F0F8E9" w:rsidR="0091075E" w:rsidRPr="00F53779" w:rsidRDefault="00EA511B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  <w:lang w:val="pl-PL"/>
              </w:rPr>
              <w:t>/nazwa, adres/</w:t>
            </w:r>
          </w:p>
        </w:tc>
      </w:tr>
      <w:tr w:rsidR="0091075E" w:rsidRPr="00F53779" w14:paraId="5375EC90" w14:textId="77777777" w:rsidTr="00D9575B">
        <w:trPr>
          <w:cantSplit/>
          <w:trHeight w:val="595"/>
          <w:jc w:val="center"/>
        </w:trPr>
        <w:tc>
          <w:tcPr>
            <w:tcW w:w="52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CE28F8" w14:textId="4FF66D0C" w:rsidR="0091075E" w:rsidRPr="00F53779" w:rsidRDefault="0091075E" w:rsidP="00883F4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52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5BBE10" w14:textId="659876DE" w:rsidR="0091075E" w:rsidRPr="00F53779" w:rsidRDefault="006A0320" w:rsidP="008340EA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KURATORIUM OŚWIATY</w:t>
            </w:r>
            <w:r w:rsidRPr="00F53779">
              <w:rPr>
                <w:rFonts w:asciiTheme="majorHAnsi" w:hAnsiTheme="majorHAnsi" w:cstheme="majorHAnsi"/>
                <w:b/>
                <w:sz w:val="16"/>
                <w:szCs w:val="16"/>
                <w:lang w:val="pl-PL"/>
              </w:rPr>
              <w:t xml:space="preserve"> W</w:t>
            </w: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 SZCZECINIE</w:t>
            </w:r>
          </w:p>
          <w:p w14:paraId="07311D41" w14:textId="77777777" w:rsidR="00EA511B" w:rsidRPr="00F53779" w:rsidRDefault="00EA511B" w:rsidP="008340EA">
            <w:pPr>
              <w:spacing w:line="360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ul. Wały Chrobrego 4</w:t>
            </w:r>
          </w:p>
          <w:p w14:paraId="023BECC2" w14:textId="77777777" w:rsidR="00EA511B" w:rsidRPr="00F53779" w:rsidRDefault="00EA511B" w:rsidP="008340EA">
            <w:pPr>
              <w:spacing w:line="360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70-502 Szczecin</w:t>
            </w:r>
          </w:p>
          <w:p w14:paraId="350672FC" w14:textId="1CE13814" w:rsidR="00BA759E" w:rsidRPr="00F53779" w:rsidRDefault="00BA759E" w:rsidP="008340EA">
            <w:pPr>
              <w:spacing w:line="360" w:lineRule="auto"/>
              <w:jc w:val="center"/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  <w:lang w:val="pl-PL"/>
              </w:rPr>
            </w:pPr>
          </w:p>
        </w:tc>
      </w:tr>
    </w:tbl>
    <w:p w14:paraId="5710C9D2" w14:textId="77777777" w:rsidR="0091075E" w:rsidRPr="00F53779" w:rsidRDefault="00B67305">
      <w:pPr>
        <w:spacing w:after="60"/>
        <w:rPr>
          <w:rFonts w:asciiTheme="majorHAnsi" w:hAnsiTheme="majorHAnsi" w:cstheme="majorHAnsi"/>
          <w:sz w:val="20"/>
          <w:szCs w:val="20"/>
          <w:lang w:val="pl-PL"/>
        </w:rPr>
      </w:pPr>
      <w:r w:rsidRPr="00F53779">
        <w:rPr>
          <w:rFonts w:asciiTheme="majorHAnsi" w:hAnsiTheme="majorHAnsi" w:cstheme="majorHAnsi"/>
          <w:b/>
          <w:sz w:val="20"/>
          <w:szCs w:val="20"/>
          <w:lang w:val="pl-PL"/>
        </w:rPr>
        <w:t>Prosimy o zgodne z nami zaksięgowanie następującej operacji:</w:t>
      </w:r>
    </w:p>
    <w:tbl>
      <w:tblPr>
        <w:tblStyle w:val="Tabela-Siatka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0627"/>
      </w:tblGrid>
      <w:tr w:rsidR="005B60BA" w:rsidRPr="00F53779" w14:paraId="40F9BBE0" w14:textId="77777777" w:rsidTr="005B60BA">
        <w:trPr>
          <w:cantSplit/>
          <w:trHeight w:val="368"/>
          <w:tblHeader/>
          <w:jc w:val="center"/>
        </w:trPr>
        <w:tc>
          <w:tcPr>
            <w:tcW w:w="10627" w:type="dxa"/>
            <w:shd w:val="clear" w:color="auto" w:fill="DDEB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5885F9" w14:textId="4D238F81" w:rsidR="005B60BA" w:rsidRPr="00F53779" w:rsidRDefault="009A4872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Treść</w:t>
            </w:r>
            <w:r w:rsidR="005B60BA"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 obciążenia</w:t>
            </w:r>
          </w:p>
        </w:tc>
      </w:tr>
      <w:tr w:rsidR="005B60BA" w:rsidRPr="00F53779" w14:paraId="63259CB5" w14:textId="77777777" w:rsidTr="005B60BA">
        <w:trPr>
          <w:cantSplit/>
          <w:trHeight w:val="1332"/>
          <w:jc w:val="center"/>
        </w:trPr>
        <w:tc>
          <w:tcPr>
            <w:tcW w:w="106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2D0811" w14:textId="77777777" w:rsidR="007441BC" w:rsidRPr="00F53779" w:rsidRDefault="007441BC" w:rsidP="00281BF7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14:paraId="6739727F" w14:textId="51D92BB1" w:rsidR="007441BC" w:rsidRPr="00F53779" w:rsidRDefault="009A4872" w:rsidP="00281BF7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Obciążamy Was kwotą ………………</w:t>
            </w:r>
            <w:r w:rsidR="007441BC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="00753CE9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……..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.. zł </w:t>
            </w:r>
          </w:p>
          <w:p w14:paraId="3797AF16" w14:textId="4DAD33BD" w:rsidR="007441BC" w:rsidRPr="00F53779" w:rsidRDefault="009A4872" w:rsidP="00281BF7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/słownie: ……………………………………………………….……………</w:t>
            </w:r>
            <w:r w:rsidR="007441BC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………………………………………………………………………………………………………..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.……/</w:t>
            </w:r>
            <w:r w:rsidR="007441BC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,</w:t>
            </w:r>
          </w:p>
          <w:p w14:paraId="37D08E8B" w14:textId="4C1AB4D2" w:rsidR="00782DA5" w:rsidRPr="00F53779" w:rsidRDefault="009A4872" w:rsidP="00A750F3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tytułem </w:t>
            </w:r>
            <w:r w:rsidR="005B60BA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Nagrod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y</w:t>
            </w:r>
            <w:r w:rsidR="005B60BA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Zachodniopomorskiego Kuratora Oświaty przyznan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ej</w:t>
            </w:r>
            <w:r w:rsidR="005B60BA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dla</w:t>
            </w:r>
            <w:r w:rsidR="00782DA5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:</w:t>
            </w:r>
          </w:p>
          <w:p w14:paraId="1AA0D410" w14:textId="482E66CA" w:rsidR="00782DA5" w:rsidRPr="00F53779" w:rsidRDefault="005B60BA" w:rsidP="007F368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br/>
            </w:r>
            <w:r w:rsidR="00782DA5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1/ 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…………………………………………………………..………</w:t>
            </w:r>
            <w:r w:rsidR="00782DA5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</w:t>
            </w:r>
            <w:r w:rsidR="007F3683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………………………..</w:t>
            </w:r>
          </w:p>
          <w:p w14:paraId="329A361B" w14:textId="2E1B4797" w:rsidR="00782DA5" w:rsidRPr="00F53779" w:rsidRDefault="00782DA5" w:rsidP="007F368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2/ </w:t>
            </w:r>
            <w:r w:rsidR="007F3683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…………………………………………………………..…………………………………………………..</w:t>
            </w:r>
          </w:p>
          <w:p w14:paraId="1F7C950B" w14:textId="56EA1986" w:rsidR="00782DA5" w:rsidRPr="00F53779" w:rsidRDefault="00782DA5" w:rsidP="007F368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3/</w:t>
            </w:r>
            <w:r w:rsidR="007F3683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…………………………………………………………..…………………………………………………..</w:t>
            </w:r>
          </w:p>
          <w:p w14:paraId="096E8E7B" w14:textId="12911849" w:rsidR="00782DA5" w:rsidRPr="00F53779" w:rsidRDefault="00782DA5" w:rsidP="007F3683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4/</w:t>
            </w:r>
            <w:r w:rsidR="007F3683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…………………………………………………………..…………………………………………………..</w:t>
            </w:r>
          </w:p>
          <w:p w14:paraId="4E433ABB" w14:textId="48A48EBE" w:rsidR="005B60BA" w:rsidRPr="00F53779" w:rsidRDefault="005B60BA" w:rsidP="0034524D">
            <w:pPr>
              <w:spacing w:line="48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zgodnie z pismem nr ………………………</w:t>
            </w:r>
            <w:r w:rsidR="00956F28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="00956F28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</w:t>
            </w:r>
            <w:r w:rsidR="003B3CFC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 z dnia ……………</w:t>
            </w:r>
            <w:r w:rsidR="00956F28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</w:t>
            </w:r>
            <w:r w:rsidR="003B3CFC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…..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</w:t>
            </w:r>
            <w:r w:rsidR="00956F28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 r.</w:t>
            </w:r>
          </w:p>
        </w:tc>
      </w:tr>
    </w:tbl>
    <w:p w14:paraId="32E09A69" w14:textId="77777777" w:rsidR="0091075E" w:rsidRPr="00F53779" w:rsidRDefault="0091075E">
      <w:pPr>
        <w:spacing w:after="60"/>
        <w:rPr>
          <w:rFonts w:asciiTheme="majorHAnsi" w:hAnsiTheme="majorHAnsi" w:cstheme="majorHAnsi"/>
          <w:sz w:val="20"/>
          <w:szCs w:val="20"/>
          <w:lang w:val="pl-PL"/>
        </w:rPr>
      </w:pPr>
    </w:p>
    <w:tbl>
      <w:tblPr>
        <w:tblStyle w:val="Tabela-Siatka"/>
        <w:tblW w:w="10541" w:type="dxa"/>
        <w:jc w:val="center"/>
        <w:tblLayout w:type="fixed"/>
        <w:tblLook w:val="04A0" w:firstRow="1" w:lastRow="0" w:firstColumn="1" w:lastColumn="0" w:noHBand="0" w:noVBand="1"/>
      </w:tblPr>
      <w:tblGrid>
        <w:gridCol w:w="5293"/>
        <w:gridCol w:w="5248"/>
      </w:tblGrid>
      <w:tr w:rsidR="0091075E" w:rsidRPr="00F53779" w14:paraId="0307680E" w14:textId="77777777" w:rsidTr="007A4484">
        <w:trPr>
          <w:cantSplit/>
          <w:trHeight w:val="1800"/>
          <w:jc w:val="center"/>
        </w:trPr>
        <w:tc>
          <w:tcPr>
            <w:tcW w:w="5293" w:type="dxa"/>
            <w:tcMar>
              <w:top w:w="130" w:type="dxa"/>
              <w:left w:w="120" w:type="dxa"/>
              <w:bottom w:w="130" w:type="dxa"/>
              <w:right w:w="120" w:type="dxa"/>
            </w:tcMar>
          </w:tcPr>
          <w:p w14:paraId="6D906EF4" w14:textId="77777777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Rozliczenie kwoty:</w:t>
            </w:r>
          </w:p>
          <w:p w14:paraId="63ABBED4" w14:textId="02F7BB18" w:rsidR="005B3318" w:rsidRPr="00F53779" w:rsidRDefault="009965B3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Część </w:t>
            </w:r>
            <w:r w:rsidR="005B3318"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85/32 dział 801 rozdział 80195</w:t>
            </w:r>
          </w:p>
          <w:p w14:paraId="58FD8B6A" w14:textId="3634CEF1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§ 3040  Nagroda</w:t>
            </w:r>
            <w:r w:rsidR="004F7EE1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ZKO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:</w:t>
            </w:r>
            <w:r w:rsidR="00372C4E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     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="00372C4E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…..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</w:t>
            </w:r>
            <w:r w:rsidR="00423BBB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 zł</w:t>
            </w:r>
          </w:p>
          <w:p w14:paraId="11DA3641" w14:textId="2044CD75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§ 4110  Składki ZUS:</w:t>
            </w:r>
            <w:r w:rsidR="00372C4E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        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="004F7EE1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</w:t>
            </w:r>
            <w:r w:rsidR="00423BBB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 zł</w:t>
            </w:r>
          </w:p>
          <w:p w14:paraId="7B601FCB" w14:textId="2B7A4DD2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§ 4120  Składka na FP:</w:t>
            </w:r>
            <w:r w:rsidR="00372C4E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    ……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</w:t>
            </w:r>
            <w:r w:rsidR="004F7EE1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…….</w:t>
            </w:r>
            <w:r w:rsidR="00423BBB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 zł</w:t>
            </w:r>
          </w:p>
          <w:p w14:paraId="31B0BA30" w14:textId="5FAD347C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§ 4710  Składka PPK:</w:t>
            </w:r>
            <w:r w:rsidR="00372C4E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       ….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</w:t>
            </w:r>
            <w:r w:rsidR="004F7EE1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……….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</w:t>
            </w:r>
            <w:r w:rsidR="00423BBB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 zł</w:t>
            </w:r>
          </w:p>
        </w:tc>
        <w:tc>
          <w:tcPr>
            <w:tcW w:w="5248" w:type="dxa"/>
            <w:tcMar>
              <w:top w:w="130" w:type="dxa"/>
              <w:left w:w="120" w:type="dxa"/>
              <w:bottom w:w="130" w:type="dxa"/>
              <w:right w:w="120" w:type="dxa"/>
            </w:tcMar>
          </w:tcPr>
          <w:p w14:paraId="63E39EA0" w14:textId="77777777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Dane do płatności:</w:t>
            </w:r>
          </w:p>
          <w:p w14:paraId="2E493C23" w14:textId="77777777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Forma płatności:</w:t>
            </w:r>
            <w:r w:rsidR="003A2358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przelew</w:t>
            </w:r>
          </w:p>
          <w:p w14:paraId="4A94E6A7" w14:textId="507F27F6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color w:val="FF0000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Termin płatności:</w:t>
            </w:r>
            <w:r w:rsidR="003A2358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</w:t>
            </w:r>
            <w:r w:rsidR="00761275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14</w:t>
            </w:r>
            <w:r w:rsidR="003A2358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dni od daty otrzymania </w:t>
            </w:r>
          </w:p>
          <w:p w14:paraId="4D6169A3" w14:textId="77777777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Nr rachunku bankowego (26 cyfr):</w:t>
            </w:r>
          </w:p>
          <w:p w14:paraId="7DC098D0" w14:textId="77777777" w:rsidR="000D2490" w:rsidRPr="00F53779" w:rsidRDefault="000D2490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14:paraId="2D1E6B4E" w14:textId="0B0FF1EC" w:rsidR="0091075E" w:rsidRPr="00F53779" w:rsidRDefault="00B67305" w:rsidP="00CE1AE8">
            <w:pPr>
              <w:spacing w:line="360" w:lineRule="auto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………………………………………………</w:t>
            </w:r>
            <w:r w:rsidR="00423BBB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</w:t>
            </w:r>
            <w:r w:rsidR="00380C4B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</w:t>
            </w:r>
            <w:r w:rsidR="000D2490" w:rsidRPr="00F53779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…………………………..</w:t>
            </w:r>
          </w:p>
        </w:tc>
      </w:tr>
    </w:tbl>
    <w:p w14:paraId="4E2F96F5" w14:textId="77777777" w:rsidR="003A2358" w:rsidRPr="00F53779" w:rsidRDefault="003A2358" w:rsidP="00C4266D">
      <w:pPr>
        <w:spacing w:after="0" w:line="240" w:lineRule="auto"/>
        <w:rPr>
          <w:rFonts w:asciiTheme="majorHAnsi" w:hAnsiTheme="majorHAnsi" w:cstheme="majorHAnsi"/>
          <w:sz w:val="20"/>
          <w:szCs w:val="20"/>
          <w:lang w:val="pl-PL"/>
        </w:rPr>
      </w:pPr>
    </w:p>
    <w:p w14:paraId="70445FB8" w14:textId="5B29A806" w:rsidR="006424C8" w:rsidRPr="00F53779" w:rsidRDefault="006424C8" w:rsidP="006424C8">
      <w:pPr>
        <w:jc w:val="right"/>
        <w:rPr>
          <w:rFonts w:asciiTheme="majorHAnsi" w:hAnsiTheme="majorHAnsi" w:cstheme="majorHAnsi"/>
          <w:i/>
          <w:sz w:val="20"/>
          <w:szCs w:val="20"/>
          <w:lang w:val="pl-PL"/>
        </w:rPr>
      </w:pPr>
      <w:r w:rsidRPr="00F53779">
        <w:rPr>
          <w:rFonts w:asciiTheme="majorHAnsi" w:hAnsiTheme="majorHAnsi" w:cstheme="majorHAnsi"/>
          <w:i/>
          <w:sz w:val="20"/>
          <w:szCs w:val="20"/>
          <w:lang w:val="pl-PL"/>
        </w:rPr>
        <w:t>Oświadczam, że dane zawarte w przedmiotowej nocie księgowej  są zgodne z zapisami w księgach rachunkowych jednostki.</w:t>
      </w:r>
    </w:p>
    <w:p w14:paraId="28D82133" w14:textId="4656D0F0" w:rsidR="00CE1AE8" w:rsidRPr="00F53779" w:rsidRDefault="00CE1AE8" w:rsidP="00286CD4">
      <w:pPr>
        <w:spacing w:after="0" w:line="360" w:lineRule="auto"/>
        <w:ind w:firstLine="5387"/>
        <w:jc w:val="center"/>
        <w:rPr>
          <w:rFonts w:asciiTheme="majorHAnsi" w:hAnsiTheme="majorHAnsi" w:cstheme="majorHAnsi"/>
          <w:sz w:val="20"/>
          <w:szCs w:val="20"/>
          <w:lang w:val="pl-PL"/>
        </w:rPr>
      </w:pPr>
      <w:r w:rsidRPr="00F53779">
        <w:rPr>
          <w:rFonts w:asciiTheme="majorHAnsi" w:hAnsiTheme="majorHAnsi" w:cstheme="majorHAnsi"/>
          <w:b/>
          <w:sz w:val="20"/>
          <w:szCs w:val="20"/>
          <w:lang w:val="pl-PL"/>
        </w:rPr>
        <w:t>OSOBA UPOWAŻNIONA DO WYSTAWIENIA NOTY KSIĘGOWEJ</w:t>
      </w:r>
    </w:p>
    <w:p w14:paraId="067E7081" w14:textId="77777777" w:rsidR="001F1729" w:rsidRPr="00F53779" w:rsidRDefault="001F1729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sz w:val="20"/>
          <w:szCs w:val="20"/>
          <w:lang w:val="pl-PL"/>
        </w:rPr>
      </w:pPr>
    </w:p>
    <w:p w14:paraId="051C97D9" w14:textId="77777777" w:rsidR="004231F1" w:rsidRPr="00F53779" w:rsidRDefault="004231F1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sz w:val="20"/>
          <w:szCs w:val="20"/>
          <w:lang w:val="pl-PL"/>
        </w:rPr>
      </w:pPr>
    </w:p>
    <w:p w14:paraId="621DA72B" w14:textId="0186D50F" w:rsidR="002173FE" w:rsidRPr="00F53779" w:rsidRDefault="002173FE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sz w:val="20"/>
          <w:szCs w:val="20"/>
          <w:lang w:val="pl-PL"/>
        </w:rPr>
      </w:pPr>
      <w:r w:rsidRPr="00F53779">
        <w:rPr>
          <w:rFonts w:asciiTheme="majorHAnsi" w:hAnsiTheme="majorHAnsi" w:cstheme="majorHAnsi"/>
          <w:sz w:val="20"/>
          <w:szCs w:val="20"/>
          <w:lang w:val="pl-PL"/>
        </w:rPr>
        <w:t>…………….</w:t>
      </w:r>
      <w:r w:rsidR="001F1729" w:rsidRPr="00F53779">
        <w:rPr>
          <w:rFonts w:asciiTheme="majorHAnsi" w:hAnsiTheme="majorHAnsi" w:cstheme="majorHAnsi"/>
          <w:sz w:val="20"/>
          <w:szCs w:val="20"/>
          <w:lang w:val="pl-PL"/>
        </w:rPr>
        <w:t>……………………………………………………………..</w:t>
      </w:r>
    </w:p>
    <w:p w14:paraId="3B77D588" w14:textId="7199BAAC" w:rsidR="00EC6C15" w:rsidRPr="00F53779" w:rsidRDefault="00FA6BDD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i/>
          <w:iCs/>
          <w:sz w:val="16"/>
          <w:szCs w:val="16"/>
          <w:lang w:val="pl-PL"/>
        </w:rPr>
      </w:pPr>
      <w:r w:rsidRPr="00F53779">
        <w:rPr>
          <w:rFonts w:asciiTheme="majorHAnsi" w:hAnsiTheme="majorHAnsi" w:cstheme="majorHAnsi"/>
          <w:i/>
          <w:iCs/>
          <w:sz w:val="16"/>
          <w:szCs w:val="16"/>
          <w:lang w:val="pl-PL"/>
        </w:rPr>
        <w:t>Pieczęć i podpis/</w:t>
      </w:r>
      <w:r w:rsidR="00CE1AE8" w:rsidRPr="00F53779">
        <w:rPr>
          <w:rFonts w:asciiTheme="majorHAnsi" w:hAnsiTheme="majorHAnsi" w:cstheme="majorHAnsi"/>
          <w:i/>
          <w:iCs/>
          <w:sz w:val="16"/>
          <w:szCs w:val="16"/>
          <w:lang w:val="pl-PL"/>
        </w:rPr>
        <w:t>podpis elektroniczny</w:t>
      </w:r>
    </w:p>
    <w:p w14:paraId="3926B78B" w14:textId="77777777" w:rsidR="005D0B47" w:rsidRPr="00F53779" w:rsidRDefault="005D0B47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i/>
          <w:iCs/>
          <w:sz w:val="16"/>
          <w:szCs w:val="16"/>
          <w:lang w:val="pl-PL"/>
        </w:rPr>
      </w:pPr>
    </w:p>
    <w:p w14:paraId="72AAC56C" w14:textId="77777777" w:rsidR="005D0B47" w:rsidRPr="00F53779" w:rsidRDefault="005D0B47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i/>
          <w:iCs/>
          <w:sz w:val="16"/>
          <w:szCs w:val="16"/>
          <w:lang w:val="pl-PL"/>
        </w:rPr>
      </w:pPr>
    </w:p>
    <w:p w14:paraId="5D9F583B" w14:textId="77777777" w:rsidR="005D0B47" w:rsidRPr="00F53779" w:rsidRDefault="005D0B47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i/>
          <w:iCs/>
          <w:sz w:val="16"/>
          <w:szCs w:val="16"/>
          <w:lang w:val="pl-PL"/>
        </w:rPr>
      </w:pPr>
    </w:p>
    <w:p w14:paraId="22E023E6" w14:textId="77777777" w:rsidR="005D0B47" w:rsidRPr="00F53779" w:rsidRDefault="005D0B47" w:rsidP="005D0B47">
      <w:pPr>
        <w:jc w:val="center"/>
        <w:rPr>
          <w:lang w:val="pl-PL"/>
        </w:rPr>
      </w:pPr>
      <w:r w:rsidRPr="00F53779">
        <w:rPr>
          <w:b/>
          <w:sz w:val="28"/>
          <w:lang w:val="pl-PL"/>
        </w:rPr>
        <w:lastRenderedPageBreak/>
        <w:t>INSTRUKCJA WYPEŁNIENIA NOTY KSIĘGOWEJ</w:t>
      </w:r>
    </w:p>
    <w:p w14:paraId="0BCDFD4F" w14:textId="77777777" w:rsidR="005D0B47" w:rsidRPr="00F53779" w:rsidRDefault="005D0B47" w:rsidP="005D0B47">
      <w:pPr>
        <w:spacing w:after="100"/>
        <w:rPr>
          <w:b/>
          <w:lang w:val="pl-PL"/>
        </w:rPr>
      </w:pPr>
      <w:r w:rsidRPr="00F53779">
        <w:rPr>
          <w:b/>
          <w:lang w:val="pl-PL"/>
        </w:rPr>
        <w:t xml:space="preserve">Prosimy o czytelne i kompletne wypełnienie noty księgowej. </w:t>
      </w:r>
    </w:p>
    <w:p w14:paraId="787B6F80" w14:textId="7868488D" w:rsidR="005D0B47" w:rsidRPr="00F53779" w:rsidRDefault="005D0B47" w:rsidP="005D0B47">
      <w:pPr>
        <w:spacing w:after="100"/>
        <w:rPr>
          <w:b/>
          <w:lang w:val="pl-PL"/>
        </w:rPr>
      </w:pPr>
      <w:r w:rsidRPr="00F53779">
        <w:rPr>
          <w:b/>
          <w:lang w:val="pl-PL"/>
        </w:rPr>
        <w:t>(jedna nota dla wszystkich</w:t>
      </w:r>
      <w:r w:rsidR="001F219B" w:rsidRPr="00F53779">
        <w:rPr>
          <w:b/>
          <w:lang w:val="pl-PL"/>
        </w:rPr>
        <w:t>,</w:t>
      </w:r>
      <w:r w:rsidRPr="00F53779">
        <w:rPr>
          <w:b/>
          <w:lang w:val="pl-PL"/>
        </w:rPr>
        <w:t xml:space="preserve"> którym przyznano nagrodę)</w:t>
      </w:r>
    </w:p>
    <w:p w14:paraId="32717D5C" w14:textId="77777777" w:rsidR="005D0B47" w:rsidRPr="00F53779" w:rsidRDefault="005D0B47" w:rsidP="005D0B47">
      <w:pPr>
        <w:spacing w:after="100"/>
        <w:rPr>
          <w:lang w:val="pl-PL"/>
        </w:rPr>
      </w:pPr>
    </w:p>
    <w:p w14:paraId="46E2EFA3" w14:textId="77777777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1. Miejscowość i data wystawienia – </w:t>
      </w:r>
      <w:r w:rsidRPr="00F53779">
        <w:rPr>
          <w:lang w:val="pl-PL"/>
        </w:rPr>
        <w:t>Wpisać miejscowość oraz datę wystawienia noty.</w:t>
      </w:r>
    </w:p>
    <w:p w14:paraId="0B10296B" w14:textId="77777777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2. Numer noty – </w:t>
      </w:r>
      <w:r w:rsidRPr="00F53779">
        <w:rPr>
          <w:lang w:val="pl-PL"/>
        </w:rPr>
        <w:t>Nadać numer zgodnie z numeracją stosowaną w jednostce.</w:t>
      </w:r>
    </w:p>
    <w:p w14:paraId="0611A240" w14:textId="51131E66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3. Wystawca – </w:t>
      </w:r>
      <w:r w:rsidRPr="00F53779">
        <w:rPr>
          <w:lang w:val="pl-PL"/>
        </w:rPr>
        <w:t xml:space="preserve">Wpisać pełną nazwę i adres </w:t>
      </w:r>
      <w:r w:rsidR="002677F2" w:rsidRPr="00F53779">
        <w:rPr>
          <w:lang w:val="pl-PL"/>
        </w:rPr>
        <w:t>szkoły/placówki</w:t>
      </w:r>
      <w:r w:rsidRPr="00F53779">
        <w:rPr>
          <w:lang w:val="pl-PL"/>
        </w:rPr>
        <w:t>.</w:t>
      </w:r>
    </w:p>
    <w:p w14:paraId="6D8A2373" w14:textId="77777777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4. Odbiorca – </w:t>
      </w:r>
      <w:r w:rsidRPr="00F53779">
        <w:rPr>
          <w:lang w:val="pl-PL"/>
        </w:rPr>
        <w:t>Wpisać pełną nazwę i adres jednostki, do której kierowana jest nota.</w:t>
      </w:r>
    </w:p>
    <w:p w14:paraId="677EE770" w14:textId="77777777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5. Kwota obciążenia – </w:t>
      </w:r>
      <w:r w:rsidRPr="00F53779">
        <w:rPr>
          <w:lang w:val="pl-PL"/>
        </w:rPr>
        <w:t>Wpisać łączną kwotę noty cyframi oraz słownie.</w:t>
      </w:r>
    </w:p>
    <w:p w14:paraId="0A81ACDA" w14:textId="77777777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6. Osoby, którym przyznano nagrodę – </w:t>
      </w:r>
      <w:r w:rsidRPr="00F53779">
        <w:rPr>
          <w:lang w:val="pl-PL"/>
        </w:rPr>
        <w:t xml:space="preserve">Wpisać imiona i nazwiska osób, dla których przyznano nagrody. Niewykorzystane pozycje można pozostawić puste lub wykreślić. </w:t>
      </w:r>
    </w:p>
    <w:p w14:paraId="2BD0CFA8" w14:textId="55119B45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7. Podstawa wystawienia noty – </w:t>
      </w:r>
      <w:r w:rsidRPr="00F53779">
        <w:rPr>
          <w:lang w:val="pl-PL"/>
        </w:rPr>
        <w:t xml:space="preserve">Wpisać numer i datę pisma, </w:t>
      </w:r>
      <w:r w:rsidR="00E930DD" w:rsidRPr="00F53779">
        <w:rPr>
          <w:lang w:val="pl-PL"/>
        </w:rPr>
        <w:t>informującego o</w:t>
      </w:r>
      <w:r w:rsidRPr="00F53779">
        <w:rPr>
          <w:lang w:val="pl-PL"/>
        </w:rPr>
        <w:t xml:space="preserve"> przyznan</w:t>
      </w:r>
      <w:r w:rsidR="00E930DD" w:rsidRPr="00F53779">
        <w:rPr>
          <w:lang w:val="pl-PL"/>
        </w:rPr>
        <w:t>iu</w:t>
      </w:r>
      <w:r w:rsidRPr="00F53779">
        <w:rPr>
          <w:lang w:val="pl-PL"/>
        </w:rPr>
        <w:t xml:space="preserve"> nagrody.</w:t>
      </w:r>
    </w:p>
    <w:p w14:paraId="04BB3D2C" w14:textId="647EBEF6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8. Rozliczenie kwoty – </w:t>
      </w:r>
      <w:r w:rsidRPr="00F53779">
        <w:rPr>
          <w:lang w:val="pl-PL"/>
        </w:rPr>
        <w:t>Wpisać kwoty w odpowiednich paragrafach: § 3040 – nagroda, § 4110 – składki ZUS</w:t>
      </w:r>
      <w:r w:rsidR="000F2D2D" w:rsidRPr="00F53779">
        <w:rPr>
          <w:lang w:val="pl-PL"/>
        </w:rPr>
        <w:t xml:space="preserve"> płatnika</w:t>
      </w:r>
      <w:r w:rsidRPr="00F53779">
        <w:rPr>
          <w:lang w:val="pl-PL"/>
        </w:rPr>
        <w:t>, §</w:t>
      </w:r>
      <w:r w:rsidR="000F2D2D" w:rsidRPr="00F53779">
        <w:rPr>
          <w:lang w:val="pl-PL"/>
        </w:rPr>
        <w:t> </w:t>
      </w:r>
      <w:r w:rsidRPr="00F53779">
        <w:rPr>
          <w:lang w:val="pl-PL"/>
        </w:rPr>
        <w:t>4120 – składka na Fundusz Pracy, § 4710 – składka PPK. Jeżeli dana pozycja nie występuje, wpisać 0,00 zł.</w:t>
      </w:r>
    </w:p>
    <w:p w14:paraId="1E266BFF" w14:textId="77777777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9. Numer rachunku bankowego – </w:t>
      </w:r>
      <w:r w:rsidRPr="00F53779">
        <w:rPr>
          <w:lang w:val="pl-PL"/>
        </w:rPr>
        <w:t>Wpisać 26-cyfrowy numer rachunku bankowego, na który mają zostać przekazane środki.</w:t>
      </w:r>
    </w:p>
    <w:p w14:paraId="4309D327" w14:textId="655CFEB1" w:rsidR="005D0B47" w:rsidRPr="00F53779" w:rsidRDefault="005D0B47" w:rsidP="005D0B47">
      <w:pPr>
        <w:spacing w:after="50"/>
        <w:rPr>
          <w:lang w:val="pl-PL"/>
        </w:rPr>
      </w:pPr>
      <w:r w:rsidRPr="00F53779">
        <w:rPr>
          <w:b/>
          <w:lang w:val="pl-PL"/>
        </w:rPr>
        <w:t xml:space="preserve">10. Podpis – </w:t>
      </w:r>
      <w:r w:rsidRPr="00F53779">
        <w:rPr>
          <w:lang w:val="pl-PL"/>
        </w:rPr>
        <w:t xml:space="preserve">Notę podpisuje </w:t>
      </w:r>
      <w:r w:rsidR="00E930DD" w:rsidRPr="00F53779">
        <w:rPr>
          <w:lang w:val="pl-PL"/>
        </w:rPr>
        <w:t>dyrektor szkoły/placówki lub osoba przez niego upoważniona</w:t>
      </w:r>
      <w:r w:rsidRPr="00F53779">
        <w:rPr>
          <w:lang w:val="pl-PL"/>
        </w:rPr>
        <w:t xml:space="preserve"> – odręcznie wraz z pieczęcią lub</w:t>
      </w:r>
      <w:r w:rsidR="00E930DD" w:rsidRPr="00F53779">
        <w:rPr>
          <w:lang w:val="pl-PL"/>
        </w:rPr>
        <w:t> </w:t>
      </w:r>
      <w:r w:rsidRPr="00F53779">
        <w:rPr>
          <w:lang w:val="pl-PL"/>
        </w:rPr>
        <w:t>podpisem elektronicznym.</w:t>
      </w:r>
    </w:p>
    <w:p w14:paraId="6AF65DE0" w14:textId="77777777" w:rsidR="005D0B47" w:rsidRPr="00F53779" w:rsidRDefault="005D0B47" w:rsidP="005D0B47">
      <w:pPr>
        <w:spacing w:before="120" w:after="60"/>
        <w:rPr>
          <w:lang w:val="pl-PL"/>
        </w:rPr>
      </w:pPr>
      <w:r w:rsidRPr="00F53779">
        <w:rPr>
          <w:b/>
          <w:sz w:val="21"/>
          <w:lang w:val="pl-PL"/>
        </w:rPr>
        <w:t>WAŻNE:</w:t>
      </w:r>
    </w:p>
    <w:p w14:paraId="087C4AFF" w14:textId="77777777" w:rsidR="005D0B47" w:rsidRPr="00F53779" w:rsidRDefault="005D0B47" w:rsidP="005D0B47">
      <w:pPr>
        <w:spacing w:after="40"/>
        <w:ind w:left="283" w:hanging="142"/>
        <w:rPr>
          <w:lang w:val="pl-PL"/>
        </w:rPr>
      </w:pPr>
      <w:r w:rsidRPr="00F53779">
        <w:rPr>
          <w:b/>
          <w:lang w:val="pl-PL"/>
        </w:rPr>
        <w:t xml:space="preserve">• </w:t>
      </w:r>
      <w:r w:rsidRPr="00F53779">
        <w:rPr>
          <w:lang w:val="pl-PL"/>
        </w:rPr>
        <w:t>Suma kwot wykazanych w poszczególnych paragrafach musi być równa łącznej kwocie noty.</w:t>
      </w:r>
    </w:p>
    <w:p w14:paraId="2355CC6A" w14:textId="77777777" w:rsidR="005D0B47" w:rsidRPr="00F53779" w:rsidRDefault="005D0B47" w:rsidP="005D0B47">
      <w:pPr>
        <w:spacing w:after="40"/>
        <w:ind w:left="283" w:hanging="142"/>
        <w:rPr>
          <w:lang w:val="pl-PL"/>
        </w:rPr>
      </w:pPr>
      <w:r w:rsidRPr="00F53779">
        <w:rPr>
          <w:b/>
          <w:lang w:val="pl-PL"/>
        </w:rPr>
        <w:t xml:space="preserve">• </w:t>
      </w:r>
      <w:r w:rsidRPr="00F53779">
        <w:rPr>
          <w:lang w:val="pl-PL"/>
        </w:rPr>
        <w:t>Przed przekazaniem noty należy sprawdzić poprawność wszystkich danych, kwot oraz numeru rachunku bankowego.</w:t>
      </w:r>
    </w:p>
    <w:p w14:paraId="7CF01EF2" w14:textId="77777777" w:rsidR="005D0B47" w:rsidRPr="00F53779" w:rsidRDefault="005D0B47" w:rsidP="00286CD4">
      <w:pPr>
        <w:spacing w:after="0" w:line="240" w:lineRule="auto"/>
        <w:ind w:firstLine="5387"/>
        <w:jc w:val="center"/>
        <w:rPr>
          <w:rFonts w:asciiTheme="majorHAnsi" w:hAnsiTheme="majorHAnsi" w:cstheme="majorHAnsi"/>
          <w:i/>
          <w:iCs/>
          <w:sz w:val="16"/>
          <w:szCs w:val="16"/>
          <w:lang w:val="pl-PL"/>
        </w:rPr>
      </w:pPr>
    </w:p>
    <w:sectPr w:rsidR="005D0B47" w:rsidRPr="00F53779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2783498">
    <w:abstractNumId w:val="8"/>
  </w:num>
  <w:num w:numId="2" w16cid:durableId="278296456">
    <w:abstractNumId w:val="6"/>
  </w:num>
  <w:num w:numId="3" w16cid:durableId="1203635888">
    <w:abstractNumId w:val="5"/>
  </w:num>
  <w:num w:numId="4" w16cid:durableId="83965945">
    <w:abstractNumId w:val="4"/>
  </w:num>
  <w:num w:numId="5" w16cid:durableId="649292126">
    <w:abstractNumId w:val="7"/>
  </w:num>
  <w:num w:numId="6" w16cid:durableId="839123484">
    <w:abstractNumId w:val="3"/>
  </w:num>
  <w:num w:numId="7" w16cid:durableId="549656722">
    <w:abstractNumId w:val="2"/>
  </w:num>
  <w:num w:numId="8" w16cid:durableId="1057127357">
    <w:abstractNumId w:val="1"/>
  </w:num>
  <w:num w:numId="9" w16cid:durableId="126919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C9"/>
    <w:rsid w:val="000343E3"/>
    <w:rsid w:val="00034616"/>
    <w:rsid w:val="00050855"/>
    <w:rsid w:val="0006063C"/>
    <w:rsid w:val="00060E2F"/>
    <w:rsid w:val="000C5269"/>
    <w:rsid w:val="000D2490"/>
    <w:rsid w:val="000E0102"/>
    <w:rsid w:val="000F2D2D"/>
    <w:rsid w:val="0015074B"/>
    <w:rsid w:val="001C3D57"/>
    <w:rsid w:val="001E47BF"/>
    <w:rsid w:val="001F1729"/>
    <w:rsid w:val="001F219B"/>
    <w:rsid w:val="002138A6"/>
    <w:rsid w:val="002173FE"/>
    <w:rsid w:val="002677F2"/>
    <w:rsid w:val="00281BF7"/>
    <w:rsid w:val="00286CD4"/>
    <w:rsid w:val="0029639D"/>
    <w:rsid w:val="00316B46"/>
    <w:rsid w:val="00326F90"/>
    <w:rsid w:val="0034524D"/>
    <w:rsid w:val="00372C4E"/>
    <w:rsid w:val="00380C4B"/>
    <w:rsid w:val="00386C36"/>
    <w:rsid w:val="003A2358"/>
    <w:rsid w:val="003B0169"/>
    <w:rsid w:val="003B3CFC"/>
    <w:rsid w:val="003B5175"/>
    <w:rsid w:val="003C0E2A"/>
    <w:rsid w:val="004231F1"/>
    <w:rsid w:val="00423BBB"/>
    <w:rsid w:val="00426C80"/>
    <w:rsid w:val="00444E79"/>
    <w:rsid w:val="00452D8C"/>
    <w:rsid w:val="00496DEA"/>
    <w:rsid w:val="004C2567"/>
    <w:rsid w:val="004F7EE1"/>
    <w:rsid w:val="00552C38"/>
    <w:rsid w:val="00582830"/>
    <w:rsid w:val="00583305"/>
    <w:rsid w:val="005A13FA"/>
    <w:rsid w:val="005B3318"/>
    <w:rsid w:val="005B60BA"/>
    <w:rsid w:val="005D0B47"/>
    <w:rsid w:val="006416D0"/>
    <w:rsid w:val="006424C8"/>
    <w:rsid w:val="00643301"/>
    <w:rsid w:val="00653BB0"/>
    <w:rsid w:val="006712CD"/>
    <w:rsid w:val="006A0320"/>
    <w:rsid w:val="006A29D9"/>
    <w:rsid w:val="006A3C59"/>
    <w:rsid w:val="006B5638"/>
    <w:rsid w:val="006D2594"/>
    <w:rsid w:val="007441BC"/>
    <w:rsid w:val="007462D1"/>
    <w:rsid w:val="00753CE9"/>
    <w:rsid w:val="00761275"/>
    <w:rsid w:val="00776BA9"/>
    <w:rsid w:val="00782DA5"/>
    <w:rsid w:val="007A4484"/>
    <w:rsid w:val="007A6758"/>
    <w:rsid w:val="007F3683"/>
    <w:rsid w:val="0082321A"/>
    <w:rsid w:val="008340EA"/>
    <w:rsid w:val="00883F43"/>
    <w:rsid w:val="0091075E"/>
    <w:rsid w:val="00956F28"/>
    <w:rsid w:val="00973B62"/>
    <w:rsid w:val="009965B3"/>
    <w:rsid w:val="009A4872"/>
    <w:rsid w:val="009A4EC3"/>
    <w:rsid w:val="009D6707"/>
    <w:rsid w:val="00A750F3"/>
    <w:rsid w:val="00AA1D8D"/>
    <w:rsid w:val="00B12CF5"/>
    <w:rsid w:val="00B15F7C"/>
    <w:rsid w:val="00B160E9"/>
    <w:rsid w:val="00B47730"/>
    <w:rsid w:val="00B67305"/>
    <w:rsid w:val="00B74FC7"/>
    <w:rsid w:val="00BA759E"/>
    <w:rsid w:val="00BC7224"/>
    <w:rsid w:val="00BD1876"/>
    <w:rsid w:val="00C4266D"/>
    <w:rsid w:val="00C70A54"/>
    <w:rsid w:val="00CB0664"/>
    <w:rsid w:val="00CD71B9"/>
    <w:rsid w:val="00CE1AE8"/>
    <w:rsid w:val="00D059C9"/>
    <w:rsid w:val="00D46B62"/>
    <w:rsid w:val="00D9575B"/>
    <w:rsid w:val="00DB69A8"/>
    <w:rsid w:val="00DD4710"/>
    <w:rsid w:val="00DD69C9"/>
    <w:rsid w:val="00E32E6B"/>
    <w:rsid w:val="00E71D8D"/>
    <w:rsid w:val="00E85DE1"/>
    <w:rsid w:val="00E930DD"/>
    <w:rsid w:val="00E94EB3"/>
    <w:rsid w:val="00EA511B"/>
    <w:rsid w:val="00EC6C15"/>
    <w:rsid w:val="00F122C5"/>
    <w:rsid w:val="00F53779"/>
    <w:rsid w:val="00F61DED"/>
    <w:rsid w:val="00FA6BDD"/>
    <w:rsid w:val="00FC693F"/>
    <w:rsid w:val="00FE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54DBE"/>
  <w14:defaultImageDpi w14:val="300"/>
  <w15:docId w15:val="{6F0DCAE4-B5A9-4073-9BE2-B46B2B92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02CACE-80B5-4B06-820B-C32AF4E9C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Łukasz Słodkowski</cp:lastModifiedBy>
  <cp:revision>3</cp:revision>
  <cp:lastPrinted>2026-10-13T07:31:00Z</cp:lastPrinted>
  <dcterms:created xsi:type="dcterms:W3CDTF">2026-10-15T06:44:00Z</dcterms:created>
  <dcterms:modified xsi:type="dcterms:W3CDTF">2026-10-15T07:00:00Z</dcterms:modified>
  <cp:category/>
</cp:coreProperties>
</file>