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DABC3" w14:textId="77777777" w:rsidR="00382619" w:rsidRPr="00706432" w:rsidRDefault="00382619" w:rsidP="00382619">
      <w:pPr>
        <w:spacing w:after="0"/>
        <w:rPr>
          <w:i/>
          <w:sz w:val="18"/>
          <w:lang w:val="pl-PL"/>
        </w:rPr>
      </w:pPr>
      <w:r w:rsidRPr="00706432">
        <w:rPr>
          <w:i/>
          <w:sz w:val="18"/>
          <w:lang w:val="pl-PL"/>
        </w:rPr>
        <w:t xml:space="preserve">Załącznik nr </w:t>
      </w:r>
      <w:r w:rsidR="004347A1" w:rsidRPr="00706432">
        <w:rPr>
          <w:i/>
          <w:sz w:val="18"/>
          <w:lang w:val="pl-PL"/>
        </w:rPr>
        <w:t>2</w:t>
      </w:r>
      <w:r w:rsidRPr="00706432">
        <w:rPr>
          <w:i/>
          <w:sz w:val="18"/>
          <w:lang w:val="pl-PL"/>
        </w:rPr>
        <w:t xml:space="preserve"> do Regulaminu konkursu ofert</w:t>
      </w:r>
      <w:r w:rsidRPr="00706432">
        <w:rPr>
          <w:i/>
          <w:sz w:val="18"/>
          <w:lang w:val="pl-PL"/>
        </w:rPr>
        <w:br/>
        <w:t>na wybór ajenta prowadzącego stołówkę szkolną i bufet szkolny</w:t>
      </w:r>
    </w:p>
    <w:p w14:paraId="3FB30672" w14:textId="77777777" w:rsidR="00382619" w:rsidRPr="00706432" w:rsidRDefault="00382619" w:rsidP="00382619">
      <w:pPr>
        <w:spacing w:after="0"/>
        <w:rPr>
          <w:i/>
          <w:sz w:val="18"/>
          <w:lang w:val="pl-PL"/>
        </w:rPr>
      </w:pPr>
      <w:r w:rsidRPr="00706432">
        <w:rPr>
          <w:i/>
          <w:sz w:val="18"/>
          <w:lang w:val="pl-PL"/>
        </w:rPr>
        <w:t xml:space="preserve">w OSM I </w:t>
      </w:r>
      <w:proofErr w:type="spellStart"/>
      <w:r w:rsidRPr="00706432">
        <w:rPr>
          <w:i/>
          <w:sz w:val="18"/>
          <w:lang w:val="pl-PL"/>
        </w:rPr>
        <w:t>i</w:t>
      </w:r>
      <w:proofErr w:type="spellEnd"/>
      <w:r w:rsidRPr="00706432">
        <w:rPr>
          <w:i/>
          <w:sz w:val="18"/>
          <w:lang w:val="pl-PL"/>
        </w:rPr>
        <w:t xml:space="preserve"> II st. im. Henryka Wieniawskiego w Łodzi</w:t>
      </w:r>
    </w:p>
    <w:p w14:paraId="520B1C81" w14:textId="77777777" w:rsidR="00607A21" w:rsidRPr="00706432" w:rsidRDefault="00607A21" w:rsidP="00382619">
      <w:pPr>
        <w:spacing w:after="0"/>
        <w:rPr>
          <w:i/>
          <w:sz w:val="18"/>
          <w:lang w:val="pl-PL"/>
        </w:rPr>
      </w:pPr>
    </w:p>
    <w:p w14:paraId="0F515995" w14:textId="77777777" w:rsidR="00A71111" w:rsidRPr="001652B2" w:rsidRDefault="00C20DCE" w:rsidP="0083183F">
      <w:pPr>
        <w:pStyle w:val="Nagwek2"/>
        <w:spacing w:after="240"/>
        <w:jc w:val="center"/>
        <w:rPr>
          <w:color w:val="365F91" w:themeColor="accent1" w:themeShade="BF"/>
          <w:lang w:val="pl-PL"/>
        </w:rPr>
      </w:pPr>
      <w:r w:rsidRPr="001652B2">
        <w:rPr>
          <w:color w:val="365F91" w:themeColor="accent1" w:themeShade="BF"/>
          <w:lang w:val="pl-PL"/>
        </w:rPr>
        <w:t>FORMULARZ OFERTY</w:t>
      </w:r>
    </w:p>
    <w:p w14:paraId="3EE65F01" w14:textId="77777777" w:rsidR="00F6552B" w:rsidRPr="00706432" w:rsidRDefault="00C20DCE" w:rsidP="00F6552B">
      <w:pPr>
        <w:spacing w:after="0"/>
        <w:jc w:val="center"/>
        <w:rPr>
          <w:lang w:val="pl-PL"/>
        </w:rPr>
      </w:pPr>
      <w:r w:rsidRPr="00706432">
        <w:rPr>
          <w:b/>
          <w:lang w:val="pl-PL"/>
        </w:rPr>
        <w:t>Konkurs ofert na wybór ajenta prowadzącego stołówkę szkolną i bufet szkolny</w:t>
      </w:r>
      <w:r w:rsidR="00F6552B" w:rsidRPr="00706432">
        <w:rPr>
          <w:lang w:val="pl-PL"/>
        </w:rPr>
        <w:t xml:space="preserve"> </w:t>
      </w:r>
    </w:p>
    <w:p w14:paraId="26D773D8" w14:textId="77777777" w:rsidR="00F6552B" w:rsidRPr="00706432" w:rsidRDefault="00F6552B" w:rsidP="00F6552B">
      <w:pPr>
        <w:jc w:val="center"/>
        <w:rPr>
          <w:b/>
          <w:lang w:val="pl-PL"/>
        </w:rPr>
      </w:pPr>
      <w:r w:rsidRPr="00706432">
        <w:rPr>
          <w:b/>
          <w:lang w:val="pl-PL"/>
        </w:rPr>
        <w:t xml:space="preserve">w Ogólnokształcącej Szkole Muzycznej I </w:t>
      </w:r>
      <w:proofErr w:type="spellStart"/>
      <w:r w:rsidRPr="00706432">
        <w:rPr>
          <w:b/>
          <w:lang w:val="pl-PL"/>
        </w:rPr>
        <w:t>i</w:t>
      </w:r>
      <w:proofErr w:type="spellEnd"/>
      <w:r w:rsidRPr="00706432">
        <w:rPr>
          <w:b/>
          <w:lang w:val="pl-PL"/>
        </w:rPr>
        <w:t xml:space="preserve"> II st. im. Henryka Wieniawskiego w Łodzi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25"/>
        <w:gridCol w:w="4924"/>
      </w:tblGrid>
      <w:tr w:rsidR="00A71111" w:rsidRPr="00706432" w14:paraId="66A3320C" w14:textId="77777777" w:rsidTr="004B43BE">
        <w:trPr>
          <w:trHeight w:val="340"/>
          <w:tblHeader/>
          <w:jc w:val="center"/>
        </w:trPr>
        <w:tc>
          <w:tcPr>
            <w:tcW w:w="4929" w:type="dxa"/>
            <w:shd w:val="clear" w:color="auto" w:fill="98CDFE"/>
          </w:tcPr>
          <w:p w14:paraId="3283EE13" w14:textId="77777777" w:rsidR="00A71111" w:rsidRPr="00706432" w:rsidRDefault="00C20DCE">
            <w:pPr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Dane oferenta</w:t>
            </w:r>
          </w:p>
        </w:tc>
        <w:tc>
          <w:tcPr>
            <w:tcW w:w="4929" w:type="dxa"/>
            <w:shd w:val="clear" w:color="auto" w:fill="98CDFE"/>
          </w:tcPr>
          <w:p w14:paraId="0A51291F" w14:textId="77777777" w:rsidR="00A71111" w:rsidRPr="00706432" w:rsidRDefault="00C20DCE">
            <w:pPr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Wypełnia oferent</w:t>
            </w:r>
          </w:p>
        </w:tc>
      </w:tr>
      <w:tr w:rsidR="00A71111" w:rsidRPr="00706432" w14:paraId="1BDF38AA" w14:textId="77777777" w:rsidTr="00122883">
        <w:trPr>
          <w:trHeight w:val="454"/>
          <w:jc w:val="center"/>
        </w:trPr>
        <w:tc>
          <w:tcPr>
            <w:tcW w:w="4929" w:type="dxa"/>
          </w:tcPr>
          <w:p w14:paraId="1DC3E182" w14:textId="77777777" w:rsidR="00A71111" w:rsidRPr="00706432" w:rsidRDefault="00C20DCE">
            <w:pPr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Nazwa / imię i nazwisko oferenta</w:t>
            </w:r>
          </w:p>
        </w:tc>
        <w:tc>
          <w:tcPr>
            <w:tcW w:w="4929" w:type="dxa"/>
          </w:tcPr>
          <w:p w14:paraId="7EAF0852" w14:textId="77777777" w:rsidR="00A71111" w:rsidRPr="00706432" w:rsidRDefault="00A71111">
            <w:pPr>
              <w:rPr>
                <w:lang w:val="pl-PL"/>
              </w:rPr>
            </w:pPr>
          </w:p>
        </w:tc>
      </w:tr>
      <w:tr w:rsidR="00A71111" w:rsidRPr="00706432" w14:paraId="0279879D" w14:textId="77777777" w:rsidTr="00122883">
        <w:trPr>
          <w:trHeight w:val="454"/>
          <w:jc w:val="center"/>
        </w:trPr>
        <w:tc>
          <w:tcPr>
            <w:tcW w:w="4929" w:type="dxa"/>
          </w:tcPr>
          <w:p w14:paraId="5D8D836F" w14:textId="77777777" w:rsidR="00A71111" w:rsidRPr="00706432" w:rsidRDefault="00C20DCE">
            <w:pPr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Adres siedziby / adres działalności</w:t>
            </w:r>
          </w:p>
        </w:tc>
        <w:tc>
          <w:tcPr>
            <w:tcW w:w="4929" w:type="dxa"/>
          </w:tcPr>
          <w:p w14:paraId="18F82393" w14:textId="77777777" w:rsidR="00A71111" w:rsidRPr="00706432" w:rsidRDefault="00A71111">
            <w:pPr>
              <w:rPr>
                <w:lang w:val="pl-PL"/>
              </w:rPr>
            </w:pPr>
          </w:p>
        </w:tc>
      </w:tr>
      <w:tr w:rsidR="00A71111" w:rsidRPr="00706432" w14:paraId="686A2ECA" w14:textId="77777777" w:rsidTr="00122883">
        <w:trPr>
          <w:trHeight w:val="454"/>
          <w:jc w:val="center"/>
        </w:trPr>
        <w:tc>
          <w:tcPr>
            <w:tcW w:w="4929" w:type="dxa"/>
          </w:tcPr>
          <w:p w14:paraId="0B5430E9" w14:textId="77777777" w:rsidR="00A71111" w:rsidRPr="00706432" w:rsidRDefault="00C20DCE">
            <w:pPr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NIP</w:t>
            </w:r>
          </w:p>
        </w:tc>
        <w:tc>
          <w:tcPr>
            <w:tcW w:w="4929" w:type="dxa"/>
          </w:tcPr>
          <w:p w14:paraId="37E507D4" w14:textId="77777777" w:rsidR="00A71111" w:rsidRPr="00706432" w:rsidRDefault="00A71111">
            <w:pPr>
              <w:rPr>
                <w:lang w:val="pl-PL"/>
              </w:rPr>
            </w:pPr>
          </w:p>
        </w:tc>
      </w:tr>
      <w:tr w:rsidR="00A71111" w:rsidRPr="00706432" w14:paraId="745CE086" w14:textId="77777777" w:rsidTr="00122883">
        <w:trPr>
          <w:trHeight w:val="454"/>
          <w:jc w:val="center"/>
        </w:trPr>
        <w:tc>
          <w:tcPr>
            <w:tcW w:w="4929" w:type="dxa"/>
          </w:tcPr>
          <w:p w14:paraId="4C91E3AF" w14:textId="77777777" w:rsidR="00A71111" w:rsidRPr="00706432" w:rsidRDefault="00C20DCE">
            <w:pPr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REGON</w:t>
            </w:r>
          </w:p>
        </w:tc>
        <w:tc>
          <w:tcPr>
            <w:tcW w:w="4929" w:type="dxa"/>
          </w:tcPr>
          <w:p w14:paraId="13D8846C" w14:textId="77777777" w:rsidR="00A71111" w:rsidRPr="00706432" w:rsidRDefault="00A71111">
            <w:pPr>
              <w:rPr>
                <w:lang w:val="pl-PL"/>
              </w:rPr>
            </w:pPr>
          </w:p>
        </w:tc>
      </w:tr>
      <w:tr w:rsidR="00A71111" w:rsidRPr="00706432" w14:paraId="53CD8796" w14:textId="77777777" w:rsidTr="00122883">
        <w:trPr>
          <w:trHeight w:val="454"/>
          <w:jc w:val="center"/>
        </w:trPr>
        <w:tc>
          <w:tcPr>
            <w:tcW w:w="4929" w:type="dxa"/>
          </w:tcPr>
          <w:p w14:paraId="2A1E64D9" w14:textId="77777777" w:rsidR="00A71111" w:rsidRPr="00706432" w:rsidRDefault="00C20DCE">
            <w:pPr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KRS / CEIDG</w:t>
            </w:r>
          </w:p>
        </w:tc>
        <w:tc>
          <w:tcPr>
            <w:tcW w:w="4929" w:type="dxa"/>
          </w:tcPr>
          <w:p w14:paraId="6B0FAF86" w14:textId="77777777" w:rsidR="00A71111" w:rsidRPr="00706432" w:rsidRDefault="00A71111">
            <w:pPr>
              <w:rPr>
                <w:lang w:val="pl-PL"/>
              </w:rPr>
            </w:pPr>
          </w:p>
        </w:tc>
      </w:tr>
      <w:tr w:rsidR="00A71111" w:rsidRPr="00706432" w14:paraId="0E250BA0" w14:textId="77777777" w:rsidTr="00122883">
        <w:trPr>
          <w:trHeight w:val="454"/>
          <w:jc w:val="center"/>
        </w:trPr>
        <w:tc>
          <w:tcPr>
            <w:tcW w:w="4929" w:type="dxa"/>
          </w:tcPr>
          <w:p w14:paraId="0ED77284" w14:textId="77777777" w:rsidR="00A71111" w:rsidRPr="00706432" w:rsidRDefault="00C20DCE">
            <w:pPr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Osoba do kontaktu</w:t>
            </w:r>
          </w:p>
        </w:tc>
        <w:tc>
          <w:tcPr>
            <w:tcW w:w="4929" w:type="dxa"/>
          </w:tcPr>
          <w:p w14:paraId="7A50F071" w14:textId="77777777" w:rsidR="00A71111" w:rsidRPr="00706432" w:rsidRDefault="00A71111">
            <w:pPr>
              <w:rPr>
                <w:lang w:val="pl-PL"/>
              </w:rPr>
            </w:pPr>
          </w:p>
        </w:tc>
      </w:tr>
      <w:tr w:rsidR="00A71111" w:rsidRPr="00706432" w14:paraId="7A10F4A2" w14:textId="77777777" w:rsidTr="00122883">
        <w:trPr>
          <w:trHeight w:val="454"/>
          <w:jc w:val="center"/>
        </w:trPr>
        <w:tc>
          <w:tcPr>
            <w:tcW w:w="4929" w:type="dxa"/>
          </w:tcPr>
          <w:p w14:paraId="3E3BB43E" w14:textId="77777777" w:rsidR="00A71111" w:rsidRPr="00706432" w:rsidRDefault="00C20DCE">
            <w:pPr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Telefon / e-mail</w:t>
            </w:r>
          </w:p>
        </w:tc>
        <w:tc>
          <w:tcPr>
            <w:tcW w:w="4929" w:type="dxa"/>
          </w:tcPr>
          <w:p w14:paraId="137E946E" w14:textId="77777777" w:rsidR="00A71111" w:rsidRPr="00706432" w:rsidRDefault="00A71111">
            <w:pPr>
              <w:rPr>
                <w:lang w:val="pl-PL"/>
              </w:rPr>
            </w:pPr>
          </w:p>
        </w:tc>
      </w:tr>
    </w:tbl>
    <w:p w14:paraId="7785DF49" w14:textId="77777777" w:rsidR="00F6552B" w:rsidRPr="00706432" w:rsidRDefault="00F6552B" w:rsidP="00382619">
      <w:pPr>
        <w:spacing w:after="0"/>
        <w:rPr>
          <w:lang w:val="pl-PL"/>
        </w:rPr>
      </w:pPr>
    </w:p>
    <w:p w14:paraId="65D3FE36" w14:textId="77777777" w:rsidR="00A71111" w:rsidRPr="00706432" w:rsidRDefault="00C20DCE" w:rsidP="00607A21">
      <w:pPr>
        <w:pStyle w:val="Akapitzlist"/>
        <w:numPr>
          <w:ilvl w:val="0"/>
          <w:numId w:val="12"/>
        </w:numPr>
        <w:ind w:left="426"/>
        <w:rPr>
          <w:b/>
          <w:lang w:val="pl-PL"/>
        </w:rPr>
      </w:pPr>
      <w:r w:rsidRPr="00706432">
        <w:rPr>
          <w:b/>
          <w:lang w:val="pl-PL"/>
        </w:rPr>
        <w:t>Oferuję prowadzenie stołówki szkolnej i bufetu szkolnego na warunkach określonych w dokumentacji konkursowej oraz projekcie umowy.</w:t>
      </w:r>
    </w:p>
    <w:p w14:paraId="10CC3FDA" w14:textId="77777777" w:rsidR="00607A21" w:rsidRPr="00706432" w:rsidRDefault="00607A21" w:rsidP="00607A21">
      <w:pPr>
        <w:pStyle w:val="Akapitzlist"/>
        <w:ind w:left="426"/>
        <w:rPr>
          <w:b/>
          <w:lang w:val="pl-PL"/>
        </w:rPr>
      </w:pPr>
    </w:p>
    <w:p w14:paraId="06BA46B2" w14:textId="77777777" w:rsidR="00A71111" w:rsidRPr="00706432" w:rsidRDefault="00C20DCE" w:rsidP="00607A21">
      <w:pPr>
        <w:pStyle w:val="Akapitzlist"/>
        <w:numPr>
          <w:ilvl w:val="0"/>
          <w:numId w:val="12"/>
        </w:numPr>
        <w:ind w:left="426"/>
        <w:rPr>
          <w:b/>
          <w:lang w:val="pl-PL"/>
        </w:rPr>
      </w:pPr>
      <w:r w:rsidRPr="00706432">
        <w:rPr>
          <w:b/>
          <w:lang w:val="pl-PL"/>
        </w:rPr>
        <w:t>Proponowane ceny podstawowe</w:t>
      </w:r>
      <w:r w:rsidR="00122883" w:rsidRPr="00706432">
        <w:rPr>
          <w:b/>
          <w:lang w:val="pl-PL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268"/>
        <w:gridCol w:w="1418"/>
        <w:gridCol w:w="5601"/>
      </w:tblGrid>
      <w:tr w:rsidR="00A71111" w:rsidRPr="00706432" w14:paraId="21B093F9" w14:textId="77777777" w:rsidTr="00C373B9">
        <w:trPr>
          <w:tblHeader/>
          <w:jc w:val="center"/>
        </w:trPr>
        <w:tc>
          <w:tcPr>
            <w:tcW w:w="562" w:type="dxa"/>
            <w:shd w:val="clear" w:color="auto" w:fill="98CDFE"/>
          </w:tcPr>
          <w:p w14:paraId="3336CC7E" w14:textId="77777777" w:rsidR="00A71111" w:rsidRPr="00706432" w:rsidRDefault="00C20DCE" w:rsidP="00030A51">
            <w:pPr>
              <w:spacing w:line="276" w:lineRule="auto"/>
              <w:jc w:val="center"/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L</w:t>
            </w:r>
            <w:r w:rsidR="00FF5E69">
              <w:rPr>
                <w:b/>
                <w:lang w:val="pl-PL"/>
              </w:rPr>
              <w:t>.</w:t>
            </w:r>
            <w:r w:rsidRPr="00706432">
              <w:rPr>
                <w:b/>
                <w:lang w:val="pl-PL"/>
              </w:rPr>
              <w:t>p.</w:t>
            </w:r>
          </w:p>
        </w:tc>
        <w:tc>
          <w:tcPr>
            <w:tcW w:w="2268" w:type="dxa"/>
            <w:shd w:val="clear" w:color="auto" w:fill="98CDFE"/>
          </w:tcPr>
          <w:p w14:paraId="584FCF98" w14:textId="77777777" w:rsidR="00A71111" w:rsidRPr="00706432" w:rsidRDefault="00C20DCE" w:rsidP="00030A51">
            <w:pPr>
              <w:spacing w:line="276" w:lineRule="auto"/>
              <w:jc w:val="center"/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Rodzaj posiłku/usługi</w:t>
            </w:r>
          </w:p>
        </w:tc>
        <w:tc>
          <w:tcPr>
            <w:tcW w:w="1418" w:type="dxa"/>
            <w:shd w:val="clear" w:color="auto" w:fill="98CDFE"/>
          </w:tcPr>
          <w:p w14:paraId="08DBE18C" w14:textId="77777777" w:rsidR="00A71111" w:rsidRPr="00706432" w:rsidRDefault="00C20DCE" w:rsidP="00030A51">
            <w:pPr>
              <w:spacing w:line="276" w:lineRule="auto"/>
              <w:jc w:val="center"/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Cena brutto</w:t>
            </w:r>
            <w:r w:rsidR="00F6552B" w:rsidRPr="00706432">
              <w:rPr>
                <w:b/>
                <w:lang w:val="pl-PL"/>
              </w:rPr>
              <w:t xml:space="preserve"> w złotych</w:t>
            </w:r>
          </w:p>
        </w:tc>
        <w:tc>
          <w:tcPr>
            <w:tcW w:w="5601" w:type="dxa"/>
            <w:shd w:val="clear" w:color="auto" w:fill="98CDFE"/>
          </w:tcPr>
          <w:p w14:paraId="76687DD7" w14:textId="77777777" w:rsidR="00A71111" w:rsidRPr="00706432" w:rsidRDefault="00C20DCE" w:rsidP="00030A51">
            <w:pPr>
              <w:spacing w:line="276" w:lineRule="auto"/>
              <w:jc w:val="center"/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Uwagi / skład / gramatura</w:t>
            </w:r>
          </w:p>
        </w:tc>
      </w:tr>
      <w:tr w:rsidR="00122883" w:rsidRPr="00706432" w14:paraId="6898C63B" w14:textId="77777777" w:rsidTr="0092311A">
        <w:trPr>
          <w:trHeight w:val="340"/>
          <w:jc w:val="center"/>
        </w:trPr>
        <w:tc>
          <w:tcPr>
            <w:tcW w:w="9849" w:type="dxa"/>
            <w:gridSpan w:val="4"/>
            <w:shd w:val="clear" w:color="auto" w:fill="A5F1DD"/>
          </w:tcPr>
          <w:p w14:paraId="0E297C78" w14:textId="77777777" w:rsidR="00122883" w:rsidRPr="00706432" w:rsidRDefault="00122883" w:rsidP="004B43BE">
            <w:pPr>
              <w:spacing w:before="240" w:line="276" w:lineRule="auto"/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 xml:space="preserve">Obiad dla ucznia </w:t>
            </w:r>
          </w:p>
        </w:tc>
      </w:tr>
      <w:tr w:rsidR="00A71111" w:rsidRPr="00706432" w14:paraId="37E34DBB" w14:textId="77777777" w:rsidTr="00FF5E69">
        <w:trPr>
          <w:trHeight w:val="340"/>
          <w:jc w:val="center"/>
        </w:trPr>
        <w:tc>
          <w:tcPr>
            <w:tcW w:w="562" w:type="dxa"/>
          </w:tcPr>
          <w:p w14:paraId="47F9BFF1" w14:textId="77777777" w:rsidR="00A71111" w:rsidRPr="00706432" w:rsidRDefault="00A71111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jc w:val="center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534559B7" w14:textId="77777777" w:rsidR="00A71111" w:rsidRPr="00706432" w:rsidRDefault="00C20DCE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Zupa</w:t>
            </w:r>
            <w:r w:rsidR="00122883" w:rsidRPr="00706432">
              <w:rPr>
                <w:lang w:val="pl-PL"/>
              </w:rPr>
              <w:t xml:space="preserve"> mała</w:t>
            </w:r>
          </w:p>
        </w:tc>
        <w:tc>
          <w:tcPr>
            <w:tcW w:w="1418" w:type="dxa"/>
          </w:tcPr>
          <w:p w14:paraId="268FA12A" w14:textId="77777777" w:rsidR="00A71111" w:rsidRPr="00706432" w:rsidRDefault="00A71111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6F26A05F" w14:textId="77777777" w:rsidR="00A71111" w:rsidRPr="00706432" w:rsidRDefault="00A71111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050DC082" w14:textId="77777777" w:rsidTr="00FF5E69">
        <w:trPr>
          <w:trHeight w:val="340"/>
          <w:jc w:val="center"/>
        </w:trPr>
        <w:tc>
          <w:tcPr>
            <w:tcW w:w="562" w:type="dxa"/>
          </w:tcPr>
          <w:p w14:paraId="2629C418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jc w:val="center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2B54994C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Zupa duża</w:t>
            </w:r>
          </w:p>
        </w:tc>
        <w:tc>
          <w:tcPr>
            <w:tcW w:w="1418" w:type="dxa"/>
          </w:tcPr>
          <w:p w14:paraId="6789C482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2B44AF81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A71111" w:rsidRPr="00706432" w14:paraId="6992B408" w14:textId="77777777" w:rsidTr="00FF5E69">
        <w:trPr>
          <w:trHeight w:val="340"/>
          <w:jc w:val="center"/>
        </w:trPr>
        <w:tc>
          <w:tcPr>
            <w:tcW w:w="562" w:type="dxa"/>
          </w:tcPr>
          <w:p w14:paraId="7B9EEA21" w14:textId="77777777" w:rsidR="00A71111" w:rsidRPr="00706432" w:rsidRDefault="00A71111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jc w:val="center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1A88E8F4" w14:textId="77777777" w:rsidR="00A71111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Danie główne małe</w:t>
            </w:r>
          </w:p>
        </w:tc>
        <w:tc>
          <w:tcPr>
            <w:tcW w:w="1418" w:type="dxa"/>
          </w:tcPr>
          <w:p w14:paraId="115DA0F3" w14:textId="77777777" w:rsidR="00A71111" w:rsidRPr="00706432" w:rsidRDefault="00A71111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4FF4489E" w14:textId="77777777" w:rsidR="00A71111" w:rsidRPr="00706432" w:rsidRDefault="00A71111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04DFB67E" w14:textId="77777777" w:rsidTr="00092C3A">
        <w:trPr>
          <w:trHeight w:val="340"/>
          <w:jc w:val="center"/>
        </w:trPr>
        <w:tc>
          <w:tcPr>
            <w:tcW w:w="562" w:type="dxa"/>
          </w:tcPr>
          <w:p w14:paraId="3C11808E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jc w:val="center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067DA5C6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Danie główne duże</w:t>
            </w:r>
          </w:p>
        </w:tc>
        <w:tc>
          <w:tcPr>
            <w:tcW w:w="1418" w:type="dxa"/>
          </w:tcPr>
          <w:p w14:paraId="1D4D5CC5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  <w:shd w:val="clear" w:color="auto" w:fill="FFFFFF" w:themeFill="background1"/>
          </w:tcPr>
          <w:p w14:paraId="3BECC21D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5A353232" w14:textId="77777777" w:rsidTr="00FF5E69">
        <w:trPr>
          <w:trHeight w:val="340"/>
          <w:jc w:val="center"/>
        </w:trPr>
        <w:tc>
          <w:tcPr>
            <w:tcW w:w="562" w:type="dxa"/>
          </w:tcPr>
          <w:p w14:paraId="1568BF17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jc w:val="center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6E779B7C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Napój</w:t>
            </w:r>
          </w:p>
        </w:tc>
        <w:tc>
          <w:tcPr>
            <w:tcW w:w="1418" w:type="dxa"/>
          </w:tcPr>
          <w:p w14:paraId="7D94E4D8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541C3BF6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5D51DBFE" w14:textId="77777777" w:rsidTr="0092311A">
        <w:trPr>
          <w:trHeight w:val="340"/>
          <w:jc w:val="center"/>
        </w:trPr>
        <w:tc>
          <w:tcPr>
            <w:tcW w:w="9849" w:type="dxa"/>
            <w:gridSpan w:val="4"/>
            <w:shd w:val="clear" w:color="auto" w:fill="A5F1DD"/>
          </w:tcPr>
          <w:p w14:paraId="45D37C3C" w14:textId="77777777" w:rsidR="00122883" w:rsidRPr="00706432" w:rsidRDefault="00122883" w:rsidP="004B43BE">
            <w:pPr>
              <w:spacing w:before="240" w:line="276" w:lineRule="auto"/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Obiad dla pracownika/rodzica</w:t>
            </w:r>
          </w:p>
        </w:tc>
      </w:tr>
      <w:tr w:rsidR="00122883" w:rsidRPr="00706432" w14:paraId="2862BE74" w14:textId="77777777" w:rsidTr="00FF5E69">
        <w:trPr>
          <w:trHeight w:val="340"/>
          <w:jc w:val="center"/>
        </w:trPr>
        <w:tc>
          <w:tcPr>
            <w:tcW w:w="562" w:type="dxa"/>
          </w:tcPr>
          <w:p w14:paraId="28718314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25BE6E02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Zupa mała</w:t>
            </w:r>
          </w:p>
        </w:tc>
        <w:tc>
          <w:tcPr>
            <w:tcW w:w="1418" w:type="dxa"/>
          </w:tcPr>
          <w:p w14:paraId="158F111B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2C8FEC23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4A2CBED9" w14:textId="77777777" w:rsidTr="00FF5E69">
        <w:trPr>
          <w:trHeight w:val="340"/>
          <w:jc w:val="center"/>
        </w:trPr>
        <w:tc>
          <w:tcPr>
            <w:tcW w:w="562" w:type="dxa"/>
          </w:tcPr>
          <w:p w14:paraId="6F312368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4B28409F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Zupa duża</w:t>
            </w:r>
          </w:p>
        </w:tc>
        <w:tc>
          <w:tcPr>
            <w:tcW w:w="1418" w:type="dxa"/>
          </w:tcPr>
          <w:p w14:paraId="6243E6B5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61F68A83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5D330C1D" w14:textId="77777777" w:rsidTr="00FF5E69">
        <w:trPr>
          <w:trHeight w:val="340"/>
          <w:jc w:val="center"/>
        </w:trPr>
        <w:tc>
          <w:tcPr>
            <w:tcW w:w="562" w:type="dxa"/>
          </w:tcPr>
          <w:p w14:paraId="31A25CF4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3CD4D97A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Danie główne małe</w:t>
            </w:r>
          </w:p>
        </w:tc>
        <w:tc>
          <w:tcPr>
            <w:tcW w:w="1418" w:type="dxa"/>
          </w:tcPr>
          <w:p w14:paraId="4CA7F92F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630F4E13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092457B2" w14:textId="77777777" w:rsidTr="00FF5E69">
        <w:trPr>
          <w:trHeight w:val="340"/>
          <w:jc w:val="center"/>
        </w:trPr>
        <w:tc>
          <w:tcPr>
            <w:tcW w:w="562" w:type="dxa"/>
          </w:tcPr>
          <w:p w14:paraId="0A648CE1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4E7D4D22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Danie główne duże</w:t>
            </w:r>
          </w:p>
        </w:tc>
        <w:tc>
          <w:tcPr>
            <w:tcW w:w="1418" w:type="dxa"/>
          </w:tcPr>
          <w:p w14:paraId="3804F070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3088BF6C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3D93EC88" w14:textId="77777777" w:rsidTr="0092311A">
        <w:trPr>
          <w:trHeight w:val="340"/>
          <w:jc w:val="center"/>
        </w:trPr>
        <w:tc>
          <w:tcPr>
            <w:tcW w:w="9849" w:type="dxa"/>
            <w:gridSpan w:val="4"/>
            <w:shd w:val="clear" w:color="auto" w:fill="A5F1DD"/>
          </w:tcPr>
          <w:p w14:paraId="524509C0" w14:textId="77777777" w:rsidR="00122883" w:rsidRPr="00706432" w:rsidRDefault="00122883" w:rsidP="004B43BE">
            <w:pPr>
              <w:spacing w:before="240" w:line="276" w:lineRule="auto"/>
              <w:rPr>
                <w:b/>
                <w:lang w:val="pl-PL"/>
              </w:rPr>
            </w:pPr>
            <w:r w:rsidRPr="00706432">
              <w:rPr>
                <w:b/>
                <w:lang w:val="pl-PL"/>
              </w:rPr>
              <w:t>Proponowane produkty  bufetu</w:t>
            </w:r>
          </w:p>
        </w:tc>
      </w:tr>
      <w:tr w:rsidR="00122883" w:rsidRPr="00706432" w14:paraId="196596EC" w14:textId="77777777" w:rsidTr="00FF5E69">
        <w:trPr>
          <w:trHeight w:val="340"/>
          <w:jc w:val="center"/>
        </w:trPr>
        <w:tc>
          <w:tcPr>
            <w:tcW w:w="562" w:type="dxa"/>
          </w:tcPr>
          <w:p w14:paraId="6EE5F8D1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07875AD9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 xml:space="preserve">Kanapka </w:t>
            </w:r>
          </w:p>
        </w:tc>
        <w:tc>
          <w:tcPr>
            <w:tcW w:w="1418" w:type="dxa"/>
          </w:tcPr>
          <w:p w14:paraId="6EB4E01D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2C06BBF6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420E6F28" w14:textId="77777777" w:rsidTr="00FF5E69">
        <w:trPr>
          <w:trHeight w:val="340"/>
          <w:jc w:val="center"/>
        </w:trPr>
        <w:tc>
          <w:tcPr>
            <w:tcW w:w="562" w:type="dxa"/>
          </w:tcPr>
          <w:p w14:paraId="695BAB4E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7CC7CBCA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  <w:r w:rsidRPr="00706432">
              <w:rPr>
                <w:lang w:val="pl-PL"/>
              </w:rPr>
              <w:t>Woda</w:t>
            </w:r>
          </w:p>
        </w:tc>
        <w:tc>
          <w:tcPr>
            <w:tcW w:w="1418" w:type="dxa"/>
          </w:tcPr>
          <w:p w14:paraId="17E1F946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5324B3B1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19A5D879" w14:textId="77777777" w:rsidTr="00FF5E69">
        <w:trPr>
          <w:trHeight w:val="340"/>
          <w:jc w:val="center"/>
        </w:trPr>
        <w:tc>
          <w:tcPr>
            <w:tcW w:w="562" w:type="dxa"/>
          </w:tcPr>
          <w:p w14:paraId="3ECB33EA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14935E72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1418" w:type="dxa"/>
          </w:tcPr>
          <w:p w14:paraId="749AE4FF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75500391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13B65572" w14:textId="77777777" w:rsidTr="00FF5E69">
        <w:trPr>
          <w:trHeight w:val="340"/>
          <w:jc w:val="center"/>
        </w:trPr>
        <w:tc>
          <w:tcPr>
            <w:tcW w:w="562" w:type="dxa"/>
          </w:tcPr>
          <w:p w14:paraId="0A6E6B1C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490FB9C8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1418" w:type="dxa"/>
          </w:tcPr>
          <w:p w14:paraId="7B5718BA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575C8710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59F95823" w14:textId="77777777" w:rsidTr="00FF5E69">
        <w:trPr>
          <w:trHeight w:val="340"/>
          <w:jc w:val="center"/>
        </w:trPr>
        <w:tc>
          <w:tcPr>
            <w:tcW w:w="562" w:type="dxa"/>
          </w:tcPr>
          <w:p w14:paraId="54F8A7B7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62470540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1418" w:type="dxa"/>
          </w:tcPr>
          <w:p w14:paraId="59A1460F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1B09972D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  <w:tr w:rsidR="00122883" w:rsidRPr="00706432" w14:paraId="3C4E7F38" w14:textId="77777777" w:rsidTr="00FF5E69">
        <w:trPr>
          <w:trHeight w:val="340"/>
          <w:jc w:val="center"/>
        </w:trPr>
        <w:tc>
          <w:tcPr>
            <w:tcW w:w="562" w:type="dxa"/>
          </w:tcPr>
          <w:p w14:paraId="4DB718CC" w14:textId="77777777" w:rsidR="00122883" w:rsidRPr="00706432" w:rsidRDefault="00122883" w:rsidP="00030A51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043F1B09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1418" w:type="dxa"/>
          </w:tcPr>
          <w:p w14:paraId="03FCE258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  <w:tc>
          <w:tcPr>
            <w:tcW w:w="5601" w:type="dxa"/>
          </w:tcPr>
          <w:p w14:paraId="1783F4AE" w14:textId="77777777" w:rsidR="00122883" w:rsidRPr="00706432" w:rsidRDefault="00122883" w:rsidP="00030A51">
            <w:pPr>
              <w:spacing w:before="240" w:line="360" w:lineRule="auto"/>
              <w:rPr>
                <w:lang w:val="pl-PL"/>
              </w:rPr>
            </w:pPr>
          </w:p>
        </w:tc>
      </w:tr>
    </w:tbl>
    <w:p w14:paraId="2A73502D" w14:textId="77777777" w:rsidR="00A71111" w:rsidRPr="00706432" w:rsidRDefault="00C20DCE" w:rsidP="00122883">
      <w:pPr>
        <w:spacing w:before="240"/>
        <w:rPr>
          <w:lang w:val="pl-PL"/>
        </w:rPr>
      </w:pPr>
      <w:r w:rsidRPr="00706432">
        <w:rPr>
          <w:b/>
          <w:lang w:val="pl-PL"/>
        </w:rPr>
        <w:t>3. Deklarowany standard organizacyjny</w:t>
      </w:r>
    </w:p>
    <w:p w14:paraId="24D7971B" w14:textId="77777777" w:rsidR="00A71111" w:rsidRPr="00706432" w:rsidRDefault="00C20DCE" w:rsidP="00122883">
      <w:pPr>
        <w:pStyle w:val="Listapunktowana"/>
        <w:tabs>
          <w:tab w:val="clear" w:pos="360"/>
        </w:tabs>
        <w:spacing w:line="480" w:lineRule="auto"/>
        <w:ind w:left="567"/>
        <w:rPr>
          <w:lang w:val="pl-PL"/>
        </w:rPr>
      </w:pPr>
      <w:r w:rsidRPr="00706432">
        <w:rPr>
          <w:lang w:val="pl-PL"/>
        </w:rPr>
        <w:t>planowany termin rozpoczęcia działalności: ……………………………………………</w:t>
      </w:r>
      <w:r w:rsidR="00122883" w:rsidRPr="00706432">
        <w:rPr>
          <w:lang w:val="pl-PL"/>
        </w:rPr>
        <w:t>……………………………………………..</w:t>
      </w:r>
      <w:r w:rsidRPr="00706432">
        <w:rPr>
          <w:lang w:val="pl-PL"/>
        </w:rPr>
        <w:t>;</w:t>
      </w:r>
    </w:p>
    <w:p w14:paraId="7DCCA898" w14:textId="77777777" w:rsidR="00A71111" w:rsidRPr="00706432" w:rsidRDefault="00C20DCE" w:rsidP="00122883">
      <w:pPr>
        <w:pStyle w:val="Listapunktowana"/>
        <w:tabs>
          <w:tab w:val="clear" w:pos="360"/>
        </w:tabs>
        <w:spacing w:line="480" w:lineRule="auto"/>
        <w:ind w:left="567"/>
        <w:rPr>
          <w:lang w:val="pl-PL"/>
        </w:rPr>
      </w:pPr>
      <w:r w:rsidRPr="00706432">
        <w:rPr>
          <w:lang w:val="pl-PL"/>
        </w:rPr>
        <w:t>liczba osób przewidzianych do obsługi stołówki i bufetu: …………………………</w:t>
      </w:r>
      <w:r w:rsidR="00122883" w:rsidRPr="00706432">
        <w:rPr>
          <w:lang w:val="pl-PL"/>
        </w:rPr>
        <w:t>………………………………………….</w:t>
      </w:r>
      <w:r w:rsidRPr="00706432">
        <w:rPr>
          <w:lang w:val="pl-PL"/>
        </w:rPr>
        <w:t>…;</w:t>
      </w:r>
    </w:p>
    <w:p w14:paraId="2F6CBB7E" w14:textId="77777777" w:rsidR="00A71111" w:rsidRPr="00706432" w:rsidRDefault="00C20DCE" w:rsidP="00122883">
      <w:pPr>
        <w:pStyle w:val="Listapunktowana"/>
        <w:tabs>
          <w:tab w:val="clear" w:pos="360"/>
        </w:tabs>
        <w:spacing w:line="480" w:lineRule="auto"/>
        <w:ind w:left="567"/>
        <w:rPr>
          <w:lang w:val="pl-PL"/>
        </w:rPr>
      </w:pPr>
      <w:r w:rsidRPr="00706432">
        <w:rPr>
          <w:lang w:val="pl-PL"/>
        </w:rPr>
        <w:t>sposób przyjmowania zamówień / płatności / rozliczeń: ……………………………</w:t>
      </w:r>
      <w:r w:rsidR="00122883" w:rsidRPr="00706432">
        <w:rPr>
          <w:lang w:val="pl-PL"/>
        </w:rPr>
        <w:t>………………………………………..</w:t>
      </w:r>
      <w:r w:rsidRPr="00706432">
        <w:rPr>
          <w:lang w:val="pl-PL"/>
        </w:rPr>
        <w:t>…;</w:t>
      </w:r>
    </w:p>
    <w:p w14:paraId="79619661" w14:textId="77777777" w:rsidR="00A71111" w:rsidRPr="00706432" w:rsidRDefault="00C20DCE" w:rsidP="00122883">
      <w:pPr>
        <w:pStyle w:val="Listapunktowana"/>
        <w:tabs>
          <w:tab w:val="clear" w:pos="360"/>
        </w:tabs>
        <w:spacing w:line="480" w:lineRule="auto"/>
        <w:ind w:left="567"/>
        <w:rPr>
          <w:lang w:val="pl-PL"/>
        </w:rPr>
      </w:pPr>
      <w:r w:rsidRPr="00706432">
        <w:rPr>
          <w:lang w:val="pl-PL"/>
        </w:rPr>
        <w:t>sposób uwzględniania diet, alergii i ograniczeń żywieniowych: …………………</w:t>
      </w:r>
      <w:r w:rsidR="00122883" w:rsidRPr="00706432">
        <w:rPr>
          <w:lang w:val="pl-PL"/>
        </w:rPr>
        <w:t>………………………………………</w:t>
      </w:r>
      <w:r w:rsidRPr="00706432">
        <w:rPr>
          <w:lang w:val="pl-PL"/>
        </w:rPr>
        <w:t>……;</w:t>
      </w:r>
    </w:p>
    <w:p w14:paraId="2FD2FDA0" w14:textId="77777777" w:rsidR="00A71111" w:rsidRPr="00706432" w:rsidRDefault="00C20DCE" w:rsidP="000952A4">
      <w:pPr>
        <w:pStyle w:val="Listapunktowana"/>
        <w:tabs>
          <w:tab w:val="clear" w:pos="360"/>
        </w:tabs>
        <w:ind w:left="567"/>
        <w:rPr>
          <w:lang w:val="pl-PL"/>
        </w:rPr>
      </w:pPr>
      <w:r w:rsidRPr="00706432">
        <w:rPr>
          <w:lang w:val="pl-PL"/>
        </w:rPr>
        <w:t>proponowane działania ograniczające marnowanie żywności: …………………</w:t>
      </w:r>
      <w:r w:rsidR="00122883" w:rsidRPr="00706432">
        <w:rPr>
          <w:lang w:val="pl-PL"/>
        </w:rPr>
        <w:t>……………………………………</w:t>
      </w:r>
      <w:r w:rsidRPr="00706432">
        <w:rPr>
          <w:lang w:val="pl-PL"/>
        </w:rPr>
        <w:t>……… .</w:t>
      </w:r>
    </w:p>
    <w:p w14:paraId="4C58BCAA" w14:textId="77777777" w:rsidR="00A71111" w:rsidRPr="00706432" w:rsidRDefault="00C20DCE">
      <w:pPr>
        <w:rPr>
          <w:lang w:val="pl-PL"/>
        </w:rPr>
      </w:pPr>
      <w:r w:rsidRPr="00706432">
        <w:rPr>
          <w:b/>
          <w:lang w:val="pl-PL"/>
        </w:rPr>
        <w:t>4. Doświadczenie oferenta</w:t>
      </w:r>
    </w:p>
    <w:p w14:paraId="034AA1EC" w14:textId="77777777" w:rsidR="00A71111" w:rsidRPr="00706432" w:rsidRDefault="00C20DCE">
      <w:pPr>
        <w:rPr>
          <w:lang w:val="pl-PL"/>
        </w:rPr>
      </w:pPr>
      <w:r w:rsidRPr="00706432">
        <w:rPr>
          <w:lang w:val="pl-PL"/>
        </w:rPr>
        <w:t>Opis doświadczenia w prowadzeniu działalności gastronomicznej, żywienia zbiorowego lub cateringu:</w:t>
      </w:r>
    </w:p>
    <w:p w14:paraId="61329E3E" w14:textId="77777777" w:rsidR="00A71111" w:rsidRPr="00706432" w:rsidRDefault="00C20DCE">
      <w:pPr>
        <w:rPr>
          <w:lang w:val="pl-PL"/>
        </w:rPr>
      </w:pPr>
      <w:r w:rsidRPr="00706432">
        <w:rPr>
          <w:lang w:val="pl-PL"/>
        </w:rPr>
        <w:t>…………………………………………………………………………………………………………………………</w:t>
      </w:r>
      <w:r w:rsidR="009907EB" w:rsidRPr="00706432">
        <w:rPr>
          <w:lang w:val="pl-PL"/>
        </w:rPr>
        <w:t>………………………………………………</w:t>
      </w:r>
    </w:p>
    <w:p w14:paraId="6DEDA39D" w14:textId="77777777" w:rsidR="009907EB" w:rsidRPr="00706432" w:rsidRDefault="009907EB" w:rsidP="009907EB">
      <w:pPr>
        <w:rPr>
          <w:lang w:val="pl-PL"/>
        </w:rPr>
      </w:pPr>
      <w:r w:rsidRPr="00706432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50AAAEE0" w14:textId="77777777" w:rsidR="009907EB" w:rsidRPr="00706432" w:rsidRDefault="009907EB" w:rsidP="009907EB">
      <w:pPr>
        <w:rPr>
          <w:lang w:val="pl-PL"/>
        </w:rPr>
      </w:pPr>
      <w:r w:rsidRPr="00706432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3F03B67E" w14:textId="77777777" w:rsidR="009907EB" w:rsidRPr="00706432" w:rsidRDefault="009907EB" w:rsidP="009907EB">
      <w:pPr>
        <w:rPr>
          <w:lang w:val="pl-PL"/>
        </w:rPr>
      </w:pPr>
      <w:r w:rsidRPr="00706432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0C7CE7ED" w14:textId="77777777" w:rsidR="009907EB" w:rsidRDefault="009907EB" w:rsidP="009907EB">
      <w:pPr>
        <w:rPr>
          <w:lang w:val="pl-PL"/>
        </w:rPr>
      </w:pPr>
      <w:r w:rsidRPr="00706432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2EDA3502" w14:textId="77777777" w:rsidR="00C373B9" w:rsidRDefault="00C373B9">
      <w:pPr>
        <w:rPr>
          <w:b/>
          <w:lang w:val="pl-PL"/>
        </w:rPr>
      </w:pPr>
    </w:p>
    <w:p w14:paraId="04305344" w14:textId="77777777" w:rsidR="00A71111" w:rsidRPr="00706432" w:rsidRDefault="00C20DCE">
      <w:pPr>
        <w:rPr>
          <w:lang w:val="pl-PL"/>
        </w:rPr>
      </w:pPr>
      <w:r w:rsidRPr="00706432">
        <w:rPr>
          <w:b/>
          <w:lang w:val="pl-PL"/>
        </w:rPr>
        <w:t>5. Załączniki do oferty</w:t>
      </w:r>
    </w:p>
    <w:p w14:paraId="4CF6FA65" w14:textId="77777777" w:rsidR="00A71111" w:rsidRPr="00706432" w:rsidRDefault="00C20DCE" w:rsidP="009907EB">
      <w:pPr>
        <w:pStyle w:val="Listapunktowana"/>
        <w:tabs>
          <w:tab w:val="clear" w:pos="360"/>
        </w:tabs>
        <w:ind w:left="567"/>
        <w:rPr>
          <w:lang w:val="pl-PL"/>
        </w:rPr>
      </w:pPr>
      <w:r w:rsidRPr="00706432">
        <w:rPr>
          <w:lang w:val="pl-PL"/>
        </w:rPr>
        <w:t>przykładowy jadłospis dekadowy albo dwutygodniowy</w:t>
      </w:r>
      <w:r w:rsidR="00CE3484" w:rsidRPr="00706432">
        <w:rPr>
          <w:lang w:val="pl-PL"/>
        </w:rPr>
        <w:t xml:space="preserve"> z cennikiem</w:t>
      </w:r>
      <w:r w:rsidRPr="00706432">
        <w:rPr>
          <w:lang w:val="pl-PL"/>
        </w:rPr>
        <w:t>;</w:t>
      </w:r>
    </w:p>
    <w:p w14:paraId="39F0D25A" w14:textId="77777777" w:rsidR="00A71111" w:rsidRPr="00706432" w:rsidRDefault="00C20DCE" w:rsidP="009907EB">
      <w:pPr>
        <w:pStyle w:val="Listapunktowana"/>
        <w:tabs>
          <w:tab w:val="clear" w:pos="360"/>
        </w:tabs>
        <w:ind w:left="567"/>
        <w:rPr>
          <w:lang w:val="pl-PL"/>
        </w:rPr>
      </w:pPr>
      <w:r w:rsidRPr="00706432">
        <w:rPr>
          <w:lang w:val="pl-PL"/>
        </w:rPr>
        <w:t>oświadczenia oferenta;</w:t>
      </w:r>
    </w:p>
    <w:p w14:paraId="66C2A27B" w14:textId="77777777" w:rsidR="00A71111" w:rsidRPr="00706432" w:rsidRDefault="00C20DCE" w:rsidP="009907EB">
      <w:pPr>
        <w:pStyle w:val="Listapunktowana"/>
        <w:tabs>
          <w:tab w:val="clear" w:pos="360"/>
        </w:tabs>
        <w:ind w:left="567"/>
        <w:rPr>
          <w:lang w:val="pl-PL"/>
        </w:rPr>
      </w:pPr>
      <w:r w:rsidRPr="00706432">
        <w:rPr>
          <w:lang w:val="pl-PL"/>
        </w:rPr>
        <w:t>wydruk CEIDG/KRS;</w:t>
      </w:r>
    </w:p>
    <w:p w14:paraId="53E03614" w14:textId="77777777" w:rsidR="00A71111" w:rsidRPr="00706432" w:rsidRDefault="00C20DCE" w:rsidP="009907EB">
      <w:pPr>
        <w:pStyle w:val="Listapunktowana"/>
        <w:tabs>
          <w:tab w:val="clear" w:pos="360"/>
        </w:tabs>
        <w:ind w:left="567"/>
        <w:rPr>
          <w:lang w:val="pl-PL"/>
        </w:rPr>
      </w:pPr>
      <w:r w:rsidRPr="00706432">
        <w:rPr>
          <w:lang w:val="pl-PL"/>
        </w:rPr>
        <w:t>pełnomocnictwo – jeżeli dotyczy;</w:t>
      </w:r>
    </w:p>
    <w:p w14:paraId="5B877E99" w14:textId="77777777" w:rsidR="00122883" w:rsidRPr="00706432" w:rsidRDefault="00DA780D" w:rsidP="00122883">
      <w:pPr>
        <w:pStyle w:val="Listapunktowana"/>
        <w:tabs>
          <w:tab w:val="clear" w:pos="360"/>
        </w:tabs>
        <w:ind w:left="567"/>
        <w:rPr>
          <w:lang w:val="pl-PL"/>
        </w:rPr>
      </w:pPr>
      <w:r w:rsidRPr="00706432">
        <w:rPr>
          <w:lang w:val="pl-PL"/>
        </w:rPr>
        <w:t>wykaz</w:t>
      </w:r>
      <w:r w:rsidR="00122883" w:rsidRPr="00706432">
        <w:rPr>
          <w:lang w:val="pl-PL"/>
        </w:rPr>
        <w:t xml:space="preserve"> wykonywanych usług (obowiązkowo), </w:t>
      </w:r>
    </w:p>
    <w:p w14:paraId="78108B8B" w14:textId="77777777" w:rsidR="00A71111" w:rsidRPr="00706432" w:rsidRDefault="00DA780D" w:rsidP="00122883">
      <w:pPr>
        <w:pStyle w:val="Listapunktowana"/>
        <w:tabs>
          <w:tab w:val="clear" w:pos="360"/>
        </w:tabs>
        <w:ind w:left="567"/>
        <w:rPr>
          <w:lang w:val="pl-PL"/>
        </w:rPr>
      </w:pPr>
      <w:r w:rsidRPr="00706432">
        <w:rPr>
          <w:lang w:val="pl-PL"/>
        </w:rPr>
        <w:t>dokumenty</w:t>
      </w:r>
      <w:r w:rsidR="00122883" w:rsidRPr="00706432">
        <w:rPr>
          <w:lang w:val="pl-PL"/>
        </w:rPr>
        <w:t xml:space="preserve"> potwierdzających ich należyte </w:t>
      </w:r>
      <w:r w:rsidRPr="00706432">
        <w:rPr>
          <w:lang w:val="pl-PL"/>
        </w:rPr>
        <w:t>wykonywanych usług (opcjonalnie)</w:t>
      </w:r>
      <w:r w:rsidR="00C20DCE" w:rsidRPr="00706432">
        <w:rPr>
          <w:lang w:val="pl-PL"/>
        </w:rPr>
        <w:t>.</w:t>
      </w:r>
    </w:p>
    <w:p w14:paraId="2DC65D24" w14:textId="77777777" w:rsidR="009907EB" w:rsidRPr="00706432" w:rsidRDefault="009907EB" w:rsidP="009907EB">
      <w:pPr>
        <w:pStyle w:val="Listapunktowana"/>
        <w:numPr>
          <w:ilvl w:val="0"/>
          <w:numId w:val="0"/>
        </w:numPr>
        <w:ind w:left="567"/>
        <w:rPr>
          <w:lang w:val="pl-PL"/>
        </w:rPr>
      </w:pPr>
    </w:p>
    <w:p w14:paraId="2DEFFB7B" w14:textId="77777777" w:rsidR="00A71111" w:rsidRPr="00706432" w:rsidRDefault="00C20DCE" w:rsidP="00C373B9">
      <w:pPr>
        <w:spacing w:line="480" w:lineRule="auto"/>
        <w:rPr>
          <w:lang w:val="pl-PL"/>
        </w:rPr>
      </w:pPr>
      <w:r w:rsidRPr="002D053E">
        <w:rPr>
          <w:b/>
          <w:lang w:val="pl-PL"/>
        </w:rPr>
        <w:t>Miejscowość i data</w:t>
      </w:r>
      <w:r w:rsidRPr="00706432">
        <w:rPr>
          <w:lang w:val="pl-PL"/>
        </w:rPr>
        <w:t>: ……………………………………………………</w:t>
      </w:r>
    </w:p>
    <w:p w14:paraId="6A8F6982" w14:textId="77777777" w:rsidR="00A71111" w:rsidRPr="00706432" w:rsidRDefault="00C20DCE">
      <w:pPr>
        <w:rPr>
          <w:lang w:val="pl-PL"/>
        </w:rPr>
      </w:pPr>
      <w:r w:rsidRPr="002D053E">
        <w:rPr>
          <w:b/>
          <w:lang w:val="pl-PL"/>
        </w:rPr>
        <w:t>Podpis osoby uprawnionej do reprezentacji oferenta:</w:t>
      </w:r>
      <w:r w:rsidRPr="00706432">
        <w:rPr>
          <w:lang w:val="pl-PL"/>
        </w:rPr>
        <w:t xml:space="preserve"> ……………………………………………………</w:t>
      </w:r>
    </w:p>
    <w:sectPr w:rsidR="00A71111" w:rsidRPr="00706432" w:rsidSect="00607A21">
      <w:footerReference w:type="default" r:id="rId8"/>
      <w:pgSz w:w="12240" w:h="15840"/>
      <w:pgMar w:top="426" w:right="1134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FCBD" w14:textId="77777777" w:rsidR="009B15FD" w:rsidRDefault="009B15FD" w:rsidP="004347A1">
      <w:pPr>
        <w:spacing w:after="0" w:line="240" w:lineRule="auto"/>
      </w:pPr>
      <w:r>
        <w:separator/>
      </w:r>
    </w:p>
  </w:endnote>
  <w:endnote w:type="continuationSeparator" w:id="0">
    <w:p w14:paraId="794090B9" w14:textId="77777777" w:rsidR="009B15FD" w:rsidRDefault="009B15FD" w:rsidP="0043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0680052"/>
      <w:docPartObj>
        <w:docPartGallery w:val="Page Numbers (Bottom of Page)"/>
        <w:docPartUnique/>
      </w:docPartObj>
    </w:sdtPr>
    <w:sdtContent>
      <w:p w14:paraId="5EFD7EB9" w14:textId="77777777" w:rsidR="004347A1" w:rsidRDefault="004347A1">
        <w:pPr>
          <w:pStyle w:val="Stopka"/>
          <w:jc w:val="right"/>
        </w:pPr>
        <w:r w:rsidRPr="004347A1">
          <w:rPr>
            <w:b/>
          </w:rPr>
          <w:fldChar w:fldCharType="begin"/>
        </w:r>
        <w:r w:rsidRPr="004347A1">
          <w:rPr>
            <w:b/>
          </w:rPr>
          <w:instrText>PAGE   \* MERGEFORMAT</w:instrText>
        </w:r>
        <w:r w:rsidRPr="004347A1">
          <w:rPr>
            <w:b/>
          </w:rPr>
          <w:fldChar w:fldCharType="separate"/>
        </w:r>
        <w:r w:rsidR="00C27ACE" w:rsidRPr="00C27ACE">
          <w:rPr>
            <w:b/>
            <w:noProof/>
            <w:lang w:val="pl-PL"/>
          </w:rPr>
          <w:t>1</w:t>
        </w:r>
        <w:r w:rsidRPr="004347A1">
          <w:rPr>
            <w:b/>
          </w:rPr>
          <w:fldChar w:fldCharType="end"/>
        </w:r>
      </w:p>
    </w:sdtContent>
  </w:sdt>
  <w:p w14:paraId="3DF36543" w14:textId="77777777" w:rsidR="004347A1" w:rsidRDefault="004347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A69E" w14:textId="77777777" w:rsidR="009B15FD" w:rsidRDefault="009B15FD" w:rsidP="004347A1">
      <w:pPr>
        <w:spacing w:after="0" w:line="240" w:lineRule="auto"/>
      </w:pPr>
      <w:r>
        <w:separator/>
      </w:r>
    </w:p>
  </w:footnote>
  <w:footnote w:type="continuationSeparator" w:id="0">
    <w:p w14:paraId="39C9CBEA" w14:textId="77777777" w:rsidR="009B15FD" w:rsidRDefault="009B15FD" w:rsidP="0043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FE3AEC"/>
    <w:multiLevelType w:val="hybridMultilevel"/>
    <w:tmpl w:val="860605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676" w:hanging="360"/>
      </w:pPr>
    </w:lvl>
    <w:lvl w:ilvl="2" w:tplc="0415001B" w:tentative="1">
      <w:start w:val="1"/>
      <w:numFmt w:val="lowerRoman"/>
      <w:lvlText w:val="%3."/>
      <w:lvlJc w:val="right"/>
      <w:pPr>
        <w:ind w:left="1396" w:hanging="180"/>
      </w:pPr>
    </w:lvl>
    <w:lvl w:ilvl="3" w:tplc="0415000F" w:tentative="1">
      <w:start w:val="1"/>
      <w:numFmt w:val="decimal"/>
      <w:lvlText w:val="%4."/>
      <w:lvlJc w:val="left"/>
      <w:pPr>
        <w:ind w:left="2116" w:hanging="360"/>
      </w:pPr>
    </w:lvl>
    <w:lvl w:ilvl="4" w:tplc="04150019" w:tentative="1">
      <w:start w:val="1"/>
      <w:numFmt w:val="lowerLetter"/>
      <w:lvlText w:val="%5."/>
      <w:lvlJc w:val="left"/>
      <w:pPr>
        <w:ind w:left="2836" w:hanging="360"/>
      </w:pPr>
    </w:lvl>
    <w:lvl w:ilvl="5" w:tplc="0415001B" w:tentative="1">
      <w:start w:val="1"/>
      <w:numFmt w:val="lowerRoman"/>
      <w:lvlText w:val="%6."/>
      <w:lvlJc w:val="right"/>
      <w:pPr>
        <w:ind w:left="3556" w:hanging="180"/>
      </w:pPr>
    </w:lvl>
    <w:lvl w:ilvl="6" w:tplc="0415000F" w:tentative="1">
      <w:start w:val="1"/>
      <w:numFmt w:val="decimal"/>
      <w:lvlText w:val="%7."/>
      <w:lvlJc w:val="left"/>
      <w:pPr>
        <w:ind w:left="4276" w:hanging="360"/>
      </w:pPr>
    </w:lvl>
    <w:lvl w:ilvl="7" w:tplc="04150019" w:tentative="1">
      <w:start w:val="1"/>
      <w:numFmt w:val="lowerLetter"/>
      <w:lvlText w:val="%8."/>
      <w:lvlJc w:val="left"/>
      <w:pPr>
        <w:ind w:left="4996" w:hanging="360"/>
      </w:pPr>
    </w:lvl>
    <w:lvl w:ilvl="8" w:tplc="0415001B" w:tentative="1">
      <w:start w:val="1"/>
      <w:numFmt w:val="lowerRoman"/>
      <w:lvlText w:val="%9."/>
      <w:lvlJc w:val="right"/>
      <w:pPr>
        <w:ind w:left="5716" w:hanging="180"/>
      </w:pPr>
    </w:lvl>
  </w:abstractNum>
  <w:abstractNum w:abstractNumId="10" w15:restartNumberingAfterBreak="0">
    <w:nsid w:val="1C757D27"/>
    <w:multiLevelType w:val="hybridMultilevel"/>
    <w:tmpl w:val="2A881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81239"/>
    <w:multiLevelType w:val="hybridMultilevel"/>
    <w:tmpl w:val="092C281A"/>
    <w:lvl w:ilvl="0" w:tplc="C43A9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51346">
    <w:abstractNumId w:val="8"/>
  </w:num>
  <w:num w:numId="2" w16cid:durableId="350034032">
    <w:abstractNumId w:val="6"/>
  </w:num>
  <w:num w:numId="3" w16cid:durableId="249513456">
    <w:abstractNumId w:val="5"/>
  </w:num>
  <w:num w:numId="4" w16cid:durableId="1651866210">
    <w:abstractNumId w:val="4"/>
  </w:num>
  <w:num w:numId="5" w16cid:durableId="571937002">
    <w:abstractNumId w:val="7"/>
  </w:num>
  <w:num w:numId="6" w16cid:durableId="1386874588">
    <w:abstractNumId w:val="3"/>
  </w:num>
  <w:num w:numId="7" w16cid:durableId="2122604400">
    <w:abstractNumId w:val="2"/>
  </w:num>
  <w:num w:numId="8" w16cid:durableId="901869371">
    <w:abstractNumId w:val="1"/>
  </w:num>
  <w:num w:numId="9" w16cid:durableId="256063700">
    <w:abstractNumId w:val="0"/>
  </w:num>
  <w:num w:numId="10" w16cid:durableId="726686494">
    <w:abstractNumId w:val="9"/>
  </w:num>
  <w:num w:numId="11" w16cid:durableId="1434785047">
    <w:abstractNumId w:val="10"/>
  </w:num>
  <w:num w:numId="12" w16cid:durableId="4194479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0A51"/>
    <w:rsid w:val="00034616"/>
    <w:rsid w:val="0006063C"/>
    <w:rsid w:val="00092C3A"/>
    <w:rsid w:val="000952A4"/>
    <w:rsid w:val="00104C4F"/>
    <w:rsid w:val="00122883"/>
    <w:rsid w:val="0015074B"/>
    <w:rsid w:val="001652B2"/>
    <w:rsid w:val="0029639D"/>
    <w:rsid w:val="002D053E"/>
    <w:rsid w:val="00326F90"/>
    <w:rsid w:val="00382619"/>
    <w:rsid w:val="004347A1"/>
    <w:rsid w:val="004B43BE"/>
    <w:rsid w:val="004D731A"/>
    <w:rsid w:val="00607A21"/>
    <w:rsid w:val="00706432"/>
    <w:rsid w:val="0083183F"/>
    <w:rsid w:val="008757BA"/>
    <w:rsid w:val="00904F9E"/>
    <w:rsid w:val="0092311A"/>
    <w:rsid w:val="009907EB"/>
    <w:rsid w:val="009B15FD"/>
    <w:rsid w:val="00A71111"/>
    <w:rsid w:val="00A7791F"/>
    <w:rsid w:val="00AA1D8D"/>
    <w:rsid w:val="00AC79CB"/>
    <w:rsid w:val="00B47730"/>
    <w:rsid w:val="00C20DCE"/>
    <w:rsid w:val="00C27ACE"/>
    <w:rsid w:val="00C373B9"/>
    <w:rsid w:val="00CB0664"/>
    <w:rsid w:val="00CE3484"/>
    <w:rsid w:val="00DA780D"/>
    <w:rsid w:val="00F6552B"/>
    <w:rsid w:val="00FC693F"/>
    <w:rsid w:val="00FF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CF6A5"/>
  <w14:defaultImageDpi w14:val="330"/>
  <w15:docId w15:val="{13272E9B-3143-434C-AB9D-3BECFFE4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DC2A33-B418-4FA9-9322-E587A34F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FORMULARZ OFERTY</vt:lpstr>
      <vt:lpstr/>
    </vt:vector>
  </TitlesOfParts>
  <Manager/>
  <Company/>
  <LinksUpToDate>false</LinksUpToDate>
  <CharactersWithSpaces>2319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Kowalczyk Adrian</cp:lastModifiedBy>
  <cp:revision>17</cp:revision>
  <dcterms:created xsi:type="dcterms:W3CDTF">2026-07-10T13:59:00Z</dcterms:created>
  <dcterms:modified xsi:type="dcterms:W3CDTF">2026-07-15T16:30:00Z</dcterms:modified>
  <cp:category/>
</cp:coreProperties>
</file>