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4819"/>
        <w:gridCol w:w="4819"/>
      </w:tblGrid>
      <w:tr w:rsidR="00CD5F7D" w:rsidRPr="00F87828" w14:paraId="0A155B5B" w14:textId="77777777">
        <w:trPr>
          <w:jc w:val="center"/>
        </w:trPr>
        <w:tc>
          <w:tcPr>
            <w:tcW w:w="4819" w:type="dxa"/>
            <w:tcMar>
              <w:top w:w="20" w:type="dxa"/>
              <w:left w:w="20" w:type="dxa"/>
              <w:bottom w:w="20" w:type="dxa"/>
              <w:right w:w="20" w:type="dxa"/>
            </w:tcMar>
          </w:tcPr>
          <w:p w14:paraId="356B715F" w14:textId="161DD81B" w:rsidR="00CD5F7D" w:rsidRPr="00F87828" w:rsidRDefault="00123731">
            <w:pPr>
              <w:jc w:val="center"/>
            </w:pPr>
            <w:r w:rsidRPr="00F87828">
              <w:rPr>
                <w:noProof/>
              </w:rPr>
              <w:drawing>
                <wp:anchor distT="0" distB="0" distL="114300" distR="114300" simplePos="0" relativeHeight="251658240" behindDoc="0" locked="0" layoutInCell="1" allowOverlap="1" wp14:anchorId="7AE89A18" wp14:editId="09FBE5DA">
                  <wp:simplePos x="0" y="0"/>
                  <wp:positionH relativeFrom="column">
                    <wp:posOffset>-170180</wp:posOffset>
                  </wp:positionH>
                  <wp:positionV relativeFrom="paragraph">
                    <wp:posOffset>-11430</wp:posOffset>
                  </wp:positionV>
                  <wp:extent cx="3780000" cy="10768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8"/>
                          <a:stretch>
                            <a:fillRect/>
                          </a:stretch>
                        </pic:blipFill>
                        <pic:spPr>
                          <a:xfrm>
                            <a:off x="0" y="0"/>
                            <a:ext cx="3780000" cy="1076860"/>
                          </a:xfrm>
                          <a:prstGeom prst="rect">
                            <a:avLst/>
                          </a:prstGeom>
                        </pic:spPr>
                      </pic:pic>
                    </a:graphicData>
                  </a:graphic>
                </wp:anchor>
              </w:drawing>
            </w:r>
          </w:p>
        </w:tc>
        <w:tc>
          <w:tcPr>
            <w:tcW w:w="4819" w:type="dxa"/>
            <w:tcMar>
              <w:top w:w="20" w:type="dxa"/>
              <w:left w:w="20" w:type="dxa"/>
              <w:bottom w:w="20" w:type="dxa"/>
              <w:right w:w="20" w:type="dxa"/>
            </w:tcMar>
          </w:tcPr>
          <w:p w14:paraId="75E9169C" w14:textId="11F84E71" w:rsidR="00CD5F7D" w:rsidRPr="00F87828" w:rsidRDefault="00712C3A">
            <w:pPr>
              <w:jc w:val="center"/>
            </w:pPr>
            <w:r w:rsidRPr="000A2A56">
              <w:rPr>
                <w:noProof/>
              </w:rPr>
              <w:drawing>
                <wp:anchor distT="0" distB="0" distL="114300" distR="114300" simplePos="0" relativeHeight="251660288" behindDoc="0" locked="0" layoutInCell="1" allowOverlap="1" wp14:anchorId="7A1B3382" wp14:editId="25843EEF">
                  <wp:simplePos x="0" y="0"/>
                  <wp:positionH relativeFrom="column">
                    <wp:posOffset>656590</wp:posOffset>
                  </wp:positionH>
                  <wp:positionV relativeFrom="paragraph">
                    <wp:posOffset>209550</wp:posOffset>
                  </wp:positionV>
                  <wp:extent cx="2390775" cy="638499"/>
                  <wp:effectExtent l="0" t="0" r="0" b="9525"/>
                  <wp:wrapThrough wrapText="bothSides">
                    <wp:wrapPolygon edited="0">
                      <wp:start x="0" y="0"/>
                      <wp:lineTo x="0" y="21278"/>
                      <wp:lineTo x="21342" y="21278"/>
                      <wp:lineTo x="21342" y="0"/>
                      <wp:lineTo x="0" y="0"/>
                    </wp:wrapPolygon>
                  </wp:wrapThrough>
                  <wp:docPr id="40940981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638499"/>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05E6F1F" w14:textId="0DEF6BF5" w:rsidR="00CD5F7D" w:rsidRPr="00F87828" w:rsidRDefault="00CD5F7D"/>
    <w:p w14:paraId="5FF6ACB8" w14:textId="3268A693" w:rsidR="00712C3A" w:rsidRDefault="00712C3A" w:rsidP="00ED5415">
      <w:pPr>
        <w:rPr>
          <w:rFonts w:ascii="Arial" w:hAnsi="Arial"/>
          <w:b/>
          <w:sz w:val="30"/>
        </w:rPr>
      </w:pPr>
    </w:p>
    <w:p w14:paraId="16C2FCCE" w14:textId="77777777" w:rsidR="00ED5415" w:rsidRDefault="00ED5415">
      <w:pPr>
        <w:jc w:val="center"/>
        <w:rPr>
          <w:rFonts w:ascii="Arial" w:hAnsi="Arial"/>
          <w:b/>
          <w:sz w:val="30"/>
        </w:rPr>
      </w:pPr>
    </w:p>
    <w:p w14:paraId="71D9F9E3" w14:textId="5581646E" w:rsidR="00CD5F7D" w:rsidRPr="00F87828" w:rsidRDefault="00123731">
      <w:pPr>
        <w:jc w:val="center"/>
      </w:pPr>
      <w:r w:rsidRPr="00F87828">
        <w:rPr>
          <w:rFonts w:ascii="Arial" w:hAnsi="Arial"/>
          <w:b/>
          <w:sz w:val="30"/>
        </w:rPr>
        <w:t>REGULAMIN WOJEWÓDZKIEGO KONKURSU NA MODEL GRZYBA</w:t>
      </w:r>
    </w:p>
    <w:p w14:paraId="52545C98" w14:textId="77777777" w:rsidR="00CD5F7D" w:rsidRPr="00F87828" w:rsidRDefault="00123731">
      <w:pPr>
        <w:jc w:val="center"/>
      </w:pPr>
      <w:r w:rsidRPr="00F87828">
        <w:rPr>
          <w:rFonts w:ascii="Arial" w:hAnsi="Arial"/>
          <w:b/>
          <w:i/>
          <w:color w:val="315B38"/>
          <w:sz w:val="40"/>
        </w:rPr>
        <w:t>„Jesień w lesie grzyby niesie”</w:t>
      </w:r>
    </w:p>
    <w:p w14:paraId="0971190D" w14:textId="77777777" w:rsidR="00CD5F7D" w:rsidRPr="00F87828" w:rsidRDefault="00123731">
      <w:pPr>
        <w:jc w:val="center"/>
      </w:pPr>
      <w:r w:rsidRPr="00F87828">
        <w:rPr>
          <w:rFonts w:ascii="Arial" w:hAnsi="Arial"/>
          <w:b/>
          <w:sz w:val="26"/>
        </w:rPr>
        <w:t>16 edycja – 2026 rok</w:t>
      </w:r>
    </w:p>
    <w:p w14:paraId="52DAB56E" w14:textId="77777777" w:rsidR="00CD5F7D" w:rsidRPr="00F87828" w:rsidRDefault="00CD5F7D"/>
    <w:p w14:paraId="2B6F0F29" w14:textId="77777777" w:rsidR="00CD5F7D" w:rsidRPr="00F87828" w:rsidRDefault="00CD5F7D"/>
    <w:p w14:paraId="5EA55556" w14:textId="77777777" w:rsidR="00CD5F7D" w:rsidRPr="00F87828" w:rsidRDefault="00123731">
      <w:pPr>
        <w:pStyle w:val="Nagwek1"/>
      </w:pPr>
      <w:r w:rsidRPr="00F87828">
        <w:t>§ 1. Postanowienia ogólne</w:t>
      </w:r>
    </w:p>
    <w:p w14:paraId="07C79BFD" w14:textId="5D564840" w:rsidR="00CD5F7D" w:rsidRPr="00F87828" w:rsidRDefault="00123731" w:rsidP="00B43032">
      <w:pPr>
        <w:pStyle w:val="Akapitzlist"/>
        <w:numPr>
          <w:ilvl w:val="0"/>
          <w:numId w:val="11"/>
        </w:numPr>
        <w:jc w:val="both"/>
      </w:pPr>
      <w:r w:rsidRPr="00F87828">
        <w:t>Regulamin określa zasady i warunki udziału w wojewódzkim konkursie na model grzyba „Jesień w</w:t>
      </w:r>
      <w:r w:rsidR="00AE0C4D">
        <w:t> </w:t>
      </w:r>
      <w:r w:rsidRPr="00F87828">
        <w:t>lesie grzyby niesie”, zwanym dalej „Konkursem”.</w:t>
      </w:r>
    </w:p>
    <w:p w14:paraId="0FB7E0ED" w14:textId="3E9BB393" w:rsidR="00CD5F7D" w:rsidRPr="00F87828" w:rsidRDefault="00123731" w:rsidP="00B43032">
      <w:pPr>
        <w:pStyle w:val="Akapitzlist"/>
        <w:numPr>
          <w:ilvl w:val="0"/>
          <w:numId w:val="11"/>
        </w:numPr>
        <w:jc w:val="both"/>
      </w:pPr>
      <w:r w:rsidRPr="00F87828">
        <w:t>Organizatorem Konkursu jest Wojewódzka Stacja Sanitarno-Epidemiologiczna w Bydgoszczy, z</w:t>
      </w:r>
      <w:r w:rsidR="00D8021E">
        <w:t> </w:t>
      </w:r>
      <w:r w:rsidRPr="00F87828">
        <w:t>siedzibą przy ul. Kujawskiej 4, 85-031 Bydgoszcz, zwana dalej „Organizatorem”.</w:t>
      </w:r>
    </w:p>
    <w:p w14:paraId="1C3C976D" w14:textId="3E9315CC" w:rsidR="00CD5F7D" w:rsidRPr="004A355C" w:rsidRDefault="00123731" w:rsidP="00B43032">
      <w:pPr>
        <w:pStyle w:val="Akapitzlist"/>
        <w:numPr>
          <w:ilvl w:val="0"/>
          <w:numId w:val="11"/>
        </w:numPr>
        <w:jc w:val="both"/>
        <w:rPr>
          <w:color w:val="auto"/>
        </w:rPr>
      </w:pPr>
      <w:r w:rsidRPr="00F87828">
        <w:t>Współorganizatorami Konkursu są: powiatowe stacje sanitarno-epidemiologiczne na terenie województwa kujawsko-pomorskiego</w:t>
      </w:r>
      <w:r w:rsidRPr="004A355C">
        <w:rPr>
          <w:color w:val="auto"/>
        </w:rPr>
        <w:t xml:space="preserve">, </w:t>
      </w:r>
      <w:r w:rsidR="00CE4896">
        <w:rPr>
          <w:color w:val="auto"/>
        </w:rPr>
        <w:t>na</w:t>
      </w:r>
      <w:r w:rsidRPr="004A355C">
        <w:rPr>
          <w:color w:val="auto"/>
        </w:rPr>
        <w:t>dleśnictw</w:t>
      </w:r>
      <w:r w:rsidR="004A355C" w:rsidRPr="004A355C">
        <w:rPr>
          <w:color w:val="auto"/>
        </w:rPr>
        <w:t>a należące do Regionalnej Dyrekcji Lasów Państwowych w Toruniu</w:t>
      </w:r>
      <w:r w:rsidRPr="004A355C">
        <w:rPr>
          <w:color w:val="auto"/>
        </w:rPr>
        <w:t>.</w:t>
      </w:r>
    </w:p>
    <w:p w14:paraId="5B89F455" w14:textId="51E5D7BB" w:rsidR="00CD5F7D" w:rsidRPr="00F87828" w:rsidRDefault="00123731" w:rsidP="00B43032">
      <w:pPr>
        <w:pStyle w:val="Akapitzlist"/>
        <w:numPr>
          <w:ilvl w:val="0"/>
          <w:numId w:val="11"/>
        </w:numPr>
        <w:jc w:val="both"/>
      </w:pPr>
      <w:r w:rsidRPr="00F87828">
        <w:t>Konkurs jest organizowany pod honorowym patronatem Wojewody Kujawsko-Pomorskiego, Dyrektora Regionalnej Dyrekcji Lasów Państwowych w Toruniu, Kujawsko-Pomorskiego Kuratora Oświaty w Bydgoszczy</w:t>
      </w:r>
      <w:r w:rsidR="00C40D23">
        <w:t>.</w:t>
      </w:r>
    </w:p>
    <w:p w14:paraId="566F4282" w14:textId="195D491D" w:rsidR="00CD5F7D" w:rsidRPr="00F87828" w:rsidRDefault="00123731" w:rsidP="00B43032">
      <w:pPr>
        <w:pStyle w:val="Akapitzlist"/>
        <w:numPr>
          <w:ilvl w:val="0"/>
          <w:numId w:val="11"/>
        </w:numPr>
        <w:jc w:val="both"/>
      </w:pPr>
      <w:r w:rsidRPr="00F87828">
        <w:t>Konkurs ma zasięg wojewódzki i jest prowadzony na terenie województwa kujawsko-pomorskiego.</w:t>
      </w:r>
    </w:p>
    <w:p w14:paraId="05576912" w14:textId="5BE5EC54" w:rsidR="00CD5F7D" w:rsidRPr="00F87828" w:rsidRDefault="00123731" w:rsidP="00B43032">
      <w:pPr>
        <w:pStyle w:val="Akapitzlist"/>
        <w:numPr>
          <w:ilvl w:val="0"/>
          <w:numId w:val="11"/>
        </w:numPr>
        <w:jc w:val="both"/>
      </w:pPr>
      <w:r w:rsidRPr="00F87828">
        <w:t>Konkurs jest skierowany do uczniów szkół ponadpodstawowych województwa kujawsko-pomorskiego.</w:t>
      </w:r>
    </w:p>
    <w:p w14:paraId="056683FA" w14:textId="4BE8A171" w:rsidR="00CD5F7D" w:rsidRPr="00F87828" w:rsidRDefault="00123731" w:rsidP="00B43032">
      <w:pPr>
        <w:pStyle w:val="Akapitzlist"/>
        <w:numPr>
          <w:ilvl w:val="0"/>
          <w:numId w:val="11"/>
        </w:numPr>
        <w:jc w:val="both"/>
      </w:pPr>
      <w:r w:rsidRPr="00F87828">
        <w:t>Udział w Konkursie jest bezpłatny i dobrowolny.</w:t>
      </w:r>
    </w:p>
    <w:p w14:paraId="48E1B648" w14:textId="127E3296" w:rsidR="00CD5F7D" w:rsidRPr="00F87828" w:rsidRDefault="00123731" w:rsidP="00B43032">
      <w:pPr>
        <w:pStyle w:val="Akapitzlist"/>
        <w:numPr>
          <w:ilvl w:val="0"/>
          <w:numId w:val="11"/>
        </w:numPr>
        <w:jc w:val="both"/>
      </w:pPr>
      <w:r w:rsidRPr="00F87828">
        <w:t>Konkurs ma charakter dwuetapowy: etap powiatowy organizowany przez właściwe PSSE oraz etap wojewódzki organizowany przez WSSE w Bydgoszczy.</w:t>
      </w:r>
    </w:p>
    <w:p w14:paraId="161AC54C" w14:textId="77777777" w:rsidR="00CD5F7D" w:rsidRPr="00F87828" w:rsidRDefault="00123731">
      <w:pPr>
        <w:pStyle w:val="Nagwek1"/>
      </w:pPr>
      <w:r w:rsidRPr="00F87828">
        <w:t>§ 2. Cele Konkursu</w:t>
      </w:r>
    </w:p>
    <w:p w14:paraId="1C0F9F9F" w14:textId="690A577B" w:rsidR="00CD5F7D" w:rsidRPr="00F87828" w:rsidRDefault="00123731" w:rsidP="00B43032">
      <w:pPr>
        <w:pStyle w:val="Akapitzlist"/>
        <w:numPr>
          <w:ilvl w:val="0"/>
          <w:numId w:val="13"/>
        </w:numPr>
        <w:jc w:val="both"/>
      </w:pPr>
      <w:r w:rsidRPr="00F87828">
        <w:t>Popularyzowanie idei „grzybobrania bez pomyłek”.</w:t>
      </w:r>
    </w:p>
    <w:p w14:paraId="1E6B5448" w14:textId="3332182A" w:rsidR="00CD5F7D" w:rsidRPr="00F87828" w:rsidRDefault="00123731" w:rsidP="00B43032">
      <w:pPr>
        <w:pStyle w:val="Akapitzlist"/>
        <w:numPr>
          <w:ilvl w:val="0"/>
          <w:numId w:val="13"/>
        </w:numPr>
        <w:jc w:val="both"/>
      </w:pPr>
      <w:r w:rsidRPr="00F87828">
        <w:t>Upowszechnianie i pogłębianie wiedzy na temat grzybów.</w:t>
      </w:r>
    </w:p>
    <w:p w14:paraId="168D0681" w14:textId="3931921C" w:rsidR="00CD5F7D" w:rsidRPr="00F87828" w:rsidRDefault="00123731" w:rsidP="00B43032">
      <w:pPr>
        <w:pStyle w:val="Akapitzlist"/>
        <w:numPr>
          <w:ilvl w:val="0"/>
          <w:numId w:val="13"/>
        </w:numPr>
        <w:jc w:val="both"/>
      </w:pPr>
      <w:r w:rsidRPr="00F87828">
        <w:t>Kształtowanie odpowiedzialności za siebie i innych wśród zbieraczy i konsumentów grzybów.</w:t>
      </w:r>
    </w:p>
    <w:p w14:paraId="3B3F4D1E" w14:textId="4AE0506F" w:rsidR="00CD5F7D" w:rsidRPr="00F87828" w:rsidRDefault="00123731" w:rsidP="00B43032">
      <w:pPr>
        <w:pStyle w:val="Akapitzlist"/>
        <w:numPr>
          <w:ilvl w:val="0"/>
          <w:numId w:val="13"/>
        </w:numPr>
        <w:jc w:val="both"/>
      </w:pPr>
      <w:r w:rsidRPr="00F87828">
        <w:t>Zwracanie uwagi na znaczenie lasów dla Ziemi, człowieka i jego zdrowia.</w:t>
      </w:r>
    </w:p>
    <w:p w14:paraId="067E51F7" w14:textId="78AE7EFD" w:rsidR="00CD5F7D" w:rsidRPr="00F87828" w:rsidRDefault="00123731" w:rsidP="00B43032">
      <w:pPr>
        <w:pStyle w:val="Akapitzlist"/>
        <w:numPr>
          <w:ilvl w:val="0"/>
          <w:numId w:val="13"/>
        </w:numPr>
        <w:jc w:val="both"/>
      </w:pPr>
      <w:r w:rsidRPr="00F87828">
        <w:t>Kształtowanie wrażliwości, umiejętności obserwacji natury i kreatywnego przedstawiania wiedzy przyrodniczej.</w:t>
      </w:r>
    </w:p>
    <w:p w14:paraId="371B30F2" w14:textId="77777777" w:rsidR="00CD5F7D" w:rsidRPr="00F87828" w:rsidRDefault="00123731">
      <w:pPr>
        <w:pStyle w:val="Nagwek1"/>
      </w:pPr>
      <w:r w:rsidRPr="00F87828">
        <w:t>§ 3. Zasady udziału w Konkursie</w:t>
      </w:r>
    </w:p>
    <w:p w14:paraId="293180F1" w14:textId="4F5C75F2" w:rsidR="00CD5F7D" w:rsidRPr="00F87828" w:rsidRDefault="00123731" w:rsidP="00B43032">
      <w:pPr>
        <w:pStyle w:val="Akapitzlist"/>
        <w:numPr>
          <w:ilvl w:val="0"/>
          <w:numId w:val="15"/>
        </w:numPr>
        <w:jc w:val="both"/>
      </w:pPr>
      <w:r w:rsidRPr="00F87828">
        <w:t>Zadaniem konkursowym jest samodzielne wykonanie przestrzennego modelu grzyba jadalnego, niejadalnego albo trującego, zwanego dalej „Pracą konkursową” lub „Modelem”.</w:t>
      </w:r>
    </w:p>
    <w:p w14:paraId="6B2C6CE6" w14:textId="08BBDAF4" w:rsidR="00CD5F7D" w:rsidRPr="00F87828" w:rsidRDefault="00123731" w:rsidP="00B43032">
      <w:pPr>
        <w:pStyle w:val="Akapitzlist"/>
        <w:numPr>
          <w:ilvl w:val="0"/>
          <w:numId w:val="15"/>
        </w:numPr>
        <w:jc w:val="both"/>
      </w:pPr>
      <w:r w:rsidRPr="00F87828">
        <w:t>Każdy uczestnik może zgłosić maksymalnie 1 Model przygotowany specjalnie na potrzeby niniejszej edycji Konkursu.</w:t>
      </w:r>
    </w:p>
    <w:p w14:paraId="225A9B1C" w14:textId="47895991" w:rsidR="00CD5F7D" w:rsidRPr="00F87828" w:rsidRDefault="00123731" w:rsidP="00B43032">
      <w:pPr>
        <w:pStyle w:val="Akapitzlist"/>
        <w:numPr>
          <w:ilvl w:val="0"/>
          <w:numId w:val="15"/>
        </w:numPr>
        <w:jc w:val="both"/>
      </w:pPr>
      <w:r w:rsidRPr="00F87828">
        <w:lastRenderedPageBreak/>
        <w:t>Model powinien przedstawiać grzyb w skali zbliżonej do naturalnej, być umieszczony</w:t>
      </w:r>
      <w:r w:rsidR="00712C3A">
        <w:br/>
      </w:r>
      <w:r w:rsidRPr="00F87828">
        <w:t>na stabilnej podstawie oraz umożliwiać bezpieczny transport i ekspozycję.</w:t>
      </w:r>
    </w:p>
    <w:p w14:paraId="08FD35DA" w14:textId="4CCE183D" w:rsidR="00CD5F7D" w:rsidRPr="00F87828" w:rsidRDefault="00123731" w:rsidP="00B43032">
      <w:pPr>
        <w:pStyle w:val="Akapitzlist"/>
        <w:numPr>
          <w:ilvl w:val="0"/>
          <w:numId w:val="15"/>
        </w:numPr>
        <w:jc w:val="both"/>
      </w:pPr>
      <w:r w:rsidRPr="00F87828">
        <w:t>Technika wykonania jest dowolna, z zastrzeżeniem, że nie wolno stosować materiałów stwarzających zagrożenie dla zdrowia lub bezpieczeństwa, w szczególności toksycznych, łatwopalnych, niezabezpieczonych ostrych elementów lub szybko psujących się składników.</w:t>
      </w:r>
    </w:p>
    <w:p w14:paraId="750793E8" w14:textId="4AA4EBAD" w:rsidR="00CD5F7D" w:rsidRPr="00F87828" w:rsidRDefault="00123731" w:rsidP="00B43032">
      <w:pPr>
        <w:pStyle w:val="Akapitzlist"/>
        <w:numPr>
          <w:ilvl w:val="0"/>
          <w:numId w:val="15"/>
        </w:numPr>
        <w:jc w:val="both"/>
      </w:pPr>
      <w:r w:rsidRPr="00F87828">
        <w:t>Model powinien zostać opisany nazwą grzyba. Dane osobowe uczestnika nie powinny być trwale umieszczane na widocznej części Modelu; są przekazywane w formularzu zgłoszeniowym</w:t>
      </w:r>
      <w:r w:rsidR="00CD5A61">
        <w:t xml:space="preserve"> – Załącznik nr 1</w:t>
      </w:r>
      <w:r w:rsidRPr="00F87828">
        <w:t>. Właściwa PSSE może nadać pracy kod identyfikacyjny używany podczas oceny.</w:t>
      </w:r>
    </w:p>
    <w:p w14:paraId="3EC20F76" w14:textId="11A73975" w:rsidR="00CD5F7D" w:rsidRPr="00F87828" w:rsidRDefault="00123731" w:rsidP="00B43032">
      <w:pPr>
        <w:pStyle w:val="Akapitzlist"/>
        <w:numPr>
          <w:ilvl w:val="0"/>
          <w:numId w:val="15"/>
        </w:numPr>
        <w:jc w:val="both"/>
      </w:pPr>
      <w:r w:rsidRPr="00F87828">
        <w:t>Prace wraz z wymaganymi dokumentami należy dostarczyć lub przesłać do właściwej terytorialnie PSSE, zgodnie z wykazem stanowiącym Załącznik nr 5, w terminie określonym</w:t>
      </w:r>
      <w:r w:rsidR="00712C3A">
        <w:br/>
      </w:r>
      <w:r w:rsidRPr="00F87828">
        <w:t>w § 4.</w:t>
      </w:r>
    </w:p>
    <w:p w14:paraId="35D7F62A" w14:textId="48903308" w:rsidR="00CD5F7D" w:rsidRPr="00F87828" w:rsidRDefault="00123731" w:rsidP="00B43032">
      <w:pPr>
        <w:pStyle w:val="Akapitzlist"/>
        <w:numPr>
          <w:ilvl w:val="0"/>
          <w:numId w:val="15"/>
        </w:numPr>
        <w:jc w:val="both"/>
      </w:pPr>
      <w:r w:rsidRPr="00F87828">
        <w:t>W etapie powiatowym właściwa PSSE wybiera 1 najwyżej ocenioną Pracę konkursową</w:t>
      </w:r>
      <w:r w:rsidR="00712C3A">
        <w:br/>
      </w:r>
      <w:r w:rsidRPr="00F87828">
        <w:t>i przekazuje ją</w:t>
      </w:r>
      <w:r w:rsidR="00AE0C4D">
        <w:t> </w:t>
      </w:r>
      <w:r w:rsidRPr="00F87828">
        <w:t>do etapu wojewódzkiego wraz z niezbędną dokumentacją.</w:t>
      </w:r>
    </w:p>
    <w:p w14:paraId="390B69FF" w14:textId="4E0805B3" w:rsidR="00CD5F7D" w:rsidRPr="00F87828" w:rsidRDefault="00123731" w:rsidP="00B43032">
      <w:pPr>
        <w:pStyle w:val="Akapitzlist"/>
        <w:numPr>
          <w:ilvl w:val="0"/>
          <w:numId w:val="15"/>
        </w:numPr>
        <w:jc w:val="both"/>
      </w:pPr>
      <w:r w:rsidRPr="00F87828">
        <w:t>Warunkiem udziału jest złożenie Formularza zgłoszeniowego oraz – odpowiednio do wieku uczestnika – oświadczenia uczestnika pełnoletniego albo zgody przedstawiciela ustawowego uczestnika niepełnoletniego, obejmujących akceptację Regulaminu, potwierdzenie zasad dotyczących własności egzemplarza Modelu i – w zakresie mającym zastosowanie – licencji określonej w § 7. Zgoda na wizerunek jest dokumentem odrębnym i dobrowolnym.</w:t>
      </w:r>
    </w:p>
    <w:p w14:paraId="05EE3315" w14:textId="38F612D7" w:rsidR="00CD5F7D" w:rsidRPr="00F87828" w:rsidRDefault="00123731" w:rsidP="00B43032">
      <w:pPr>
        <w:pStyle w:val="Akapitzlist"/>
        <w:numPr>
          <w:ilvl w:val="0"/>
          <w:numId w:val="15"/>
        </w:numPr>
        <w:jc w:val="both"/>
      </w:pPr>
      <w:r w:rsidRPr="00F87828">
        <w:t>Uczestnik oświadcza, że Model został wykonany samodzielnie, a jego zgłoszenie, przekazanie Organizatorowi oraz korzystanie z niego na zasadach Regulaminu nie narusza praw osób trzecich. Jeżeli materiały lub egzemplarz Modelu stanowią własność szkoły albo innej osoby, zgłaszający jest zobowiązany uprzednio uzyskać zgodę uprawnionego na nieodpłatne przekazanie egzemplarza Modelu Organizatorowi.</w:t>
      </w:r>
    </w:p>
    <w:p w14:paraId="1E2A5F22" w14:textId="7ADD2C0A" w:rsidR="00CD5F7D" w:rsidRPr="00F87828" w:rsidRDefault="00123731" w:rsidP="00B43032">
      <w:pPr>
        <w:pStyle w:val="Akapitzlist"/>
        <w:numPr>
          <w:ilvl w:val="0"/>
          <w:numId w:val="15"/>
        </w:numPr>
        <w:jc w:val="both"/>
      </w:pPr>
      <w:r w:rsidRPr="00F87828">
        <w:t>Koszty przygotowania i dostarczenia Modelu ponosi uczestnik lub szkoła, chyba że właściwa PSSE lub Organizator poinformuje inaczej. Organizator nie zwraca kosztów wykonania Modelu ani wartości materiałów użytych do jego wykonania.</w:t>
      </w:r>
    </w:p>
    <w:p w14:paraId="5A905F29" w14:textId="77777777" w:rsidR="00CD5F7D" w:rsidRPr="00F87828" w:rsidRDefault="00123731">
      <w:pPr>
        <w:pStyle w:val="Nagwek1"/>
      </w:pPr>
      <w:r w:rsidRPr="00F87828">
        <w:t>§ 4. Harmonogram Konkursu</w:t>
      </w:r>
    </w:p>
    <w:tbl>
      <w:tblPr>
        <w:tblW w:w="9493" w:type="dxa"/>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3964"/>
        <w:gridCol w:w="5529"/>
      </w:tblGrid>
      <w:tr w:rsidR="00CD5F7D" w:rsidRPr="00F87828" w14:paraId="104CB206" w14:textId="77777777" w:rsidTr="00AE0C4D">
        <w:trPr>
          <w:tblHeader/>
          <w:jc w:val="center"/>
        </w:trPr>
        <w:tc>
          <w:tcPr>
            <w:tcW w:w="3964" w:type="dxa"/>
            <w:shd w:val="clear" w:color="auto" w:fill="EAF2EA"/>
            <w:tcMar>
              <w:top w:w="100" w:type="dxa"/>
              <w:left w:w="120" w:type="dxa"/>
              <w:bottom w:w="100" w:type="dxa"/>
              <w:right w:w="120" w:type="dxa"/>
            </w:tcMar>
          </w:tcPr>
          <w:p w14:paraId="6F9F907E" w14:textId="77777777" w:rsidR="00CD5F7D" w:rsidRPr="00F87828" w:rsidRDefault="00123731">
            <w:r w:rsidRPr="00F87828">
              <w:rPr>
                <w:b/>
              </w:rPr>
              <w:t>Etap / czynność</w:t>
            </w:r>
          </w:p>
        </w:tc>
        <w:tc>
          <w:tcPr>
            <w:tcW w:w="5529" w:type="dxa"/>
            <w:shd w:val="clear" w:color="auto" w:fill="EAF2EA"/>
            <w:tcMar>
              <w:top w:w="100" w:type="dxa"/>
              <w:left w:w="120" w:type="dxa"/>
              <w:bottom w:w="100" w:type="dxa"/>
              <w:right w:w="120" w:type="dxa"/>
            </w:tcMar>
          </w:tcPr>
          <w:p w14:paraId="5777217E" w14:textId="77777777" w:rsidR="00CD5F7D" w:rsidRPr="00F87828" w:rsidRDefault="00123731">
            <w:r w:rsidRPr="00F87828">
              <w:rPr>
                <w:b/>
              </w:rPr>
              <w:t>Termin / sposób</w:t>
            </w:r>
          </w:p>
        </w:tc>
      </w:tr>
      <w:tr w:rsidR="00CD5F7D" w:rsidRPr="00F87828" w14:paraId="7B12ECD2" w14:textId="77777777" w:rsidTr="006B04AA">
        <w:trPr>
          <w:cantSplit/>
          <w:trHeight w:val="454"/>
          <w:jc w:val="center"/>
        </w:trPr>
        <w:tc>
          <w:tcPr>
            <w:tcW w:w="3964" w:type="dxa"/>
            <w:tcMar>
              <w:top w:w="100" w:type="dxa"/>
              <w:left w:w="120" w:type="dxa"/>
              <w:bottom w:w="100" w:type="dxa"/>
              <w:right w:w="120" w:type="dxa"/>
            </w:tcMar>
            <w:vAlign w:val="center"/>
          </w:tcPr>
          <w:p w14:paraId="69563C16" w14:textId="77777777" w:rsidR="00CD5F7D" w:rsidRPr="00F87828" w:rsidRDefault="00123731" w:rsidP="006B04AA">
            <w:pPr>
              <w:spacing w:after="0"/>
            </w:pPr>
            <w:r w:rsidRPr="00F87828">
              <w:rPr>
                <w:b/>
              </w:rPr>
              <w:t>Przekazanie prac do właściwej PSSE</w:t>
            </w:r>
          </w:p>
        </w:tc>
        <w:tc>
          <w:tcPr>
            <w:tcW w:w="5529" w:type="dxa"/>
            <w:tcMar>
              <w:top w:w="100" w:type="dxa"/>
              <w:left w:w="120" w:type="dxa"/>
              <w:bottom w:w="100" w:type="dxa"/>
              <w:right w:w="120" w:type="dxa"/>
            </w:tcMar>
            <w:vAlign w:val="center"/>
          </w:tcPr>
          <w:p w14:paraId="2C4C02C4" w14:textId="782086C2" w:rsidR="00CD5F7D" w:rsidRPr="00F87828" w:rsidRDefault="00123731" w:rsidP="006B04AA">
            <w:pPr>
              <w:spacing w:after="0"/>
            </w:pPr>
            <w:r w:rsidRPr="00F87828">
              <w:t xml:space="preserve">do </w:t>
            </w:r>
            <w:r w:rsidR="00733680">
              <w:t>23</w:t>
            </w:r>
            <w:r w:rsidRPr="00F87828">
              <w:t xml:space="preserve"> października 2026 r.</w:t>
            </w:r>
          </w:p>
        </w:tc>
      </w:tr>
      <w:tr w:rsidR="00CD5F7D" w:rsidRPr="00F87828" w14:paraId="4FC271DB" w14:textId="77777777" w:rsidTr="006B04AA">
        <w:trPr>
          <w:cantSplit/>
          <w:jc w:val="center"/>
        </w:trPr>
        <w:tc>
          <w:tcPr>
            <w:tcW w:w="3964" w:type="dxa"/>
            <w:tcMar>
              <w:top w:w="100" w:type="dxa"/>
              <w:left w:w="120" w:type="dxa"/>
              <w:bottom w:w="100" w:type="dxa"/>
              <w:right w:w="120" w:type="dxa"/>
            </w:tcMar>
            <w:vAlign w:val="center"/>
          </w:tcPr>
          <w:p w14:paraId="20142967" w14:textId="77777777" w:rsidR="00CD5F7D" w:rsidRPr="00F87828" w:rsidRDefault="00123731" w:rsidP="006B04AA">
            <w:pPr>
              <w:spacing w:after="0"/>
            </w:pPr>
            <w:r w:rsidRPr="00F87828">
              <w:rPr>
                <w:b/>
              </w:rPr>
              <w:t>Rozstrzygnięcie etapu powiatowego i przekazanie 1 pracy do WSSE</w:t>
            </w:r>
          </w:p>
        </w:tc>
        <w:tc>
          <w:tcPr>
            <w:tcW w:w="5529" w:type="dxa"/>
            <w:tcMar>
              <w:top w:w="100" w:type="dxa"/>
              <w:left w:w="120" w:type="dxa"/>
              <w:bottom w:w="100" w:type="dxa"/>
              <w:right w:w="120" w:type="dxa"/>
            </w:tcMar>
            <w:vAlign w:val="center"/>
          </w:tcPr>
          <w:p w14:paraId="40852AA9" w14:textId="438C921C" w:rsidR="00CD5F7D" w:rsidRPr="00F87828" w:rsidRDefault="00123731" w:rsidP="006B04AA">
            <w:pPr>
              <w:spacing w:after="0"/>
            </w:pPr>
            <w:r w:rsidRPr="00F87828">
              <w:t xml:space="preserve">do </w:t>
            </w:r>
            <w:r w:rsidR="00733680">
              <w:t>6 listopada</w:t>
            </w:r>
            <w:r w:rsidRPr="00F87828">
              <w:t xml:space="preserve"> 2026 r.; przy przesyłce pocztowej decyduje data stempla pocztowego, jeżeli właściwa PSSE nie określi innego sposobu</w:t>
            </w:r>
          </w:p>
        </w:tc>
      </w:tr>
      <w:tr w:rsidR="00CD5F7D" w:rsidRPr="00F87828" w14:paraId="3DC33EDF" w14:textId="77777777" w:rsidTr="006B04AA">
        <w:trPr>
          <w:cantSplit/>
          <w:jc w:val="center"/>
        </w:trPr>
        <w:tc>
          <w:tcPr>
            <w:tcW w:w="3964" w:type="dxa"/>
            <w:tcMar>
              <w:top w:w="100" w:type="dxa"/>
              <w:left w:w="120" w:type="dxa"/>
              <w:bottom w:w="100" w:type="dxa"/>
              <w:right w:w="120" w:type="dxa"/>
            </w:tcMar>
            <w:vAlign w:val="center"/>
          </w:tcPr>
          <w:p w14:paraId="7196BDF1" w14:textId="77777777" w:rsidR="00CD5F7D" w:rsidRPr="00F87828" w:rsidRDefault="00123731" w:rsidP="006B04AA">
            <w:pPr>
              <w:spacing w:after="0"/>
            </w:pPr>
            <w:r w:rsidRPr="00F87828">
              <w:rPr>
                <w:b/>
              </w:rPr>
              <w:t>Ogłoszenie wyników etapu powiatowego</w:t>
            </w:r>
          </w:p>
        </w:tc>
        <w:tc>
          <w:tcPr>
            <w:tcW w:w="5529" w:type="dxa"/>
            <w:tcMar>
              <w:top w:w="100" w:type="dxa"/>
              <w:left w:w="120" w:type="dxa"/>
              <w:bottom w:w="100" w:type="dxa"/>
              <w:right w:w="120" w:type="dxa"/>
            </w:tcMar>
            <w:vAlign w:val="center"/>
          </w:tcPr>
          <w:p w14:paraId="3F01A928" w14:textId="77777777" w:rsidR="00CD5F7D" w:rsidRPr="00F87828" w:rsidRDefault="00123731" w:rsidP="006B04AA">
            <w:pPr>
              <w:spacing w:after="0"/>
            </w:pPr>
            <w:r w:rsidRPr="00F87828">
              <w:t>na stronach internetowych właściwych PSSE i – jeżeli PSSE prowadzi profil – w mediach społecznościowych</w:t>
            </w:r>
          </w:p>
        </w:tc>
      </w:tr>
      <w:tr w:rsidR="00CD5F7D" w:rsidRPr="00F87828" w14:paraId="5E32EA82" w14:textId="77777777" w:rsidTr="006B04AA">
        <w:trPr>
          <w:cantSplit/>
          <w:jc w:val="center"/>
        </w:trPr>
        <w:tc>
          <w:tcPr>
            <w:tcW w:w="3964" w:type="dxa"/>
            <w:tcMar>
              <w:top w:w="100" w:type="dxa"/>
              <w:left w:w="120" w:type="dxa"/>
              <w:bottom w:w="100" w:type="dxa"/>
              <w:right w:w="120" w:type="dxa"/>
            </w:tcMar>
            <w:vAlign w:val="center"/>
          </w:tcPr>
          <w:p w14:paraId="064FB49A" w14:textId="77777777" w:rsidR="00CD5F7D" w:rsidRPr="00F87828" w:rsidRDefault="00123731" w:rsidP="006B04AA">
            <w:pPr>
              <w:spacing w:after="0"/>
            </w:pPr>
            <w:r w:rsidRPr="00F87828">
              <w:rPr>
                <w:b/>
              </w:rPr>
              <w:t>Ogłoszenie wyników etapu wojewódzkiego</w:t>
            </w:r>
          </w:p>
        </w:tc>
        <w:tc>
          <w:tcPr>
            <w:tcW w:w="5529" w:type="dxa"/>
            <w:tcMar>
              <w:top w:w="100" w:type="dxa"/>
              <w:left w:w="120" w:type="dxa"/>
              <w:bottom w:w="100" w:type="dxa"/>
              <w:right w:w="120" w:type="dxa"/>
            </w:tcMar>
            <w:vAlign w:val="center"/>
          </w:tcPr>
          <w:p w14:paraId="3AD02547" w14:textId="046D19F4" w:rsidR="00CD5F7D" w:rsidRPr="00F87828" w:rsidRDefault="00B43032" w:rsidP="006B04AA">
            <w:pPr>
              <w:spacing w:after="0"/>
            </w:pPr>
            <w:r w:rsidRPr="00F87828">
              <w:t>nie później</w:t>
            </w:r>
            <w:r w:rsidR="005858B4" w:rsidRPr="00F87828">
              <w:t xml:space="preserve"> niż 27 listopada 2026 r. na stronie https://www.gov.pl/web/wsse-bydgoszcz; publikacja</w:t>
            </w:r>
            <w:r w:rsidR="006B04AA">
              <w:br/>
            </w:r>
            <w:r w:rsidR="005858B4" w:rsidRPr="00F87828">
              <w:t>w mediach społecznościowych Organizatora może stanowić dodatkowy kanał informacji</w:t>
            </w:r>
          </w:p>
        </w:tc>
      </w:tr>
      <w:tr w:rsidR="00CD5F7D" w:rsidRPr="00F87828" w14:paraId="09BB399E" w14:textId="77777777" w:rsidTr="006B04AA">
        <w:trPr>
          <w:cantSplit/>
          <w:jc w:val="center"/>
        </w:trPr>
        <w:tc>
          <w:tcPr>
            <w:tcW w:w="3964" w:type="dxa"/>
            <w:tcMar>
              <w:top w:w="100" w:type="dxa"/>
              <w:left w:w="120" w:type="dxa"/>
              <w:bottom w:w="100" w:type="dxa"/>
              <w:right w:w="120" w:type="dxa"/>
            </w:tcMar>
            <w:vAlign w:val="center"/>
          </w:tcPr>
          <w:p w14:paraId="625B75A2" w14:textId="02832900" w:rsidR="00CD5F7D" w:rsidRPr="00F87828" w:rsidRDefault="00123731" w:rsidP="006B04AA">
            <w:pPr>
              <w:spacing w:after="0"/>
            </w:pPr>
            <w:r w:rsidRPr="00F87828">
              <w:rPr>
                <w:b/>
              </w:rPr>
              <w:t>Prezentacja nagrodzonych prac i</w:t>
            </w:r>
            <w:r w:rsidR="00AE0C4D">
              <w:rPr>
                <w:b/>
              </w:rPr>
              <w:t> </w:t>
            </w:r>
            <w:r w:rsidRPr="00F87828">
              <w:rPr>
                <w:b/>
              </w:rPr>
              <w:t>wręczenie nagród</w:t>
            </w:r>
          </w:p>
        </w:tc>
        <w:tc>
          <w:tcPr>
            <w:tcW w:w="5529" w:type="dxa"/>
            <w:tcMar>
              <w:top w:w="100" w:type="dxa"/>
              <w:left w:w="120" w:type="dxa"/>
              <w:bottom w:w="100" w:type="dxa"/>
              <w:right w:w="120" w:type="dxa"/>
            </w:tcMar>
            <w:vAlign w:val="center"/>
          </w:tcPr>
          <w:p w14:paraId="69BCC415" w14:textId="77777777" w:rsidR="00CD5F7D" w:rsidRPr="00F87828" w:rsidRDefault="00123731" w:rsidP="006B04AA">
            <w:pPr>
              <w:spacing w:after="0"/>
            </w:pPr>
            <w:r w:rsidRPr="00F87828">
              <w:t>27 listopada 2026 r., aula Biblioteki Uniwersytetu Kazimierza Wielkiego w Bydgoszczy; szczegóły zostaną przekazane laureatom</w:t>
            </w:r>
          </w:p>
        </w:tc>
      </w:tr>
    </w:tbl>
    <w:p w14:paraId="6E9E09A9" w14:textId="77777777" w:rsidR="00CD5F7D" w:rsidRPr="00F87828" w:rsidRDefault="00CD5F7D"/>
    <w:p w14:paraId="3FE57921" w14:textId="77777777" w:rsidR="00CD5F7D" w:rsidRPr="00F87828" w:rsidRDefault="00123731">
      <w:pPr>
        <w:pStyle w:val="Nagwek1"/>
      </w:pPr>
      <w:r w:rsidRPr="00F87828">
        <w:lastRenderedPageBreak/>
        <w:t>§ 5. Kryteria oceny prac konkursowych</w:t>
      </w:r>
    </w:p>
    <w:p w14:paraId="6164ADA5" w14:textId="1ADC1737" w:rsidR="00CD5F7D" w:rsidRPr="00F87828" w:rsidRDefault="00123731" w:rsidP="00B43032">
      <w:pPr>
        <w:pStyle w:val="Akapitzlist"/>
        <w:numPr>
          <w:ilvl w:val="0"/>
          <w:numId w:val="17"/>
        </w:numPr>
        <w:jc w:val="both"/>
      </w:pPr>
      <w:r w:rsidRPr="00F87828">
        <w:t>Prace podlegają najpierw ocenie formalnej. Praca niespełniająca wymogów formalnych nie podlega ocenie merytorycznej.</w:t>
      </w:r>
    </w:p>
    <w:p w14:paraId="6E6677CB" w14:textId="4AE3AF4D" w:rsidR="00CD5F7D" w:rsidRPr="00F87828" w:rsidRDefault="00123731" w:rsidP="00B43032">
      <w:pPr>
        <w:pStyle w:val="Akapitzlist"/>
        <w:numPr>
          <w:ilvl w:val="0"/>
          <w:numId w:val="17"/>
        </w:numPr>
        <w:jc w:val="both"/>
      </w:pPr>
      <w:r w:rsidRPr="00F87828">
        <w:t>Ocena formalna obejmuje w szczególności: zachowanie terminu, spełnienie kryterium uczestnictwa, zgłoszenie nie więcej niż 1 Modelu przez uczestnika, kompletność dokumentów, samodzielność pracy oraz spełnienie wymogów bezpieczeństwa i stabilności Modelu.</w:t>
      </w:r>
    </w:p>
    <w:p w14:paraId="6C0E9351" w14:textId="6A65695F" w:rsidR="00CD5F7D" w:rsidRPr="00F87828" w:rsidRDefault="00123731" w:rsidP="00B43032">
      <w:pPr>
        <w:pStyle w:val="Akapitzlist"/>
        <w:numPr>
          <w:ilvl w:val="0"/>
          <w:numId w:val="17"/>
        </w:numPr>
        <w:jc w:val="both"/>
      </w:pPr>
      <w:r w:rsidRPr="00F87828">
        <w:t>Ocena merytoryczna jest prowadzona w skali 0–5 punktów w każdym z poniższych kryteriów:</w:t>
      </w:r>
    </w:p>
    <w:tbl>
      <w:tblPr>
        <w:tblW w:w="9493" w:type="dxa"/>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562"/>
        <w:gridCol w:w="7655"/>
        <w:gridCol w:w="1276"/>
      </w:tblGrid>
      <w:tr w:rsidR="00CD5F7D" w:rsidRPr="00F87828" w14:paraId="064CAF81" w14:textId="77777777" w:rsidTr="00AE0C4D">
        <w:trPr>
          <w:tblHeader/>
          <w:jc w:val="center"/>
        </w:trPr>
        <w:tc>
          <w:tcPr>
            <w:tcW w:w="562" w:type="dxa"/>
            <w:shd w:val="clear" w:color="auto" w:fill="EAF2EA"/>
            <w:tcMar>
              <w:top w:w="100" w:type="dxa"/>
              <w:left w:w="100" w:type="dxa"/>
              <w:bottom w:w="100" w:type="dxa"/>
              <w:right w:w="100" w:type="dxa"/>
            </w:tcMar>
          </w:tcPr>
          <w:p w14:paraId="06366BE9" w14:textId="77777777" w:rsidR="00CD5F7D" w:rsidRPr="00F87828" w:rsidRDefault="00123731">
            <w:pPr>
              <w:spacing w:after="0" w:line="240" w:lineRule="auto"/>
            </w:pPr>
            <w:r w:rsidRPr="00F87828">
              <w:rPr>
                <w:b/>
                <w:sz w:val="20"/>
              </w:rPr>
              <w:t>Lp.</w:t>
            </w:r>
          </w:p>
        </w:tc>
        <w:tc>
          <w:tcPr>
            <w:tcW w:w="7655" w:type="dxa"/>
            <w:shd w:val="clear" w:color="auto" w:fill="EAF2EA"/>
            <w:tcMar>
              <w:top w:w="100" w:type="dxa"/>
              <w:left w:w="100" w:type="dxa"/>
              <w:bottom w:w="100" w:type="dxa"/>
              <w:right w:w="100" w:type="dxa"/>
            </w:tcMar>
          </w:tcPr>
          <w:p w14:paraId="70D68942" w14:textId="77777777" w:rsidR="00CD5F7D" w:rsidRPr="00F87828" w:rsidRDefault="00123731">
            <w:pPr>
              <w:spacing w:after="0" w:line="240" w:lineRule="auto"/>
            </w:pPr>
            <w:r w:rsidRPr="00F87828">
              <w:rPr>
                <w:b/>
                <w:sz w:val="20"/>
              </w:rPr>
              <w:t>Kryterium</w:t>
            </w:r>
          </w:p>
        </w:tc>
        <w:tc>
          <w:tcPr>
            <w:tcW w:w="1276" w:type="dxa"/>
            <w:shd w:val="clear" w:color="auto" w:fill="EAF2EA"/>
            <w:tcMar>
              <w:top w:w="100" w:type="dxa"/>
              <w:left w:w="100" w:type="dxa"/>
              <w:bottom w:w="100" w:type="dxa"/>
              <w:right w:w="100" w:type="dxa"/>
            </w:tcMar>
          </w:tcPr>
          <w:p w14:paraId="715C8AFB" w14:textId="77777777" w:rsidR="00CD5F7D" w:rsidRPr="00F87828" w:rsidRDefault="00123731">
            <w:pPr>
              <w:spacing w:after="0" w:line="240" w:lineRule="auto"/>
            </w:pPr>
            <w:r w:rsidRPr="00F87828">
              <w:rPr>
                <w:b/>
                <w:sz w:val="20"/>
              </w:rPr>
              <w:t>Skala</w:t>
            </w:r>
          </w:p>
        </w:tc>
      </w:tr>
      <w:tr w:rsidR="00CD5F7D" w:rsidRPr="00F87828" w14:paraId="11F75980" w14:textId="77777777" w:rsidTr="00AE0C4D">
        <w:trPr>
          <w:jc w:val="center"/>
        </w:trPr>
        <w:tc>
          <w:tcPr>
            <w:tcW w:w="562" w:type="dxa"/>
            <w:tcMar>
              <w:top w:w="100" w:type="dxa"/>
              <w:left w:w="100" w:type="dxa"/>
              <w:bottom w:w="100" w:type="dxa"/>
              <w:right w:w="100" w:type="dxa"/>
            </w:tcMar>
            <w:vAlign w:val="center"/>
          </w:tcPr>
          <w:p w14:paraId="46F5A621" w14:textId="77777777" w:rsidR="00CD5F7D" w:rsidRPr="00F87828" w:rsidRDefault="00123731">
            <w:pPr>
              <w:spacing w:after="0" w:line="240" w:lineRule="auto"/>
            </w:pPr>
            <w:r w:rsidRPr="00F87828">
              <w:rPr>
                <w:sz w:val="20"/>
              </w:rPr>
              <w:t>1</w:t>
            </w:r>
          </w:p>
        </w:tc>
        <w:tc>
          <w:tcPr>
            <w:tcW w:w="7655" w:type="dxa"/>
            <w:tcMar>
              <w:top w:w="100" w:type="dxa"/>
              <w:left w:w="100" w:type="dxa"/>
              <w:bottom w:w="100" w:type="dxa"/>
              <w:right w:w="100" w:type="dxa"/>
            </w:tcMar>
            <w:vAlign w:val="center"/>
          </w:tcPr>
          <w:p w14:paraId="58F317A7" w14:textId="77777777" w:rsidR="00CD5F7D" w:rsidRPr="00F87828" w:rsidRDefault="00123731">
            <w:pPr>
              <w:spacing w:after="0" w:line="240" w:lineRule="auto"/>
            </w:pPr>
            <w:r w:rsidRPr="00F87828">
              <w:rPr>
                <w:sz w:val="20"/>
              </w:rPr>
              <w:t>Zgodność z tematyką Konkursu i wartość edukacyjna</w:t>
            </w:r>
          </w:p>
        </w:tc>
        <w:tc>
          <w:tcPr>
            <w:tcW w:w="1276" w:type="dxa"/>
            <w:tcMar>
              <w:top w:w="100" w:type="dxa"/>
              <w:left w:w="100" w:type="dxa"/>
              <w:bottom w:w="100" w:type="dxa"/>
              <w:right w:w="100" w:type="dxa"/>
            </w:tcMar>
            <w:vAlign w:val="center"/>
          </w:tcPr>
          <w:p w14:paraId="00DF4F71" w14:textId="77777777" w:rsidR="00CD5F7D" w:rsidRPr="00F87828" w:rsidRDefault="00123731">
            <w:pPr>
              <w:spacing w:after="0" w:line="240" w:lineRule="auto"/>
            </w:pPr>
            <w:r w:rsidRPr="00F87828">
              <w:rPr>
                <w:sz w:val="20"/>
              </w:rPr>
              <w:t>0–5 pkt</w:t>
            </w:r>
          </w:p>
        </w:tc>
      </w:tr>
      <w:tr w:rsidR="00CD5F7D" w:rsidRPr="00F87828" w14:paraId="698E17C0" w14:textId="77777777" w:rsidTr="00AE0C4D">
        <w:trPr>
          <w:jc w:val="center"/>
        </w:trPr>
        <w:tc>
          <w:tcPr>
            <w:tcW w:w="562" w:type="dxa"/>
            <w:tcMar>
              <w:top w:w="100" w:type="dxa"/>
              <w:left w:w="100" w:type="dxa"/>
              <w:bottom w:w="100" w:type="dxa"/>
              <w:right w:w="100" w:type="dxa"/>
            </w:tcMar>
            <w:vAlign w:val="center"/>
          </w:tcPr>
          <w:p w14:paraId="593146DC" w14:textId="77777777" w:rsidR="00CD5F7D" w:rsidRPr="00F87828" w:rsidRDefault="00123731">
            <w:pPr>
              <w:spacing w:after="0" w:line="240" w:lineRule="auto"/>
            </w:pPr>
            <w:r w:rsidRPr="00F87828">
              <w:rPr>
                <w:sz w:val="20"/>
              </w:rPr>
              <w:t>2</w:t>
            </w:r>
          </w:p>
        </w:tc>
        <w:tc>
          <w:tcPr>
            <w:tcW w:w="7655" w:type="dxa"/>
            <w:tcMar>
              <w:top w:w="100" w:type="dxa"/>
              <w:left w:w="100" w:type="dxa"/>
              <w:bottom w:w="100" w:type="dxa"/>
              <w:right w:w="100" w:type="dxa"/>
            </w:tcMar>
            <w:vAlign w:val="center"/>
          </w:tcPr>
          <w:p w14:paraId="52785693" w14:textId="77777777" w:rsidR="00CD5F7D" w:rsidRPr="00F87828" w:rsidRDefault="00123731">
            <w:pPr>
              <w:spacing w:after="0" w:line="240" w:lineRule="auto"/>
            </w:pPr>
            <w:r w:rsidRPr="00F87828">
              <w:rPr>
                <w:sz w:val="20"/>
              </w:rPr>
              <w:t>Realistyczne odwzorowanie cech wybranego gatunku grzyba</w:t>
            </w:r>
          </w:p>
        </w:tc>
        <w:tc>
          <w:tcPr>
            <w:tcW w:w="1276" w:type="dxa"/>
            <w:tcMar>
              <w:top w:w="100" w:type="dxa"/>
              <w:left w:w="100" w:type="dxa"/>
              <w:bottom w:w="100" w:type="dxa"/>
              <w:right w:w="100" w:type="dxa"/>
            </w:tcMar>
            <w:vAlign w:val="center"/>
          </w:tcPr>
          <w:p w14:paraId="6D9E3618" w14:textId="77777777" w:rsidR="00CD5F7D" w:rsidRPr="00F87828" w:rsidRDefault="00123731">
            <w:pPr>
              <w:spacing w:after="0" w:line="240" w:lineRule="auto"/>
            </w:pPr>
            <w:r w:rsidRPr="00F87828">
              <w:rPr>
                <w:sz w:val="20"/>
              </w:rPr>
              <w:t>0–5 pkt</w:t>
            </w:r>
          </w:p>
        </w:tc>
      </w:tr>
      <w:tr w:rsidR="00CD5F7D" w:rsidRPr="00F87828" w14:paraId="36F67012" w14:textId="77777777" w:rsidTr="00AE0C4D">
        <w:trPr>
          <w:jc w:val="center"/>
        </w:trPr>
        <w:tc>
          <w:tcPr>
            <w:tcW w:w="562" w:type="dxa"/>
            <w:tcMar>
              <w:top w:w="100" w:type="dxa"/>
              <w:left w:w="100" w:type="dxa"/>
              <w:bottom w:w="100" w:type="dxa"/>
              <w:right w:w="100" w:type="dxa"/>
            </w:tcMar>
            <w:vAlign w:val="center"/>
          </w:tcPr>
          <w:p w14:paraId="0B320349" w14:textId="77777777" w:rsidR="00CD5F7D" w:rsidRPr="00F87828" w:rsidRDefault="00123731">
            <w:pPr>
              <w:spacing w:after="0" w:line="240" w:lineRule="auto"/>
            </w:pPr>
            <w:r w:rsidRPr="00F87828">
              <w:rPr>
                <w:sz w:val="20"/>
              </w:rPr>
              <w:t>3</w:t>
            </w:r>
          </w:p>
        </w:tc>
        <w:tc>
          <w:tcPr>
            <w:tcW w:w="7655" w:type="dxa"/>
            <w:tcMar>
              <w:top w:w="100" w:type="dxa"/>
              <w:left w:w="100" w:type="dxa"/>
              <w:bottom w:w="100" w:type="dxa"/>
              <w:right w:w="100" w:type="dxa"/>
            </w:tcMar>
            <w:vAlign w:val="center"/>
          </w:tcPr>
          <w:p w14:paraId="18B4B587" w14:textId="77777777" w:rsidR="00CD5F7D" w:rsidRPr="00F87828" w:rsidRDefault="00123731">
            <w:pPr>
              <w:spacing w:after="0" w:line="240" w:lineRule="auto"/>
            </w:pPr>
            <w:r w:rsidRPr="00F87828">
              <w:rPr>
                <w:sz w:val="20"/>
              </w:rPr>
              <w:t>Estetyka i jakość wykonania</w:t>
            </w:r>
          </w:p>
        </w:tc>
        <w:tc>
          <w:tcPr>
            <w:tcW w:w="1276" w:type="dxa"/>
            <w:tcMar>
              <w:top w:w="100" w:type="dxa"/>
              <w:left w:w="100" w:type="dxa"/>
              <w:bottom w:w="100" w:type="dxa"/>
              <w:right w:w="100" w:type="dxa"/>
            </w:tcMar>
            <w:vAlign w:val="center"/>
          </w:tcPr>
          <w:p w14:paraId="67A4C3BF" w14:textId="77777777" w:rsidR="00CD5F7D" w:rsidRPr="00F87828" w:rsidRDefault="00123731">
            <w:pPr>
              <w:spacing w:after="0" w:line="240" w:lineRule="auto"/>
            </w:pPr>
            <w:r w:rsidRPr="00F87828">
              <w:rPr>
                <w:sz w:val="20"/>
              </w:rPr>
              <w:t>0–5 pkt</w:t>
            </w:r>
          </w:p>
        </w:tc>
      </w:tr>
      <w:tr w:rsidR="00CD5F7D" w:rsidRPr="00F87828" w14:paraId="2EF8AFE0" w14:textId="77777777" w:rsidTr="00AE0C4D">
        <w:trPr>
          <w:jc w:val="center"/>
        </w:trPr>
        <w:tc>
          <w:tcPr>
            <w:tcW w:w="562" w:type="dxa"/>
            <w:tcMar>
              <w:top w:w="100" w:type="dxa"/>
              <w:left w:w="100" w:type="dxa"/>
              <w:bottom w:w="100" w:type="dxa"/>
              <w:right w:w="100" w:type="dxa"/>
            </w:tcMar>
            <w:vAlign w:val="center"/>
          </w:tcPr>
          <w:p w14:paraId="27363BC8" w14:textId="77777777" w:rsidR="00CD5F7D" w:rsidRPr="00F87828" w:rsidRDefault="00123731">
            <w:pPr>
              <w:spacing w:after="0" w:line="240" w:lineRule="auto"/>
            </w:pPr>
            <w:r w:rsidRPr="00F87828">
              <w:rPr>
                <w:sz w:val="20"/>
              </w:rPr>
              <w:t>4</w:t>
            </w:r>
          </w:p>
        </w:tc>
        <w:tc>
          <w:tcPr>
            <w:tcW w:w="7655" w:type="dxa"/>
            <w:tcMar>
              <w:top w:w="100" w:type="dxa"/>
              <w:left w:w="100" w:type="dxa"/>
              <w:bottom w:w="100" w:type="dxa"/>
              <w:right w:w="100" w:type="dxa"/>
            </w:tcMar>
            <w:vAlign w:val="center"/>
          </w:tcPr>
          <w:p w14:paraId="66A027F1" w14:textId="77777777" w:rsidR="00CD5F7D" w:rsidRPr="00F87828" w:rsidRDefault="00123731">
            <w:pPr>
              <w:spacing w:after="0" w:line="240" w:lineRule="auto"/>
            </w:pPr>
            <w:r w:rsidRPr="00F87828">
              <w:rPr>
                <w:sz w:val="20"/>
              </w:rPr>
              <w:t>Oryginalność i pomysłowość</w:t>
            </w:r>
          </w:p>
        </w:tc>
        <w:tc>
          <w:tcPr>
            <w:tcW w:w="1276" w:type="dxa"/>
            <w:tcMar>
              <w:top w:w="100" w:type="dxa"/>
              <w:left w:w="100" w:type="dxa"/>
              <w:bottom w:w="100" w:type="dxa"/>
              <w:right w:w="100" w:type="dxa"/>
            </w:tcMar>
            <w:vAlign w:val="center"/>
          </w:tcPr>
          <w:p w14:paraId="292942E9" w14:textId="77777777" w:rsidR="00CD5F7D" w:rsidRPr="00F87828" w:rsidRDefault="00123731">
            <w:pPr>
              <w:spacing w:after="0" w:line="240" w:lineRule="auto"/>
            </w:pPr>
            <w:r w:rsidRPr="00F87828">
              <w:rPr>
                <w:sz w:val="20"/>
              </w:rPr>
              <w:t>0–5 pkt</w:t>
            </w:r>
          </w:p>
        </w:tc>
      </w:tr>
      <w:tr w:rsidR="00CD5F7D" w:rsidRPr="00F87828" w14:paraId="2F07A8FB" w14:textId="77777777" w:rsidTr="00AE0C4D">
        <w:trPr>
          <w:jc w:val="center"/>
        </w:trPr>
        <w:tc>
          <w:tcPr>
            <w:tcW w:w="562" w:type="dxa"/>
            <w:tcMar>
              <w:top w:w="100" w:type="dxa"/>
              <w:left w:w="100" w:type="dxa"/>
              <w:bottom w:w="100" w:type="dxa"/>
              <w:right w:w="100" w:type="dxa"/>
            </w:tcMar>
            <w:vAlign w:val="center"/>
          </w:tcPr>
          <w:p w14:paraId="157FE5F1" w14:textId="77777777" w:rsidR="00CD5F7D" w:rsidRPr="00F87828" w:rsidRDefault="00123731">
            <w:pPr>
              <w:spacing w:after="0" w:line="240" w:lineRule="auto"/>
            </w:pPr>
            <w:r w:rsidRPr="00F87828">
              <w:rPr>
                <w:sz w:val="20"/>
              </w:rPr>
              <w:t>5</w:t>
            </w:r>
          </w:p>
        </w:tc>
        <w:tc>
          <w:tcPr>
            <w:tcW w:w="7655" w:type="dxa"/>
            <w:tcMar>
              <w:top w:w="100" w:type="dxa"/>
              <w:left w:w="100" w:type="dxa"/>
              <w:bottom w:w="100" w:type="dxa"/>
              <w:right w:w="100" w:type="dxa"/>
            </w:tcMar>
            <w:vAlign w:val="center"/>
          </w:tcPr>
          <w:p w14:paraId="66A4FF8D" w14:textId="77777777" w:rsidR="00CD5F7D" w:rsidRPr="00F87828" w:rsidRDefault="00123731">
            <w:pPr>
              <w:spacing w:after="0" w:line="240" w:lineRule="auto"/>
            </w:pPr>
            <w:r w:rsidRPr="00F87828">
              <w:rPr>
                <w:sz w:val="20"/>
              </w:rPr>
              <w:t>Dobór materiałów i techniki wykonania</w:t>
            </w:r>
          </w:p>
        </w:tc>
        <w:tc>
          <w:tcPr>
            <w:tcW w:w="1276" w:type="dxa"/>
            <w:tcMar>
              <w:top w:w="100" w:type="dxa"/>
              <w:left w:w="100" w:type="dxa"/>
              <w:bottom w:w="100" w:type="dxa"/>
              <w:right w:w="100" w:type="dxa"/>
            </w:tcMar>
            <w:vAlign w:val="center"/>
          </w:tcPr>
          <w:p w14:paraId="62ECBC7B" w14:textId="77777777" w:rsidR="00CD5F7D" w:rsidRPr="00F87828" w:rsidRDefault="00123731">
            <w:pPr>
              <w:spacing w:after="0" w:line="240" w:lineRule="auto"/>
            </w:pPr>
            <w:r w:rsidRPr="00F87828">
              <w:rPr>
                <w:sz w:val="20"/>
              </w:rPr>
              <w:t>0–5 pkt</w:t>
            </w:r>
          </w:p>
        </w:tc>
      </w:tr>
    </w:tbl>
    <w:p w14:paraId="53EA670B" w14:textId="77777777" w:rsidR="00CD5F7D" w:rsidRPr="00F87828" w:rsidRDefault="00CD5F7D"/>
    <w:p w14:paraId="6280043C" w14:textId="48D6E3DE" w:rsidR="00CD5F7D" w:rsidRPr="00F87828" w:rsidRDefault="00123731" w:rsidP="00B43032">
      <w:pPr>
        <w:pStyle w:val="Akapitzlist"/>
        <w:numPr>
          <w:ilvl w:val="0"/>
          <w:numId w:val="17"/>
        </w:numPr>
        <w:jc w:val="both"/>
      </w:pPr>
      <w:r w:rsidRPr="00F87828">
        <w:t>Każdy członek Komisji ocenia Prace indywidualnie. Wynik pracy stanowi średnia arytmetyczna punktów przyznanych przez członków Komisji.</w:t>
      </w:r>
    </w:p>
    <w:p w14:paraId="642F5992" w14:textId="6DCDE185" w:rsidR="00CD5F7D" w:rsidRPr="00F87828" w:rsidRDefault="00123731" w:rsidP="00B43032">
      <w:pPr>
        <w:pStyle w:val="Akapitzlist"/>
        <w:numPr>
          <w:ilvl w:val="0"/>
          <w:numId w:val="17"/>
        </w:numPr>
        <w:jc w:val="both"/>
      </w:pPr>
      <w:r w:rsidRPr="00F87828">
        <w:t>Komisję konkursową etapu powiatowego powołuje właściwy Państwowy Powiatowy Inspektor Sanitarny. Komisja wybiera 1 najwyżej ocenioną Pracę do etapu wojewódzkiego.</w:t>
      </w:r>
    </w:p>
    <w:p w14:paraId="078C25D6" w14:textId="6532AC6A" w:rsidR="00CD5F7D" w:rsidRPr="00F87828" w:rsidRDefault="00123731" w:rsidP="00B43032">
      <w:pPr>
        <w:pStyle w:val="Akapitzlist"/>
        <w:numPr>
          <w:ilvl w:val="0"/>
          <w:numId w:val="17"/>
        </w:numPr>
        <w:jc w:val="both"/>
      </w:pPr>
      <w:r w:rsidRPr="00F87828">
        <w:t>Komisję konkursową etapu wojewódzkiego powołuje Państwowy Wojewódzki Inspektor Sanitarny w</w:t>
      </w:r>
      <w:r w:rsidR="00AE0C4D">
        <w:t> </w:t>
      </w:r>
      <w:r w:rsidRPr="00F87828">
        <w:t>Bydgoszczy. W jej skład mogą wejść w szczególności grzyboznawcy lub klasyfikatorzy grzybów, przedstawiciele współorganizatorów oraz artysta plastyk. Komisja wyłania Prace zajmujące I, II i III miejsce.</w:t>
      </w:r>
    </w:p>
    <w:p w14:paraId="26943685" w14:textId="7F7528DE" w:rsidR="00CD5F7D" w:rsidRPr="00F87828" w:rsidRDefault="00123731" w:rsidP="00B43032">
      <w:pPr>
        <w:pStyle w:val="Akapitzlist"/>
        <w:numPr>
          <w:ilvl w:val="0"/>
          <w:numId w:val="17"/>
        </w:numPr>
        <w:jc w:val="both"/>
      </w:pPr>
      <w:r w:rsidRPr="00F87828">
        <w:t>W przypadku równej końcowej liczby punktów decyduje kolejno wyższa ocena za realistyczne odwzorowanie, a następnie za wartość edukacyjną. Jeżeli nadal występuje remis, Komisja dokonuje dodatkowej wspólnej oceny remisujących Prac i odnotowuje rozstrzygnięcie</w:t>
      </w:r>
      <w:r w:rsidR="00712C3A">
        <w:br/>
      </w:r>
      <w:r w:rsidRPr="00F87828">
        <w:t>w protokole.</w:t>
      </w:r>
    </w:p>
    <w:p w14:paraId="1EFC5380" w14:textId="42539C0C" w:rsidR="00CD5F7D" w:rsidRPr="00F87828" w:rsidRDefault="00123731" w:rsidP="00B43032">
      <w:pPr>
        <w:pStyle w:val="Akapitzlist"/>
        <w:numPr>
          <w:ilvl w:val="0"/>
          <w:numId w:val="17"/>
        </w:numPr>
        <w:jc w:val="both"/>
      </w:pPr>
      <w:r w:rsidRPr="00F87828">
        <w:t>Rozstrzygnięcia Komisji w zakresie oceny merytorycznej są ostateczne. Zastrzeżenia dotyczące wyłącznie przebiegu lub naruszenia procedury można zgłosić organizatorowi danego etapu</w:t>
      </w:r>
      <w:r w:rsidR="00712C3A">
        <w:br/>
      </w:r>
      <w:r w:rsidRPr="00F87828">
        <w:t>w terminie 3 dni roboczych od ogłoszenia wyników.</w:t>
      </w:r>
    </w:p>
    <w:p w14:paraId="511C1E68" w14:textId="77777777" w:rsidR="00CD5F7D" w:rsidRPr="00F87828" w:rsidRDefault="00123731" w:rsidP="00AE0C4D">
      <w:pPr>
        <w:pStyle w:val="Nagwek1"/>
        <w:jc w:val="both"/>
      </w:pPr>
      <w:r w:rsidRPr="00F87828">
        <w:t>§ 6. Nagrody</w:t>
      </w:r>
    </w:p>
    <w:p w14:paraId="3EC74B81" w14:textId="37E8FC38" w:rsidR="00CD5F7D" w:rsidRPr="00F87828" w:rsidRDefault="00123731" w:rsidP="00B43032">
      <w:pPr>
        <w:pStyle w:val="Akapitzlist"/>
        <w:numPr>
          <w:ilvl w:val="0"/>
          <w:numId w:val="20"/>
        </w:numPr>
        <w:jc w:val="both"/>
      </w:pPr>
      <w:r w:rsidRPr="00F87828">
        <w:t>Laureat etapu powiatowego otrzymuje dyplom oraz drobny upominek.</w:t>
      </w:r>
    </w:p>
    <w:p w14:paraId="7EA877E4" w14:textId="6A63B48B" w:rsidR="00CD5F7D" w:rsidRPr="00F87828" w:rsidRDefault="00123731" w:rsidP="00B43032">
      <w:pPr>
        <w:pStyle w:val="Akapitzlist"/>
        <w:numPr>
          <w:ilvl w:val="0"/>
          <w:numId w:val="20"/>
        </w:numPr>
        <w:jc w:val="both"/>
      </w:pPr>
      <w:r w:rsidRPr="00F87828">
        <w:t>Za zajęcie I, II i III miejsca w etapie wojewódzkim Organizator przyznaj</w:t>
      </w:r>
      <w:r w:rsidR="00FE0803">
        <w:t>e</w:t>
      </w:r>
      <w:r w:rsidRPr="00F87828">
        <w:t xml:space="preserve"> nagrody rzeczowe i</w:t>
      </w:r>
      <w:r w:rsidR="00AE0C4D">
        <w:t> </w:t>
      </w:r>
      <w:r w:rsidRPr="00F87828">
        <w:t>dyplomy.</w:t>
      </w:r>
      <w:r w:rsidR="00CE4896">
        <w:t xml:space="preserve"> O przyznaniu wyróżnieni</w:t>
      </w:r>
      <w:r w:rsidR="00E978D4">
        <w:t>a</w:t>
      </w:r>
      <w:r w:rsidR="00CE4896">
        <w:t>, jego formie oraz liczbie decyduje Organizator.</w:t>
      </w:r>
    </w:p>
    <w:p w14:paraId="47758065" w14:textId="0B7BC939" w:rsidR="00CE4896" w:rsidRDefault="00123731" w:rsidP="00CE4896">
      <w:pPr>
        <w:pStyle w:val="Akapitzlist"/>
        <w:numPr>
          <w:ilvl w:val="0"/>
          <w:numId w:val="20"/>
        </w:numPr>
        <w:jc w:val="both"/>
      </w:pPr>
      <w:r w:rsidRPr="00F87828">
        <w:t>Nagrody rzeczowe nie podlegają wymianie na ekwiwalent pieniężny.</w:t>
      </w:r>
    </w:p>
    <w:p w14:paraId="1E78889E" w14:textId="77777777" w:rsidR="00CD5F7D" w:rsidRPr="00F87828" w:rsidRDefault="00123731" w:rsidP="005F3B40">
      <w:pPr>
        <w:pStyle w:val="Nagwek1"/>
        <w:jc w:val="both"/>
      </w:pPr>
      <w:r w:rsidRPr="00F87828">
        <w:t>§ 7. Prawa do Pracy konkursowej, egzemplarz Modelu i publikacja</w:t>
      </w:r>
    </w:p>
    <w:p w14:paraId="111DE055" w14:textId="4691A7CC" w:rsidR="00CD5F7D" w:rsidRPr="00F87828" w:rsidRDefault="00123731" w:rsidP="00B43032">
      <w:pPr>
        <w:pStyle w:val="Akapitzlist"/>
        <w:numPr>
          <w:ilvl w:val="0"/>
          <w:numId w:val="22"/>
        </w:numPr>
        <w:jc w:val="both"/>
      </w:pPr>
      <w:r w:rsidRPr="00F87828">
        <w:t>Z chwilą dostarczenia Modelu do właściwej PSSE w celu zgłoszenia go do Konkursu uczestnik nieodpłatnie przenosi na Organizatora własność fizycznego egzemplarza Modelu. W przypadku uczestnika niepełnoletniego przeniesienie następuje za zgodą i w zakresie działania jego przedstawiciela ustawowego, potwierdzoną w Załączniku nr 2. Uczestnik pełnoletni potwierdza przeniesienie własności w Załączniku nr 3.</w:t>
      </w:r>
    </w:p>
    <w:p w14:paraId="4233CE12" w14:textId="4C6970E2" w:rsidR="00CD5F7D" w:rsidRPr="00F87828" w:rsidRDefault="00123731" w:rsidP="00B43032">
      <w:pPr>
        <w:pStyle w:val="Akapitzlist"/>
        <w:numPr>
          <w:ilvl w:val="0"/>
          <w:numId w:val="22"/>
        </w:numPr>
        <w:jc w:val="both"/>
      </w:pPr>
      <w:r w:rsidRPr="00F87828">
        <w:t>Model przekazany do Konkursu nie podlega zwrotowi, niezależnie od wyniku oceny</w:t>
      </w:r>
      <w:r w:rsidR="00712C3A">
        <w:br/>
      </w:r>
      <w:r w:rsidRPr="00F87828">
        <w:t>i zakwalifikowania do etapu wojewódzkiego. Właściwa PSSE przechowuje Model jako współorganizator i może pozostawić go w swojej dyspozycji do celów edukacyjnych za zgodą Organizatora albo przekazać go WSSE w</w:t>
      </w:r>
      <w:r w:rsidR="00AE0C4D">
        <w:t> </w:t>
      </w:r>
      <w:r w:rsidRPr="00F87828">
        <w:t>Bydgoszczy.</w:t>
      </w:r>
    </w:p>
    <w:p w14:paraId="587558AC" w14:textId="4FE94470" w:rsidR="00CD5F7D" w:rsidRPr="00F87828" w:rsidRDefault="00123731" w:rsidP="00B43032">
      <w:pPr>
        <w:pStyle w:val="Akapitzlist"/>
        <w:numPr>
          <w:ilvl w:val="0"/>
          <w:numId w:val="22"/>
        </w:numPr>
        <w:jc w:val="both"/>
      </w:pPr>
      <w:r w:rsidRPr="00F87828">
        <w:lastRenderedPageBreak/>
        <w:t>Organizator może zatrzymać Model bez ograniczenia czasowego oraz wykorzystywać jego fizyczny egzemplarz w działalności edukacyjnej i informacyjnej, w szczególności eksponować go na wystawach, prezentacjach, szkoleniach i wydarzeniach dotyczących grzyboznawstwa</w:t>
      </w:r>
      <w:r w:rsidR="00712C3A">
        <w:br/>
      </w:r>
      <w:r w:rsidRPr="00F87828">
        <w:t>i profilaktyki zatruć grzybami, a także czasowo przekazywać egzemplarz współorganizatorom do takich celów. Organizator nie ma obowiązku zachowania Modelu w niezmienionym stanie ani przechowywania go przez oznaczony okres; Model może zostać wycofany z ekspozycji, jeżeli ulegnie zużyciu, uszkodzeniu albo przestanie spełniać wymogi bezpieczeństwa.</w:t>
      </w:r>
    </w:p>
    <w:p w14:paraId="28D7B59F" w14:textId="375BD2D7" w:rsidR="00CD5F7D" w:rsidRPr="00F87828" w:rsidRDefault="00123731" w:rsidP="00B43032">
      <w:pPr>
        <w:pStyle w:val="Akapitzlist"/>
        <w:numPr>
          <w:ilvl w:val="0"/>
          <w:numId w:val="22"/>
        </w:numPr>
        <w:jc w:val="both"/>
      </w:pPr>
      <w:r w:rsidRPr="00F87828">
        <w:t>Przeniesienie własności fizycznego egzemplarza Modelu nie oznacza przeniesienia autorskich praw majątkowych ani autorskich praw osobistych do Pracy konkursowej.</w:t>
      </w:r>
    </w:p>
    <w:p w14:paraId="765F6741" w14:textId="0F05CB4B" w:rsidR="00CD5F7D" w:rsidRPr="00F87828" w:rsidRDefault="00123731" w:rsidP="00B43032">
      <w:pPr>
        <w:pStyle w:val="Akapitzlist"/>
        <w:numPr>
          <w:ilvl w:val="0"/>
          <w:numId w:val="22"/>
        </w:numPr>
        <w:jc w:val="both"/>
      </w:pPr>
      <w:r w:rsidRPr="00F87828">
        <w:t>W zakresie, w jakim Model stanowi utwór w rozumieniu przepisów o prawie autorskim, uczestnik udziela Organizatorowi oraz współorganizatorom nieodpłatnej, niewyłącznej licencji na okres trwania autorskich praw majątkowych do Modelu, bez ograniczeń terytorialnych, wyłącznie na potrzeby działalności edukacyjnej, informacyjnej i dokumentacyjnej związanej</w:t>
      </w:r>
      <w:r w:rsidR="00712C3A">
        <w:br/>
      </w:r>
      <w:r w:rsidRPr="00F87828">
        <w:t>z zadaniami Państwowej Inspekcji Sanitarnej i tematyką Konkursu.</w:t>
      </w:r>
    </w:p>
    <w:p w14:paraId="4509284B" w14:textId="5C04961F" w:rsidR="00CD5F7D" w:rsidRPr="00F87828" w:rsidRDefault="00123731" w:rsidP="00B43032">
      <w:pPr>
        <w:pStyle w:val="Akapitzlist"/>
        <w:numPr>
          <w:ilvl w:val="0"/>
          <w:numId w:val="22"/>
        </w:numPr>
        <w:jc w:val="both"/>
      </w:pPr>
      <w:r w:rsidRPr="00F87828">
        <w:t>Licencja obejmuje następujące pola eksploatacji: utrwalanie i zwielokrotnianie Modelu</w:t>
      </w:r>
      <w:r w:rsidR="00712C3A">
        <w:br/>
      </w:r>
      <w:r w:rsidRPr="00F87828">
        <w:t>w postaci fotografii, nagrań wideo i zapisów cyfrowych; publiczne wystawianie fizycznego egzemplarza Modelu; wprowadzanie fotografii lub nagrań Modelu do materiałów edukacyjnych i informacyjnych; publiczne udostępnianie tych materiałów na stronach internetowych</w:t>
      </w:r>
      <w:r w:rsidR="00712C3A">
        <w:br/>
      </w:r>
      <w:r w:rsidRPr="00F87828">
        <w:t>i oficjalnych profilach społecznościowych Organizatora i współorganizatorów. Licencja nie obejmuje wykorzystania Modelu do celów komercyjnych niezwiązanych z działalnością edukacyjną i informacyjną Państwowej Inspekcji Sanitarnej.</w:t>
      </w:r>
    </w:p>
    <w:p w14:paraId="0B5B8C82" w14:textId="73B9ADDC" w:rsidR="00CD5F7D" w:rsidRPr="00F87828" w:rsidRDefault="00123731" w:rsidP="00B43032">
      <w:pPr>
        <w:pStyle w:val="Akapitzlist"/>
        <w:numPr>
          <w:ilvl w:val="0"/>
          <w:numId w:val="22"/>
        </w:numPr>
        <w:jc w:val="both"/>
      </w:pPr>
      <w:r w:rsidRPr="00F87828">
        <w:t>Uczestnik zachowuje autorskie prawa osobiste, w tym prawo do autorstwa. Przy publikacji zdjęć Modelu Organizator może wskazać imię i nazwisko autora oraz szkołę w zakresie zgodnym z</w:t>
      </w:r>
      <w:r w:rsidR="00AE0C4D">
        <w:t> </w:t>
      </w:r>
      <w:r w:rsidRPr="00F87828">
        <w:t>Regulaminem i klauzulą informacyjną.</w:t>
      </w:r>
    </w:p>
    <w:p w14:paraId="522A00BC" w14:textId="7DD75514" w:rsidR="00CD5F7D" w:rsidRPr="00F87828" w:rsidRDefault="00123731" w:rsidP="00B43032">
      <w:pPr>
        <w:pStyle w:val="Akapitzlist"/>
        <w:numPr>
          <w:ilvl w:val="0"/>
          <w:numId w:val="22"/>
        </w:numPr>
        <w:jc w:val="both"/>
      </w:pPr>
      <w:r w:rsidRPr="00F87828">
        <w:t>Jeżeli w Modelu, jego opisie lub dokumentacji wykorzystano elementy chronione prawami osób trzecich, uczestnik jest zobowiązany posiadać uprawnienie do ich wykorzystania w zakresie niezbędnym do udziału w Konkursie i korzystania z Modelu zgodnie z Regulaminem.</w:t>
      </w:r>
    </w:p>
    <w:p w14:paraId="306B1E44" w14:textId="4DCC38B5" w:rsidR="00CD5F7D" w:rsidRPr="00F87828" w:rsidRDefault="00123731" w:rsidP="00B43032">
      <w:pPr>
        <w:pStyle w:val="Akapitzlist"/>
        <w:numPr>
          <w:ilvl w:val="0"/>
          <w:numId w:val="22"/>
        </w:numPr>
        <w:jc w:val="both"/>
      </w:pPr>
      <w:r w:rsidRPr="00F87828">
        <w:t>Wizerunek uczestnika nie jest objęty licencją do Pracy konkursowej. Utrwalanie i publikacja wizerunku wymagają odrębnej, dobrowolnej zgody zgodnie z Załącznikiem nr 4.</w:t>
      </w:r>
    </w:p>
    <w:p w14:paraId="1874D4BF" w14:textId="77777777" w:rsidR="00CD5F7D" w:rsidRPr="00F87828" w:rsidRDefault="00123731">
      <w:pPr>
        <w:pStyle w:val="Nagwek1"/>
      </w:pPr>
      <w:r w:rsidRPr="00F87828">
        <w:t>§ 8. Dane osobowe i postanowienia końcowe</w:t>
      </w:r>
    </w:p>
    <w:p w14:paraId="55126626" w14:textId="355DA3C9" w:rsidR="00CD5F7D" w:rsidRPr="00F87828" w:rsidRDefault="00123731" w:rsidP="00B43032">
      <w:pPr>
        <w:pStyle w:val="Akapitzlist"/>
        <w:numPr>
          <w:ilvl w:val="0"/>
          <w:numId w:val="24"/>
        </w:numPr>
        <w:jc w:val="both"/>
      </w:pPr>
      <w:r w:rsidRPr="00F87828">
        <w:t>Dane osobowe są przetwarzane wyłącznie w zakresie niezbędnym do organizacji, przeprowadzenia i</w:t>
      </w:r>
      <w:r w:rsidR="00F66817">
        <w:t> </w:t>
      </w:r>
      <w:r w:rsidRPr="00F87828">
        <w:t>rozstrzygnięcia Konkursu, przekazania nagród, udokumentowania przebiegu Konkursu oraz wykonania obowiązków archiwalnych.</w:t>
      </w:r>
    </w:p>
    <w:p w14:paraId="3DE59393" w14:textId="209AEBF9" w:rsidR="00CD5F7D" w:rsidRPr="00F87828" w:rsidRDefault="00123731" w:rsidP="00B43032">
      <w:pPr>
        <w:pStyle w:val="Akapitzlist"/>
        <w:numPr>
          <w:ilvl w:val="0"/>
          <w:numId w:val="24"/>
        </w:numPr>
        <w:jc w:val="both"/>
      </w:pPr>
      <w:r w:rsidRPr="00F87828">
        <w:t>Na etapie powiatowym uczestnicy otrzymują klauzulę informacyjną właściwej PSSE. Na etapie wojewódzkim zastosowanie ma klauzula informacyjna WSSE w Bydgoszczy stanowiąca Załącznik nr 6.</w:t>
      </w:r>
    </w:p>
    <w:p w14:paraId="2B5B4B17" w14:textId="15476400" w:rsidR="00CD5F7D" w:rsidRPr="00F87828" w:rsidRDefault="00123731" w:rsidP="00B43032">
      <w:pPr>
        <w:pStyle w:val="Akapitzlist"/>
        <w:numPr>
          <w:ilvl w:val="0"/>
          <w:numId w:val="24"/>
        </w:numPr>
        <w:jc w:val="both"/>
      </w:pPr>
      <w:r w:rsidRPr="00F87828">
        <w:t>Dane niezbędne do realizacji Konkursu przez organy Państwowej Inspekcji Sanitarnej nie są uzależniane od zgody na ich przetwarzanie; właściwa podstawa prawna jest wskazywana</w:t>
      </w:r>
      <w:r w:rsidR="00712C3A">
        <w:br/>
      </w:r>
      <w:r w:rsidRPr="00F87828">
        <w:t>w klauzuli informacyjnej. Zgoda na wizerunek jest odrębna i dobrowolna.</w:t>
      </w:r>
    </w:p>
    <w:p w14:paraId="685C7F47" w14:textId="1A5D2982" w:rsidR="00CD5F7D" w:rsidRPr="00F87828" w:rsidRDefault="00123731" w:rsidP="00B43032">
      <w:pPr>
        <w:pStyle w:val="Akapitzlist"/>
        <w:numPr>
          <w:ilvl w:val="0"/>
          <w:numId w:val="24"/>
        </w:numPr>
        <w:jc w:val="both"/>
      </w:pPr>
      <w:r w:rsidRPr="00F87828">
        <w:t>Organizator może opublikować informacje o laureatach w zakresie niezbędnym do ogłoszenia wyników, w szczególności imię i nazwisko, szkołę, zajęte miejsce oraz tytuł/nazwę Modelu. Publikacja wizerunku wymaga odrębnej zgody.</w:t>
      </w:r>
    </w:p>
    <w:p w14:paraId="3F8BC366" w14:textId="2CC30774" w:rsidR="00CD5F7D" w:rsidRPr="00F87828" w:rsidRDefault="00123731" w:rsidP="00B43032">
      <w:pPr>
        <w:pStyle w:val="Akapitzlist"/>
        <w:numPr>
          <w:ilvl w:val="0"/>
          <w:numId w:val="24"/>
        </w:numPr>
        <w:jc w:val="both"/>
      </w:pPr>
      <w:r w:rsidRPr="00F87828">
        <w:t>Regulamin wchodzi w życie z dniem ogłoszenia i jest publikowany na stronie internetowej Organizatora; informacja o Konkursie może być rozpowszechniana także przez współorganizatorów.</w:t>
      </w:r>
    </w:p>
    <w:p w14:paraId="6FD3FC83" w14:textId="63FECEB7" w:rsidR="00CD5F7D" w:rsidRPr="00F87828" w:rsidRDefault="00123731" w:rsidP="00B43032">
      <w:pPr>
        <w:pStyle w:val="Akapitzlist"/>
        <w:numPr>
          <w:ilvl w:val="0"/>
          <w:numId w:val="24"/>
        </w:numPr>
        <w:jc w:val="both"/>
      </w:pPr>
      <w:r w:rsidRPr="00F87828">
        <w:t>W sprawach organizacyjnych nieuregulowanych Regulaminem rozstrzyga organizator właściwego etapu, z poszanowaniem zasady równego traktowania uczestników</w:t>
      </w:r>
      <w:r w:rsidR="00A9171B" w:rsidRPr="00A9171B">
        <w:t xml:space="preserve"> </w:t>
      </w:r>
      <w:r w:rsidR="00A9171B">
        <w:t xml:space="preserve">i </w:t>
      </w:r>
      <w:r w:rsidR="00A9171B" w:rsidRPr="00F87828">
        <w:t>celu Konkursu</w:t>
      </w:r>
      <w:r w:rsidR="00A9171B">
        <w:t>.</w:t>
      </w:r>
    </w:p>
    <w:p w14:paraId="328B3357" w14:textId="6B3F515F" w:rsidR="00CD5F7D" w:rsidRPr="00F87828" w:rsidRDefault="00123731" w:rsidP="00B43032">
      <w:pPr>
        <w:pStyle w:val="Akapitzlist"/>
        <w:numPr>
          <w:ilvl w:val="0"/>
          <w:numId w:val="24"/>
        </w:numPr>
        <w:jc w:val="both"/>
      </w:pPr>
      <w:r w:rsidRPr="00F87828">
        <w:lastRenderedPageBreak/>
        <w:t>Organizator może zmienić Regulamin z ważnych przyczyn prawnych, organizacyjnych lub niezależnych od Organizatora. Zmiany nie powinny naruszać praw nabytych uczestników</w:t>
      </w:r>
      <w:r w:rsidR="00A9171B">
        <w:t>, a informacja o nich jest</w:t>
      </w:r>
      <w:r w:rsidRPr="00F87828">
        <w:t xml:space="preserve"> </w:t>
      </w:r>
      <w:r w:rsidR="00B43032" w:rsidRPr="00F87828">
        <w:t>opublikowane</w:t>
      </w:r>
      <w:r w:rsidRPr="00F87828">
        <w:t xml:space="preserve"> w sposób przyjęty dla ogłoszenia Konkursu.</w:t>
      </w:r>
    </w:p>
    <w:p w14:paraId="213D4CED" w14:textId="6E6D9898" w:rsidR="00CD5F7D" w:rsidRPr="00F87828" w:rsidRDefault="00123731" w:rsidP="00B43032">
      <w:pPr>
        <w:pStyle w:val="Akapitzlist"/>
        <w:numPr>
          <w:ilvl w:val="0"/>
          <w:numId w:val="24"/>
        </w:numPr>
        <w:jc w:val="both"/>
      </w:pPr>
      <w:r w:rsidRPr="00F87828">
        <w:t>Organizator może odwołać albo przełożyć etap Konkursu, jeżeli jego przeprowadzenie stanie się</w:t>
      </w:r>
      <w:r w:rsidR="00AE0C4D">
        <w:t> </w:t>
      </w:r>
      <w:r w:rsidRPr="00F87828">
        <w:t>niemożliwe lub nadmiernie utrudnione z przyczyn niezależnych od Organizatora.</w:t>
      </w:r>
    </w:p>
    <w:p w14:paraId="47BCDC0A" w14:textId="3D6E1EF5" w:rsidR="00CD5F7D" w:rsidRPr="00F87828" w:rsidRDefault="00123731" w:rsidP="00B43032">
      <w:pPr>
        <w:pStyle w:val="Akapitzlist"/>
        <w:numPr>
          <w:ilvl w:val="0"/>
          <w:numId w:val="24"/>
        </w:numPr>
        <w:jc w:val="both"/>
      </w:pPr>
      <w:r w:rsidRPr="00F87828">
        <w:t>Dodatkowe informacje o Konkursie udzielane są przez Oddział Profilaktyki Zdrowotnej WSSE w</w:t>
      </w:r>
      <w:r w:rsidR="00AE0C4D">
        <w:t> </w:t>
      </w:r>
      <w:r w:rsidRPr="00F87828">
        <w:t>Bydgoszczy, tel. 52 37 61 834.</w:t>
      </w:r>
    </w:p>
    <w:p w14:paraId="33525176" w14:textId="7E3A540F" w:rsidR="00CD5F7D" w:rsidRPr="00F87828" w:rsidRDefault="00123731" w:rsidP="00B43032">
      <w:pPr>
        <w:pStyle w:val="Akapitzlist"/>
        <w:numPr>
          <w:ilvl w:val="0"/>
          <w:numId w:val="24"/>
        </w:numPr>
        <w:jc w:val="both"/>
      </w:pPr>
      <w:r w:rsidRPr="00F87828">
        <w:t xml:space="preserve">Integralną część Regulaminu stanowią Załączniki nr 1–6: formularz zgłoszeniowy, zgoda przedstawiciela ustawowego, oświadczenie uczestnika pełnoletniego, zgoda na </w:t>
      </w:r>
      <w:r w:rsidR="00A9171B">
        <w:t>utrwalenie</w:t>
      </w:r>
      <w:r w:rsidR="00A9171B">
        <w:br/>
        <w:t xml:space="preserve">i publikację </w:t>
      </w:r>
      <w:r w:rsidRPr="00F87828">
        <w:t>wizerun</w:t>
      </w:r>
      <w:r w:rsidR="00A9171B">
        <w:t>ku</w:t>
      </w:r>
      <w:r w:rsidRPr="00F87828">
        <w:t>, wykaz PSSE oraz klauzula informacyjna WSSE dla etapu wojewódzkiego.</w:t>
      </w:r>
    </w:p>
    <w:p w14:paraId="780BEFEF" w14:textId="77777777" w:rsidR="00CD5F7D" w:rsidRPr="00F87828" w:rsidRDefault="00123731">
      <w:pPr>
        <w:pageBreakBefore/>
        <w:jc w:val="right"/>
      </w:pPr>
      <w:r w:rsidRPr="00F87828">
        <w:rPr>
          <w:b/>
          <w:sz w:val="18"/>
        </w:rPr>
        <w:lastRenderedPageBreak/>
        <w:t>Załącznik nr 1</w:t>
      </w:r>
    </w:p>
    <w:p w14:paraId="7D009C61" w14:textId="77777777" w:rsidR="00CD5F7D" w:rsidRPr="00F87828" w:rsidRDefault="00123731">
      <w:pPr>
        <w:jc w:val="center"/>
      </w:pPr>
      <w:r w:rsidRPr="00F87828">
        <w:rPr>
          <w:b/>
          <w:color w:val="315B38"/>
          <w:sz w:val="26"/>
        </w:rPr>
        <w:t>FORMULARZ ZGŁOSZENIOWY – KONKURS NA MODEL GRZYBA</w:t>
      </w:r>
    </w:p>
    <w:tbl>
      <w:tblPr>
        <w:tblW w:w="9776" w:type="dxa"/>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3402"/>
        <w:gridCol w:w="6374"/>
      </w:tblGrid>
      <w:tr w:rsidR="00CD5F7D" w:rsidRPr="00F87828" w14:paraId="6AFC3CD0" w14:textId="77777777" w:rsidTr="003E7585">
        <w:trPr>
          <w:cantSplit/>
          <w:trHeight w:val="454"/>
          <w:jc w:val="center"/>
        </w:trPr>
        <w:tc>
          <w:tcPr>
            <w:tcW w:w="3402" w:type="dxa"/>
            <w:shd w:val="clear" w:color="auto" w:fill="F2F2F2"/>
            <w:tcMar>
              <w:top w:w="120" w:type="dxa"/>
              <w:left w:w="120" w:type="dxa"/>
              <w:bottom w:w="120" w:type="dxa"/>
              <w:right w:w="120" w:type="dxa"/>
            </w:tcMar>
            <w:vAlign w:val="center"/>
          </w:tcPr>
          <w:p w14:paraId="1B7C3F7C" w14:textId="77777777" w:rsidR="00CD5F7D" w:rsidRPr="00F87828" w:rsidRDefault="00123731" w:rsidP="003E7585">
            <w:pPr>
              <w:spacing w:after="0"/>
            </w:pPr>
            <w:r w:rsidRPr="00F87828">
              <w:rPr>
                <w:b/>
              </w:rPr>
              <w:t>Pełna nazwa szkoły</w:t>
            </w:r>
          </w:p>
        </w:tc>
        <w:tc>
          <w:tcPr>
            <w:tcW w:w="6374" w:type="dxa"/>
            <w:tcMar>
              <w:top w:w="140" w:type="dxa"/>
              <w:left w:w="140" w:type="dxa"/>
              <w:bottom w:w="140" w:type="dxa"/>
              <w:right w:w="140" w:type="dxa"/>
            </w:tcMar>
            <w:vAlign w:val="bottom"/>
          </w:tcPr>
          <w:p w14:paraId="089C3079" w14:textId="0FB02757" w:rsidR="00CD5F7D" w:rsidRPr="00F87828" w:rsidRDefault="00CD5F7D" w:rsidP="003E7585">
            <w:pPr>
              <w:spacing w:after="0"/>
            </w:pPr>
          </w:p>
        </w:tc>
      </w:tr>
      <w:tr w:rsidR="00CD5F7D" w:rsidRPr="00F87828" w14:paraId="76912751" w14:textId="77777777" w:rsidTr="003E7585">
        <w:trPr>
          <w:cantSplit/>
          <w:trHeight w:val="454"/>
          <w:jc w:val="center"/>
        </w:trPr>
        <w:tc>
          <w:tcPr>
            <w:tcW w:w="3402" w:type="dxa"/>
            <w:shd w:val="clear" w:color="auto" w:fill="F2F2F2"/>
            <w:tcMar>
              <w:top w:w="120" w:type="dxa"/>
              <w:left w:w="120" w:type="dxa"/>
              <w:bottom w:w="120" w:type="dxa"/>
              <w:right w:w="120" w:type="dxa"/>
            </w:tcMar>
            <w:vAlign w:val="center"/>
          </w:tcPr>
          <w:p w14:paraId="69B5F3DE" w14:textId="77777777" w:rsidR="00CD5F7D" w:rsidRPr="00F87828" w:rsidRDefault="00123731" w:rsidP="003E7585">
            <w:pPr>
              <w:spacing w:after="0"/>
            </w:pPr>
            <w:r w:rsidRPr="00F87828">
              <w:rPr>
                <w:b/>
              </w:rPr>
              <w:t>Adres szkoły</w:t>
            </w:r>
          </w:p>
        </w:tc>
        <w:tc>
          <w:tcPr>
            <w:tcW w:w="6374" w:type="dxa"/>
            <w:tcMar>
              <w:top w:w="140" w:type="dxa"/>
              <w:left w:w="140" w:type="dxa"/>
              <w:bottom w:w="140" w:type="dxa"/>
              <w:right w:w="140" w:type="dxa"/>
            </w:tcMar>
            <w:vAlign w:val="bottom"/>
          </w:tcPr>
          <w:p w14:paraId="045972AE" w14:textId="73E1E77B" w:rsidR="00CD5F7D" w:rsidRPr="00F87828" w:rsidRDefault="00CD5F7D" w:rsidP="003E7585">
            <w:pPr>
              <w:spacing w:after="0"/>
            </w:pPr>
          </w:p>
        </w:tc>
      </w:tr>
      <w:tr w:rsidR="00CD5F7D" w:rsidRPr="00F87828" w14:paraId="59DC6590" w14:textId="77777777" w:rsidTr="003E7585">
        <w:trPr>
          <w:cantSplit/>
          <w:trHeight w:val="454"/>
          <w:jc w:val="center"/>
        </w:trPr>
        <w:tc>
          <w:tcPr>
            <w:tcW w:w="3402" w:type="dxa"/>
            <w:shd w:val="clear" w:color="auto" w:fill="F2F2F2"/>
            <w:tcMar>
              <w:top w:w="120" w:type="dxa"/>
              <w:left w:w="120" w:type="dxa"/>
              <w:bottom w:w="120" w:type="dxa"/>
              <w:right w:w="120" w:type="dxa"/>
            </w:tcMar>
            <w:vAlign w:val="center"/>
          </w:tcPr>
          <w:p w14:paraId="399E51C7" w14:textId="77777777" w:rsidR="00CD5F7D" w:rsidRPr="00F87828" w:rsidRDefault="00123731" w:rsidP="003E7585">
            <w:pPr>
              <w:spacing w:after="0"/>
            </w:pPr>
            <w:r w:rsidRPr="00F87828">
              <w:rPr>
                <w:b/>
              </w:rPr>
              <w:t>Powiat / gmina</w:t>
            </w:r>
          </w:p>
        </w:tc>
        <w:tc>
          <w:tcPr>
            <w:tcW w:w="6374" w:type="dxa"/>
            <w:tcMar>
              <w:top w:w="140" w:type="dxa"/>
              <w:left w:w="140" w:type="dxa"/>
              <w:bottom w:w="140" w:type="dxa"/>
              <w:right w:w="140" w:type="dxa"/>
            </w:tcMar>
            <w:vAlign w:val="bottom"/>
          </w:tcPr>
          <w:p w14:paraId="09B402CF" w14:textId="3C7A4056" w:rsidR="00CD5F7D" w:rsidRPr="00F87828" w:rsidRDefault="00CD5F7D" w:rsidP="003E7585">
            <w:pPr>
              <w:spacing w:after="0"/>
            </w:pPr>
          </w:p>
        </w:tc>
      </w:tr>
      <w:tr w:rsidR="00CD5F7D" w:rsidRPr="00F87828" w14:paraId="307ECDA5" w14:textId="77777777" w:rsidTr="003E7585">
        <w:trPr>
          <w:cantSplit/>
          <w:trHeight w:val="454"/>
          <w:jc w:val="center"/>
        </w:trPr>
        <w:tc>
          <w:tcPr>
            <w:tcW w:w="3402" w:type="dxa"/>
            <w:shd w:val="clear" w:color="auto" w:fill="F2F2F2"/>
            <w:tcMar>
              <w:top w:w="120" w:type="dxa"/>
              <w:left w:w="120" w:type="dxa"/>
              <w:bottom w:w="120" w:type="dxa"/>
              <w:right w:w="120" w:type="dxa"/>
            </w:tcMar>
            <w:vAlign w:val="center"/>
          </w:tcPr>
          <w:p w14:paraId="77311F26" w14:textId="77777777" w:rsidR="00CD5F7D" w:rsidRPr="00F87828" w:rsidRDefault="00123731" w:rsidP="003E7585">
            <w:pPr>
              <w:spacing w:after="0"/>
            </w:pPr>
            <w:r w:rsidRPr="00F87828">
              <w:rPr>
                <w:b/>
              </w:rPr>
              <w:t>Telefon szkoły</w:t>
            </w:r>
          </w:p>
        </w:tc>
        <w:tc>
          <w:tcPr>
            <w:tcW w:w="6374" w:type="dxa"/>
            <w:tcMar>
              <w:top w:w="140" w:type="dxa"/>
              <w:left w:w="140" w:type="dxa"/>
              <w:bottom w:w="140" w:type="dxa"/>
              <w:right w:w="140" w:type="dxa"/>
            </w:tcMar>
            <w:vAlign w:val="bottom"/>
          </w:tcPr>
          <w:p w14:paraId="3284ECD7" w14:textId="3902F763" w:rsidR="00CD5F7D" w:rsidRPr="00F87828" w:rsidRDefault="00CD5F7D" w:rsidP="003E7585">
            <w:pPr>
              <w:spacing w:after="0"/>
            </w:pPr>
          </w:p>
        </w:tc>
      </w:tr>
      <w:tr w:rsidR="00CD5F7D" w:rsidRPr="00F87828" w14:paraId="62D11084" w14:textId="77777777" w:rsidTr="003E7585">
        <w:trPr>
          <w:cantSplit/>
          <w:trHeight w:val="454"/>
          <w:jc w:val="center"/>
        </w:trPr>
        <w:tc>
          <w:tcPr>
            <w:tcW w:w="3402" w:type="dxa"/>
            <w:shd w:val="clear" w:color="auto" w:fill="F2F2F2"/>
            <w:tcMar>
              <w:top w:w="120" w:type="dxa"/>
              <w:left w:w="120" w:type="dxa"/>
              <w:bottom w:w="120" w:type="dxa"/>
              <w:right w:w="120" w:type="dxa"/>
            </w:tcMar>
            <w:vAlign w:val="center"/>
          </w:tcPr>
          <w:p w14:paraId="0BA40F1B" w14:textId="77777777" w:rsidR="00CD5F7D" w:rsidRPr="00F87828" w:rsidRDefault="00123731" w:rsidP="003E7585">
            <w:pPr>
              <w:spacing w:after="0"/>
            </w:pPr>
            <w:r w:rsidRPr="00F87828">
              <w:rPr>
                <w:b/>
              </w:rPr>
              <w:t>E-mail szkoły</w:t>
            </w:r>
          </w:p>
        </w:tc>
        <w:tc>
          <w:tcPr>
            <w:tcW w:w="6374" w:type="dxa"/>
            <w:tcMar>
              <w:top w:w="140" w:type="dxa"/>
              <w:left w:w="140" w:type="dxa"/>
              <w:bottom w:w="140" w:type="dxa"/>
              <w:right w:w="140" w:type="dxa"/>
            </w:tcMar>
            <w:vAlign w:val="bottom"/>
          </w:tcPr>
          <w:p w14:paraId="2FE44252" w14:textId="41D96A21" w:rsidR="00CD5F7D" w:rsidRPr="00F87828" w:rsidRDefault="00CD5F7D" w:rsidP="003E7585">
            <w:pPr>
              <w:spacing w:after="0"/>
            </w:pPr>
          </w:p>
        </w:tc>
      </w:tr>
      <w:tr w:rsidR="00CD5F7D" w:rsidRPr="00F87828" w14:paraId="59F0C442" w14:textId="77777777" w:rsidTr="003E7585">
        <w:trPr>
          <w:cantSplit/>
          <w:trHeight w:val="454"/>
          <w:jc w:val="center"/>
        </w:trPr>
        <w:tc>
          <w:tcPr>
            <w:tcW w:w="3402" w:type="dxa"/>
            <w:shd w:val="clear" w:color="auto" w:fill="F2F2F2"/>
            <w:tcMar>
              <w:top w:w="120" w:type="dxa"/>
              <w:left w:w="120" w:type="dxa"/>
              <w:bottom w:w="120" w:type="dxa"/>
              <w:right w:w="120" w:type="dxa"/>
            </w:tcMar>
            <w:vAlign w:val="center"/>
          </w:tcPr>
          <w:p w14:paraId="097371CC" w14:textId="77777777" w:rsidR="00CD5F7D" w:rsidRPr="00F87828" w:rsidRDefault="00123731" w:rsidP="003E7585">
            <w:pPr>
              <w:spacing w:after="0"/>
            </w:pPr>
            <w:r w:rsidRPr="00F87828">
              <w:rPr>
                <w:b/>
              </w:rPr>
              <w:t>Imię i nazwisko koordynatora/opiekuna</w:t>
            </w:r>
          </w:p>
        </w:tc>
        <w:tc>
          <w:tcPr>
            <w:tcW w:w="6374" w:type="dxa"/>
            <w:tcMar>
              <w:top w:w="140" w:type="dxa"/>
              <w:left w:w="140" w:type="dxa"/>
              <w:bottom w:w="140" w:type="dxa"/>
              <w:right w:w="140" w:type="dxa"/>
            </w:tcMar>
            <w:vAlign w:val="bottom"/>
          </w:tcPr>
          <w:p w14:paraId="2CE14A6B" w14:textId="4CC953AC" w:rsidR="00CD5F7D" w:rsidRPr="00F87828" w:rsidRDefault="00CD5F7D" w:rsidP="003E7585">
            <w:pPr>
              <w:spacing w:after="0"/>
            </w:pPr>
          </w:p>
        </w:tc>
      </w:tr>
      <w:tr w:rsidR="00CD5F7D" w:rsidRPr="00F87828" w14:paraId="47C761F0" w14:textId="77777777" w:rsidTr="003E7585">
        <w:trPr>
          <w:cantSplit/>
          <w:trHeight w:val="454"/>
          <w:jc w:val="center"/>
        </w:trPr>
        <w:tc>
          <w:tcPr>
            <w:tcW w:w="3402" w:type="dxa"/>
            <w:shd w:val="clear" w:color="auto" w:fill="F2F2F2"/>
            <w:tcMar>
              <w:top w:w="120" w:type="dxa"/>
              <w:left w:w="120" w:type="dxa"/>
              <w:bottom w:w="120" w:type="dxa"/>
              <w:right w:w="120" w:type="dxa"/>
            </w:tcMar>
            <w:vAlign w:val="center"/>
          </w:tcPr>
          <w:p w14:paraId="04A60C92" w14:textId="77777777" w:rsidR="00CD5F7D" w:rsidRPr="00F87828" w:rsidRDefault="00123731" w:rsidP="003E7585">
            <w:pPr>
              <w:spacing w:after="0"/>
            </w:pPr>
            <w:r w:rsidRPr="00F87828">
              <w:rPr>
                <w:b/>
              </w:rPr>
              <w:t>Służbowy e-mail koordynatora</w:t>
            </w:r>
          </w:p>
        </w:tc>
        <w:tc>
          <w:tcPr>
            <w:tcW w:w="6374" w:type="dxa"/>
            <w:tcMar>
              <w:top w:w="140" w:type="dxa"/>
              <w:left w:w="140" w:type="dxa"/>
              <w:bottom w:w="140" w:type="dxa"/>
              <w:right w:w="140" w:type="dxa"/>
            </w:tcMar>
            <w:vAlign w:val="bottom"/>
          </w:tcPr>
          <w:p w14:paraId="713CE26D" w14:textId="629BC599" w:rsidR="00CD5F7D" w:rsidRPr="00F87828" w:rsidRDefault="00CD5F7D" w:rsidP="003E7585">
            <w:pPr>
              <w:spacing w:after="0"/>
            </w:pPr>
          </w:p>
        </w:tc>
      </w:tr>
      <w:tr w:rsidR="00CD5F7D" w:rsidRPr="00F87828" w14:paraId="48C870E0" w14:textId="77777777" w:rsidTr="003E7585">
        <w:trPr>
          <w:cantSplit/>
          <w:trHeight w:val="454"/>
          <w:jc w:val="center"/>
        </w:trPr>
        <w:tc>
          <w:tcPr>
            <w:tcW w:w="3402" w:type="dxa"/>
            <w:shd w:val="clear" w:color="auto" w:fill="F2F2F2"/>
            <w:tcMar>
              <w:top w:w="120" w:type="dxa"/>
              <w:left w:w="120" w:type="dxa"/>
              <w:bottom w:w="120" w:type="dxa"/>
              <w:right w:w="120" w:type="dxa"/>
            </w:tcMar>
            <w:vAlign w:val="center"/>
          </w:tcPr>
          <w:p w14:paraId="47051538" w14:textId="77777777" w:rsidR="00CD5F7D" w:rsidRPr="00F87828" w:rsidRDefault="00123731" w:rsidP="003E7585">
            <w:pPr>
              <w:spacing w:after="0"/>
            </w:pPr>
            <w:r w:rsidRPr="00F87828">
              <w:rPr>
                <w:b/>
              </w:rPr>
              <w:t>Telefon koordynatora</w:t>
            </w:r>
          </w:p>
        </w:tc>
        <w:tc>
          <w:tcPr>
            <w:tcW w:w="6374" w:type="dxa"/>
            <w:tcMar>
              <w:top w:w="140" w:type="dxa"/>
              <w:left w:w="140" w:type="dxa"/>
              <w:bottom w:w="140" w:type="dxa"/>
              <w:right w:w="140" w:type="dxa"/>
            </w:tcMar>
            <w:vAlign w:val="bottom"/>
          </w:tcPr>
          <w:p w14:paraId="290BE7CD" w14:textId="0CF86FCD" w:rsidR="00CD5F7D" w:rsidRPr="00F87828" w:rsidRDefault="00CD5F7D" w:rsidP="003E7585">
            <w:pPr>
              <w:spacing w:after="0"/>
            </w:pPr>
          </w:p>
        </w:tc>
      </w:tr>
      <w:tr w:rsidR="00CD5F7D" w:rsidRPr="00F87828" w14:paraId="49722C81" w14:textId="77777777" w:rsidTr="003E7585">
        <w:trPr>
          <w:cantSplit/>
          <w:trHeight w:val="454"/>
          <w:jc w:val="center"/>
        </w:trPr>
        <w:tc>
          <w:tcPr>
            <w:tcW w:w="3402" w:type="dxa"/>
            <w:shd w:val="clear" w:color="auto" w:fill="F2F2F2"/>
            <w:tcMar>
              <w:top w:w="120" w:type="dxa"/>
              <w:left w:w="120" w:type="dxa"/>
              <w:bottom w:w="120" w:type="dxa"/>
              <w:right w:w="120" w:type="dxa"/>
            </w:tcMar>
            <w:vAlign w:val="center"/>
          </w:tcPr>
          <w:p w14:paraId="4C9F0D34" w14:textId="77777777" w:rsidR="00CD5F7D" w:rsidRPr="00F87828" w:rsidRDefault="00123731" w:rsidP="003E7585">
            <w:pPr>
              <w:spacing w:after="0"/>
            </w:pPr>
            <w:r w:rsidRPr="00F87828">
              <w:rPr>
                <w:b/>
              </w:rPr>
              <w:t>Imię i nazwisko uczestnika</w:t>
            </w:r>
          </w:p>
        </w:tc>
        <w:tc>
          <w:tcPr>
            <w:tcW w:w="6374" w:type="dxa"/>
            <w:tcMar>
              <w:top w:w="140" w:type="dxa"/>
              <w:left w:w="140" w:type="dxa"/>
              <w:bottom w:w="140" w:type="dxa"/>
              <w:right w:w="140" w:type="dxa"/>
            </w:tcMar>
            <w:vAlign w:val="bottom"/>
          </w:tcPr>
          <w:p w14:paraId="0CCA56D7" w14:textId="31E5D08F" w:rsidR="00CD5F7D" w:rsidRPr="00F87828" w:rsidRDefault="00CD5F7D" w:rsidP="003E7585">
            <w:pPr>
              <w:spacing w:after="0"/>
            </w:pPr>
          </w:p>
        </w:tc>
      </w:tr>
      <w:tr w:rsidR="00CD5F7D" w:rsidRPr="00F87828" w14:paraId="3853AB6B" w14:textId="77777777" w:rsidTr="003E7585">
        <w:trPr>
          <w:cantSplit/>
          <w:trHeight w:val="454"/>
          <w:jc w:val="center"/>
        </w:trPr>
        <w:tc>
          <w:tcPr>
            <w:tcW w:w="3402" w:type="dxa"/>
            <w:shd w:val="clear" w:color="auto" w:fill="F2F2F2"/>
            <w:tcMar>
              <w:top w:w="120" w:type="dxa"/>
              <w:left w:w="120" w:type="dxa"/>
              <w:bottom w:w="120" w:type="dxa"/>
              <w:right w:w="120" w:type="dxa"/>
            </w:tcMar>
            <w:vAlign w:val="center"/>
          </w:tcPr>
          <w:p w14:paraId="3C2225C2" w14:textId="77777777" w:rsidR="00CD5F7D" w:rsidRPr="00F87828" w:rsidRDefault="00123731" w:rsidP="003E7585">
            <w:pPr>
              <w:spacing w:after="0"/>
            </w:pPr>
            <w:r w:rsidRPr="00F87828">
              <w:rPr>
                <w:b/>
              </w:rPr>
              <w:t>Klasa / wiek</w:t>
            </w:r>
          </w:p>
        </w:tc>
        <w:tc>
          <w:tcPr>
            <w:tcW w:w="6374" w:type="dxa"/>
            <w:tcMar>
              <w:top w:w="140" w:type="dxa"/>
              <w:left w:w="140" w:type="dxa"/>
              <w:bottom w:w="140" w:type="dxa"/>
              <w:right w:w="140" w:type="dxa"/>
            </w:tcMar>
            <w:vAlign w:val="bottom"/>
          </w:tcPr>
          <w:p w14:paraId="050F559A" w14:textId="587EC38E" w:rsidR="00CD5F7D" w:rsidRPr="00F87828" w:rsidRDefault="00CD5F7D" w:rsidP="003E7585">
            <w:pPr>
              <w:spacing w:after="0"/>
            </w:pPr>
          </w:p>
        </w:tc>
      </w:tr>
      <w:tr w:rsidR="00CD5F7D" w:rsidRPr="00F87828" w14:paraId="30546DE5" w14:textId="77777777" w:rsidTr="003E7585">
        <w:trPr>
          <w:cantSplit/>
          <w:trHeight w:val="454"/>
          <w:jc w:val="center"/>
        </w:trPr>
        <w:tc>
          <w:tcPr>
            <w:tcW w:w="3402" w:type="dxa"/>
            <w:shd w:val="clear" w:color="auto" w:fill="F2F2F2"/>
            <w:tcMar>
              <w:top w:w="120" w:type="dxa"/>
              <w:left w:w="120" w:type="dxa"/>
              <w:bottom w:w="120" w:type="dxa"/>
              <w:right w:w="120" w:type="dxa"/>
            </w:tcMar>
            <w:vAlign w:val="center"/>
          </w:tcPr>
          <w:p w14:paraId="7CE403BB" w14:textId="77777777" w:rsidR="00CD5F7D" w:rsidRPr="00F87828" w:rsidRDefault="00123731" w:rsidP="003E7585">
            <w:pPr>
              <w:spacing w:after="0"/>
            </w:pPr>
            <w:r w:rsidRPr="00F87828">
              <w:rPr>
                <w:b/>
              </w:rPr>
              <w:t>Nazwa przedstawionego gatunku grzyba</w:t>
            </w:r>
          </w:p>
        </w:tc>
        <w:tc>
          <w:tcPr>
            <w:tcW w:w="6374" w:type="dxa"/>
            <w:tcMar>
              <w:top w:w="140" w:type="dxa"/>
              <w:left w:w="140" w:type="dxa"/>
              <w:bottom w:w="140" w:type="dxa"/>
              <w:right w:w="140" w:type="dxa"/>
            </w:tcMar>
            <w:vAlign w:val="bottom"/>
          </w:tcPr>
          <w:p w14:paraId="5270114C" w14:textId="122114FA" w:rsidR="00CD5F7D" w:rsidRPr="00F87828" w:rsidRDefault="00CD5F7D" w:rsidP="003E7585">
            <w:pPr>
              <w:spacing w:after="0"/>
            </w:pPr>
          </w:p>
        </w:tc>
      </w:tr>
      <w:tr w:rsidR="00CD5F7D" w:rsidRPr="00F87828" w14:paraId="737C912C" w14:textId="77777777" w:rsidTr="003E7585">
        <w:trPr>
          <w:cantSplit/>
          <w:trHeight w:val="454"/>
          <w:jc w:val="center"/>
        </w:trPr>
        <w:tc>
          <w:tcPr>
            <w:tcW w:w="3402" w:type="dxa"/>
            <w:shd w:val="clear" w:color="auto" w:fill="F2F2F2"/>
            <w:tcMar>
              <w:top w:w="120" w:type="dxa"/>
              <w:left w:w="120" w:type="dxa"/>
              <w:bottom w:w="120" w:type="dxa"/>
              <w:right w:w="120" w:type="dxa"/>
            </w:tcMar>
            <w:vAlign w:val="center"/>
          </w:tcPr>
          <w:p w14:paraId="3208C980" w14:textId="77777777" w:rsidR="00CD5F7D" w:rsidRPr="00F87828" w:rsidRDefault="00123731" w:rsidP="003E7585">
            <w:pPr>
              <w:spacing w:after="0"/>
            </w:pPr>
            <w:r w:rsidRPr="00F87828">
              <w:rPr>
                <w:b/>
              </w:rPr>
              <w:t>Kod pracy nadany przez PSSE</w:t>
            </w:r>
          </w:p>
        </w:tc>
        <w:tc>
          <w:tcPr>
            <w:tcW w:w="6374" w:type="dxa"/>
            <w:tcMar>
              <w:top w:w="140" w:type="dxa"/>
              <w:left w:w="140" w:type="dxa"/>
              <w:bottom w:w="140" w:type="dxa"/>
              <w:right w:w="140" w:type="dxa"/>
            </w:tcMar>
            <w:vAlign w:val="bottom"/>
          </w:tcPr>
          <w:p w14:paraId="16270F24" w14:textId="1A2E6E00" w:rsidR="00CD5F7D" w:rsidRPr="00F87828" w:rsidRDefault="00CD5F7D" w:rsidP="003E7585">
            <w:pPr>
              <w:spacing w:after="0"/>
            </w:pPr>
          </w:p>
        </w:tc>
      </w:tr>
    </w:tbl>
    <w:p w14:paraId="0CDA2E90" w14:textId="77777777" w:rsidR="00CD5F7D" w:rsidRPr="00F87828" w:rsidRDefault="00CD5F7D"/>
    <w:p w14:paraId="2938FB3E" w14:textId="14AE2DFB" w:rsidR="00CD5F7D" w:rsidRPr="00F87828" w:rsidRDefault="00123731" w:rsidP="00F66817">
      <w:pPr>
        <w:jc w:val="both"/>
      </w:pPr>
      <w:r w:rsidRPr="00F87828">
        <w:t>Oświadczam, że Model został przygotowany do niniejszej edycji Konkursu, dane przekazane w</w:t>
      </w:r>
      <w:r w:rsidR="00F66817">
        <w:t> </w:t>
      </w:r>
      <w:r w:rsidRPr="00F87828">
        <w:t>formularzu są zgodne ze stanem faktycznym, a uczestnik i – w przypadku osoby niepełnoletniej – jego przedstawiciel ustawowy zostali poinformowani, że dostarczony Model nie podlega zwrotowi i jego własność przechodzi nieodpłatnie na Organizatora zgodnie z § 7 Regulaminu.</w:t>
      </w:r>
    </w:p>
    <w:p w14:paraId="41CCD032" w14:textId="77777777" w:rsidR="00013CD4" w:rsidRPr="006B04AA" w:rsidRDefault="00013CD4" w:rsidP="006B04AA">
      <w:pPr>
        <w:rPr>
          <w:bCs/>
        </w:rPr>
      </w:pPr>
    </w:p>
    <w:p w14:paraId="06BD9615" w14:textId="77777777" w:rsidR="00013CD4" w:rsidRPr="006B04AA" w:rsidRDefault="00013CD4" w:rsidP="006B04AA">
      <w:pPr>
        <w:rPr>
          <w:bCs/>
        </w:rPr>
      </w:pPr>
    </w:p>
    <w:p w14:paraId="1E4299BB" w14:textId="77777777" w:rsidR="00013CD4" w:rsidRPr="006B04AA" w:rsidRDefault="00013CD4" w:rsidP="006B04AA">
      <w:pPr>
        <w:rPr>
          <w:bCs/>
        </w:rPr>
      </w:pPr>
    </w:p>
    <w:p w14:paraId="0A0B4475" w14:textId="35B5E5EE" w:rsidR="00CD5F7D" w:rsidRPr="00F87828" w:rsidRDefault="00123731">
      <w:pPr>
        <w:jc w:val="right"/>
      </w:pPr>
      <w:r w:rsidRPr="00F87828">
        <w:rPr>
          <w:b/>
        </w:rPr>
        <w:t>............................................................</w:t>
      </w:r>
      <w:r w:rsidRPr="00F87828">
        <w:rPr>
          <w:b/>
        </w:rPr>
        <w:br/>
      </w:r>
      <w:r w:rsidRPr="00985701">
        <w:rPr>
          <w:color w:val="646464"/>
          <w:sz w:val="18"/>
          <w:szCs w:val="24"/>
        </w:rPr>
        <w:t>data i podpis koordynatora / osoby zgłaszającej</w:t>
      </w:r>
    </w:p>
    <w:p w14:paraId="6D4DE231" w14:textId="33B3C18E" w:rsidR="00CD5F7D" w:rsidRPr="00F87828" w:rsidRDefault="00123731">
      <w:pPr>
        <w:pageBreakBefore/>
        <w:jc w:val="right"/>
      </w:pPr>
      <w:r w:rsidRPr="00F87828">
        <w:rPr>
          <w:b/>
          <w:sz w:val="18"/>
        </w:rPr>
        <w:lastRenderedPageBreak/>
        <w:t>Załącznik nr 2</w:t>
      </w:r>
    </w:p>
    <w:p w14:paraId="5FEB59A6" w14:textId="1E54539B" w:rsidR="00CD5F7D" w:rsidRPr="00F87828" w:rsidRDefault="00123731">
      <w:pPr>
        <w:jc w:val="center"/>
      </w:pPr>
      <w:r w:rsidRPr="00F87828">
        <w:rPr>
          <w:b/>
          <w:sz w:val="24"/>
        </w:rPr>
        <w:t xml:space="preserve">ZGODA PRZEDSTAWICIELA USTAWOWEGO UCZESTNIKA NIEPEŁNOLETNIEGO </w:t>
      </w:r>
      <w:r w:rsidR="00F66817">
        <w:rPr>
          <w:b/>
          <w:sz w:val="24"/>
        </w:rPr>
        <w:br/>
      </w:r>
      <w:r w:rsidRPr="00F87828">
        <w:rPr>
          <w:b/>
          <w:sz w:val="24"/>
        </w:rPr>
        <w:t>– UDZIAŁ, WŁASNOŚĆ EGZEMPLARZA, AUTORSTWO I LICENCJA</w:t>
      </w:r>
    </w:p>
    <w:tbl>
      <w:tblPr>
        <w:tblW w:w="9776" w:type="dxa"/>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3402"/>
        <w:gridCol w:w="6374"/>
      </w:tblGrid>
      <w:tr w:rsidR="00CD5F7D" w:rsidRPr="00F87828" w14:paraId="56553F80" w14:textId="77777777" w:rsidTr="00985701">
        <w:trPr>
          <w:cantSplit/>
          <w:trHeight w:val="454"/>
          <w:jc w:val="center"/>
        </w:trPr>
        <w:tc>
          <w:tcPr>
            <w:tcW w:w="3402" w:type="dxa"/>
            <w:shd w:val="clear" w:color="auto" w:fill="F2F2F2"/>
            <w:tcMar>
              <w:top w:w="120" w:type="dxa"/>
              <w:left w:w="120" w:type="dxa"/>
              <w:bottom w:w="120" w:type="dxa"/>
              <w:right w:w="120" w:type="dxa"/>
            </w:tcMar>
            <w:vAlign w:val="center"/>
          </w:tcPr>
          <w:p w14:paraId="62DB2C37" w14:textId="77777777" w:rsidR="00CD5F7D" w:rsidRPr="00F87828" w:rsidRDefault="00123731">
            <w:r w:rsidRPr="00F87828">
              <w:rPr>
                <w:b/>
              </w:rPr>
              <w:t>Miejscowość i data</w:t>
            </w:r>
          </w:p>
        </w:tc>
        <w:tc>
          <w:tcPr>
            <w:tcW w:w="6374" w:type="dxa"/>
            <w:tcMar>
              <w:top w:w="140" w:type="dxa"/>
              <w:left w:w="140" w:type="dxa"/>
              <w:bottom w:w="140" w:type="dxa"/>
              <w:right w:w="140" w:type="dxa"/>
            </w:tcMar>
            <w:vAlign w:val="bottom"/>
          </w:tcPr>
          <w:p w14:paraId="0D3C1DF0" w14:textId="023EABCD" w:rsidR="00CD5F7D" w:rsidRPr="00F87828" w:rsidRDefault="00CD5F7D" w:rsidP="00985701">
            <w:pPr>
              <w:spacing w:after="0"/>
            </w:pPr>
          </w:p>
        </w:tc>
      </w:tr>
      <w:tr w:rsidR="00CD5F7D" w:rsidRPr="00F87828" w14:paraId="2C6B8DF6" w14:textId="77777777" w:rsidTr="00985701">
        <w:trPr>
          <w:cantSplit/>
          <w:trHeight w:val="543"/>
          <w:jc w:val="center"/>
        </w:trPr>
        <w:tc>
          <w:tcPr>
            <w:tcW w:w="3402" w:type="dxa"/>
            <w:shd w:val="clear" w:color="auto" w:fill="F2F2F2"/>
            <w:tcMar>
              <w:top w:w="120" w:type="dxa"/>
              <w:left w:w="120" w:type="dxa"/>
              <w:bottom w:w="120" w:type="dxa"/>
              <w:right w:w="120" w:type="dxa"/>
            </w:tcMar>
            <w:vAlign w:val="center"/>
          </w:tcPr>
          <w:p w14:paraId="1F71FE00" w14:textId="77777777" w:rsidR="00CD5F7D" w:rsidRPr="00F87828" w:rsidRDefault="00123731">
            <w:r w:rsidRPr="00F87828">
              <w:rPr>
                <w:b/>
              </w:rPr>
              <w:t>Imię i nazwisko przedstawiciela ustawowego</w:t>
            </w:r>
          </w:p>
        </w:tc>
        <w:tc>
          <w:tcPr>
            <w:tcW w:w="6374" w:type="dxa"/>
            <w:tcMar>
              <w:top w:w="140" w:type="dxa"/>
              <w:left w:w="140" w:type="dxa"/>
              <w:bottom w:w="140" w:type="dxa"/>
              <w:right w:w="140" w:type="dxa"/>
            </w:tcMar>
            <w:vAlign w:val="bottom"/>
          </w:tcPr>
          <w:p w14:paraId="7329FA13" w14:textId="39519AFC" w:rsidR="00CD5F7D" w:rsidRPr="00F87828" w:rsidRDefault="00CD5F7D" w:rsidP="00985701">
            <w:pPr>
              <w:spacing w:after="0"/>
            </w:pPr>
          </w:p>
        </w:tc>
      </w:tr>
      <w:tr w:rsidR="00CD5F7D" w:rsidRPr="00F87828" w14:paraId="76CCA008" w14:textId="77777777" w:rsidTr="00985701">
        <w:trPr>
          <w:cantSplit/>
          <w:trHeight w:val="454"/>
          <w:jc w:val="center"/>
        </w:trPr>
        <w:tc>
          <w:tcPr>
            <w:tcW w:w="3402" w:type="dxa"/>
            <w:shd w:val="clear" w:color="auto" w:fill="F2F2F2"/>
            <w:tcMar>
              <w:top w:w="120" w:type="dxa"/>
              <w:left w:w="120" w:type="dxa"/>
              <w:bottom w:w="120" w:type="dxa"/>
              <w:right w:w="120" w:type="dxa"/>
            </w:tcMar>
            <w:vAlign w:val="center"/>
          </w:tcPr>
          <w:p w14:paraId="3531CEF0" w14:textId="77777777" w:rsidR="00CD5F7D" w:rsidRPr="00F87828" w:rsidRDefault="00123731">
            <w:r w:rsidRPr="00F87828">
              <w:rPr>
                <w:b/>
              </w:rPr>
              <w:t>Imię i nazwisko uczestnika</w:t>
            </w:r>
          </w:p>
        </w:tc>
        <w:tc>
          <w:tcPr>
            <w:tcW w:w="6374" w:type="dxa"/>
            <w:tcMar>
              <w:top w:w="140" w:type="dxa"/>
              <w:left w:w="140" w:type="dxa"/>
              <w:bottom w:w="140" w:type="dxa"/>
              <w:right w:w="140" w:type="dxa"/>
            </w:tcMar>
            <w:vAlign w:val="bottom"/>
          </w:tcPr>
          <w:p w14:paraId="52DCAC58" w14:textId="0AB38248" w:rsidR="00CD5F7D" w:rsidRPr="00F87828" w:rsidRDefault="00CD5F7D" w:rsidP="00985701">
            <w:pPr>
              <w:spacing w:after="0"/>
            </w:pPr>
          </w:p>
        </w:tc>
      </w:tr>
      <w:tr w:rsidR="00CD5F7D" w:rsidRPr="00F87828" w14:paraId="70A8379C" w14:textId="77777777" w:rsidTr="00985701">
        <w:trPr>
          <w:cantSplit/>
          <w:trHeight w:val="454"/>
          <w:jc w:val="center"/>
        </w:trPr>
        <w:tc>
          <w:tcPr>
            <w:tcW w:w="3402" w:type="dxa"/>
            <w:shd w:val="clear" w:color="auto" w:fill="F2F2F2"/>
            <w:tcMar>
              <w:top w:w="120" w:type="dxa"/>
              <w:left w:w="120" w:type="dxa"/>
              <w:bottom w:w="120" w:type="dxa"/>
              <w:right w:w="120" w:type="dxa"/>
            </w:tcMar>
            <w:vAlign w:val="center"/>
          </w:tcPr>
          <w:p w14:paraId="23243A9C" w14:textId="77777777" w:rsidR="00CD5F7D" w:rsidRPr="00F87828" w:rsidRDefault="00123731">
            <w:r w:rsidRPr="00F87828">
              <w:rPr>
                <w:b/>
              </w:rPr>
              <w:t>Szkoła i klasa</w:t>
            </w:r>
          </w:p>
        </w:tc>
        <w:tc>
          <w:tcPr>
            <w:tcW w:w="6374" w:type="dxa"/>
            <w:tcMar>
              <w:top w:w="140" w:type="dxa"/>
              <w:left w:w="140" w:type="dxa"/>
              <w:bottom w:w="140" w:type="dxa"/>
              <w:right w:w="140" w:type="dxa"/>
            </w:tcMar>
            <w:vAlign w:val="center"/>
          </w:tcPr>
          <w:p w14:paraId="3FE93522" w14:textId="2399A846" w:rsidR="00CD5F7D" w:rsidRPr="00F87828" w:rsidRDefault="00CD5F7D" w:rsidP="00985701">
            <w:pPr>
              <w:spacing w:after="0"/>
            </w:pPr>
          </w:p>
        </w:tc>
      </w:tr>
      <w:tr w:rsidR="00CD5F7D" w:rsidRPr="00F87828" w14:paraId="3170DF65" w14:textId="77777777" w:rsidTr="00985701">
        <w:trPr>
          <w:cantSplit/>
          <w:trHeight w:val="454"/>
          <w:jc w:val="center"/>
        </w:trPr>
        <w:tc>
          <w:tcPr>
            <w:tcW w:w="3402" w:type="dxa"/>
            <w:shd w:val="clear" w:color="auto" w:fill="F2F2F2"/>
            <w:tcMar>
              <w:top w:w="120" w:type="dxa"/>
              <w:left w:w="120" w:type="dxa"/>
              <w:bottom w:w="120" w:type="dxa"/>
              <w:right w:w="120" w:type="dxa"/>
            </w:tcMar>
            <w:vAlign w:val="center"/>
          </w:tcPr>
          <w:p w14:paraId="006A48D9" w14:textId="77777777" w:rsidR="00CD5F7D" w:rsidRPr="00F87828" w:rsidRDefault="00123731">
            <w:r w:rsidRPr="00F87828">
              <w:rPr>
                <w:b/>
              </w:rPr>
              <w:t>Nazwa modelowanego grzyba</w:t>
            </w:r>
          </w:p>
        </w:tc>
        <w:tc>
          <w:tcPr>
            <w:tcW w:w="6374" w:type="dxa"/>
            <w:tcMar>
              <w:top w:w="140" w:type="dxa"/>
              <w:left w:w="140" w:type="dxa"/>
              <w:bottom w:w="140" w:type="dxa"/>
              <w:right w:w="140" w:type="dxa"/>
            </w:tcMar>
            <w:vAlign w:val="center"/>
          </w:tcPr>
          <w:p w14:paraId="087952F9" w14:textId="58D94E09" w:rsidR="00CD5F7D" w:rsidRPr="00F87828" w:rsidRDefault="00CD5F7D" w:rsidP="00985701">
            <w:pPr>
              <w:spacing w:after="0"/>
            </w:pPr>
          </w:p>
        </w:tc>
      </w:tr>
    </w:tbl>
    <w:p w14:paraId="5236E8DD" w14:textId="77777777" w:rsidR="00CD5F7D" w:rsidRPr="00F87828" w:rsidRDefault="00CD5F7D" w:rsidP="00F66817">
      <w:pPr>
        <w:jc w:val="both"/>
      </w:pPr>
    </w:p>
    <w:p w14:paraId="1F904D34" w14:textId="4BE7C8EC" w:rsidR="00CD5F7D" w:rsidRPr="00F87828" w:rsidRDefault="00123731" w:rsidP="00F66817">
      <w:pPr>
        <w:jc w:val="both"/>
      </w:pPr>
      <w:r w:rsidRPr="00F87828">
        <w:t>Wyrażam zgodę na udział wskazanego dziecka/podopiecznego w wojewódzkim konkursie na model grzyba „Jesień w lesie grzyby niesie” – 16 edycja, 2026 r., na zasadach określonych w Regulaminie, w</w:t>
      </w:r>
      <w:r w:rsidR="00F66817">
        <w:t> </w:t>
      </w:r>
      <w:r w:rsidRPr="00F87828">
        <w:t>tym na nieodpłatne przeniesienie na Organizatora własności fizycznego egzemplarza Modelu z chwilą jego dostarczenia do właściwej PSSE. Przyjmuję do wiadomości, że Model nie podlega zwrotowi.</w:t>
      </w:r>
    </w:p>
    <w:p w14:paraId="7DEE76B0" w14:textId="77777777" w:rsidR="00CD5F7D" w:rsidRPr="00F87828" w:rsidRDefault="00123731" w:rsidP="00F66817">
      <w:pPr>
        <w:jc w:val="both"/>
      </w:pPr>
      <w:r w:rsidRPr="00F87828">
        <w:t>Oświadczam, że według mojej wiedzy zgłoszony Model został wykonany samodzielnie przez uczestnika, a jego przekazanie Organizatorowi nie narusza praw osób trzecich. Jeżeli egzemplarz Modelu lub materiały użyte do jego wykonania należą do szkoły albo innej osoby, potwierdzam uzyskanie wymaganej zgody na nieodpłatne przekazanie egzemplarza Organizatorowi.</w:t>
      </w:r>
    </w:p>
    <w:p w14:paraId="404C43FC" w14:textId="77777777" w:rsidR="00CD5F7D" w:rsidRPr="00F87828" w:rsidRDefault="00123731" w:rsidP="00F66817">
      <w:pPr>
        <w:jc w:val="both"/>
      </w:pPr>
      <w:r w:rsidRPr="00F87828">
        <w:t>W zakresie, w jakim Model stanowi utwór chroniony prawem autorskim, działając jako przedstawiciel ustawowy uczestnika i w zakresie dopuszczalnym prawem, wyrażam zgodę na udzielenie Organizatorowi i współorganizatorom nieodpłatnej, niewyłącznej licencji na zasadach i polach eksploatacji określonych w § 7 Regulaminu. Jeżeli z uwagi na wiek uczestnika lub charakter czynności wymagane jest także jego oświadczenie, uczestnik składa podpis poniżej.</w:t>
      </w:r>
    </w:p>
    <w:p w14:paraId="59BBFD90" w14:textId="77777777" w:rsidR="00013CD4" w:rsidRPr="006B04AA" w:rsidRDefault="00013CD4" w:rsidP="00F66817">
      <w:pPr>
        <w:jc w:val="both"/>
        <w:rPr>
          <w:bCs/>
        </w:rPr>
      </w:pPr>
    </w:p>
    <w:p w14:paraId="48D8F2BD" w14:textId="705B5211" w:rsidR="00CD5F7D" w:rsidRDefault="00123731" w:rsidP="00F66817">
      <w:pPr>
        <w:jc w:val="both"/>
      </w:pPr>
      <w:r w:rsidRPr="00F87828">
        <w:rPr>
          <w:b/>
        </w:rPr>
        <w:t xml:space="preserve">Podpis uczestnika (jeżeli wymagany / możliwy): </w:t>
      </w:r>
      <w:r w:rsidRPr="00F87828">
        <w:t>...................................................</w:t>
      </w:r>
      <w:r w:rsidR="00985701">
        <w:t>..</w:t>
      </w:r>
      <w:r w:rsidRPr="00F87828">
        <w:t>.........</w:t>
      </w:r>
    </w:p>
    <w:p w14:paraId="0DAC1954" w14:textId="77777777" w:rsidR="00F66817" w:rsidRPr="00F87828" w:rsidRDefault="00F66817" w:rsidP="00F66817">
      <w:pPr>
        <w:jc w:val="both"/>
      </w:pPr>
    </w:p>
    <w:p w14:paraId="18498792" w14:textId="77777777" w:rsidR="00013CD4" w:rsidRDefault="00013CD4" w:rsidP="006B04AA">
      <w:pPr>
        <w:jc w:val="both"/>
        <w:rPr>
          <w:bCs/>
        </w:rPr>
      </w:pPr>
    </w:p>
    <w:p w14:paraId="2CA995A5" w14:textId="77777777" w:rsidR="00013CD4" w:rsidRDefault="00013CD4" w:rsidP="006B04AA">
      <w:pPr>
        <w:jc w:val="both"/>
        <w:rPr>
          <w:bCs/>
        </w:rPr>
      </w:pPr>
    </w:p>
    <w:p w14:paraId="45E50E7B" w14:textId="7F956F65" w:rsidR="00CD5F7D" w:rsidRPr="00F87828" w:rsidRDefault="00123731" w:rsidP="00F66817">
      <w:pPr>
        <w:ind w:left="5245" w:hanging="425"/>
        <w:jc w:val="both"/>
      </w:pPr>
      <w:r w:rsidRPr="00F66817">
        <w:rPr>
          <w:bCs/>
        </w:rPr>
        <w:t>..................................................</w:t>
      </w:r>
      <w:r w:rsidR="00985701">
        <w:rPr>
          <w:bCs/>
        </w:rPr>
        <w:t>...</w:t>
      </w:r>
      <w:r w:rsidRPr="00F66817">
        <w:rPr>
          <w:bCs/>
        </w:rPr>
        <w:t>.........</w:t>
      </w:r>
      <w:r w:rsidRPr="00F87828">
        <w:rPr>
          <w:b/>
        </w:rPr>
        <w:br/>
      </w:r>
      <w:r w:rsidRPr="00985701">
        <w:rPr>
          <w:color w:val="646464"/>
          <w:sz w:val="18"/>
          <w:szCs w:val="24"/>
        </w:rPr>
        <w:t>czytelny podpis przedstawiciela ustawowego</w:t>
      </w:r>
    </w:p>
    <w:p w14:paraId="7F696C02" w14:textId="77777777" w:rsidR="00CD5F7D" w:rsidRPr="00F87828" w:rsidRDefault="00123731">
      <w:pPr>
        <w:pageBreakBefore/>
        <w:jc w:val="right"/>
      </w:pPr>
      <w:r w:rsidRPr="00F87828">
        <w:rPr>
          <w:b/>
          <w:sz w:val="18"/>
        </w:rPr>
        <w:lastRenderedPageBreak/>
        <w:t>Załącznik nr 3</w:t>
      </w:r>
    </w:p>
    <w:p w14:paraId="0A617514" w14:textId="77777777" w:rsidR="00CD5F7D" w:rsidRPr="00F87828" w:rsidRDefault="00123731">
      <w:pPr>
        <w:jc w:val="center"/>
      </w:pPr>
      <w:r w:rsidRPr="00F87828">
        <w:rPr>
          <w:b/>
          <w:sz w:val="24"/>
        </w:rPr>
        <w:t>OŚWIADCZENIE PEŁNOLETNIEGO UCZESTNIKA – UDZIAŁ, WŁASNOŚĆ EGZEMPLARZA, AUTORSTWO I LICENCJA</w:t>
      </w:r>
    </w:p>
    <w:tbl>
      <w:tblPr>
        <w:tblW w:w="9776" w:type="dxa"/>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3402"/>
        <w:gridCol w:w="6374"/>
      </w:tblGrid>
      <w:tr w:rsidR="00CD5F7D" w:rsidRPr="00F87828" w14:paraId="33C6A64C" w14:textId="77777777" w:rsidTr="00985701">
        <w:trPr>
          <w:cantSplit/>
          <w:trHeight w:val="454"/>
          <w:jc w:val="center"/>
        </w:trPr>
        <w:tc>
          <w:tcPr>
            <w:tcW w:w="3402" w:type="dxa"/>
            <w:shd w:val="clear" w:color="auto" w:fill="F2F2F2"/>
            <w:tcMar>
              <w:top w:w="120" w:type="dxa"/>
              <w:left w:w="120" w:type="dxa"/>
              <w:bottom w:w="120" w:type="dxa"/>
              <w:right w:w="120" w:type="dxa"/>
            </w:tcMar>
            <w:vAlign w:val="center"/>
          </w:tcPr>
          <w:p w14:paraId="57D5268E" w14:textId="77777777" w:rsidR="00CD5F7D" w:rsidRPr="00F87828" w:rsidRDefault="00123731">
            <w:r w:rsidRPr="00F87828">
              <w:rPr>
                <w:b/>
              </w:rPr>
              <w:t>Miejscowość i data</w:t>
            </w:r>
          </w:p>
        </w:tc>
        <w:tc>
          <w:tcPr>
            <w:tcW w:w="6374" w:type="dxa"/>
            <w:tcMar>
              <w:top w:w="140" w:type="dxa"/>
              <w:left w:w="140" w:type="dxa"/>
              <w:bottom w:w="140" w:type="dxa"/>
              <w:right w:w="140" w:type="dxa"/>
            </w:tcMar>
            <w:vAlign w:val="bottom"/>
          </w:tcPr>
          <w:p w14:paraId="2734E875" w14:textId="2393897C" w:rsidR="00CD5F7D" w:rsidRPr="00F87828" w:rsidRDefault="00CD5F7D" w:rsidP="00985701">
            <w:pPr>
              <w:spacing w:after="0"/>
            </w:pPr>
          </w:p>
        </w:tc>
      </w:tr>
      <w:tr w:rsidR="00CD5F7D" w:rsidRPr="00F87828" w14:paraId="6292645E" w14:textId="77777777" w:rsidTr="00985701">
        <w:trPr>
          <w:cantSplit/>
          <w:trHeight w:val="454"/>
          <w:jc w:val="center"/>
        </w:trPr>
        <w:tc>
          <w:tcPr>
            <w:tcW w:w="3402" w:type="dxa"/>
            <w:shd w:val="clear" w:color="auto" w:fill="F2F2F2"/>
            <w:tcMar>
              <w:top w:w="120" w:type="dxa"/>
              <w:left w:w="120" w:type="dxa"/>
              <w:bottom w:w="120" w:type="dxa"/>
              <w:right w:w="120" w:type="dxa"/>
            </w:tcMar>
            <w:vAlign w:val="center"/>
          </w:tcPr>
          <w:p w14:paraId="66E68A9F" w14:textId="77777777" w:rsidR="00CD5F7D" w:rsidRPr="00F87828" w:rsidRDefault="00123731">
            <w:r w:rsidRPr="00F87828">
              <w:rPr>
                <w:b/>
              </w:rPr>
              <w:t>Imię i nazwisko uczestnika</w:t>
            </w:r>
          </w:p>
        </w:tc>
        <w:tc>
          <w:tcPr>
            <w:tcW w:w="6374" w:type="dxa"/>
            <w:tcMar>
              <w:top w:w="140" w:type="dxa"/>
              <w:left w:w="140" w:type="dxa"/>
              <w:bottom w:w="140" w:type="dxa"/>
              <w:right w:w="140" w:type="dxa"/>
            </w:tcMar>
            <w:vAlign w:val="bottom"/>
          </w:tcPr>
          <w:p w14:paraId="3560EDDF" w14:textId="6E0E2832" w:rsidR="00CD5F7D" w:rsidRPr="00F87828" w:rsidRDefault="00CD5F7D" w:rsidP="00985701">
            <w:pPr>
              <w:spacing w:after="0"/>
            </w:pPr>
          </w:p>
        </w:tc>
      </w:tr>
      <w:tr w:rsidR="00CD5F7D" w:rsidRPr="00F87828" w14:paraId="4DF8A280" w14:textId="77777777" w:rsidTr="00985701">
        <w:trPr>
          <w:cantSplit/>
          <w:trHeight w:val="454"/>
          <w:jc w:val="center"/>
        </w:trPr>
        <w:tc>
          <w:tcPr>
            <w:tcW w:w="3402" w:type="dxa"/>
            <w:shd w:val="clear" w:color="auto" w:fill="F2F2F2"/>
            <w:tcMar>
              <w:top w:w="120" w:type="dxa"/>
              <w:left w:w="120" w:type="dxa"/>
              <w:bottom w:w="120" w:type="dxa"/>
              <w:right w:w="120" w:type="dxa"/>
            </w:tcMar>
            <w:vAlign w:val="center"/>
          </w:tcPr>
          <w:p w14:paraId="25215A9E" w14:textId="77777777" w:rsidR="00CD5F7D" w:rsidRPr="00F87828" w:rsidRDefault="00123731">
            <w:r w:rsidRPr="00F87828">
              <w:rPr>
                <w:b/>
              </w:rPr>
              <w:t>Szkoła i klasa</w:t>
            </w:r>
          </w:p>
        </w:tc>
        <w:tc>
          <w:tcPr>
            <w:tcW w:w="6374" w:type="dxa"/>
            <w:tcMar>
              <w:top w:w="140" w:type="dxa"/>
              <w:left w:w="140" w:type="dxa"/>
              <w:bottom w:w="140" w:type="dxa"/>
              <w:right w:w="140" w:type="dxa"/>
            </w:tcMar>
            <w:vAlign w:val="bottom"/>
          </w:tcPr>
          <w:p w14:paraId="0B9E2B87" w14:textId="3028F150" w:rsidR="00CD5F7D" w:rsidRPr="00F87828" w:rsidRDefault="00CD5F7D" w:rsidP="00985701">
            <w:pPr>
              <w:spacing w:after="0"/>
            </w:pPr>
          </w:p>
        </w:tc>
      </w:tr>
      <w:tr w:rsidR="00CD5F7D" w:rsidRPr="00F87828" w14:paraId="06AE9FFA" w14:textId="77777777" w:rsidTr="00985701">
        <w:trPr>
          <w:cantSplit/>
          <w:trHeight w:val="454"/>
          <w:jc w:val="center"/>
        </w:trPr>
        <w:tc>
          <w:tcPr>
            <w:tcW w:w="3402" w:type="dxa"/>
            <w:shd w:val="clear" w:color="auto" w:fill="F2F2F2"/>
            <w:tcMar>
              <w:top w:w="120" w:type="dxa"/>
              <w:left w:w="120" w:type="dxa"/>
              <w:bottom w:w="120" w:type="dxa"/>
              <w:right w:w="120" w:type="dxa"/>
            </w:tcMar>
            <w:vAlign w:val="center"/>
          </w:tcPr>
          <w:p w14:paraId="567ED4C7" w14:textId="77777777" w:rsidR="00CD5F7D" w:rsidRPr="00F87828" w:rsidRDefault="00123731">
            <w:r w:rsidRPr="00F87828">
              <w:rPr>
                <w:b/>
              </w:rPr>
              <w:t>Nazwa modelowanego grzyba</w:t>
            </w:r>
          </w:p>
        </w:tc>
        <w:tc>
          <w:tcPr>
            <w:tcW w:w="6374" w:type="dxa"/>
            <w:tcMar>
              <w:top w:w="140" w:type="dxa"/>
              <w:left w:w="140" w:type="dxa"/>
              <w:bottom w:w="140" w:type="dxa"/>
              <w:right w:w="140" w:type="dxa"/>
            </w:tcMar>
            <w:vAlign w:val="bottom"/>
          </w:tcPr>
          <w:p w14:paraId="5AB5ACAF" w14:textId="2DBE5A50" w:rsidR="00CD5F7D" w:rsidRPr="00F87828" w:rsidRDefault="00CD5F7D" w:rsidP="00985701">
            <w:pPr>
              <w:spacing w:after="0"/>
            </w:pPr>
          </w:p>
        </w:tc>
      </w:tr>
    </w:tbl>
    <w:p w14:paraId="743BEA99" w14:textId="77777777" w:rsidR="00CD5F7D" w:rsidRPr="00F87828" w:rsidRDefault="00CD5F7D"/>
    <w:p w14:paraId="39A3D2F0" w14:textId="754F2AA5" w:rsidR="00CD5F7D" w:rsidRPr="00F87828" w:rsidRDefault="00123731" w:rsidP="005F3B40">
      <w:pPr>
        <w:jc w:val="both"/>
      </w:pPr>
      <w:r w:rsidRPr="00F87828">
        <w:t>Oświadczam, że zapoznałem/am się z Regulaminem konkursu na model grzyba „Jesień w lesie grzyby niesie” – 16 edycja, 2026 r. i akceptuję jego postanowienia, w tym nieodpłatne przeniesienie na</w:t>
      </w:r>
      <w:r w:rsidR="005F3B40">
        <w:t> </w:t>
      </w:r>
      <w:r w:rsidRPr="00F87828">
        <w:t>Organizatora własności fizycznego egzemplarza Modelu z chwilą jego dostarczenia do właściwej PSSE. Przyjmuję do wiadomości, że Model nie podlega zwrotowi.</w:t>
      </w:r>
    </w:p>
    <w:p w14:paraId="5CE015A1" w14:textId="77777777" w:rsidR="00CD5F7D" w:rsidRPr="00F87828" w:rsidRDefault="00123731" w:rsidP="005F3B40">
      <w:pPr>
        <w:jc w:val="both"/>
      </w:pPr>
      <w:r w:rsidRPr="00F87828">
        <w:t>Oświadczam, że zgłoszony Model został wykonany przeze mnie samodzielnie, a jego przekazanie Organizatorowi nie narusza praw osób trzecich. Jeżeli egzemplarz Modelu lub materiały użyte do jego wykonania należą do szkoły albo innej osoby, potwierdzam uzyskanie wymaganej zgody na nieodpłatne przekazanie egzemplarza Organizatorowi.</w:t>
      </w:r>
    </w:p>
    <w:p w14:paraId="1BAAB687" w14:textId="3DF439B8" w:rsidR="00CD5F7D" w:rsidRPr="00F87828" w:rsidRDefault="00123731" w:rsidP="005F3B40">
      <w:pPr>
        <w:jc w:val="both"/>
      </w:pPr>
      <w:r w:rsidRPr="00F87828">
        <w:t>W zakresie, w jakim Model stanowi utwór chroniony prawem autorskim, udzielam Organizatorowi i</w:t>
      </w:r>
      <w:r w:rsidR="005F3B40">
        <w:t> </w:t>
      </w:r>
      <w:r w:rsidRPr="00F87828">
        <w:t>współorganizatorom nieodpłatnej, niewyłącznej licencji na zasadach i polach eksploatacji określonych w § 7 Regulaminu, wyłącznie na potrzeby działalności edukacyjnej, informacyjnej i</w:t>
      </w:r>
      <w:r w:rsidR="005F3B40">
        <w:t> </w:t>
      </w:r>
      <w:r w:rsidRPr="00F87828">
        <w:t>dokumentacyjnej związanej z zadaniami Państwowej Inspekcji Sanitarnej i tematyką Konkursu.</w:t>
      </w:r>
    </w:p>
    <w:p w14:paraId="761E6420" w14:textId="77777777" w:rsidR="00013CD4" w:rsidRPr="006B04AA" w:rsidRDefault="00013CD4" w:rsidP="006B04AA">
      <w:pPr>
        <w:rPr>
          <w:bCs/>
        </w:rPr>
      </w:pPr>
    </w:p>
    <w:p w14:paraId="5C98BAC5" w14:textId="77777777" w:rsidR="00013CD4" w:rsidRPr="006B04AA" w:rsidRDefault="00013CD4" w:rsidP="006B04AA">
      <w:pPr>
        <w:rPr>
          <w:bCs/>
        </w:rPr>
      </w:pPr>
    </w:p>
    <w:p w14:paraId="7EB19621" w14:textId="77777777" w:rsidR="00013CD4" w:rsidRPr="006B04AA" w:rsidRDefault="00013CD4" w:rsidP="006B04AA">
      <w:pPr>
        <w:rPr>
          <w:bCs/>
        </w:rPr>
      </w:pPr>
    </w:p>
    <w:p w14:paraId="7F29283D" w14:textId="6A41F06E" w:rsidR="00CD5F7D" w:rsidRPr="00F87828" w:rsidRDefault="00123731">
      <w:pPr>
        <w:jc w:val="right"/>
      </w:pPr>
      <w:r w:rsidRPr="00F87828">
        <w:rPr>
          <w:b/>
        </w:rPr>
        <w:t>............................................................</w:t>
      </w:r>
      <w:r w:rsidRPr="00F87828">
        <w:rPr>
          <w:b/>
        </w:rPr>
        <w:br/>
      </w:r>
      <w:r w:rsidRPr="00985701">
        <w:rPr>
          <w:color w:val="646464"/>
          <w:sz w:val="18"/>
          <w:szCs w:val="24"/>
        </w:rPr>
        <w:t>czytelny podpis uczestnika</w:t>
      </w:r>
    </w:p>
    <w:p w14:paraId="68F9AC23" w14:textId="77777777" w:rsidR="00CD5F7D" w:rsidRPr="00F87828" w:rsidRDefault="00123731">
      <w:pPr>
        <w:pageBreakBefore/>
        <w:jc w:val="right"/>
      </w:pPr>
      <w:r w:rsidRPr="00F87828">
        <w:rPr>
          <w:b/>
          <w:sz w:val="18"/>
        </w:rPr>
        <w:lastRenderedPageBreak/>
        <w:t>Załącznik nr 4</w:t>
      </w:r>
    </w:p>
    <w:p w14:paraId="4D4D9DD8" w14:textId="78CAABB5" w:rsidR="00CD5F7D" w:rsidRPr="00F87828" w:rsidRDefault="00123731">
      <w:pPr>
        <w:jc w:val="center"/>
      </w:pPr>
      <w:r w:rsidRPr="00F87828">
        <w:rPr>
          <w:b/>
          <w:color w:val="315B38"/>
          <w:sz w:val="26"/>
        </w:rPr>
        <w:t>ZGODA NA UTRWALANIE I PUBLIKACJĘ WIZERUNKU UCZESTNIKA KONKURSU NA</w:t>
      </w:r>
      <w:r w:rsidR="005F3B40">
        <w:rPr>
          <w:b/>
          <w:color w:val="315B38"/>
          <w:sz w:val="26"/>
        </w:rPr>
        <w:t> </w:t>
      </w:r>
      <w:r w:rsidRPr="00F87828">
        <w:rPr>
          <w:b/>
          <w:color w:val="315B38"/>
          <w:sz w:val="26"/>
        </w:rPr>
        <w:t>MODEL GRZYBA</w:t>
      </w:r>
    </w:p>
    <w:tbl>
      <w:tblPr>
        <w:tblW w:w="9776" w:type="dxa"/>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3402"/>
        <w:gridCol w:w="6374"/>
      </w:tblGrid>
      <w:tr w:rsidR="00CD5F7D" w:rsidRPr="00F87828" w14:paraId="26C0EB85" w14:textId="77777777" w:rsidTr="00985701">
        <w:trPr>
          <w:cantSplit/>
          <w:trHeight w:val="454"/>
          <w:jc w:val="center"/>
        </w:trPr>
        <w:tc>
          <w:tcPr>
            <w:tcW w:w="3402" w:type="dxa"/>
            <w:shd w:val="clear" w:color="auto" w:fill="F2F2F2"/>
            <w:tcMar>
              <w:top w:w="120" w:type="dxa"/>
              <w:left w:w="120" w:type="dxa"/>
              <w:bottom w:w="120" w:type="dxa"/>
              <w:right w:w="120" w:type="dxa"/>
            </w:tcMar>
            <w:vAlign w:val="center"/>
          </w:tcPr>
          <w:p w14:paraId="35AD4D39" w14:textId="77777777" w:rsidR="00CD5F7D" w:rsidRPr="00F87828" w:rsidRDefault="00123731" w:rsidP="006B04AA">
            <w:pPr>
              <w:spacing w:after="0"/>
            </w:pPr>
            <w:r w:rsidRPr="00F87828">
              <w:rPr>
                <w:b/>
              </w:rPr>
              <w:t>Imię i nazwisko uczestnika</w:t>
            </w:r>
          </w:p>
        </w:tc>
        <w:tc>
          <w:tcPr>
            <w:tcW w:w="6374" w:type="dxa"/>
            <w:tcMar>
              <w:top w:w="140" w:type="dxa"/>
              <w:left w:w="140" w:type="dxa"/>
              <w:bottom w:w="140" w:type="dxa"/>
              <w:right w:w="140" w:type="dxa"/>
            </w:tcMar>
            <w:vAlign w:val="bottom"/>
          </w:tcPr>
          <w:p w14:paraId="547850CF" w14:textId="40984B09" w:rsidR="00CD5F7D" w:rsidRPr="00F87828" w:rsidRDefault="00CD5F7D" w:rsidP="00985701">
            <w:pPr>
              <w:spacing w:after="0"/>
            </w:pPr>
          </w:p>
        </w:tc>
      </w:tr>
      <w:tr w:rsidR="00CD5F7D" w:rsidRPr="00F87828" w14:paraId="34ECFD44" w14:textId="77777777" w:rsidTr="00985701">
        <w:trPr>
          <w:cantSplit/>
          <w:trHeight w:val="454"/>
          <w:jc w:val="center"/>
        </w:trPr>
        <w:tc>
          <w:tcPr>
            <w:tcW w:w="3402" w:type="dxa"/>
            <w:shd w:val="clear" w:color="auto" w:fill="F2F2F2"/>
            <w:tcMar>
              <w:top w:w="120" w:type="dxa"/>
              <w:left w:w="120" w:type="dxa"/>
              <w:bottom w:w="120" w:type="dxa"/>
              <w:right w:w="120" w:type="dxa"/>
            </w:tcMar>
            <w:vAlign w:val="center"/>
          </w:tcPr>
          <w:p w14:paraId="52180A62" w14:textId="77777777" w:rsidR="00CD5F7D" w:rsidRPr="00F87828" w:rsidRDefault="00123731" w:rsidP="006B04AA">
            <w:pPr>
              <w:spacing w:after="0"/>
            </w:pPr>
            <w:r w:rsidRPr="00F87828">
              <w:rPr>
                <w:b/>
              </w:rPr>
              <w:t>Szkoła</w:t>
            </w:r>
          </w:p>
        </w:tc>
        <w:tc>
          <w:tcPr>
            <w:tcW w:w="6374" w:type="dxa"/>
            <w:tcMar>
              <w:top w:w="140" w:type="dxa"/>
              <w:left w:w="140" w:type="dxa"/>
              <w:bottom w:w="140" w:type="dxa"/>
              <w:right w:w="140" w:type="dxa"/>
            </w:tcMar>
            <w:vAlign w:val="bottom"/>
          </w:tcPr>
          <w:p w14:paraId="7F532CDC" w14:textId="2D83745C" w:rsidR="00CD5F7D" w:rsidRPr="00F87828" w:rsidRDefault="00CD5F7D" w:rsidP="00985701">
            <w:pPr>
              <w:spacing w:after="0"/>
            </w:pPr>
          </w:p>
        </w:tc>
      </w:tr>
      <w:tr w:rsidR="00CD5F7D" w:rsidRPr="00F87828" w14:paraId="348BA2DB" w14:textId="77777777" w:rsidTr="00985701">
        <w:trPr>
          <w:cantSplit/>
          <w:trHeight w:val="454"/>
          <w:jc w:val="center"/>
        </w:trPr>
        <w:tc>
          <w:tcPr>
            <w:tcW w:w="3402" w:type="dxa"/>
            <w:shd w:val="clear" w:color="auto" w:fill="F2F2F2"/>
            <w:tcMar>
              <w:top w:w="120" w:type="dxa"/>
              <w:left w:w="120" w:type="dxa"/>
              <w:bottom w:w="120" w:type="dxa"/>
              <w:right w:w="120" w:type="dxa"/>
            </w:tcMar>
            <w:vAlign w:val="center"/>
          </w:tcPr>
          <w:p w14:paraId="02BCF199" w14:textId="77777777" w:rsidR="00CD5F7D" w:rsidRPr="00F87828" w:rsidRDefault="00123731" w:rsidP="006B04AA">
            <w:pPr>
              <w:spacing w:after="0"/>
            </w:pPr>
            <w:r w:rsidRPr="00F87828">
              <w:rPr>
                <w:b/>
              </w:rPr>
              <w:t>Osoba wyrażająca zgodę</w:t>
            </w:r>
          </w:p>
        </w:tc>
        <w:tc>
          <w:tcPr>
            <w:tcW w:w="6374" w:type="dxa"/>
            <w:tcMar>
              <w:top w:w="140" w:type="dxa"/>
              <w:left w:w="140" w:type="dxa"/>
              <w:bottom w:w="140" w:type="dxa"/>
              <w:right w:w="140" w:type="dxa"/>
            </w:tcMar>
            <w:vAlign w:val="bottom"/>
          </w:tcPr>
          <w:p w14:paraId="258D3088" w14:textId="77777777" w:rsidR="00CD5F7D" w:rsidRPr="00F87828" w:rsidRDefault="00123731" w:rsidP="00985701">
            <w:r w:rsidRPr="00F87828">
              <w:t>uczestnik / przedstawiciel ustawowy*</w:t>
            </w:r>
          </w:p>
        </w:tc>
      </w:tr>
    </w:tbl>
    <w:p w14:paraId="6BF3870B" w14:textId="77777777" w:rsidR="00CD5F7D" w:rsidRPr="00F87828" w:rsidRDefault="00CD5F7D"/>
    <w:p w14:paraId="7890A8E1" w14:textId="15B89868" w:rsidR="00CD5F7D" w:rsidRPr="00F87828" w:rsidRDefault="00123731" w:rsidP="005F3B40">
      <w:pPr>
        <w:jc w:val="both"/>
      </w:pPr>
      <w:r w:rsidRPr="00F87828">
        <w:t>Wyrażam zgodę na utrwalanie oraz nieodpłatne rozpowszechnianie wizerunku wskazanego uczestnika w związku z organizacją i promocją konkursu „Jesień w lesie grzyby niesie”, w szczególności w</w:t>
      </w:r>
      <w:r w:rsidR="005F3B40">
        <w:t> </w:t>
      </w:r>
      <w:r w:rsidRPr="00F87828">
        <w:t>fotorelacjach z prezentacji prac i wręczenia nagród, na stronie internetowej WSSE w Bydgoszczy, w</w:t>
      </w:r>
      <w:r w:rsidR="005F3B40">
        <w:t> </w:t>
      </w:r>
      <w:r w:rsidRPr="00F87828">
        <w:t>oficjalnych profilach społecznościowych jednostek Państwowej Inspekcji Sanitarnej oraz w</w:t>
      </w:r>
      <w:r w:rsidR="005F3B40">
        <w:t> </w:t>
      </w:r>
      <w:r w:rsidRPr="00F87828">
        <w:t>materiałach edukacyjnych i informacyjnych dotyczących Konkursu.</w:t>
      </w:r>
    </w:p>
    <w:p w14:paraId="60ABB18D" w14:textId="77777777" w:rsidR="00CD5F7D" w:rsidRPr="00F87828" w:rsidRDefault="00123731" w:rsidP="005F3B40">
      <w:pPr>
        <w:jc w:val="both"/>
      </w:pPr>
      <w:r w:rsidRPr="00F87828">
        <w:t>Zgoda jest dobrowolna i jej niewyrażenie nie wpływa na udział w Konkursie ani na ocenę Pracy konkursowej. Zgodę można wycofać na przyszłość, kontaktując się z Administratorem lub Inspektorem Ochrony Danych. Wycofanie zgody nie wpływa na zgodność z prawem wykorzystania wizerunku dokonanego przed jej wycofaniem.</w:t>
      </w:r>
    </w:p>
    <w:p w14:paraId="35C76B21" w14:textId="77777777" w:rsidR="00CD5F7D" w:rsidRPr="00F87828" w:rsidRDefault="00123731">
      <w:pPr>
        <w:pStyle w:val="SmallNote"/>
        <w:rPr>
          <w:lang w:val="pl-PL"/>
        </w:rPr>
      </w:pPr>
      <w:r w:rsidRPr="00F87828">
        <w:rPr>
          <w:lang w:val="pl-PL"/>
        </w:rPr>
        <w:t>* niepotrzebne skreślić</w:t>
      </w:r>
    </w:p>
    <w:p w14:paraId="1BE81FFF" w14:textId="77777777" w:rsidR="00013CD4" w:rsidRPr="006B04AA" w:rsidRDefault="00013CD4" w:rsidP="006B04AA">
      <w:pPr>
        <w:rPr>
          <w:bCs/>
        </w:rPr>
      </w:pPr>
    </w:p>
    <w:p w14:paraId="79324C5F" w14:textId="77777777" w:rsidR="00013CD4" w:rsidRPr="006B04AA" w:rsidRDefault="00013CD4" w:rsidP="006B04AA">
      <w:pPr>
        <w:rPr>
          <w:bCs/>
        </w:rPr>
      </w:pPr>
    </w:p>
    <w:p w14:paraId="3E65A2F6" w14:textId="33204CE2" w:rsidR="00CD5F7D" w:rsidRPr="00F87828" w:rsidRDefault="00123731">
      <w:pPr>
        <w:jc w:val="right"/>
      </w:pPr>
      <w:r w:rsidRPr="00F87828">
        <w:rPr>
          <w:b/>
        </w:rPr>
        <w:t>............................................................</w:t>
      </w:r>
      <w:r w:rsidRPr="00F87828">
        <w:rPr>
          <w:b/>
        </w:rPr>
        <w:br/>
      </w:r>
      <w:r w:rsidRPr="00985701">
        <w:rPr>
          <w:color w:val="646464"/>
          <w:sz w:val="18"/>
          <w:szCs w:val="24"/>
        </w:rPr>
        <w:t>data i czytelny podpis osoby wyrażającej zgodę</w:t>
      </w:r>
    </w:p>
    <w:p w14:paraId="5C298644" w14:textId="77777777" w:rsidR="00CD5F7D" w:rsidRPr="00F87828" w:rsidRDefault="00123731">
      <w:pPr>
        <w:pageBreakBefore/>
        <w:jc w:val="right"/>
      </w:pPr>
      <w:r w:rsidRPr="00F87828">
        <w:rPr>
          <w:b/>
          <w:sz w:val="18"/>
        </w:rPr>
        <w:lastRenderedPageBreak/>
        <w:t>Załącznik nr 5</w:t>
      </w:r>
    </w:p>
    <w:p w14:paraId="4010C2CF" w14:textId="77777777" w:rsidR="00CD5F7D" w:rsidRPr="00F87828" w:rsidRDefault="00123731">
      <w:pPr>
        <w:jc w:val="center"/>
      </w:pPr>
      <w:r w:rsidRPr="00F87828">
        <w:rPr>
          <w:b/>
          <w:color w:val="315B38"/>
          <w:sz w:val="26"/>
        </w:rPr>
        <w:t>WYKAZ POWIATOWYCH STACJI SANITARNO-EPIDEMIOLOGICZNYCH – MIEJSCA SKŁADANIA PRAC</w:t>
      </w:r>
    </w:p>
    <w:p w14:paraId="5E0E4C73" w14:textId="77777777" w:rsidR="00CD5F7D" w:rsidRPr="006B04AA" w:rsidRDefault="00123731" w:rsidP="005F3B40">
      <w:pPr>
        <w:pStyle w:val="SmallNote"/>
        <w:jc w:val="both"/>
        <w:rPr>
          <w:sz w:val="18"/>
          <w:szCs w:val="24"/>
          <w:lang w:val="pl-PL"/>
        </w:rPr>
      </w:pPr>
      <w:r w:rsidRPr="006B04AA">
        <w:rPr>
          <w:sz w:val="18"/>
          <w:szCs w:val="24"/>
          <w:lang w:val="pl-PL"/>
        </w:rPr>
        <w:t>Pracę konkursową należy przekazać do PSSE właściwej ze względu na położenie szkoły. Przed wysyłką zaleca się potwierdzenie na stronie właściwej PSSE aktualnego sposobu przyjmowania przesyłek i godzin pracy.</w:t>
      </w:r>
    </w:p>
    <w:tbl>
      <w:tblPr>
        <w:tblW w:w="9634" w:type="dxa"/>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562"/>
        <w:gridCol w:w="2410"/>
        <w:gridCol w:w="6662"/>
      </w:tblGrid>
      <w:tr w:rsidR="00CD5F7D" w:rsidRPr="00F87828" w14:paraId="6C90AFDE" w14:textId="77777777" w:rsidTr="00F87828">
        <w:trPr>
          <w:tblHeader/>
          <w:jc w:val="center"/>
        </w:trPr>
        <w:tc>
          <w:tcPr>
            <w:tcW w:w="562" w:type="dxa"/>
            <w:shd w:val="clear" w:color="auto" w:fill="EAF2EA"/>
            <w:tcMar>
              <w:top w:w="80" w:type="dxa"/>
              <w:left w:w="80" w:type="dxa"/>
              <w:bottom w:w="80" w:type="dxa"/>
              <w:right w:w="80" w:type="dxa"/>
            </w:tcMar>
          </w:tcPr>
          <w:p w14:paraId="6597BC08" w14:textId="77777777" w:rsidR="00CD5F7D" w:rsidRPr="00F87828" w:rsidRDefault="00123731">
            <w:r w:rsidRPr="00F87828">
              <w:rPr>
                <w:b/>
              </w:rPr>
              <w:t>Lp.</w:t>
            </w:r>
          </w:p>
        </w:tc>
        <w:tc>
          <w:tcPr>
            <w:tcW w:w="2410" w:type="dxa"/>
            <w:shd w:val="clear" w:color="auto" w:fill="EAF2EA"/>
            <w:tcMar>
              <w:top w:w="80" w:type="dxa"/>
              <w:left w:w="80" w:type="dxa"/>
              <w:bottom w:w="80" w:type="dxa"/>
              <w:right w:w="80" w:type="dxa"/>
            </w:tcMar>
          </w:tcPr>
          <w:p w14:paraId="09155A19" w14:textId="77777777" w:rsidR="00CD5F7D" w:rsidRPr="00F87828" w:rsidRDefault="00123731">
            <w:r w:rsidRPr="00F87828">
              <w:rPr>
                <w:b/>
              </w:rPr>
              <w:t>PSSE</w:t>
            </w:r>
          </w:p>
        </w:tc>
        <w:tc>
          <w:tcPr>
            <w:tcW w:w="6662" w:type="dxa"/>
            <w:shd w:val="clear" w:color="auto" w:fill="EAF2EA"/>
            <w:tcMar>
              <w:top w:w="80" w:type="dxa"/>
              <w:left w:w="80" w:type="dxa"/>
              <w:bottom w:w="80" w:type="dxa"/>
              <w:right w:w="80" w:type="dxa"/>
            </w:tcMar>
          </w:tcPr>
          <w:p w14:paraId="132E26BC" w14:textId="77777777" w:rsidR="00CD5F7D" w:rsidRPr="00F87828" w:rsidRDefault="00123731">
            <w:r w:rsidRPr="00F87828">
              <w:rPr>
                <w:b/>
              </w:rPr>
              <w:t>Adres</w:t>
            </w:r>
          </w:p>
        </w:tc>
      </w:tr>
      <w:tr w:rsidR="00CD5F7D" w:rsidRPr="00F87828" w14:paraId="3A41399C" w14:textId="77777777" w:rsidTr="006B04AA">
        <w:trPr>
          <w:trHeight w:val="397"/>
          <w:jc w:val="center"/>
        </w:trPr>
        <w:tc>
          <w:tcPr>
            <w:tcW w:w="562" w:type="dxa"/>
            <w:tcMar>
              <w:top w:w="70" w:type="dxa"/>
              <w:left w:w="80" w:type="dxa"/>
              <w:bottom w:w="70" w:type="dxa"/>
              <w:right w:w="80" w:type="dxa"/>
            </w:tcMar>
            <w:vAlign w:val="center"/>
          </w:tcPr>
          <w:p w14:paraId="05B7D2FC" w14:textId="77777777" w:rsidR="00CD5F7D" w:rsidRPr="00F87828" w:rsidRDefault="00123731" w:rsidP="006B04AA">
            <w:pPr>
              <w:spacing w:after="0"/>
            </w:pPr>
            <w:r w:rsidRPr="00F87828">
              <w:t>1</w:t>
            </w:r>
          </w:p>
        </w:tc>
        <w:tc>
          <w:tcPr>
            <w:tcW w:w="2410" w:type="dxa"/>
            <w:tcMar>
              <w:top w:w="70" w:type="dxa"/>
              <w:left w:w="80" w:type="dxa"/>
              <w:bottom w:w="70" w:type="dxa"/>
              <w:right w:w="80" w:type="dxa"/>
            </w:tcMar>
            <w:vAlign w:val="center"/>
          </w:tcPr>
          <w:p w14:paraId="7825C06C" w14:textId="77777777" w:rsidR="00CD5F7D" w:rsidRPr="00F87828" w:rsidRDefault="00123731" w:rsidP="006B04AA">
            <w:pPr>
              <w:spacing w:after="0"/>
            </w:pPr>
            <w:r w:rsidRPr="00F87828">
              <w:t>Aleksandrów Kujawski</w:t>
            </w:r>
          </w:p>
        </w:tc>
        <w:tc>
          <w:tcPr>
            <w:tcW w:w="6662" w:type="dxa"/>
            <w:tcMar>
              <w:top w:w="70" w:type="dxa"/>
              <w:left w:w="80" w:type="dxa"/>
              <w:bottom w:w="70" w:type="dxa"/>
              <w:right w:w="80" w:type="dxa"/>
            </w:tcMar>
            <w:vAlign w:val="center"/>
          </w:tcPr>
          <w:p w14:paraId="5B53D5E3" w14:textId="77777777" w:rsidR="00CD5F7D" w:rsidRPr="00F87828" w:rsidRDefault="00123731" w:rsidP="006B04AA">
            <w:pPr>
              <w:spacing w:after="0"/>
            </w:pPr>
            <w:r w:rsidRPr="00F87828">
              <w:t>ul. Juliusza Słowackiego 8a, 87-700 Aleksandrów Kujawski</w:t>
            </w:r>
          </w:p>
        </w:tc>
      </w:tr>
      <w:tr w:rsidR="00CD5F7D" w:rsidRPr="00F87828" w14:paraId="59144F34" w14:textId="77777777" w:rsidTr="006B04AA">
        <w:trPr>
          <w:trHeight w:val="397"/>
          <w:jc w:val="center"/>
        </w:trPr>
        <w:tc>
          <w:tcPr>
            <w:tcW w:w="562" w:type="dxa"/>
            <w:tcMar>
              <w:top w:w="70" w:type="dxa"/>
              <w:left w:w="80" w:type="dxa"/>
              <w:bottom w:w="70" w:type="dxa"/>
              <w:right w:w="80" w:type="dxa"/>
            </w:tcMar>
            <w:vAlign w:val="center"/>
          </w:tcPr>
          <w:p w14:paraId="734BEED5" w14:textId="77777777" w:rsidR="00CD5F7D" w:rsidRPr="00F87828" w:rsidRDefault="00123731" w:rsidP="006B04AA">
            <w:pPr>
              <w:spacing w:after="0"/>
            </w:pPr>
            <w:r w:rsidRPr="00F87828">
              <w:t>2</w:t>
            </w:r>
          </w:p>
        </w:tc>
        <w:tc>
          <w:tcPr>
            <w:tcW w:w="2410" w:type="dxa"/>
            <w:tcMar>
              <w:top w:w="70" w:type="dxa"/>
              <w:left w:w="80" w:type="dxa"/>
              <w:bottom w:w="70" w:type="dxa"/>
              <w:right w:w="80" w:type="dxa"/>
            </w:tcMar>
            <w:vAlign w:val="center"/>
          </w:tcPr>
          <w:p w14:paraId="4316676D" w14:textId="77777777" w:rsidR="00CD5F7D" w:rsidRPr="00F87828" w:rsidRDefault="00123731" w:rsidP="006B04AA">
            <w:pPr>
              <w:spacing w:after="0"/>
            </w:pPr>
            <w:r w:rsidRPr="00F87828">
              <w:t>Brodnica</w:t>
            </w:r>
          </w:p>
        </w:tc>
        <w:tc>
          <w:tcPr>
            <w:tcW w:w="6662" w:type="dxa"/>
            <w:tcMar>
              <w:top w:w="70" w:type="dxa"/>
              <w:left w:w="80" w:type="dxa"/>
              <w:bottom w:w="70" w:type="dxa"/>
              <w:right w:w="80" w:type="dxa"/>
            </w:tcMar>
            <w:vAlign w:val="center"/>
          </w:tcPr>
          <w:p w14:paraId="4D8A98CA" w14:textId="77777777" w:rsidR="00CD5F7D" w:rsidRPr="00F87828" w:rsidRDefault="00123731" w:rsidP="006B04AA">
            <w:pPr>
              <w:spacing w:after="0"/>
            </w:pPr>
            <w:r w:rsidRPr="00F87828">
              <w:t>ul. Żwirki i Wigury 1, 87-300 Brodnica</w:t>
            </w:r>
          </w:p>
        </w:tc>
      </w:tr>
      <w:tr w:rsidR="00CD5F7D" w:rsidRPr="00F87828" w14:paraId="1F732E7E" w14:textId="77777777" w:rsidTr="006B04AA">
        <w:trPr>
          <w:trHeight w:val="397"/>
          <w:jc w:val="center"/>
        </w:trPr>
        <w:tc>
          <w:tcPr>
            <w:tcW w:w="562" w:type="dxa"/>
            <w:tcMar>
              <w:top w:w="70" w:type="dxa"/>
              <w:left w:w="80" w:type="dxa"/>
              <w:bottom w:w="70" w:type="dxa"/>
              <w:right w:w="80" w:type="dxa"/>
            </w:tcMar>
            <w:vAlign w:val="center"/>
          </w:tcPr>
          <w:p w14:paraId="7B2F6537" w14:textId="77777777" w:rsidR="00CD5F7D" w:rsidRPr="00F87828" w:rsidRDefault="00123731" w:rsidP="006B04AA">
            <w:pPr>
              <w:spacing w:after="0"/>
            </w:pPr>
            <w:r w:rsidRPr="00F87828">
              <w:t>3</w:t>
            </w:r>
          </w:p>
        </w:tc>
        <w:tc>
          <w:tcPr>
            <w:tcW w:w="2410" w:type="dxa"/>
            <w:tcMar>
              <w:top w:w="70" w:type="dxa"/>
              <w:left w:w="80" w:type="dxa"/>
              <w:bottom w:w="70" w:type="dxa"/>
              <w:right w:w="80" w:type="dxa"/>
            </w:tcMar>
            <w:vAlign w:val="center"/>
          </w:tcPr>
          <w:p w14:paraId="644ADB53" w14:textId="77777777" w:rsidR="00CD5F7D" w:rsidRPr="00F87828" w:rsidRDefault="00123731" w:rsidP="006B04AA">
            <w:pPr>
              <w:spacing w:after="0"/>
            </w:pPr>
            <w:r w:rsidRPr="00F87828">
              <w:t>Bydgoszcz</w:t>
            </w:r>
          </w:p>
        </w:tc>
        <w:tc>
          <w:tcPr>
            <w:tcW w:w="6662" w:type="dxa"/>
            <w:tcMar>
              <w:top w:w="70" w:type="dxa"/>
              <w:left w:w="80" w:type="dxa"/>
              <w:bottom w:w="70" w:type="dxa"/>
              <w:right w:w="80" w:type="dxa"/>
            </w:tcMar>
            <w:vAlign w:val="center"/>
          </w:tcPr>
          <w:p w14:paraId="26CCF22B" w14:textId="77777777" w:rsidR="00CD5F7D" w:rsidRPr="00F87828" w:rsidRDefault="00123731" w:rsidP="006B04AA">
            <w:pPr>
              <w:spacing w:after="0"/>
            </w:pPr>
            <w:r w:rsidRPr="00F87828">
              <w:t>ul. Tadeusza Kościuszki 27, 85-079 Bydgoszcz</w:t>
            </w:r>
          </w:p>
        </w:tc>
      </w:tr>
      <w:tr w:rsidR="00CD5F7D" w:rsidRPr="00F87828" w14:paraId="393730B8" w14:textId="77777777" w:rsidTr="006B04AA">
        <w:trPr>
          <w:trHeight w:val="397"/>
          <w:jc w:val="center"/>
        </w:trPr>
        <w:tc>
          <w:tcPr>
            <w:tcW w:w="562" w:type="dxa"/>
            <w:tcMar>
              <w:top w:w="70" w:type="dxa"/>
              <w:left w:w="80" w:type="dxa"/>
              <w:bottom w:w="70" w:type="dxa"/>
              <w:right w:w="80" w:type="dxa"/>
            </w:tcMar>
            <w:vAlign w:val="center"/>
          </w:tcPr>
          <w:p w14:paraId="20CB6D92" w14:textId="77777777" w:rsidR="00CD5F7D" w:rsidRPr="00F87828" w:rsidRDefault="00123731" w:rsidP="006B04AA">
            <w:pPr>
              <w:spacing w:after="0"/>
            </w:pPr>
            <w:r w:rsidRPr="00F87828">
              <w:t>4</w:t>
            </w:r>
          </w:p>
        </w:tc>
        <w:tc>
          <w:tcPr>
            <w:tcW w:w="2410" w:type="dxa"/>
            <w:tcMar>
              <w:top w:w="70" w:type="dxa"/>
              <w:left w:w="80" w:type="dxa"/>
              <w:bottom w:w="70" w:type="dxa"/>
              <w:right w:w="80" w:type="dxa"/>
            </w:tcMar>
            <w:vAlign w:val="center"/>
          </w:tcPr>
          <w:p w14:paraId="37372CB1" w14:textId="77777777" w:rsidR="00CD5F7D" w:rsidRPr="00F87828" w:rsidRDefault="00123731" w:rsidP="006B04AA">
            <w:pPr>
              <w:spacing w:after="0"/>
            </w:pPr>
            <w:r w:rsidRPr="00F87828">
              <w:t>Chełmno</w:t>
            </w:r>
          </w:p>
        </w:tc>
        <w:tc>
          <w:tcPr>
            <w:tcW w:w="6662" w:type="dxa"/>
            <w:tcMar>
              <w:top w:w="70" w:type="dxa"/>
              <w:left w:w="80" w:type="dxa"/>
              <w:bottom w:w="70" w:type="dxa"/>
              <w:right w:w="80" w:type="dxa"/>
            </w:tcMar>
            <w:vAlign w:val="center"/>
          </w:tcPr>
          <w:p w14:paraId="5ABA540C" w14:textId="77777777" w:rsidR="00CD5F7D" w:rsidRPr="00F87828" w:rsidRDefault="00123731" w:rsidP="006B04AA">
            <w:pPr>
              <w:spacing w:after="0"/>
            </w:pPr>
            <w:r w:rsidRPr="00F87828">
              <w:t>ul. Łunawska 2A, 86-200 Chełmno</w:t>
            </w:r>
          </w:p>
        </w:tc>
      </w:tr>
      <w:tr w:rsidR="00CD5F7D" w:rsidRPr="00F87828" w14:paraId="70E17882" w14:textId="77777777" w:rsidTr="006B04AA">
        <w:trPr>
          <w:trHeight w:val="397"/>
          <w:jc w:val="center"/>
        </w:trPr>
        <w:tc>
          <w:tcPr>
            <w:tcW w:w="562" w:type="dxa"/>
            <w:tcMar>
              <w:top w:w="70" w:type="dxa"/>
              <w:left w:w="80" w:type="dxa"/>
              <w:bottom w:w="70" w:type="dxa"/>
              <w:right w:w="80" w:type="dxa"/>
            </w:tcMar>
            <w:vAlign w:val="center"/>
          </w:tcPr>
          <w:p w14:paraId="1554CCF3" w14:textId="77777777" w:rsidR="00CD5F7D" w:rsidRPr="00F87828" w:rsidRDefault="00123731" w:rsidP="006B04AA">
            <w:pPr>
              <w:spacing w:after="0"/>
            </w:pPr>
            <w:r w:rsidRPr="00F87828">
              <w:t>5</w:t>
            </w:r>
          </w:p>
        </w:tc>
        <w:tc>
          <w:tcPr>
            <w:tcW w:w="2410" w:type="dxa"/>
            <w:tcMar>
              <w:top w:w="70" w:type="dxa"/>
              <w:left w:w="80" w:type="dxa"/>
              <w:bottom w:w="70" w:type="dxa"/>
              <w:right w:w="80" w:type="dxa"/>
            </w:tcMar>
            <w:vAlign w:val="center"/>
          </w:tcPr>
          <w:p w14:paraId="71475267" w14:textId="77777777" w:rsidR="00CD5F7D" w:rsidRPr="00F87828" w:rsidRDefault="00123731" w:rsidP="006B04AA">
            <w:pPr>
              <w:spacing w:after="0"/>
            </w:pPr>
            <w:r w:rsidRPr="00F87828">
              <w:t>Golub-Dobrzyń</w:t>
            </w:r>
          </w:p>
        </w:tc>
        <w:tc>
          <w:tcPr>
            <w:tcW w:w="6662" w:type="dxa"/>
            <w:tcMar>
              <w:top w:w="70" w:type="dxa"/>
              <w:left w:w="80" w:type="dxa"/>
              <w:bottom w:w="70" w:type="dxa"/>
              <w:right w:w="80" w:type="dxa"/>
            </w:tcMar>
            <w:vAlign w:val="center"/>
          </w:tcPr>
          <w:p w14:paraId="5831283C" w14:textId="77777777" w:rsidR="00CD5F7D" w:rsidRPr="00F87828" w:rsidRDefault="00123731" w:rsidP="006B04AA">
            <w:pPr>
              <w:spacing w:after="0"/>
            </w:pPr>
            <w:r w:rsidRPr="00F87828">
              <w:t>ul. Dr J. G. Koppa 1A, 87-400 Golub-Dobrzyń</w:t>
            </w:r>
          </w:p>
        </w:tc>
      </w:tr>
      <w:tr w:rsidR="00CD5F7D" w:rsidRPr="00F87828" w14:paraId="78D21A0F" w14:textId="77777777" w:rsidTr="006B04AA">
        <w:trPr>
          <w:trHeight w:val="397"/>
          <w:jc w:val="center"/>
        </w:trPr>
        <w:tc>
          <w:tcPr>
            <w:tcW w:w="562" w:type="dxa"/>
            <w:tcMar>
              <w:top w:w="70" w:type="dxa"/>
              <w:left w:w="80" w:type="dxa"/>
              <w:bottom w:w="70" w:type="dxa"/>
              <w:right w:w="80" w:type="dxa"/>
            </w:tcMar>
            <w:vAlign w:val="center"/>
          </w:tcPr>
          <w:p w14:paraId="14D916F4" w14:textId="77777777" w:rsidR="00CD5F7D" w:rsidRPr="00F87828" w:rsidRDefault="00123731" w:rsidP="006B04AA">
            <w:pPr>
              <w:spacing w:after="0"/>
            </w:pPr>
            <w:r w:rsidRPr="00F87828">
              <w:t>6</w:t>
            </w:r>
          </w:p>
        </w:tc>
        <w:tc>
          <w:tcPr>
            <w:tcW w:w="2410" w:type="dxa"/>
            <w:tcMar>
              <w:top w:w="70" w:type="dxa"/>
              <w:left w:w="80" w:type="dxa"/>
              <w:bottom w:w="70" w:type="dxa"/>
              <w:right w:w="80" w:type="dxa"/>
            </w:tcMar>
            <w:vAlign w:val="center"/>
          </w:tcPr>
          <w:p w14:paraId="67524EB4" w14:textId="77777777" w:rsidR="00CD5F7D" w:rsidRPr="00F87828" w:rsidRDefault="00123731" w:rsidP="006B04AA">
            <w:pPr>
              <w:spacing w:after="0"/>
            </w:pPr>
            <w:r w:rsidRPr="00F87828">
              <w:t>Grudziądz</w:t>
            </w:r>
          </w:p>
        </w:tc>
        <w:tc>
          <w:tcPr>
            <w:tcW w:w="6662" w:type="dxa"/>
            <w:tcMar>
              <w:top w:w="70" w:type="dxa"/>
              <w:left w:w="80" w:type="dxa"/>
              <w:bottom w:w="70" w:type="dxa"/>
              <w:right w:w="80" w:type="dxa"/>
            </w:tcMar>
            <w:vAlign w:val="center"/>
          </w:tcPr>
          <w:p w14:paraId="5BA234D8" w14:textId="77777777" w:rsidR="00CD5F7D" w:rsidRPr="00F87828" w:rsidRDefault="00123731" w:rsidP="006B04AA">
            <w:pPr>
              <w:spacing w:after="0"/>
            </w:pPr>
            <w:r w:rsidRPr="00F87828">
              <w:t>ul. Kosynierów Gdyńskich 31, 86-300 Grudziądz</w:t>
            </w:r>
          </w:p>
        </w:tc>
      </w:tr>
      <w:tr w:rsidR="00CD5F7D" w:rsidRPr="00F87828" w14:paraId="1FC7F720" w14:textId="77777777" w:rsidTr="006B04AA">
        <w:trPr>
          <w:trHeight w:val="397"/>
          <w:jc w:val="center"/>
        </w:trPr>
        <w:tc>
          <w:tcPr>
            <w:tcW w:w="562" w:type="dxa"/>
            <w:tcMar>
              <w:top w:w="70" w:type="dxa"/>
              <w:left w:w="80" w:type="dxa"/>
              <w:bottom w:w="70" w:type="dxa"/>
              <w:right w:w="80" w:type="dxa"/>
            </w:tcMar>
            <w:vAlign w:val="center"/>
          </w:tcPr>
          <w:p w14:paraId="2F3E9841" w14:textId="77777777" w:rsidR="00CD5F7D" w:rsidRPr="00F87828" w:rsidRDefault="00123731" w:rsidP="006B04AA">
            <w:pPr>
              <w:spacing w:after="0"/>
            </w:pPr>
            <w:r w:rsidRPr="00F87828">
              <w:t>7</w:t>
            </w:r>
          </w:p>
        </w:tc>
        <w:tc>
          <w:tcPr>
            <w:tcW w:w="2410" w:type="dxa"/>
            <w:tcMar>
              <w:top w:w="70" w:type="dxa"/>
              <w:left w:w="80" w:type="dxa"/>
              <w:bottom w:w="70" w:type="dxa"/>
              <w:right w:w="80" w:type="dxa"/>
            </w:tcMar>
            <w:vAlign w:val="center"/>
          </w:tcPr>
          <w:p w14:paraId="0F63B12F" w14:textId="77777777" w:rsidR="00CD5F7D" w:rsidRPr="00F87828" w:rsidRDefault="00123731" w:rsidP="006B04AA">
            <w:pPr>
              <w:spacing w:after="0"/>
            </w:pPr>
            <w:r w:rsidRPr="00F87828">
              <w:t>Inowrocław</w:t>
            </w:r>
          </w:p>
        </w:tc>
        <w:tc>
          <w:tcPr>
            <w:tcW w:w="6662" w:type="dxa"/>
            <w:tcMar>
              <w:top w:w="70" w:type="dxa"/>
              <w:left w:w="80" w:type="dxa"/>
              <w:bottom w:w="70" w:type="dxa"/>
              <w:right w:w="80" w:type="dxa"/>
            </w:tcMar>
            <w:vAlign w:val="center"/>
          </w:tcPr>
          <w:p w14:paraId="7E911B0E" w14:textId="77777777" w:rsidR="00CD5F7D" w:rsidRPr="00F87828" w:rsidRDefault="00123731" w:rsidP="006B04AA">
            <w:pPr>
              <w:spacing w:after="0"/>
            </w:pPr>
            <w:r w:rsidRPr="00F87828">
              <w:t>Plac Klasztorny 1B, 88-100 Inowrocław</w:t>
            </w:r>
          </w:p>
        </w:tc>
      </w:tr>
      <w:tr w:rsidR="00CD5F7D" w:rsidRPr="00F87828" w14:paraId="42F19C73" w14:textId="77777777" w:rsidTr="006B04AA">
        <w:trPr>
          <w:trHeight w:val="397"/>
          <w:jc w:val="center"/>
        </w:trPr>
        <w:tc>
          <w:tcPr>
            <w:tcW w:w="562" w:type="dxa"/>
            <w:tcMar>
              <w:top w:w="70" w:type="dxa"/>
              <w:left w:w="80" w:type="dxa"/>
              <w:bottom w:w="70" w:type="dxa"/>
              <w:right w:w="80" w:type="dxa"/>
            </w:tcMar>
            <w:vAlign w:val="center"/>
          </w:tcPr>
          <w:p w14:paraId="55605706" w14:textId="77777777" w:rsidR="00CD5F7D" w:rsidRPr="00F87828" w:rsidRDefault="00123731" w:rsidP="006B04AA">
            <w:pPr>
              <w:spacing w:after="0"/>
            </w:pPr>
            <w:r w:rsidRPr="00F87828">
              <w:t>8</w:t>
            </w:r>
          </w:p>
        </w:tc>
        <w:tc>
          <w:tcPr>
            <w:tcW w:w="2410" w:type="dxa"/>
            <w:tcMar>
              <w:top w:w="70" w:type="dxa"/>
              <w:left w:w="80" w:type="dxa"/>
              <w:bottom w:w="70" w:type="dxa"/>
              <w:right w:w="80" w:type="dxa"/>
            </w:tcMar>
            <w:vAlign w:val="center"/>
          </w:tcPr>
          <w:p w14:paraId="6BF75732" w14:textId="77777777" w:rsidR="00CD5F7D" w:rsidRPr="00F87828" w:rsidRDefault="00123731" w:rsidP="006B04AA">
            <w:pPr>
              <w:spacing w:after="0"/>
            </w:pPr>
            <w:r w:rsidRPr="00F87828">
              <w:t>Lipno</w:t>
            </w:r>
          </w:p>
        </w:tc>
        <w:tc>
          <w:tcPr>
            <w:tcW w:w="6662" w:type="dxa"/>
            <w:tcMar>
              <w:top w:w="70" w:type="dxa"/>
              <w:left w:w="80" w:type="dxa"/>
              <w:bottom w:w="70" w:type="dxa"/>
              <w:right w:w="80" w:type="dxa"/>
            </w:tcMar>
            <w:vAlign w:val="center"/>
          </w:tcPr>
          <w:p w14:paraId="0AD90716" w14:textId="77777777" w:rsidR="00CD5F7D" w:rsidRPr="00F87828" w:rsidRDefault="00123731" w:rsidP="006B04AA">
            <w:pPr>
              <w:spacing w:after="0"/>
            </w:pPr>
            <w:r w:rsidRPr="00F87828">
              <w:t>ul. Tadeusza Kościuszki 18/20, 87-600 Lipno</w:t>
            </w:r>
          </w:p>
        </w:tc>
      </w:tr>
      <w:tr w:rsidR="00CD5F7D" w:rsidRPr="00F87828" w14:paraId="78068B39" w14:textId="77777777" w:rsidTr="006B04AA">
        <w:trPr>
          <w:trHeight w:val="397"/>
          <w:jc w:val="center"/>
        </w:trPr>
        <w:tc>
          <w:tcPr>
            <w:tcW w:w="562" w:type="dxa"/>
            <w:tcMar>
              <w:top w:w="70" w:type="dxa"/>
              <w:left w:w="80" w:type="dxa"/>
              <w:bottom w:w="70" w:type="dxa"/>
              <w:right w:w="80" w:type="dxa"/>
            </w:tcMar>
            <w:vAlign w:val="center"/>
          </w:tcPr>
          <w:p w14:paraId="4A0BD03A" w14:textId="77777777" w:rsidR="00CD5F7D" w:rsidRPr="00F87828" w:rsidRDefault="00123731" w:rsidP="006B04AA">
            <w:pPr>
              <w:spacing w:after="0"/>
            </w:pPr>
            <w:r w:rsidRPr="00F87828">
              <w:t>9</w:t>
            </w:r>
          </w:p>
        </w:tc>
        <w:tc>
          <w:tcPr>
            <w:tcW w:w="2410" w:type="dxa"/>
            <w:tcMar>
              <w:top w:w="70" w:type="dxa"/>
              <w:left w:w="80" w:type="dxa"/>
              <w:bottom w:w="70" w:type="dxa"/>
              <w:right w:w="80" w:type="dxa"/>
            </w:tcMar>
            <w:vAlign w:val="center"/>
          </w:tcPr>
          <w:p w14:paraId="424022DA" w14:textId="77777777" w:rsidR="00CD5F7D" w:rsidRPr="00F87828" w:rsidRDefault="00123731" w:rsidP="006B04AA">
            <w:pPr>
              <w:spacing w:after="0"/>
            </w:pPr>
            <w:r w:rsidRPr="00F87828">
              <w:t>Mogilno</w:t>
            </w:r>
          </w:p>
        </w:tc>
        <w:tc>
          <w:tcPr>
            <w:tcW w:w="6662" w:type="dxa"/>
            <w:tcMar>
              <w:top w:w="70" w:type="dxa"/>
              <w:left w:w="80" w:type="dxa"/>
              <w:bottom w:w="70" w:type="dxa"/>
              <w:right w:w="80" w:type="dxa"/>
            </w:tcMar>
            <w:vAlign w:val="center"/>
          </w:tcPr>
          <w:p w14:paraId="3185E09C" w14:textId="77777777" w:rsidR="00CD5F7D" w:rsidRPr="00F87828" w:rsidRDefault="00123731" w:rsidP="006B04AA">
            <w:pPr>
              <w:spacing w:after="0"/>
            </w:pPr>
            <w:r w:rsidRPr="00F87828">
              <w:t>ul. Tadeusza Kościuszki 4, 88-300 Mogilno</w:t>
            </w:r>
          </w:p>
        </w:tc>
      </w:tr>
      <w:tr w:rsidR="00CD5F7D" w:rsidRPr="00F87828" w14:paraId="34245D27" w14:textId="77777777" w:rsidTr="006B04AA">
        <w:trPr>
          <w:trHeight w:val="397"/>
          <w:jc w:val="center"/>
        </w:trPr>
        <w:tc>
          <w:tcPr>
            <w:tcW w:w="562" w:type="dxa"/>
            <w:tcMar>
              <w:top w:w="70" w:type="dxa"/>
              <w:left w:w="80" w:type="dxa"/>
              <w:bottom w:w="70" w:type="dxa"/>
              <w:right w:w="80" w:type="dxa"/>
            </w:tcMar>
            <w:vAlign w:val="center"/>
          </w:tcPr>
          <w:p w14:paraId="2E17FFA5" w14:textId="77777777" w:rsidR="00CD5F7D" w:rsidRPr="00F87828" w:rsidRDefault="00123731" w:rsidP="006B04AA">
            <w:pPr>
              <w:spacing w:after="0"/>
            </w:pPr>
            <w:r w:rsidRPr="00F87828">
              <w:t>10</w:t>
            </w:r>
          </w:p>
        </w:tc>
        <w:tc>
          <w:tcPr>
            <w:tcW w:w="2410" w:type="dxa"/>
            <w:tcMar>
              <w:top w:w="70" w:type="dxa"/>
              <w:left w:w="80" w:type="dxa"/>
              <w:bottom w:w="70" w:type="dxa"/>
              <w:right w:w="80" w:type="dxa"/>
            </w:tcMar>
            <w:vAlign w:val="center"/>
          </w:tcPr>
          <w:p w14:paraId="69B7332F" w14:textId="77777777" w:rsidR="00CD5F7D" w:rsidRPr="00F87828" w:rsidRDefault="00123731" w:rsidP="006B04AA">
            <w:pPr>
              <w:spacing w:after="0"/>
            </w:pPr>
            <w:r w:rsidRPr="00F87828">
              <w:t>Nakło nad Notecią</w:t>
            </w:r>
          </w:p>
        </w:tc>
        <w:tc>
          <w:tcPr>
            <w:tcW w:w="6662" w:type="dxa"/>
            <w:tcMar>
              <w:top w:w="70" w:type="dxa"/>
              <w:left w:w="80" w:type="dxa"/>
              <w:bottom w:w="70" w:type="dxa"/>
              <w:right w:w="80" w:type="dxa"/>
            </w:tcMar>
            <w:vAlign w:val="center"/>
          </w:tcPr>
          <w:p w14:paraId="34336E89" w14:textId="77777777" w:rsidR="00CD5F7D" w:rsidRPr="00F87828" w:rsidRDefault="00123731" w:rsidP="006B04AA">
            <w:pPr>
              <w:spacing w:after="0"/>
            </w:pPr>
            <w:r w:rsidRPr="00F87828">
              <w:t>ul. Adama Mickiewicza 11, 89-100 Nakło nad Notecią</w:t>
            </w:r>
          </w:p>
        </w:tc>
      </w:tr>
      <w:tr w:rsidR="00CD5F7D" w:rsidRPr="00F87828" w14:paraId="1D40BA3C" w14:textId="77777777" w:rsidTr="006B04AA">
        <w:trPr>
          <w:trHeight w:val="397"/>
          <w:jc w:val="center"/>
        </w:trPr>
        <w:tc>
          <w:tcPr>
            <w:tcW w:w="562" w:type="dxa"/>
            <w:tcMar>
              <w:top w:w="70" w:type="dxa"/>
              <w:left w:w="80" w:type="dxa"/>
              <w:bottom w:w="70" w:type="dxa"/>
              <w:right w:w="80" w:type="dxa"/>
            </w:tcMar>
            <w:vAlign w:val="center"/>
          </w:tcPr>
          <w:p w14:paraId="721683C5" w14:textId="77777777" w:rsidR="00CD5F7D" w:rsidRPr="00F87828" w:rsidRDefault="00123731" w:rsidP="006B04AA">
            <w:pPr>
              <w:spacing w:after="0"/>
            </w:pPr>
            <w:r w:rsidRPr="00F87828">
              <w:t>11</w:t>
            </w:r>
          </w:p>
        </w:tc>
        <w:tc>
          <w:tcPr>
            <w:tcW w:w="2410" w:type="dxa"/>
            <w:tcMar>
              <w:top w:w="70" w:type="dxa"/>
              <w:left w:w="80" w:type="dxa"/>
              <w:bottom w:w="70" w:type="dxa"/>
              <w:right w:w="80" w:type="dxa"/>
            </w:tcMar>
            <w:vAlign w:val="center"/>
          </w:tcPr>
          <w:p w14:paraId="64CA1E44" w14:textId="77777777" w:rsidR="00CD5F7D" w:rsidRPr="00F87828" w:rsidRDefault="00123731" w:rsidP="006B04AA">
            <w:pPr>
              <w:spacing w:after="0"/>
            </w:pPr>
            <w:r w:rsidRPr="00F87828">
              <w:t>Radziejów</w:t>
            </w:r>
          </w:p>
        </w:tc>
        <w:tc>
          <w:tcPr>
            <w:tcW w:w="6662" w:type="dxa"/>
            <w:tcMar>
              <w:top w:w="70" w:type="dxa"/>
              <w:left w:w="80" w:type="dxa"/>
              <w:bottom w:w="70" w:type="dxa"/>
              <w:right w:w="80" w:type="dxa"/>
            </w:tcMar>
            <w:vAlign w:val="center"/>
          </w:tcPr>
          <w:p w14:paraId="38F800BA" w14:textId="77777777" w:rsidR="00CD5F7D" w:rsidRPr="00F87828" w:rsidRDefault="00123731" w:rsidP="006B04AA">
            <w:pPr>
              <w:spacing w:after="0"/>
            </w:pPr>
            <w:r w:rsidRPr="00F87828">
              <w:t>ul. Tadeusza Kościuszki 20/22, 88-200 Radziejów</w:t>
            </w:r>
          </w:p>
        </w:tc>
      </w:tr>
      <w:tr w:rsidR="00CD5F7D" w:rsidRPr="00F87828" w14:paraId="0F4E2D7C" w14:textId="77777777" w:rsidTr="006B04AA">
        <w:trPr>
          <w:trHeight w:val="397"/>
          <w:jc w:val="center"/>
        </w:trPr>
        <w:tc>
          <w:tcPr>
            <w:tcW w:w="562" w:type="dxa"/>
            <w:tcMar>
              <w:top w:w="70" w:type="dxa"/>
              <w:left w:w="80" w:type="dxa"/>
              <w:bottom w:w="70" w:type="dxa"/>
              <w:right w:w="80" w:type="dxa"/>
            </w:tcMar>
            <w:vAlign w:val="center"/>
          </w:tcPr>
          <w:p w14:paraId="57356165" w14:textId="77777777" w:rsidR="00CD5F7D" w:rsidRPr="00F87828" w:rsidRDefault="00123731" w:rsidP="006B04AA">
            <w:pPr>
              <w:spacing w:after="0"/>
            </w:pPr>
            <w:r w:rsidRPr="00F87828">
              <w:t>12</w:t>
            </w:r>
          </w:p>
        </w:tc>
        <w:tc>
          <w:tcPr>
            <w:tcW w:w="2410" w:type="dxa"/>
            <w:tcMar>
              <w:top w:w="70" w:type="dxa"/>
              <w:left w:w="80" w:type="dxa"/>
              <w:bottom w:w="70" w:type="dxa"/>
              <w:right w:w="80" w:type="dxa"/>
            </w:tcMar>
            <w:vAlign w:val="center"/>
          </w:tcPr>
          <w:p w14:paraId="35E6321D" w14:textId="77777777" w:rsidR="00CD5F7D" w:rsidRPr="00F87828" w:rsidRDefault="00123731" w:rsidP="006B04AA">
            <w:pPr>
              <w:spacing w:after="0"/>
            </w:pPr>
            <w:r w:rsidRPr="00F87828">
              <w:t>Rypin</w:t>
            </w:r>
          </w:p>
        </w:tc>
        <w:tc>
          <w:tcPr>
            <w:tcW w:w="6662" w:type="dxa"/>
            <w:tcMar>
              <w:top w:w="70" w:type="dxa"/>
              <w:left w:w="80" w:type="dxa"/>
              <w:bottom w:w="70" w:type="dxa"/>
              <w:right w:w="80" w:type="dxa"/>
            </w:tcMar>
            <w:vAlign w:val="center"/>
          </w:tcPr>
          <w:p w14:paraId="5B1D54E1" w14:textId="77777777" w:rsidR="00CD5F7D" w:rsidRPr="00F87828" w:rsidRDefault="00123731" w:rsidP="006B04AA">
            <w:pPr>
              <w:spacing w:after="0"/>
            </w:pPr>
            <w:r w:rsidRPr="00F87828">
              <w:t>ul. Warszawska 38A, 87-500 Rypin</w:t>
            </w:r>
          </w:p>
        </w:tc>
      </w:tr>
      <w:tr w:rsidR="00CD5F7D" w:rsidRPr="00F87828" w14:paraId="28AED73D" w14:textId="77777777" w:rsidTr="006B04AA">
        <w:trPr>
          <w:trHeight w:val="397"/>
          <w:jc w:val="center"/>
        </w:trPr>
        <w:tc>
          <w:tcPr>
            <w:tcW w:w="562" w:type="dxa"/>
            <w:tcMar>
              <w:top w:w="70" w:type="dxa"/>
              <w:left w:w="80" w:type="dxa"/>
              <w:bottom w:w="70" w:type="dxa"/>
              <w:right w:w="80" w:type="dxa"/>
            </w:tcMar>
            <w:vAlign w:val="center"/>
          </w:tcPr>
          <w:p w14:paraId="4533972F" w14:textId="77777777" w:rsidR="00CD5F7D" w:rsidRPr="00F87828" w:rsidRDefault="00123731" w:rsidP="006B04AA">
            <w:pPr>
              <w:spacing w:after="0"/>
            </w:pPr>
            <w:r w:rsidRPr="00F87828">
              <w:t>13</w:t>
            </w:r>
          </w:p>
        </w:tc>
        <w:tc>
          <w:tcPr>
            <w:tcW w:w="2410" w:type="dxa"/>
            <w:tcMar>
              <w:top w:w="70" w:type="dxa"/>
              <w:left w:w="80" w:type="dxa"/>
              <w:bottom w:w="70" w:type="dxa"/>
              <w:right w:w="80" w:type="dxa"/>
            </w:tcMar>
            <w:vAlign w:val="center"/>
          </w:tcPr>
          <w:p w14:paraId="673BB532" w14:textId="77777777" w:rsidR="00CD5F7D" w:rsidRPr="00F87828" w:rsidRDefault="00123731" w:rsidP="006B04AA">
            <w:pPr>
              <w:spacing w:after="0"/>
            </w:pPr>
            <w:r w:rsidRPr="00F87828">
              <w:t>Sępólno Krajeńskie</w:t>
            </w:r>
          </w:p>
        </w:tc>
        <w:tc>
          <w:tcPr>
            <w:tcW w:w="6662" w:type="dxa"/>
            <w:tcMar>
              <w:top w:w="70" w:type="dxa"/>
              <w:left w:w="80" w:type="dxa"/>
              <w:bottom w:w="70" w:type="dxa"/>
              <w:right w:w="80" w:type="dxa"/>
            </w:tcMar>
            <w:vAlign w:val="center"/>
          </w:tcPr>
          <w:p w14:paraId="78A3382C" w14:textId="77777777" w:rsidR="00CD5F7D" w:rsidRPr="00F87828" w:rsidRDefault="00123731" w:rsidP="006B04AA">
            <w:pPr>
              <w:spacing w:after="0"/>
            </w:pPr>
            <w:r w:rsidRPr="00F87828">
              <w:t>ul. Tadeusza Kościuszki 28, 89-400 Sępólno Krajeńskie</w:t>
            </w:r>
          </w:p>
        </w:tc>
      </w:tr>
      <w:tr w:rsidR="00CD5F7D" w:rsidRPr="00F87828" w14:paraId="3F2A306A" w14:textId="77777777" w:rsidTr="006B04AA">
        <w:trPr>
          <w:trHeight w:val="397"/>
          <w:jc w:val="center"/>
        </w:trPr>
        <w:tc>
          <w:tcPr>
            <w:tcW w:w="562" w:type="dxa"/>
            <w:tcMar>
              <w:top w:w="70" w:type="dxa"/>
              <w:left w:w="80" w:type="dxa"/>
              <w:bottom w:w="70" w:type="dxa"/>
              <w:right w:w="80" w:type="dxa"/>
            </w:tcMar>
            <w:vAlign w:val="center"/>
          </w:tcPr>
          <w:p w14:paraId="5683FE53" w14:textId="77777777" w:rsidR="00CD5F7D" w:rsidRPr="00F87828" w:rsidRDefault="00123731" w:rsidP="006B04AA">
            <w:pPr>
              <w:spacing w:after="0"/>
            </w:pPr>
            <w:r w:rsidRPr="00F87828">
              <w:t>14</w:t>
            </w:r>
          </w:p>
        </w:tc>
        <w:tc>
          <w:tcPr>
            <w:tcW w:w="2410" w:type="dxa"/>
            <w:tcMar>
              <w:top w:w="70" w:type="dxa"/>
              <w:left w:w="80" w:type="dxa"/>
              <w:bottom w:w="70" w:type="dxa"/>
              <w:right w:w="80" w:type="dxa"/>
            </w:tcMar>
            <w:vAlign w:val="center"/>
          </w:tcPr>
          <w:p w14:paraId="20C094B7" w14:textId="77777777" w:rsidR="00CD5F7D" w:rsidRPr="00F87828" w:rsidRDefault="00123731" w:rsidP="006B04AA">
            <w:pPr>
              <w:spacing w:after="0"/>
            </w:pPr>
            <w:r w:rsidRPr="00F87828">
              <w:t>Świecie</w:t>
            </w:r>
          </w:p>
        </w:tc>
        <w:tc>
          <w:tcPr>
            <w:tcW w:w="6662" w:type="dxa"/>
            <w:tcMar>
              <w:top w:w="70" w:type="dxa"/>
              <w:left w:w="80" w:type="dxa"/>
              <w:bottom w:w="70" w:type="dxa"/>
              <w:right w:w="80" w:type="dxa"/>
            </w:tcMar>
            <w:vAlign w:val="center"/>
          </w:tcPr>
          <w:p w14:paraId="1715ECCD" w14:textId="77777777" w:rsidR="00CD5F7D" w:rsidRPr="00F87828" w:rsidRDefault="00123731" w:rsidP="006B04AA">
            <w:pPr>
              <w:spacing w:after="0"/>
            </w:pPr>
            <w:r w:rsidRPr="00F87828">
              <w:t>ul. Sądowa 5, 86-100 Świecie</w:t>
            </w:r>
          </w:p>
        </w:tc>
      </w:tr>
      <w:tr w:rsidR="00CD5F7D" w:rsidRPr="00F87828" w14:paraId="54B0C1C8" w14:textId="77777777" w:rsidTr="006B04AA">
        <w:trPr>
          <w:trHeight w:val="397"/>
          <w:jc w:val="center"/>
        </w:trPr>
        <w:tc>
          <w:tcPr>
            <w:tcW w:w="562" w:type="dxa"/>
            <w:tcMar>
              <w:top w:w="70" w:type="dxa"/>
              <w:left w:w="80" w:type="dxa"/>
              <w:bottom w:w="70" w:type="dxa"/>
              <w:right w:w="80" w:type="dxa"/>
            </w:tcMar>
            <w:vAlign w:val="center"/>
          </w:tcPr>
          <w:p w14:paraId="50903856" w14:textId="77777777" w:rsidR="00CD5F7D" w:rsidRPr="00F87828" w:rsidRDefault="00123731" w:rsidP="006B04AA">
            <w:pPr>
              <w:spacing w:after="0"/>
            </w:pPr>
            <w:r w:rsidRPr="00F87828">
              <w:t>15</w:t>
            </w:r>
          </w:p>
        </w:tc>
        <w:tc>
          <w:tcPr>
            <w:tcW w:w="2410" w:type="dxa"/>
            <w:tcMar>
              <w:top w:w="70" w:type="dxa"/>
              <w:left w:w="80" w:type="dxa"/>
              <w:bottom w:w="70" w:type="dxa"/>
              <w:right w:w="80" w:type="dxa"/>
            </w:tcMar>
            <w:vAlign w:val="center"/>
          </w:tcPr>
          <w:p w14:paraId="47CE0F50" w14:textId="77777777" w:rsidR="00CD5F7D" w:rsidRPr="00F87828" w:rsidRDefault="00123731" w:rsidP="006B04AA">
            <w:pPr>
              <w:spacing w:after="0"/>
            </w:pPr>
            <w:r w:rsidRPr="00F87828">
              <w:t>Toruń</w:t>
            </w:r>
          </w:p>
        </w:tc>
        <w:tc>
          <w:tcPr>
            <w:tcW w:w="6662" w:type="dxa"/>
            <w:tcMar>
              <w:top w:w="70" w:type="dxa"/>
              <w:left w:w="80" w:type="dxa"/>
              <w:bottom w:w="70" w:type="dxa"/>
              <w:right w:w="80" w:type="dxa"/>
            </w:tcMar>
            <w:vAlign w:val="center"/>
          </w:tcPr>
          <w:p w14:paraId="472E4242" w14:textId="77777777" w:rsidR="00CD5F7D" w:rsidRPr="00F87828" w:rsidRDefault="00123731" w:rsidP="006B04AA">
            <w:pPr>
              <w:spacing w:after="0"/>
            </w:pPr>
            <w:r w:rsidRPr="00F87828">
              <w:t>ul. Szosa Bydgoska 1, 87-100 Toruń</w:t>
            </w:r>
          </w:p>
        </w:tc>
      </w:tr>
      <w:tr w:rsidR="00CD5F7D" w:rsidRPr="00F87828" w14:paraId="4ABF5B67" w14:textId="77777777" w:rsidTr="006B04AA">
        <w:trPr>
          <w:trHeight w:val="397"/>
          <w:jc w:val="center"/>
        </w:trPr>
        <w:tc>
          <w:tcPr>
            <w:tcW w:w="562" w:type="dxa"/>
            <w:tcMar>
              <w:top w:w="70" w:type="dxa"/>
              <w:left w:w="80" w:type="dxa"/>
              <w:bottom w:w="70" w:type="dxa"/>
              <w:right w:w="80" w:type="dxa"/>
            </w:tcMar>
            <w:vAlign w:val="center"/>
          </w:tcPr>
          <w:p w14:paraId="1C06ED66" w14:textId="77777777" w:rsidR="00CD5F7D" w:rsidRPr="00F87828" w:rsidRDefault="00123731" w:rsidP="006B04AA">
            <w:pPr>
              <w:spacing w:after="0"/>
            </w:pPr>
            <w:r w:rsidRPr="00F87828">
              <w:t>16</w:t>
            </w:r>
          </w:p>
        </w:tc>
        <w:tc>
          <w:tcPr>
            <w:tcW w:w="2410" w:type="dxa"/>
            <w:tcMar>
              <w:top w:w="70" w:type="dxa"/>
              <w:left w:w="80" w:type="dxa"/>
              <w:bottom w:w="70" w:type="dxa"/>
              <w:right w:w="80" w:type="dxa"/>
            </w:tcMar>
            <w:vAlign w:val="center"/>
          </w:tcPr>
          <w:p w14:paraId="50CE306E" w14:textId="77777777" w:rsidR="00CD5F7D" w:rsidRPr="00F87828" w:rsidRDefault="00123731" w:rsidP="006B04AA">
            <w:pPr>
              <w:spacing w:after="0"/>
            </w:pPr>
            <w:r w:rsidRPr="00F87828">
              <w:t>Tuchola</w:t>
            </w:r>
          </w:p>
        </w:tc>
        <w:tc>
          <w:tcPr>
            <w:tcW w:w="6662" w:type="dxa"/>
            <w:tcMar>
              <w:top w:w="70" w:type="dxa"/>
              <w:left w:w="80" w:type="dxa"/>
              <w:bottom w:w="70" w:type="dxa"/>
              <w:right w:w="80" w:type="dxa"/>
            </w:tcMar>
            <w:vAlign w:val="center"/>
          </w:tcPr>
          <w:p w14:paraId="1124C5A7" w14:textId="77777777" w:rsidR="00CD5F7D" w:rsidRPr="00F87828" w:rsidRDefault="00123731" w:rsidP="006B04AA">
            <w:pPr>
              <w:spacing w:after="0"/>
            </w:pPr>
            <w:r w:rsidRPr="00F87828">
              <w:t>Plac Wolności 23, 89-500 Tuchola</w:t>
            </w:r>
          </w:p>
        </w:tc>
      </w:tr>
      <w:tr w:rsidR="00CD5F7D" w:rsidRPr="00F87828" w14:paraId="2B3319FA" w14:textId="77777777" w:rsidTr="006B04AA">
        <w:trPr>
          <w:trHeight w:val="397"/>
          <w:jc w:val="center"/>
        </w:trPr>
        <w:tc>
          <w:tcPr>
            <w:tcW w:w="562" w:type="dxa"/>
            <w:tcMar>
              <w:top w:w="70" w:type="dxa"/>
              <w:left w:w="80" w:type="dxa"/>
              <w:bottom w:w="70" w:type="dxa"/>
              <w:right w:w="80" w:type="dxa"/>
            </w:tcMar>
            <w:vAlign w:val="center"/>
          </w:tcPr>
          <w:p w14:paraId="2A22600D" w14:textId="77777777" w:rsidR="00CD5F7D" w:rsidRPr="00F87828" w:rsidRDefault="00123731" w:rsidP="006B04AA">
            <w:pPr>
              <w:spacing w:after="0"/>
            </w:pPr>
            <w:r w:rsidRPr="00F87828">
              <w:t>17</w:t>
            </w:r>
          </w:p>
        </w:tc>
        <w:tc>
          <w:tcPr>
            <w:tcW w:w="2410" w:type="dxa"/>
            <w:tcMar>
              <w:top w:w="70" w:type="dxa"/>
              <w:left w:w="80" w:type="dxa"/>
              <w:bottom w:w="70" w:type="dxa"/>
              <w:right w:w="80" w:type="dxa"/>
            </w:tcMar>
            <w:vAlign w:val="center"/>
          </w:tcPr>
          <w:p w14:paraId="03CBA034" w14:textId="77777777" w:rsidR="00CD5F7D" w:rsidRPr="00F87828" w:rsidRDefault="00123731" w:rsidP="006B04AA">
            <w:pPr>
              <w:spacing w:after="0"/>
            </w:pPr>
            <w:r w:rsidRPr="00F87828">
              <w:t>Wąbrzeźno</w:t>
            </w:r>
          </w:p>
        </w:tc>
        <w:tc>
          <w:tcPr>
            <w:tcW w:w="6662" w:type="dxa"/>
            <w:tcMar>
              <w:top w:w="70" w:type="dxa"/>
              <w:left w:w="80" w:type="dxa"/>
              <w:bottom w:w="70" w:type="dxa"/>
              <w:right w:w="80" w:type="dxa"/>
            </w:tcMar>
            <w:vAlign w:val="center"/>
          </w:tcPr>
          <w:p w14:paraId="35CD9753" w14:textId="77777777" w:rsidR="00CD5F7D" w:rsidRPr="00F87828" w:rsidRDefault="00123731" w:rsidP="006B04AA">
            <w:pPr>
              <w:spacing w:after="0"/>
            </w:pPr>
            <w:r w:rsidRPr="00F87828">
              <w:t>ul. 1 Maja 46, 87-200 Wąbrzeźno</w:t>
            </w:r>
          </w:p>
        </w:tc>
      </w:tr>
      <w:tr w:rsidR="00CD5F7D" w:rsidRPr="00F87828" w14:paraId="195C08D3" w14:textId="77777777" w:rsidTr="006B04AA">
        <w:trPr>
          <w:trHeight w:val="397"/>
          <w:jc w:val="center"/>
        </w:trPr>
        <w:tc>
          <w:tcPr>
            <w:tcW w:w="562" w:type="dxa"/>
            <w:tcMar>
              <w:top w:w="70" w:type="dxa"/>
              <w:left w:w="80" w:type="dxa"/>
              <w:bottom w:w="70" w:type="dxa"/>
              <w:right w:w="80" w:type="dxa"/>
            </w:tcMar>
            <w:vAlign w:val="center"/>
          </w:tcPr>
          <w:p w14:paraId="627868F4" w14:textId="77777777" w:rsidR="00CD5F7D" w:rsidRPr="00F87828" w:rsidRDefault="00123731" w:rsidP="006B04AA">
            <w:pPr>
              <w:spacing w:after="0"/>
            </w:pPr>
            <w:r w:rsidRPr="00F87828">
              <w:t>18</w:t>
            </w:r>
          </w:p>
        </w:tc>
        <w:tc>
          <w:tcPr>
            <w:tcW w:w="2410" w:type="dxa"/>
            <w:tcMar>
              <w:top w:w="70" w:type="dxa"/>
              <w:left w:w="80" w:type="dxa"/>
              <w:bottom w:w="70" w:type="dxa"/>
              <w:right w:w="80" w:type="dxa"/>
            </w:tcMar>
            <w:vAlign w:val="center"/>
          </w:tcPr>
          <w:p w14:paraId="405F5060" w14:textId="77777777" w:rsidR="00CD5F7D" w:rsidRPr="00F87828" w:rsidRDefault="00123731" w:rsidP="006B04AA">
            <w:pPr>
              <w:spacing w:after="0"/>
            </w:pPr>
            <w:r w:rsidRPr="00F87828">
              <w:t>Włocławek</w:t>
            </w:r>
          </w:p>
        </w:tc>
        <w:tc>
          <w:tcPr>
            <w:tcW w:w="6662" w:type="dxa"/>
            <w:tcMar>
              <w:top w:w="70" w:type="dxa"/>
              <w:left w:w="80" w:type="dxa"/>
              <w:bottom w:w="70" w:type="dxa"/>
              <w:right w:w="80" w:type="dxa"/>
            </w:tcMar>
            <w:vAlign w:val="center"/>
          </w:tcPr>
          <w:p w14:paraId="239B56C2" w14:textId="77777777" w:rsidR="00CD5F7D" w:rsidRPr="00F87828" w:rsidRDefault="00123731" w:rsidP="006B04AA">
            <w:pPr>
              <w:spacing w:after="0"/>
            </w:pPr>
            <w:r w:rsidRPr="00F87828">
              <w:t>ul. Jana Kilińskiego 16, 87-800 Włocławek</w:t>
            </w:r>
          </w:p>
        </w:tc>
      </w:tr>
      <w:tr w:rsidR="00CD5F7D" w:rsidRPr="00F87828" w14:paraId="616723A0" w14:textId="77777777" w:rsidTr="006B04AA">
        <w:trPr>
          <w:trHeight w:val="397"/>
          <w:jc w:val="center"/>
        </w:trPr>
        <w:tc>
          <w:tcPr>
            <w:tcW w:w="562" w:type="dxa"/>
            <w:tcMar>
              <w:top w:w="70" w:type="dxa"/>
              <w:left w:w="80" w:type="dxa"/>
              <w:bottom w:w="70" w:type="dxa"/>
              <w:right w:w="80" w:type="dxa"/>
            </w:tcMar>
            <w:vAlign w:val="center"/>
          </w:tcPr>
          <w:p w14:paraId="7ACB50E7" w14:textId="77777777" w:rsidR="00CD5F7D" w:rsidRPr="00F87828" w:rsidRDefault="00123731" w:rsidP="006B04AA">
            <w:pPr>
              <w:spacing w:after="0"/>
            </w:pPr>
            <w:r w:rsidRPr="00F87828">
              <w:t>19</w:t>
            </w:r>
          </w:p>
        </w:tc>
        <w:tc>
          <w:tcPr>
            <w:tcW w:w="2410" w:type="dxa"/>
            <w:tcMar>
              <w:top w:w="70" w:type="dxa"/>
              <w:left w:w="80" w:type="dxa"/>
              <w:bottom w:w="70" w:type="dxa"/>
              <w:right w:w="80" w:type="dxa"/>
            </w:tcMar>
            <w:vAlign w:val="center"/>
          </w:tcPr>
          <w:p w14:paraId="64EBAE58" w14:textId="77777777" w:rsidR="00CD5F7D" w:rsidRPr="00F87828" w:rsidRDefault="00123731" w:rsidP="006B04AA">
            <w:pPr>
              <w:spacing w:after="0"/>
            </w:pPr>
            <w:r w:rsidRPr="00F87828">
              <w:t>Żnin</w:t>
            </w:r>
          </w:p>
        </w:tc>
        <w:tc>
          <w:tcPr>
            <w:tcW w:w="6662" w:type="dxa"/>
            <w:tcMar>
              <w:top w:w="70" w:type="dxa"/>
              <w:left w:w="80" w:type="dxa"/>
              <w:bottom w:w="70" w:type="dxa"/>
              <w:right w:w="80" w:type="dxa"/>
            </w:tcMar>
            <w:vAlign w:val="center"/>
          </w:tcPr>
          <w:p w14:paraId="408C4CB2" w14:textId="77777777" w:rsidR="00CD5F7D" w:rsidRPr="00F87828" w:rsidRDefault="00123731" w:rsidP="006B04AA">
            <w:pPr>
              <w:spacing w:after="0"/>
            </w:pPr>
            <w:r w:rsidRPr="00F87828">
              <w:t>ul. Adama Mickiewicza 24, 88-400 Żnin</w:t>
            </w:r>
          </w:p>
        </w:tc>
      </w:tr>
    </w:tbl>
    <w:p w14:paraId="4CCE9E98" w14:textId="77777777" w:rsidR="00CD5F7D" w:rsidRPr="00F87828" w:rsidRDefault="00123731">
      <w:pPr>
        <w:pageBreakBefore/>
        <w:jc w:val="right"/>
      </w:pPr>
      <w:r w:rsidRPr="00F87828">
        <w:rPr>
          <w:b/>
          <w:sz w:val="18"/>
        </w:rPr>
        <w:lastRenderedPageBreak/>
        <w:t>Załącznik nr 6</w:t>
      </w:r>
    </w:p>
    <w:p w14:paraId="2DA71585" w14:textId="77777777" w:rsidR="00CD5F7D" w:rsidRPr="00F87828" w:rsidRDefault="00123731">
      <w:pPr>
        <w:jc w:val="center"/>
      </w:pPr>
      <w:r w:rsidRPr="00F87828">
        <w:rPr>
          <w:b/>
          <w:color w:val="315B38"/>
          <w:sz w:val="26"/>
        </w:rPr>
        <w:t>KLAUZULA INFORMACYJNA – ETAP WOJEWÓDZKI (konkurs na model grzyba)</w:t>
      </w:r>
    </w:p>
    <w:p w14:paraId="7DF16328" w14:textId="54288A60" w:rsidR="00CD5F7D" w:rsidRPr="005F3B40" w:rsidRDefault="00123731" w:rsidP="005F3B40">
      <w:pPr>
        <w:pStyle w:val="SmallNote"/>
        <w:spacing w:after="60" w:line="240" w:lineRule="auto"/>
        <w:jc w:val="both"/>
        <w:rPr>
          <w:color w:val="auto"/>
          <w:sz w:val="20"/>
          <w:szCs w:val="20"/>
          <w:lang w:val="pl-PL"/>
        </w:rPr>
      </w:pPr>
      <w:r w:rsidRPr="005F3B40">
        <w:rPr>
          <w:color w:val="auto"/>
          <w:sz w:val="20"/>
          <w:szCs w:val="20"/>
          <w:lang w:val="pl-PL"/>
        </w:rPr>
        <w:t>Niniejsza klauzula dotyczy danych przetwarzanych przez Wojewódzką Stację Sanitarno-Epidemiologiczną w</w:t>
      </w:r>
      <w:r w:rsidR="005F3B40">
        <w:rPr>
          <w:color w:val="auto"/>
          <w:sz w:val="20"/>
          <w:szCs w:val="20"/>
          <w:lang w:val="pl-PL"/>
        </w:rPr>
        <w:t> </w:t>
      </w:r>
      <w:r w:rsidRPr="005F3B40">
        <w:rPr>
          <w:color w:val="auto"/>
          <w:sz w:val="20"/>
          <w:szCs w:val="20"/>
          <w:lang w:val="pl-PL"/>
        </w:rPr>
        <w:t>Bydgoszczy na etapie wojewódzkim. Na etapie powiatowym właściwa Powiatowa Stacja Sanitarno-Epidemiologiczna przekazuje uczestnikom własną klauzulę informacyjną, zgodną z przyjętym w danej jednostce modelem administrowania danymi.</w:t>
      </w:r>
    </w:p>
    <w:p w14:paraId="3075FF8D" w14:textId="77777777" w:rsidR="00CD5F7D" w:rsidRPr="005F3B40" w:rsidRDefault="00123731" w:rsidP="005F3B40">
      <w:pPr>
        <w:spacing w:after="60" w:line="240" w:lineRule="auto"/>
        <w:jc w:val="both"/>
        <w:rPr>
          <w:color w:val="auto"/>
        </w:rPr>
      </w:pPr>
      <w:r w:rsidRPr="005F3B40">
        <w:rPr>
          <w:b/>
          <w:color w:val="auto"/>
          <w:sz w:val="21"/>
        </w:rPr>
        <w:t xml:space="preserve">1. Administrator: </w:t>
      </w:r>
      <w:r w:rsidRPr="005F3B40">
        <w:rPr>
          <w:color w:val="auto"/>
          <w:sz w:val="21"/>
        </w:rPr>
        <w:t>Administratorem danych osobowych przetwarzanych przez WSSE w Bydgoszczy jest Państwowy Wojewódzki Inspektor Sanitarny w Bydgoszczy, ul. Kujawska 4, 85-031 Bydgoszcz.</w:t>
      </w:r>
    </w:p>
    <w:p w14:paraId="39D98E2D" w14:textId="77777777" w:rsidR="00CD5F7D" w:rsidRPr="005F3B40" w:rsidRDefault="00123731" w:rsidP="005F3B40">
      <w:pPr>
        <w:spacing w:after="60" w:line="240" w:lineRule="auto"/>
        <w:jc w:val="both"/>
        <w:rPr>
          <w:color w:val="auto"/>
        </w:rPr>
      </w:pPr>
      <w:r w:rsidRPr="005F3B40">
        <w:rPr>
          <w:b/>
          <w:color w:val="auto"/>
          <w:sz w:val="21"/>
        </w:rPr>
        <w:t xml:space="preserve">2. Inspektor Ochrony Danych: </w:t>
      </w:r>
      <w:r w:rsidRPr="005F3B40">
        <w:rPr>
          <w:color w:val="auto"/>
          <w:sz w:val="21"/>
        </w:rPr>
        <w:t>Kontakt: iod.wsse.bydgoszcz@sanepid.gov.pl.</w:t>
      </w:r>
    </w:p>
    <w:p w14:paraId="6A3038E6" w14:textId="6760F918" w:rsidR="00CD5F7D" w:rsidRPr="005F3B40" w:rsidRDefault="00123731" w:rsidP="005F3B40">
      <w:pPr>
        <w:spacing w:after="60" w:line="240" w:lineRule="auto"/>
        <w:jc w:val="both"/>
        <w:rPr>
          <w:color w:val="auto"/>
        </w:rPr>
      </w:pPr>
      <w:r w:rsidRPr="005F3B40">
        <w:rPr>
          <w:b/>
          <w:color w:val="auto"/>
          <w:sz w:val="21"/>
        </w:rPr>
        <w:t xml:space="preserve">3. Cele i podstawy prawne: </w:t>
      </w:r>
      <w:r w:rsidRPr="005F3B40">
        <w:rPr>
          <w:color w:val="auto"/>
          <w:sz w:val="21"/>
        </w:rPr>
        <w:t>Dane niezbędne do organizacji i przeprowadzenia etapu wojewódzkiego, wyłonienia laureatów, przekazania nagród i prowadzenia korespondencji są przetwarzane w związku z</w:t>
      </w:r>
      <w:r w:rsidR="00F66817">
        <w:rPr>
          <w:color w:val="auto"/>
          <w:sz w:val="21"/>
        </w:rPr>
        <w:t> </w:t>
      </w:r>
      <w:r w:rsidRPr="005F3B40">
        <w:rPr>
          <w:color w:val="auto"/>
          <w:sz w:val="21"/>
        </w:rPr>
        <w:t>wykonywaniem zadania realizowanego w interesie publicznym (art. 6 ust. 1 lit. e RODO</w:t>
      </w:r>
      <w:r w:rsidR="00672D28">
        <w:rPr>
          <w:color w:val="auto"/>
          <w:sz w:val="21"/>
        </w:rPr>
        <w:t>,</w:t>
      </w:r>
      <w:r w:rsidRPr="005F3B40">
        <w:rPr>
          <w:color w:val="auto"/>
          <w:sz w:val="21"/>
        </w:rPr>
        <w:t xml:space="preserve"> w związku z art. 6 ustawy z dnia 14 marca 1985 r. o Państwowej Inspekcji Sanitarnej). Dane w dokumentacji podlegającej archiwizacji są przetwarzane także w celu wypełnienia obowiązku prawnego (art. 6 ust. 1 lit. c RODO w</w:t>
      </w:r>
      <w:r w:rsidR="00672D28">
        <w:rPr>
          <w:color w:val="auto"/>
          <w:sz w:val="21"/>
        </w:rPr>
        <w:t> </w:t>
      </w:r>
      <w:r w:rsidRPr="005F3B40">
        <w:rPr>
          <w:color w:val="auto"/>
          <w:sz w:val="21"/>
        </w:rPr>
        <w:t>związku z przepisami o narodowym zasobie archiwalnym i archiwach). Wizerunek jest przetwarzany wyłącznie na podstawie odrębnej, dobrowolnej zgody (art. 6 ust. 1 lit. a RODO) oraz zgody na rozpowszechnianie wizerunku, jeżeli jest wymagana.</w:t>
      </w:r>
    </w:p>
    <w:p w14:paraId="5703C69D" w14:textId="77777777" w:rsidR="00CD5F7D" w:rsidRPr="005F3B40" w:rsidRDefault="00123731" w:rsidP="005F3B40">
      <w:pPr>
        <w:spacing w:after="60" w:line="240" w:lineRule="auto"/>
        <w:jc w:val="both"/>
        <w:rPr>
          <w:color w:val="auto"/>
        </w:rPr>
      </w:pPr>
      <w:r w:rsidRPr="005F3B40">
        <w:rPr>
          <w:b/>
          <w:color w:val="auto"/>
          <w:sz w:val="21"/>
        </w:rPr>
        <w:t xml:space="preserve">4. Zakres danych: </w:t>
      </w:r>
      <w:r w:rsidRPr="005F3B40">
        <w:rPr>
          <w:color w:val="auto"/>
          <w:sz w:val="21"/>
        </w:rPr>
        <w:t>W szczególności: imię i nazwisko uczestnika, szkoła i klasa, wynik konkursu, dane kontaktowe koordynatora szkolnego/opiekuna oraz – gdy jest to niezbędne – dane przedstawiciela ustawowego. Nie należy przekazywać danych wykraczających poza zakres wskazany w formularzach konkursowych.</w:t>
      </w:r>
    </w:p>
    <w:p w14:paraId="46E766ED" w14:textId="7013702A" w:rsidR="00CD5F7D" w:rsidRPr="005F3B40" w:rsidRDefault="00123731" w:rsidP="005F3B40">
      <w:pPr>
        <w:spacing w:after="60" w:line="240" w:lineRule="auto"/>
        <w:jc w:val="both"/>
        <w:rPr>
          <w:color w:val="auto"/>
        </w:rPr>
      </w:pPr>
      <w:r w:rsidRPr="005F3B40">
        <w:rPr>
          <w:b/>
          <w:color w:val="auto"/>
          <w:sz w:val="21"/>
        </w:rPr>
        <w:t xml:space="preserve">5. Odbiorcy danych: </w:t>
      </w:r>
      <w:r w:rsidRPr="005F3B40">
        <w:rPr>
          <w:color w:val="auto"/>
          <w:sz w:val="21"/>
        </w:rPr>
        <w:t>Dane mogą być udostępniane podmiotom obsługującym Organizatora na podstawie przepisów prawa lub umów, fundatorom nagród wyłącznie w zakresie niezbędnym do ich przekazania oraz operatorom pocztowym, gdy nagroda jest wysyłana. Informacje o laureatach mogą być publikowane w</w:t>
      </w:r>
      <w:r w:rsidR="00F66817">
        <w:rPr>
          <w:color w:val="auto"/>
          <w:sz w:val="21"/>
        </w:rPr>
        <w:t> </w:t>
      </w:r>
      <w:r w:rsidRPr="005F3B40">
        <w:rPr>
          <w:color w:val="auto"/>
          <w:sz w:val="21"/>
        </w:rPr>
        <w:t>zakresie określonym w Regulaminie. Wizerunek jest publikowany tylko na podstawie odrębnej zgody.</w:t>
      </w:r>
    </w:p>
    <w:p w14:paraId="36646F89" w14:textId="33F4151F" w:rsidR="00CD5F7D" w:rsidRPr="005F3B40" w:rsidRDefault="00123731" w:rsidP="005F3B40">
      <w:pPr>
        <w:spacing w:after="60" w:line="240" w:lineRule="auto"/>
        <w:jc w:val="both"/>
        <w:rPr>
          <w:color w:val="auto"/>
        </w:rPr>
      </w:pPr>
      <w:r w:rsidRPr="005F3B40">
        <w:rPr>
          <w:b/>
          <w:color w:val="auto"/>
          <w:sz w:val="21"/>
        </w:rPr>
        <w:t xml:space="preserve">6. Okres przechowywania: </w:t>
      </w:r>
      <w:r w:rsidRPr="005F3B40">
        <w:rPr>
          <w:color w:val="auto"/>
          <w:sz w:val="21"/>
        </w:rPr>
        <w:t>Dokumentacja konkursowa jest przechowywana zgodnie z przepisami archiwalnymi i obowiązującym w jednostce jednolitym rzeczowym wykazem akt. Dane oparte na zgodzie są przetwarzane do czasu jej wycofania albo ustania celu, z uwzględnieniem zgodności z prawem przetwarzania przed wycofaniem zgody.</w:t>
      </w:r>
    </w:p>
    <w:p w14:paraId="4617A1A7" w14:textId="77777777" w:rsidR="00CD5F7D" w:rsidRPr="005F3B40" w:rsidRDefault="00123731" w:rsidP="005F3B40">
      <w:pPr>
        <w:spacing w:after="60" w:line="240" w:lineRule="auto"/>
        <w:jc w:val="both"/>
        <w:rPr>
          <w:color w:val="auto"/>
        </w:rPr>
      </w:pPr>
      <w:r w:rsidRPr="005F3B40">
        <w:rPr>
          <w:b/>
          <w:color w:val="auto"/>
          <w:sz w:val="21"/>
        </w:rPr>
        <w:t xml:space="preserve">7. Prawa osób: </w:t>
      </w:r>
      <w:r w:rsidRPr="005F3B40">
        <w:rPr>
          <w:color w:val="auto"/>
          <w:sz w:val="21"/>
        </w:rPr>
        <w:t>Osobie, której dane dotyczą, przysługuje – w zakresie przewidzianym w RODO – prawo dostępu do danych, ich sprostowania, ograniczenia przetwarzania oraz wniesienia sprzeciwu wobec przetwarzania opartego na art. 6 ust. 1 lit. e RODO. W odniesieniu do danych przetwarzanych na podstawie zgody przysługuje prawo wycofania zgody w każdym czasie. Przysługuje także prawo wniesienia skargi do Prezesa Urzędu Ochrony Danych Osobowych.</w:t>
      </w:r>
    </w:p>
    <w:p w14:paraId="13A15711" w14:textId="2E85E3FF" w:rsidR="00CD5F7D" w:rsidRPr="005F3B40" w:rsidRDefault="00123731" w:rsidP="005F3B40">
      <w:pPr>
        <w:spacing w:after="60" w:line="240" w:lineRule="auto"/>
        <w:jc w:val="both"/>
        <w:rPr>
          <w:color w:val="auto"/>
        </w:rPr>
      </w:pPr>
      <w:r w:rsidRPr="005F3B40">
        <w:rPr>
          <w:b/>
          <w:color w:val="auto"/>
          <w:sz w:val="21"/>
        </w:rPr>
        <w:t xml:space="preserve">8. Źródło danych: </w:t>
      </w:r>
      <w:r w:rsidRPr="005F3B40">
        <w:rPr>
          <w:color w:val="auto"/>
          <w:sz w:val="21"/>
        </w:rPr>
        <w:t>Jeżeli dane nie są pozyskiwane bezpośrednio od uczestnika lub jego przedstawiciela ustawowego, mogą zostać przekazane WSSE przez szkołę lub właściwą PSSE w związku z kwalifikacją do</w:t>
      </w:r>
      <w:r w:rsidR="00F66817">
        <w:rPr>
          <w:color w:val="auto"/>
          <w:sz w:val="21"/>
        </w:rPr>
        <w:t> </w:t>
      </w:r>
      <w:r w:rsidRPr="005F3B40">
        <w:rPr>
          <w:color w:val="auto"/>
          <w:sz w:val="21"/>
        </w:rPr>
        <w:t>etapu wojewódzkiego.</w:t>
      </w:r>
    </w:p>
    <w:p w14:paraId="2F95E106" w14:textId="498675BF" w:rsidR="00CD5F7D" w:rsidRPr="005F3B40" w:rsidRDefault="00123731" w:rsidP="005F3B40">
      <w:pPr>
        <w:spacing w:after="60" w:line="240" w:lineRule="auto"/>
        <w:jc w:val="both"/>
        <w:rPr>
          <w:color w:val="auto"/>
        </w:rPr>
      </w:pPr>
      <w:r w:rsidRPr="005F3B40">
        <w:rPr>
          <w:b/>
          <w:color w:val="auto"/>
          <w:sz w:val="21"/>
        </w:rPr>
        <w:t xml:space="preserve">9. Dobrowolność / obowiązek podania: </w:t>
      </w:r>
      <w:r w:rsidRPr="005F3B40">
        <w:rPr>
          <w:color w:val="auto"/>
          <w:sz w:val="21"/>
        </w:rPr>
        <w:t>Podanie danych oznaczonych w formularzu jako niezbędne jest warunkiem organizacyjnym udziału w konkursie. Podanie danych dodatkowych oraz zgoda na wizerunek są</w:t>
      </w:r>
      <w:r w:rsidR="00F66817">
        <w:rPr>
          <w:color w:val="auto"/>
          <w:sz w:val="21"/>
        </w:rPr>
        <w:t> </w:t>
      </w:r>
      <w:r w:rsidRPr="005F3B40">
        <w:rPr>
          <w:color w:val="auto"/>
          <w:sz w:val="21"/>
        </w:rPr>
        <w:t>dobrowolne i brak zgody na wizerunek nie wpływa na możliwość udziału w konkursie.</w:t>
      </w:r>
    </w:p>
    <w:p w14:paraId="23E65F59" w14:textId="77777777" w:rsidR="00CD5F7D" w:rsidRPr="005F3B40" w:rsidRDefault="00123731" w:rsidP="005F3B40">
      <w:pPr>
        <w:spacing w:after="60" w:line="240" w:lineRule="auto"/>
        <w:jc w:val="both"/>
        <w:rPr>
          <w:color w:val="auto"/>
          <w:sz w:val="21"/>
        </w:rPr>
      </w:pPr>
      <w:r w:rsidRPr="005F3B40">
        <w:rPr>
          <w:color w:val="auto"/>
          <w:sz w:val="21"/>
        </w:rPr>
        <w:t>Potwierdzam zapoznanie się z klauzulą informacyjną.</w:t>
      </w:r>
    </w:p>
    <w:p w14:paraId="7A589B36" w14:textId="77777777" w:rsidR="00013CD4" w:rsidRDefault="00013CD4" w:rsidP="006B04AA">
      <w:pPr>
        <w:spacing w:after="60" w:line="240" w:lineRule="auto"/>
        <w:rPr>
          <w:b/>
          <w:sz w:val="21"/>
        </w:rPr>
      </w:pPr>
    </w:p>
    <w:p w14:paraId="31A23F13" w14:textId="77777777" w:rsidR="00013CD4" w:rsidRDefault="00013CD4" w:rsidP="006B04AA">
      <w:pPr>
        <w:spacing w:after="60" w:line="240" w:lineRule="auto"/>
        <w:rPr>
          <w:b/>
          <w:sz w:val="21"/>
        </w:rPr>
      </w:pPr>
    </w:p>
    <w:p w14:paraId="0597128E" w14:textId="77777777" w:rsidR="00013CD4" w:rsidRDefault="00013CD4" w:rsidP="006B04AA">
      <w:pPr>
        <w:spacing w:after="60" w:line="240" w:lineRule="auto"/>
        <w:rPr>
          <w:b/>
          <w:sz w:val="21"/>
        </w:rPr>
      </w:pPr>
    </w:p>
    <w:p w14:paraId="57E4ADB3" w14:textId="385A91C5" w:rsidR="00CD5F7D" w:rsidRDefault="00123731">
      <w:pPr>
        <w:spacing w:after="60" w:line="240" w:lineRule="auto"/>
        <w:jc w:val="right"/>
      </w:pPr>
      <w:r w:rsidRPr="00F87828">
        <w:rPr>
          <w:b/>
          <w:sz w:val="21"/>
        </w:rPr>
        <w:t>............................................................</w:t>
      </w:r>
      <w:r w:rsidRPr="00F87828">
        <w:rPr>
          <w:b/>
          <w:sz w:val="21"/>
        </w:rPr>
        <w:br/>
      </w:r>
      <w:r w:rsidRPr="00985701">
        <w:rPr>
          <w:color w:val="646464"/>
          <w:sz w:val="18"/>
          <w:szCs w:val="24"/>
        </w:rPr>
        <w:t>data i czytelny podpis</w:t>
      </w:r>
    </w:p>
    <w:sectPr w:rsidR="00CD5F7D" w:rsidSect="00034616">
      <w:headerReference w:type="default" r:id="rId10"/>
      <w:footerReference w:type="default" r:id="rId11"/>
      <w:pgSz w:w="11906" w:h="16838"/>
      <w:pgMar w:top="964" w:right="1134" w:bottom="964"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3C2B2" w14:textId="77777777" w:rsidR="009741BA" w:rsidRPr="00F87828" w:rsidRDefault="009741BA">
      <w:pPr>
        <w:spacing w:after="0" w:line="240" w:lineRule="auto"/>
      </w:pPr>
      <w:r w:rsidRPr="00F87828">
        <w:separator/>
      </w:r>
    </w:p>
  </w:endnote>
  <w:endnote w:type="continuationSeparator" w:id="0">
    <w:p w14:paraId="136BCC5C" w14:textId="77777777" w:rsidR="009741BA" w:rsidRPr="00F87828" w:rsidRDefault="009741BA">
      <w:pPr>
        <w:spacing w:after="0" w:line="240" w:lineRule="auto"/>
      </w:pPr>
      <w:r w:rsidRPr="00F878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045C" w14:textId="3FDDAD2B" w:rsidR="00CD5F7D" w:rsidRPr="00F87828" w:rsidRDefault="00123731">
    <w:pPr>
      <w:pStyle w:val="Stopka"/>
      <w:jc w:val="center"/>
    </w:pPr>
    <w:r w:rsidRPr="00F87828">
      <w:rPr>
        <w:rFonts w:ascii="Arial" w:hAnsi="Arial"/>
        <w:color w:val="646464"/>
        <w:sz w:val="16"/>
      </w:rPr>
      <w:t xml:space="preserve">Konkurs na model grzyba </w:t>
    </w:r>
    <w:r w:rsidR="00F87828" w:rsidRPr="00F87828">
      <w:rPr>
        <w:rFonts w:ascii="Arial" w:hAnsi="Arial"/>
        <w:color w:val="646464"/>
        <w:sz w:val="16"/>
      </w:rPr>
      <w:t>2026 • str.</w:t>
    </w:r>
    <w:r w:rsidRPr="00F87828">
      <w:rPr>
        <w:rFonts w:ascii="Arial" w:hAnsi="Arial"/>
        <w:color w:val="646464"/>
        <w:sz w:val="16"/>
        <w:szCs w:val="16"/>
      </w:rPr>
      <w:t xml:space="preserve"> </w:t>
    </w:r>
    <w:r w:rsidRPr="00F87828">
      <w:rPr>
        <w:sz w:val="16"/>
        <w:szCs w:val="16"/>
      </w:rPr>
      <w:fldChar w:fldCharType="begin"/>
    </w:r>
    <w:r w:rsidRPr="00F87828">
      <w:rPr>
        <w:sz w:val="16"/>
        <w:szCs w:val="16"/>
      </w:rPr>
      <w:instrText xml:space="preserve"> PAGE </w:instrText>
    </w:r>
    <w:r w:rsidRPr="00F87828">
      <w:rPr>
        <w:sz w:val="16"/>
        <w:szCs w:val="16"/>
      </w:rPr>
      <w:fldChar w:fldCharType="separate"/>
    </w:r>
    <w:r w:rsidR="00627270" w:rsidRPr="00F87828">
      <w:rPr>
        <w:sz w:val="16"/>
        <w:szCs w:val="16"/>
      </w:rPr>
      <w:t>1</w:t>
    </w:r>
    <w:r w:rsidRPr="00F8782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CCB02" w14:textId="77777777" w:rsidR="009741BA" w:rsidRPr="00F87828" w:rsidRDefault="009741BA">
      <w:pPr>
        <w:spacing w:after="0" w:line="240" w:lineRule="auto"/>
      </w:pPr>
      <w:r w:rsidRPr="00F87828">
        <w:separator/>
      </w:r>
    </w:p>
  </w:footnote>
  <w:footnote w:type="continuationSeparator" w:id="0">
    <w:p w14:paraId="6E68D10F" w14:textId="77777777" w:rsidR="009741BA" w:rsidRPr="00F87828" w:rsidRDefault="009741BA">
      <w:pPr>
        <w:spacing w:after="0" w:line="240" w:lineRule="auto"/>
      </w:pPr>
      <w:r w:rsidRPr="00F878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005B" w14:textId="2FCA3C5A" w:rsidR="00CD5F7D" w:rsidRPr="00F87828" w:rsidRDefault="00123731">
    <w:pPr>
      <w:pStyle w:val="Nagwek"/>
      <w:jc w:val="center"/>
    </w:pPr>
    <w:r w:rsidRPr="00F87828">
      <w:rPr>
        <w:sz w:val="16"/>
      </w:rPr>
      <w:t xml:space="preserve">Wojewódzka Stacja Sanitarno-Epidemiologiczna w </w:t>
    </w:r>
    <w:r w:rsidR="005F3B40" w:rsidRPr="00F87828">
      <w:rPr>
        <w:sz w:val="16"/>
      </w:rPr>
      <w:t>Bydgoszczy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B9E5D8A"/>
    <w:multiLevelType w:val="hybridMultilevel"/>
    <w:tmpl w:val="5DAAB7CA"/>
    <w:lvl w:ilvl="0" w:tplc="73CA955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924DBF"/>
    <w:multiLevelType w:val="hybridMultilevel"/>
    <w:tmpl w:val="B316D85C"/>
    <w:lvl w:ilvl="0" w:tplc="73CA955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147748"/>
    <w:multiLevelType w:val="hybridMultilevel"/>
    <w:tmpl w:val="583AFCF8"/>
    <w:lvl w:ilvl="0" w:tplc="73CA955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350D68"/>
    <w:multiLevelType w:val="hybridMultilevel"/>
    <w:tmpl w:val="22B019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F00169"/>
    <w:multiLevelType w:val="hybridMultilevel"/>
    <w:tmpl w:val="C12A01A0"/>
    <w:lvl w:ilvl="0" w:tplc="73CA955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B197BDD"/>
    <w:multiLevelType w:val="hybridMultilevel"/>
    <w:tmpl w:val="62803E5E"/>
    <w:lvl w:ilvl="0" w:tplc="73CA955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4A793F"/>
    <w:multiLevelType w:val="hybridMultilevel"/>
    <w:tmpl w:val="66B259F4"/>
    <w:lvl w:ilvl="0" w:tplc="73CA955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CE1EFA"/>
    <w:multiLevelType w:val="hybridMultilevel"/>
    <w:tmpl w:val="5A28072E"/>
    <w:lvl w:ilvl="0" w:tplc="73CA955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06C3BAE"/>
    <w:multiLevelType w:val="hybridMultilevel"/>
    <w:tmpl w:val="A2AC27B4"/>
    <w:lvl w:ilvl="0" w:tplc="73CA955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3C393F"/>
    <w:multiLevelType w:val="hybridMultilevel"/>
    <w:tmpl w:val="CD9C8BDC"/>
    <w:lvl w:ilvl="0" w:tplc="73CA955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357B8F"/>
    <w:multiLevelType w:val="hybridMultilevel"/>
    <w:tmpl w:val="6FFA66D6"/>
    <w:lvl w:ilvl="0" w:tplc="73CA955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FA06B7"/>
    <w:multiLevelType w:val="hybridMultilevel"/>
    <w:tmpl w:val="74E260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095BB6"/>
    <w:multiLevelType w:val="hybridMultilevel"/>
    <w:tmpl w:val="44E456B0"/>
    <w:lvl w:ilvl="0" w:tplc="73CA955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1C34945"/>
    <w:multiLevelType w:val="hybridMultilevel"/>
    <w:tmpl w:val="12C0B352"/>
    <w:lvl w:ilvl="0" w:tplc="73CA955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FCE108D"/>
    <w:multiLevelType w:val="hybridMultilevel"/>
    <w:tmpl w:val="93F0C166"/>
    <w:lvl w:ilvl="0" w:tplc="73CA955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87606308">
    <w:abstractNumId w:val="8"/>
  </w:num>
  <w:num w:numId="2" w16cid:durableId="132404064">
    <w:abstractNumId w:val="6"/>
  </w:num>
  <w:num w:numId="3" w16cid:durableId="394744657">
    <w:abstractNumId w:val="5"/>
  </w:num>
  <w:num w:numId="4" w16cid:durableId="1564945907">
    <w:abstractNumId w:val="4"/>
  </w:num>
  <w:num w:numId="5" w16cid:durableId="1295677001">
    <w:abstractNumId w:val="7"/>
  </w:num>
  <w:num w:numId="6" w16cid:durableId="1176115658">
    <w:abstractNumId w:val="3"/>
  </w:num>
  <w:num w:numId="7" w16cid:durableId="860703337">
    <w:abstractNumId w:val="2"/>
  </w:num>
  <w:num w:numId="8" w16cid:durableId="531694547">
    <w:abstractNumId w:val="1"/>
  </w:num>
  <w:num w:numId="9" w16cid:durableId="1903565255">
    <w:abstractNumId w:val="0"/>
  </w:num>
  <w:num w:numId="10" w16cid:durableId="1693338289">
    <w:abstractNumId w:val="12"/>
  </w:num>
  <w:num w:numId="11" w16cid:durableId="9185504">
    <w:abstractNumId w:val="13"/>
  </w:num>
  <w:num w:numId="12" w16cid:durableId="3828454">
    <w:abstractNumId w:val="15"/>
  </w:num>
  <w:num w:numId="13" w16cid:durableId="1857886090">
    <w:abstractNumId w:val="19"/>
  </w:num>
  <w:num w:numId="14" w16cid:durableId="625627993">
    <w:abstractNumId w:val="18"/>
  </w:num>
  <w:num w:numId="15" w16cid:durableId="774835688">
    <w:abstractNumId w:val="11"/>
  </w:num>
  <w:num w:numId="16" w16cid:durableId="293607737">
    <w:abstractNumId w:val="20"/>
  </w:num>
  <w:num w:numId="17" w16cid:durableId="1378166346">
    <w:abstractNumId w:val="16"/>
  </w:num>
  <w:num w:numId="18" w16cid:durableId="598485691">
    <w:abstractNumId w:val="10"/>
  </w:num>
  <w:num w:numId="19" w16cid:durableId="1084689243">
    <w:abstractNumId w:val="21"/>
  </w:num>
  <w:num w:numId="20" w16cid:durableId="1458832634">
    <w:abstractNumId w:val="22"/>
  </w:num>
  <w:num w:numId="21" w16cid:durableId="128743805">
    <w:abstractNumId w:val="9"/>
  </w:num>
  <w:num w:numId="22" w16cid:durableId="2089381883">
    <w:abstractNumId w:val="23"/>
  </w:num>
  <w:num w:numId="23" w16cid:durableId="564994551">
    <w:abstractNumId w:val="14"/>
  </w:num>
  <w:num w:numId="24" w16cid:durableId="17198207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AD8"/>
    <w:rsid w:val="00013CD4"/>
    <w:rsid w:val="00034616"/>
    <w:rsid w:val="0006063C"/>
    <w:rsid w:val="00080062"/>
    <w:rsid w:val="000C1199"/>
    <w:rsid w:val="00123731"/>
    <w:rsid w:val="0015074B"/>
    <w:rsid w:val="001D4D9D"/>
    <w:rsid w:val="00295AE7"/>
    <w:rsid w:val="0029639D"/>
    <w:rsid w:val="00326F90"/>
    <w:rsid w:val="00391C38"/>
    <w:rsid w:val="003A080E"/>
    <w:rsid w:val="003E7585"/>
    <w:rsid w:val="004A355C"/>
    <w:rsid w:val="004C5F8F"/>
    <w:rsid w:val="00555397"/>
    <w:rsid w:val="005858B4"/>
    <w:rsid w:val="005B06B9"/>
    <w:rsid w:val="005F3B40"/>
    <w:rsid w:val="00610121"/>
    <w:rsid w:val="00627270"/>
    <w:rsid w:val="00667A7E"/>
    <w:rsid w:val="00672D28"/>
    <w:rsid w:val="006B04AA"/>
    <w:rsid w:val="0070276E"/>
    <w:rsid w:val="00712C3A"/>
    <w:rsid w:val="00721B86"/>
    <w:rsid w:val="00733680"/>
    <w:rsid w:val="007849D6"/>
    <w:rsid w:val="0079134E"/>
    <w:rsid w:val="007970FA"/>
    <w:rsid w:val="009741BA"/>
    <w:rsid w:val="00985701"/>
    <w:rsid w:val="00A25923"/>
    <w:rsid w:val="00A9171B"/>
    <w:rsid w:val="00AA1D8D"/>
    <w:rsid w:val="00AA6CDB"/>
    <w:rsid w:val="00AE0C4D"/>
    <w:rsid w:val="00B43032"/>
    <w:rsid w:val="00B47730"/>
    <w:rsid w:val="00B57F80"/>
    <w:rsid w:val="00B75CC0"/>
    <w:rsid w:val="00BA298C"/>
    <w:rsid w:val="00C40D23"/>
    <w:rsid w:val="00CB0664"/>
    <w:rsid w:val="00CD5A61"/>
    <w:rsid w:val="00CD5F7D"/>
    <w:rsid w:val="00CE4896"/>
    <w:rsid w:val="00D12E2C"/>
    <w:rsid w:val="00D600CD"/>
    <w:rsid w:val="00D8021E"/>
    <w:rsid w:val="00DA2F84"/>
    <w:rsid w:val="00DB5991"/>
    <w:rsid w:val="00E03A3A"/>
    <w:rsid w:val="00E978D4"/>
    <w:rsid w:val="00ED5415"/>
    <w:rsid w:val="00F66817"/>
    <w:rsid w:val="00F87828"/>
    <w:rsid w:val="00FB270D"/>
    <w:rsid w:val="00FC693F"/>
    <w:rsid w:val="00FE08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305E45"/>
  <w14:defaultImageDpi w14:val="300"/>
  <w15:docId w15:val="{558FEC18-272D-4F44-8CC1-4DBDACDB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20" w:line="259" w:lineRule="auto"/>
    </w:pPr>
    <w:rPr>
      <w:rFonts w:ascii="Aptos" w:hAnsi="Aptos"/>
      <w:color w:val="232323"/>
      <w:lang w:val="pl-PL"/>
    </w:rPr>
  </w:style>
  <w:style w:type="paragraph" w:styleId="Nagwek1">
    <w:name w:val="heading 1"/>
    <w:basedOn w:val="Normalny"/>
    <w:next w:val="Normalny"/>
    <w:link w:val="Nagwek1Znak"/>
    <w:uiPriority w:val="9"/>
    <w:qFormat/>
    <w:rsid w:val="00FC693F"/>
    <w:pPr>
      <w:keepNext/>
      <w:keepLines/>
      <w:spacing w:before="200" w:after="100"/>
      <w:outlineLvl w:val="0"/>
    </w:pPr>
    <w:rPr>
      <w:rFonts w:asciiTheme="majorHAnsi" w:eastAsiaTheme="majorEastAsia" w:hAnsiTheme="majorHAnsi" w:cstheme="majorBidi"/>
      <w:b/>
      <w:bCs/>
      <w:color w:val="315B38"/>
      <w:sz w:val="25"/>
      <w:szCs w:val="28"/>
    </w:rPr>
  </w:style>
  <w:style w:type="paragraph" w:styleId="Nagwek2">
    <w:name w:val="heading 2"/>
    <w:basedOn w:val="Normalny"/>
    <w:next w:val="Normalny"/>
    <w:link w:val="Nagwek2Znak"/>
    <w:uiPriority w:val="9"/>
    <w:unhideWhenUsed/>
    <w:qFormat/>
    <w:rsid w:val="00FC693F"/>
    <w:pPr>
      <w:keepNext/>
      <w:keepLines/>
      <w:spacing w:before="140" w:after="60"/>
      <w:outlineLvl w:val="1"/>
    </w:pPr>
    <w:rPr>
      <w:rFonts w:asciiTheme="majorHAnsi" w:eastAsiaTheme="majorEastAsia" w:hAnsiTheme="majorHAnsi" w:cstheme="majorBidi"/>
      <w:b/>
      <w:bCs/>
      <w:color w:val="315B38"/>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315B38"/>
      <w:spacing w:val="5"/>
      <w:kern w:val="28"/>
      <w:sz w:val="34"/>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Arial" w:hAnsi="Arial"/>
      <w:color w:val="646464"/>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11</Pages>
  <Words>3149</Words>
  <Characters>18899</Characters>
  <Application>Microsoft Office Word</Application>
  <DocSecurity>0</DocSecurity>
  <Lines>157</Lines>
  <Paragraphs>44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Regulamin_konkurs_wiedzy_o_grzybac</vt:lpstr>
      <vt:lpstr/>
    </vt:vector>
  </TitlesOfParts>
  <Manager/>
  <Company>WSSE Bydgoszcz</Company>
  <LinksUpToDate>false</LinksUpToDate>
  <CharactersWithSpaces>22004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Regulamin_konkurs_wiedzy_o_grzybac</dc:title>
  <dc:subject/>
  <dc:creator/>
  <cp:keywords/>
  <dc:description>Regulamin_konkurs_wiedzy_o_grzybac</dc:description>
  <cp:lastModifiedBy>azybura</cp:lastModifiedBy>
  <cp:revision>24</cp:revision>
  <cp:lastPrinted>2026-08-27T08:26:00Z</cp:lastPrinted>
  <dcterms:created xsi:type="dcterms:W3CDTF">2013-12-23T23:15:00Z</dcterms:created>
  <dcterms:modified xsi:type="dcterms:W3CDTF">2026-09-02T09:51:00Z</dcterms:modified>
  <cp:category/>
</cp:coreProperties>
</file>