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50E7E" w14:textId="77777777" w:rsidR="00863823" w:rsidRPr="006F004B" w:rsidRDefault="00CF02B3" w:rsidP="00863823">
      <w:pPr>
        <w:spacing w:after="0"/>
        <w:rPr>
          <w:i/>
          <w:sz w:val="18"/>
          <w:lang w:val="pl-PL"/>
        </w:rPr>
      </w:pPr>
      <w:r>
        <w:rPr>
          <w:i/>
          <w:sz w:val="18"/>
          <w:lang w:val="pl-PL"/>
        </w:rPr>
        <w:t>Załącznik nr 4</w:t>
      </w:r>
      <w:r w:rsidR="00863823" w:rsidRPr="006F004B">
        <w:rPr>
          <w:i/>
          <w:sz w:val="18"/>
          <w:lang w:val="pl-PL"/>
        </w:rPr>
        <w:t xml:space="preserve"> do Regulaminu konkursu ofert</w:t>
      </w:r>
      <w:r w:rsidR="00863823" w:rsidRPr="006F004B">
        <w:rPr>
          <w:i/>
          <w:sz w:val="18"/>
          <w:lang w:val="pl-PL"/>
        </w:rPr>
        <w:br/>
        <w:t>na wybór ajenta prowadzącego stołówkę szkolną i bufet szkolny</w:t>
      </w:r>
    </w:p>
    <w:p w14:paraId="0249DB48" w14:textId="77777777" w:rsidR="00863823" w:rsidRDefault="00863823" w:rsidP="00863823">
      <w:pPr>
        <w:rPr>
          <w:i/>
          <w:sz w:val="18"/>
          <w:lang w:val="pl-PL"/>
        </w:rPr>
      </w:pPr>
      <w:r w:rsidRPr="006F004B">
        <w:rPr>
          <w:i/>
          <w:sz w:val="18"/>
          <w:lang w:val="pl-PL"/>
        </w:rPr>
        <w:t xml:space="preserve">w OSM I </w:t>
      </w:r>
      <w:proofErr w:type="spellStart"/>
      <w:r w:rsidRPr="006F004B">
        <w:rPr>
          <w:i/>
          <w:sz w:val="18"/>
          <w:lang w:val="pl-PL"/>
        </w:rPr>
        <w:t>i</w:t>
      </w:r>
      <w:proofErr w:type="spellEnd"/>
      <w:r w:rsidRPr="006F004B">
        <w:rPr>
          <w:i/>
          <w:sz w:val="18"/>
          <w:lang w:val="pl-PL"/>
        </w:rPr>
        <w:t xml:space="preserve"> II st. im. Henryka Wieniawskiego w Łodzi</w:t>
      </w:r>
    </w:p>
    <w:p w14:paraId="666E1506" w14:textId="77777777" w:rsidR="00863823" w:rsidRPr="006F004B" w:rsidRDefault="00863823" w:rsidP="00863823">
      <w:pPr>
        <w:rPr>
          <w:i/>
          <w:sz w:val="18"/>
          <w:lang w:val="pl-PL"/>
        </w:rPr>
      </w:pPr>
    </w:p>
    <w:p w14:paraId="2829660B" w14:textId="77777777" w:rsidR="00DB2966" w:rsidRPr="005B0B93" w:rsidRDefault="00007574" w:rsidP="00007574">
      <w:pPr>
        <w:pStyle w:val="Nagwek2"/>
        <w:spacing w:before="0" w:after="240"/>
        <w:jc w:val="center"/>
        <w:rPr>
          <w:color w:val="365F91" w:themeColor="accent1" w:themeShade="BF"/>
          <w:lang w:val="pl-PL"/>
        </w:rPr>
      </w:pPr>
      <w:r w:rsidRPr="005B0B93">
        <w:rPr>
          <w:color w:val="365F91" w:themeColor="accent1" w:themeShade="BF"/>
          <w:lang w:val="pl-PL"/>
        </w:rPr>
        <w:t>OŚWIADCZENIE CZŁONKA KOMISJI KONKURSOWEJ</w:t>
      </w:r>
    </w:p>
    <w:p w14:paraId="573C7CD3" w14:textId="77777777" w:rsidR="00007574" w:rsidRDefault="00007574" w:rsidP="00007574">
      <w:pPr>
        <w:spacing w:after="0"/>
        <w:jc w:val="center"/>
        <w:rPr>
          <w:lang w:val="pl-PL"/>
        </w:rPr>
      </w:pPr>
      <w:r w:rsidRPr="00007574">
        <w:rPr>
          <w:b/>
          <w:lang w:val="pl-PL"/>
        </w:rPr>
        <w:t>Konkurs ofert na wybór ajenta prowadzącego stołówkę szkolną i bufet szkolny</w:t>
      </w:r>
      <w:r w:rsidRPr="00007574">
        <w:rPr>
          <w:lang w:val="pl-PL"/>
        </w:rPr>
        <w:t xml:space="preserve"> </w:t>
      </w:r>
    </w:p>
    <w:p w14:paraId="468D99C5" w14:textId="77777777" w:rsidR="00007574" w:rsidRPr="00007574" w:rsidRDefault="00007574" w:rsidP="00007574">
      <w:pPr>
        <w:jc w:val="center"/>
        <w:rPr>
          <w:b/>
          <w:lang w:val="pl-PL"/>
        </w:rPr>
      </w:pPr>
      <w:r w:rsidRPr="00007574">
        <w:rPr>
          <w:b/>
          <w:lang w:val="pl-PL"/>
        </w:rPr>
        <w:t xml:space="preserve">w Ogólnokształcącej Szkole Muzycznej I </w:t>
      </w:r>
      <w:proofErr w:type="spellStart"/>
      <w:r w:rsidRPr="00007574">
        <w:rPr>
          <w:b/>
          <w:lang w:val="pl-PL"/>
        </w:rPr>
        <w:t>i</w:t>
      </w:r>
      <w:proofErr w:type="spellEnd"/>
      <w:r w:rsidRPr="00007574">
        <w:rPr>
          <w:b/>
          <w:lang w:val="pl-PL"/>
        </w:rPr>
        <w:t xml:space="preserve"> II st. im. Henryka Wieniawskiego w Łodzi</w:t>
      </w:r>
    </w:p>
    <w:p w14:paraId="415102B8" w14:textId="77777777" w:rsidR="00DB2966" w:rsidRPr="00007574" w:rsidRDefault="00DB2966" w:rsidP="00007574">
      <w:pPr>
        <w:jc w:val="center"/>
        <w:rPr>
          <w:b/>
          <w:lang w:val="pl-PL"/>
        </w:rPr>
      </w:pPr>
    </w:p>
    <w:p w14:paraId="5BE212C0" w14:textId="77777777" w:rsidR="00007574" w:rsidRDefault="00007574" w:rsidP="00E417E2">
      <w:pPr>
        <w:spacing w:after="0" w:line="360" w:lineRule="auto"/>
        <w:rPr>
          <w:lang w:val="pl-PL"/>
        </w:rPr>
      </w:pPr>
      <w:r w:rsidRPr="00007574">
        <w:rPr>
          <w:lang w:val="pl-PL"/>
        </w:rPr>
        <w:t>Ja, niżej podpisany/a: …………………………………………………………………………………………………</w:t>
      </w:r>
      <w:r w:rsidR="007A1C06">
        <w:rPr>
          <w:lang w:val="pl-PL"/>
        </w:rPr>
        <w:t>………………………</w:t>
      </w:r>
      <w:r w:rsidRPr="00007574">
        <w:rPr>
          <w:lang w:val="pl-PL"/>
        </w:rPr>
        <w:t xml:space="preserve">, </w:t>
      </w:r>
    </w:p>
    <w:p w14:paraId="0AF63BA6" w14:textId="77777777" w:rsidR="00DB2966" w:rsidRPr="00007574" w:rsidRDefault="00007574">
      <w:pPr>
        <w:rPr>
          <w:lang w:val="pl-PL"/>
        </w:rPr>
      </w:pPr>
      <w:r w:rsidRPr="00007574">
        <w:rPr>
          <w:lang w:val="pl-PL"/>
        </w:rPr>
        <w:t xml:space="preserve">członek Komisji konkursowej powołanej Zarządzeniem nr </w:t>
      </w:r>
      <w:r w:rsidR="008A1258">
        <w:rPr>
          <w:lang w:val="pl-PL"/>
        </w:rPr>
        <w:t>14</w:t>
      </w:r>
      <w:r w:rsidRPr="00007574">
        <w:rPr>
          <w:lang w:val="pl-PL"/>
        </w:rPr>
        <w:t>/2026 Dyrektora Szkoły, oświadczam, że:</w:t>
      </w:r>
    </w:p>
    <w:p w14:paraId="235B185D" w14:textId="77777777" w:rsidR="00DB2966" w:rsidRDefault="00007574">
      <w:pPr>
        <w:pStyle w:val="Listanumerowana"/>
        <w:rPr>
          <w:lang w:val="pl-PL"/>
        </w:rPr>
      </w:pPr>
      <w:r w:rsidRPr="00007574">
        <w:rPr>
          <w:lang w:val="pl-PL"/>
        </w:rPr>
        <w:t>nie pozostaję z żadnym z oferentów w stosunku pracy, zlecenia, zależności służbowej, rodzinnej, majątkowej ani faktycznej, która mogłaby budzić uzasadnione wątpliwości co do mojej bezstronności;</w:t>
      </w:r>
    </w:p>
    <w:p w14:paraId="78C25F14" w14:textId="77777777" w:rsidR="00861D96" w:rsidRPr="00007574" w:rsidRDefault="00861D96" w:rsidP="00861D96">
      <w:pPr>
        <w:pStyle w:val="Listanumerowana"/>
        <w:numPr>
          <w:ilvl w:val="0"/>
          <w:numId w:val="0"/>
        </w:numPr>
        <w:ind w:left="360"/>
        <w:rPr>
          <w:lang w:val="pl-PL"/>
        </w:rPr>
      </w:pPr>
    </w:p>
    <w:p w14:paraId="53C6846A" w14:textId="77777777" w:rsidR="00DB2966" w:rsidRDefault="00007574">
      <w:pPr>
        <w:pStyle w:val="Listanumerowana"/>
        <w:rPr>
          <w:lang w:val="pl-PL"/>
        </w:rPr>
      </w:pPr>
      <w:r w:rsidRPr="00007574">
        <w:rPr>
          <w:lang w:val="pl-PL"/>
        </w:rPr>
        <w:t>nie uczestniczyłem/</w:t>
      </w:r>
      <w:proofErr w:type="spellStart"/>
      <w:r w:rsidRPr="00007574">
        <w:rPr>
          <w:lang w:val="pl-PL"/>
        </w:rPr>
        <w:t>am</w:t>
      </w:r>
      <w:proofErr w:type="spellEnd"/>
      <w:r w:rsidRPr="00007574">
        <w:rPr>
          <w:lang w:val="pl-PL"/>
        </w:rPr>
        <w:t xml:space="preserve"> w przygotowaniu oferty żadnego z oferentów;</w:t>
      </w:r>
    </w:p>
    <w:p w14:paraId="01D2C3FB" w14:textId="77777777" w:rsidR="00861D96" w:rsidRPr="00007574" w:rsidRDefault="00861D96" w:rsidP="00861D96">
      <w:pPr>
        <w:pStyle w:val="Listanumerowana"/>
        <w:numPr>
          <w:ilvl w:val="0"/>
          <w:numId w:val="0"/>
        </w:numPr>
        <w:ind w:left="360"/>
        <w:rPr>
          <w:lang w:val="pl-PL"/>
        </w:rPr>
      </w:pPr>
    </w:p>
    <w:p w14:paraId="0DB53620" w14:textId="77777777" w:rsidR="00DB2966" w:rsidRDefault="00007574">
      <w:pPr>
        <w:pStyle w:val="Listanumerowana"/>
        <w:rPr>
          <w:lang w:val="pl-PL"/>
        </w:rPr>
      </w:pPr>
      <w:r w:rsidRPr="00007574">
        <w:rPr>
          <w:lang w:val="pl-PL"/>
        </w:rPr>
        <w:t>nie pozostaję z żadnym z oferentów w relacji mogącej skutkować konfliktem interesów;</w:t>
      </w:r>
    </w:p>
    <w:p w14:paraId="7BEA171B" w14:textId="77777777" w:rsidR="00861D96" w:rsidRPr="00007574" w:rsidRDefault="00861D96" w:rsidP="00861D96">
      <w:pPr>
        <w:pStyle w:val="Listanumerowana"/>
        <w:numPr>
          <w:ilvl w:val="0"/>
          <w:numId w:val="0"/>
        </w:numPr>
        <w:ind w:left="360"/>
        <w:rPr>
          <w:lang w:val="pl-PL"/>
        </w:rPr>
      </w:pPr>
    </w:p>
    <w:p w14:paraId="5E856177" w14:textId="77777777" w:rsidR="00DB2966" w:rsidRDefault="00007574">
      <w:pPr>
        <w:pStyle w:val="Listanumerowana"/>
        <w:rPr>
          <w:lang w:val="pl-PL"/>
        </w:rPr>
      </w:pPr>
      <w:r w:rsidRPr="00007574">
        <w:rPr>
          <w:lang w:val="pl-PL"/>
        </w:rPr>
        <w:t>zobowiązuję się do zachowania poufności informacji uzyskanych w toku prac Komisji, z wyjątkiem informacji jawnych lub podlegających udostępnieniu na podstawie przepisów prawa;</w:t>
      </w:r>
    </w:p>
    <w:p w14:paraId="3DF8F968" w14:textId="77777777" w:rsidR="00861D96" w:rsidRPr="00007574" w:rsidRDefault="00861D96" w:rsidP="00861D96">
      <w:pPr>
        <w:pStyle w:val="Listanumerowana"/>
        <w:numPr>
          <w:ilvl w:val="0"/>
          <w:numId w:val="0"/>
        </w:numPr>
        <w:ind w:left="360"/>
        <w:rPr>
          <w:lang w:val="pl-PL"/>
        </w:rPr>
      </w:pPr>
    </w:p>
    <w:p w14:paraId="1384E932" w14:textId="77777777" w:rsidR="00DB2966" w:rsidRPr="00007574" w:rsidRDefault="00007574">
      <w:pPr>
        <w:pStyle w:val="Listanumerowana"/>
        <w:rPr>
          <w:lang w:val="pl-PL"/>
        </w:rPr>
      </w:pPr>
      <w:r w:rsidRPr="00007574">
        <w:rPr>
          <w:lang w:val="pl-PL"/>
        </w:rPr>
        <w:t>zobowiązuję się oceniać oferty rzetelnie, zgodnie z dokumentacją konkursową i interesem szkoły.</w:t>
      </w:r>
    </w:p>
    <w:p w14:paraId="6CF2D18B" w14:textId="77777777" w:rsidR="00007574" w:rsidRDefault="00007574" w:rsidP="00007574">
      <w:pPr>
        <w:spacing w:after="0"/>
        <w:rPr>
          <w:lang w:val="pl-PL"/>
        </w:rPr>
      </w:pPr>
      <w:r w:rsidRPr="00007574">
        <w:rPr>
          <w:lang w:val="pl-PL"/>
        </w:rPr>
        <w:t xml:space="preserve">W przypadku powzięcia informacji o okolicznościach mogących mieć wpływ na moją bezstronność zobowiązuję się niezwłocznie poinformować przewodniczącego Komisji i powstrzymać się od udziału </w:t>
      </w:r>
    </w:p>
    <w:p w14:paraId="3A5DAC0B" w14:textId="77777777" w:rsidR="00DB2966" w:rsidRPr="00007574" w:rsidRDefault="00007574">
      <w:pPr>
        <w:rPr>
          <w:lang w:val="pl-PL"/>
        </w:rPr>
      </w:pPr>
      <w:r w:rsidRPr="00007574">
        <w:rPr>
          <w:lang w:val="pl-PL"/>
        </w:rPr>
        <w:t>w dalszych czynnościach.</w:t>
      </w:r>
    </w:p>
    <w:p w14:paraId="369E073A" w14:textId="77777777" w:rsidR="00DB2966" w:rsidRPr="00007574" w:rsidRDefault="00DB2966">
      <w:pPr>
        <w:rPr>
          <w:lang w:val="pl-PL"/>
        </w:rPr>
      </w:pPr>
    </w:p>
    <w:p w14:paraId="6787FEC1" w14:textId="77777777" w:rsidR="00DB2966" w:rsidRPr="00007574" w:rsidRDefault="00007574" w:rsidP="00FA0E5B">
      <w:pPr>
        <w:spacing w:line="480" w:lineRule="auto"/>
        <w:rPr>
          <w:lang w:val="pl-PL"/>
        </w:rPr>
      </w:pPr>
      <w:r w:rsidRPr="007A1C06">
        <w:rPr>
          <w:b/>
          <w:lang w:val="pl-PL"/>
        </w:rPr>
        <w:t>Miejscowość i data:</w:t>
      </w:r>
      <w:r w:rsidRPr="00007574">
        <w:rPr>
          <w:lang w:val="pl-PL"/>
        </w:rPr>
        <w:t xml:space="preserve"> ……………………………………………………</w:t>
      </w:r>
    </w:p>
    <w:p w14:paraId="67452547" w14:textId="77777777" w:rsidR="00DB2966" w:rsidRPr="00007574" w:rsidRDefault="00007574">
      <w:pPr>
        <w:rPr>
          <w:lang w:val="pl-PL"/>
        </w:rPr>
      </w:pPr>
      <w:r w:rsidRPr="007A1C06">
        <w:rPr>
          <w:b/>
          <w:lang w:val="pl-PL"/>
        </w:rPr>
        <w:t>Podpis członka Komisji:</w:t>
      </w:r>
      <w:r w:rsidRPr="00007574">
        <w:rPr>
          <w:lang w:val="pl-PL"/>
        </w:rPr>
        <w:t xml:space="preserve"> ……………………………………………………</w:t>
      </w:r>
      <w:r w:rsidR="00582098">
        <w:rPr>
          <w:lang w:val="pl-PL"/>
        </w:rPr>
        <w:t>…..</w:t>
      </w:r>
    </w:p>
    <w:sectPr w:rsidR="00DB2966" w:rsidRPr="00007574" w:rsidSect="00863823">
      <w:pgSz w:w="12240" w:h="15840"/>
      <w:pgMar w:top="426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DFE1B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165352">
    <w:abstractNumId w:val="8"/>
  </w:num>
  <w:num w:numId="2" w16cid:durableId="1287852403">
    <w:abstractNumId w:val="6"/>
  </w:num>
  <w:num w:numId="3" w16cid:durableId="1891067516">
    <w:abstractNumId w:val="5"/>
  </w:num>
  <w:num w:numId="4" w16cid:durableId="593057221">
    <w:abstractNumId w:val="4"/>
  </w:num>
  <w:num w:numId="5" w16cid:durableId="1110512038">
    <w:abstractNumId w:val="7"/>
  </w:num>
  <w:num w:numId="6" w16cid:durableId="1325667530">
    <w:abstractNumId w:val="3"/>
  </w:num>
  <w:num w:numId="7" w16cid:durableId="934242780">
    <w:abstractNumId w:val="2"/>
  </w:num>
  <w:num w:numId="8" w16cid:durableId="2116167438">
    <w:abstractNumId w:val="1"/>
  </w:num>
  <w:num w:numId="9" w16cid:durableId="14617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7574"/>
    <w:rsid w:val="00034616"/>
    <w:rsid w:val="0006063C"/>
    <w:rsid w:val="000A7B5D"/>
    <w:rsid w:val="0015074B"/>
    <w:rsid w:val="0029639D"/>
    <w:rsid w:val="00326F90"/>
    <w:rsid w:val="00582098"/>
    <w:rsid w:val="00595FF4"/>
    <w:rsid w:val="005B0B93"/>
    <w:rsid w:val="007A1C06"/>
    <w:rsid w:val="00861D96"/>
    <w:rsid w:val="00863823"/>
    <w:rsid w:val="008A1258"/>
    <w:rsid w:val="008B34DC"/>
    <w:rsid w:val="00AA1D8D"/>
    <w:rsid w:val="00B47730"/>
    <w:rsid w:val="00CB0664"/>
    <w:rsid w:val="00CF02B3"/>
    <w:rsid w:val="00DB2966"/>
    <w:rsid w:val="00E417E2"/>
    <w:rsid w:val="00F41EFF"/>
    <w:rsid w:val="00FA0E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E979F"/>
  <w14:defaultImageDpi w14:val="330"/>
  <w15:docId w15:val="{B42D5634-0DA5-4F67-86FB-502182B2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9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F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52EC03-1EB9-43AC-B8BB-C934F75F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OŚWIADCZENIE CZŁONKA KOMISJI KONKURSOWEJ</vt:lpstr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Kowalczyk Adrian</cp:lastModifiedBy>
  <cp:revision>4</cp:revision>
  <cp:lastPrinted>2026-07-10T12:32:00Z</cp:lastPrinted>
  <dcterms:created xsi:type="dcterms:W3CDTF">2026-07-15T11:10:00Z</dcterms:created>
  <dcterms:modified xsi:type="dcterms:W3CDTF">2026-07-15T16:37:00Z</dcterms:modified>
  <cp:category/>
</cp:coreProperties>
</file>